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Ñe’ẽmondo Joja — Mokõiha Papapy</w:t>
      </w:r>
    </w:p>
    <w:p>
      <w:pPr>
        <w:pStyle w:val="ArticleSubtitle"/>
        <w:jc w:val="left"/>
      </w:pPr>
      <w:r>
        <w:rPr>
          <w:rFonts w:ascii="Arial" w:hAnsi="Arial" w:eastAsia="Arial" w:cs="Arial"/>
        </w:rPr>
        <w:t>Ojehechakuaa hag̃ua pe Ao Profético Rembiapo: Ojeikuaaukávo Apocalipsis 14 marandu Millerita rembiasakuepe ha ko’áĝa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Oñekumpli hag̃ua umi pa’ãnga rehegua diez vírgen rehegua historia Millerita-pe, oiko kuri pe segundo ánhel mensáhe aja. Pe segundo ánhel mensáhe orrepresenta mokõi mensáhe iñambue hag̃uáva, mokõivéva pe ára’ỹ rehegua ha avei umi ohupytysévape mensáhe rehe. Pe segundo ánhel mensáhe oñemondo kuri umi tupão Protestántekuérape, upérõite ojerejeyva’ekue Róma gotyo ha oiko Babilonia rajykuéra. Pe Pyhare Mbyte Sapukái oñemondo kuri umi Millerita okevape. Pe peteĩha mensáhe oñemondo Milleritakuéra okápe; pe mokõiha, hyepýpe. Kóva oñekumplítaite ko ñane ára rupi, peteĩteĩ letra peve.</w:t>
      </w:r>
    </w:p>
    <w:p>
      <w:pPr>
        <w:pStyle w:val="ArticleBody"/>
        <w:jc w:val="left"/>
      </w:pPr>
      <w:r>
        <w:rPr>
          <w:rFonts w:ascii="Times New Roman" w:hAnsi="Times New Roman" w:eastAsia="Times New Roman" w:cs="Times New Roman"/>
        </w:rPr>
        <w:t>Pe mba’e iñambuéva tekotevẽ oñeñatende ko ñane ára jevyjeype ha’e kóva: oñepyrũrõ guare Adventismo, pe marandu angel mokõiháguagui tenonderã osẽ Millerita-kuéra okápe, ha upéi pe marandu mokõiha vore oike Millerita-kuéra apytépe. Adventismo paha gotyo, pe ñe’ẽjoaju ojevyjey jey vove, upéicha avei ojevyjey pe marandu ángel mokõiháguava. Upéva ñañemombe’u hag̃ua ñandéve, sa’ieterei’ỹ jey directoiterei. Péro pe marandu mokõi hendáicha oikóva oñemoambue jevy pe pahápe. Pe marandu peteĩha oho Adventismo-pe ha pe mokõiha umi oĩva Adventismo okápe. Ñañemombe’u hag̃ua ñandéve pe tembiapo ha pe marandu ojehechaukáva pe ángel Apocalipsis dieciochopegua rupive ha’eha peteĩ jevyjey pe marandu ángel mokõiháguagui.</w:t>
      </w:r>
    </w:p>
    <w:p>
      <w:pPr>
        <w:pStyle w:val="ArticleScripture"/>
        <w:jc w:val="left"/>
      </w:pPr>
      <w:r>
        <w:rPr>
          <w:rFonts w:ascii="Times New Roman" w:hAnsi="Times New Roman" w:eastAsia="Times New Roman" w:cs="Times New Roman"/>
        </w:rPr>
        <w:t>Pe proféta he’i: “Ahecha ambue ánhel oguejyha yvágagui, oguerekóva tuicha pokatu; ha yvy henyhẽ iñemimbipa rehe. Ha osapukái mbarete peteĩ ñe’ẽ hatãme, he’ívo: Ho’a, ho’a Babilonia guasu, ha oiko umi aña renda” (Revelation 18:1, 2). Kóva hína upe marandu ome’ẽ va’ekue mokõiha ánhel. Ho’a Babilonia, “ha’e omongaru haguére opa tetãnguéra itekovai pochý ryrúgui” (Revelation 14:8). Mba’épa upe vino?—Imbo’epy japu. Ha’e ome’ẽ va’ekue yvy ape ári peteĩ sábado japu, irundyha tembiapoukapy Sábado rendaguépe, ha omombe’u jey upe japu Satanás ymaite guive he’i va’ekue Eva-pe Edénpe—ãnga omano’ỹ hag̃uáicha heko tee rupi. Heta ambue jejavy oñemoasãi mombyry ha opa rupi, “ombo’évo tekove rembiapoukapykuéra yvypóra rembiapoukapy ramo” (Matthew 15:9).</w:t>
      </w:r>
    </w:p>
    <w:p>
      <w:pPr>
        <w:pStyle w:val="ArticleScripture"/>
        <w:jc w:val="left"/>
      </w:pPr>
      <w:r>
        <w:rPr>
          <w:rFonts w:ascii="Times New Roman" w:hAnsi="Times New Roman" w:eastAsia="Times New Roman" w:cs="Times New Roman"/>
        </w:rPr>
        <w:t>“Jesús oñepyrũrõ guare Hembiapo público, omopotĩ pe Templo iñemongy’a sacrílega-gui. Ha umi tembiapo pahápe ojapova’ekue Hembiapo aja, oĩ pe mokõiha ñemopotĩ Templo rehegua. Péicha avei, pe tembiapo paha ojejapóva oñe’ẽ hag̃ua ñemomarandu mundo-pe guarã, mokõi ñehenói iñambuéva ojejapo umi iglesia-kuérape. Pe marandu ángel mokõiha rehegua he’i: ‘Babylonia ho’a, ho’a, pe táva guasu, omboy’u rupi opa tetãme pe vino ipochyva’ekue heko vai rehegua’ (Apocalipsis 14:8). Ha pe hatã sapukái marandu ángel mbohapyha rehegua ryepýpe, oñehendu peteĩ ñe’ẽ yvágagui he’íva, ‘Pesẽ chugui, che retãyguakuéra, ani hag̃ua peike hendive iñangaipakuérape, ha ani hag̃ua pejapyhy umi mba’asy vai oguerekótavagui. Pórke iñangaipakuéra oguahẽ yvágape, ha Tupã imandu’a heko añakuére’ (Apocalipsis 18:4, 5).” Selected Messages, libro 2, 118.</w:t>
      </w:r>
    </w:p>
    <w:p>
      <w:pPr>
        <w:pStyle w:val="ArticleBody"/>
        <w:jc w:val="left"/>
      </w:pPr>
      <w:r>
        <w:rPr>
          <w:rFonts w:ascii="Times New Roman" w:hAnsi="Times New Roman" w:eastAsia="Times New Roman" w:cs="Times New Roman"/>
        </w:rPr>
        <w:t>Pe marandu mokõiha ánhel rehegua Adventismo ñepyrũmbýpe ha’e peve marandu peteĩchagua pe marandu reheve ojehechaukáva pe ánhel Apocalipsis dieciochopegua rupi, ha upe ñemomarandúpe oĩ mokõi ñe’ẽ omombe’úva peteĩ marandu. Peteĩha ñe’ẽ oñemombe’u jave yvy henyhẽ tesape hag̃ua iglória rupi, ha versículo irundyhápe Juan ohendu ambue ñe’ẽ he’íva: “pesẽ chugui.”</w:t>
      </w:r>
    </w:p>
    <w:p>
      <w:pPr>
        <w:pStyle w:val="ArticleBody"/>
        <w:jc w:val="left"/>
      </w:pPr>
      <w:r>
        <w:rPr>
          <w:rFonts w:ascii="Times New Roman" w:hAnsi="Times New Roman" w:eastAsia="Times New Roman" w:cs="Times New Roman"/>
        </w:rPr>
        <w:t>Miller rembiasakuepe, Babilóniagui osẽ hag̃ua pe ñehenói ou raẽ, ha upéi ou pe marandu umi Milleritape g̃uarã. Apocalipsis 18-pe, pe mokõiha ñe'ẽ térã pe mokõiha marandu oñe'ẽ umi oĩvape Adventismo okápe. Pe ñe'ẽme he'íva oĩha “mokõi ñehenói iñambuéva ojepóva umi iglésiape”, jajuhu avei mokõi jey Cristo omopotĩ hague pe témplo (Iministerio ñepyrũme ha ipahápe) ha'eha avei peteĩ ta'anga ohechaukáva Adventismo ñepyrũ ha ipaha.</w:t>
      </w:r>
    </w:p>
    <w:p>
      <w:pPr>
        <w:pStyle w:val="ArticleBody"/>
        <w:jc w:val="left"/>
      </w:pPr>
      <w:r>
        <w:rPr>
          <w:rFonts w:ascii="Times New Roman" w:hAnsi="Times New Roman" w:eastAsia="Times New Roman" w:cs="Times New Roman"/>
        </w:rPr>
        <w:t>Adventísmo ñepyrũ ohechauka mba’apohára kuéra ñemopotĩ oipytyvõva oñemopu’ã hag̃ua pe pyenda William Miller ojeporu hague omopyenda hag̃ua. Pe pyenda oñembotýma pe mokõiha ánhel marandu paha-pe, pe mbohapyha ánhel oguahẽvo 22 jasypa 1844-pe umi añetegua omoheñóiva Adventísmo pyendakuéra ojehechakuaa hag̃uáicha, umi ohendusevape g̃uarã.</w:t>
      </w:r>
    </w:p>
    <w:p>
      <w:pPr>
        <w:pStyle w:val="ArticleBody"/>
        <w:jc w:val="left"/>
      </w:pPr>
      <w:r>
        <w:rPr>
          <w:rFonts w:ascii="Times New Roman" w:hAnsi="Times New Roman" w:eastAsia="Times New Roman" w:cs="Times New Roman"/>
        </w:rPr>
        <w:t>Pe tembiapo oñemopuʼã hag̃ua pe fundamento oñemohuʼã mokõihá ange rembiasakue huʼãme, arakaʼe “mokõi ñehenói iñambuéva ojejapo umi iglésia-pe”. Pe peteĩha ñehenói oĩva Millerista-kuéra okápe; mokõiháva katu umi Millerista-kuérape g̃uarã. Péro ambue ñepyrũ, ojoajúva Adventismo ñepyrũ ndive, haʼe Cristo ministerio, omopotĩ jave Itemplo pe peteĩhaite. Pe taʼanga profétika templo oñemopotĩva rehegua ohechauka peteĩ ñemopotĩ ministerio ñepyrũ ha paha-pe, ha upéva katu ojapo hag̃ua peteĩ techaukarã Adventismo ñemopotĩ rehegua iñepyrũme ha ipahápe. Cristo mokõi ñemopotĩ Templo-pe ojoaju Adventismo ñepyrũ ha ipaha ndive; ha Iñeʼẽrã haʼe vaʼekue añoite Itavayguakuéra pyʼaguapýpegua ndive g̃uarã, umi oĩva hína pe proceso ojepeʼa hag̃ua Tapégui pára siémpre.</w:t>
      </w:r>
    </w:p>
    <w:p>
      <w:pPr>
        <w:pStyle w:val="ArticleBody"/>
        <w:jc w:val="left"/>
      </w:pPr>
      <w:r>
        <w:rPr>
          <w:rFonts w:ascii="Times New Roman" w:hAnsi="Times New Roman" w:eastAsia="Times New Roman" w:cs="Times New Roman"/>
        </w:rPr>
        <w:t>Adventismo ñepyrũrã ogueru peteĩ marandu omombe'úva jehuha pe juicio ñepyrũ, ha Adventismo paha oikuaauka hína pe juicio paha. Jesús omopotĩ pe témplo peteĩha jey ha omoñe'ẽ asýkuri umi judío-pe omoambue haguére Hóga peteĩ mondaha kuára-rõ; ha pe mokõiha jey omopotĩramo pe témplo, upéva oĩkuri “ijaty pahaite apytépe hembiapopegua ministeriope.” Iministerio paha gotyo, ndoje'éi véima umi judío-pe ha'ekuéra ojapo hague Itúva róga peteĩ mondaha kuára-rõ, upémarõ he'i chupekuéra hóga “oñehéja hague chupekuéra opyta hag̃ua nandi ha ojeheja hag̃uáicha.”</w:t>
      </w:r>
    </w:p>
    <w:p>
      <w:pPr>
        <w:pStyle w:val="ArticleScripture"/>
        <w:jc w:val="left"/>
      </w:pPr>
      <w:r>
        <w:rPr>
          <w:rFonts w:ascii="Times New Roman" w:hAnsi="Times New Roman" w:eastAsia="Times New Roman" w:cs="Times New Roman"/>
        </w:rPr>
        <w:t>Upe aja, opaichagua mombyrygua tavayguakuéragui oheka pe Tupaópe oñemboykéva’ekue Tupã ñemomba’erã. Ohesape hína óro ha ita hepyetéva reheve, ha’e va’ekue peteĩ techapyrã porãite ha tuichakue rehegua. Péro Jehová ndaiporivéima upépe, upe óga iporã ha ojeguerohorývape. Israel, tetã ramo, oñemoĩ va’ekue Tupãgui mombyry peteĩ divorcioicha. Cristo, hi’arývo ko yvy ári hembiapo paha gotyo, oma’ẽrõ guare upe tupaópe ipype por última vez, he’i: “Pema’ẽ, pende róga ojeheja peẽme oñehundi hag̃uáicha.” Mateo 23:38. Upe mboyve peve, Ha’e ombohéra va’ekue pe tupaópe Itúva róga; péro Tupã Ra’y osẽvo umi murálla apytégui, Tupã oĩha upépe ojeipe’a opa ára guarã pe tupaógui oñemopu’ã va’ekue Iñemomba’erã. Hechos de los Apóstoles, 145.</w:t>
      </w:r>
    </w:p>
    <w:p>
      <w:pPr>
        <w:pStyle w:val="ArticleBody"/>
        <w:jc w:val="left"/>
      </w:pPr>
      <w:r>
        <w:rPr>
          <w:rFonts w:ascii="Times New Roman" w:hAnsi="Times New Roman" w:eastAsia="Times New Roman" w:cs="Times New Roman"/>
        </w:rPr>
        <w:t>Pe témplo Haʼe omopotĩ vaʼekue iñepyrũme haʼe peteĩ témplo ambuéva pe omopotĩ vaʼekuégui ipahápe. Pe témplo peteĩha haʼe vaʼekue Itúva róga, péro pe mokõiha témplo haʼe vaʼekue judío-kuéra róga. Ñandejára oike vaʼekue pacto-pe Adventismo ndive iñepyrũme, ha umi Adventista-kuéra oiko pa’i-kuéra ramo Itémplo-pe. Adventismo pahápe, ndoikovéima vaʼerã pa’i-kuéra ramo, ha hóga opytáta ojeheja hag̃uáicha.</w:t>
      </w:r>
    </w:p>
    <w:p>
      <w:pPr>
        <w:pStyle w:val="ArticleBody"/>
        <w:jc w:val="left"/>
      </w:pPr>
      <w:r>
        <w:rPr>
          <w:rFonts w:ascii="Times New Roman" w:hAnsi="Times New Roman" w:eastAsia="Times New Roman" w:cs="Times New Roman"/>
        </w:rPr>
        <w:t>Pe mokõiha ánhel ohechauka mokõi marandu. Kóva ha’e peteĩ mba’ére pe marandu ojehechauka haguére Babilonia ho’aha mokõi jey. Kóva ndaha’éi pe mba’ére tenondegua pe mokõi jey oñemomaranduha Babilonia ñehundi rehe, hákatu ha’e peteĩ mba’ére. Mba’éicha piko mokõi marandu?</w:t>
      </w:r>
    </w:p>
    <w:p>
      <w:pPr>
        <w:pStyle w:val="ArticleBody"/>
        <w:jc w:val="left"/>
      </w:pPr>
      <w:r>
        <w:rPr>
          <w:rFonts w:ascii="Times New Roman" w:hAnsi="Times New Roman" w:eastAsia="Times New Roman" w:cs="Times New Roman"/>
        </w:rPr>
        <w:t>Pe mokõiha ánhel oguahẽ peñemboyképe jehechávo pe peteĩha ánhel marandu oñemboyke hague. Pe marandu jejavykue, ohechaukáva 1843 ramo pe hu’ãha pe profecía 2300 arýgui, umi tupão protestánte oipuru hag̃ua pe marandu jejavýva omboyke hag̃ua Miller marandu. Miller marandu ha’eva’ekue pe peteĩha ánhel marandu. Oñemboykérõ guare, umi tupão protestánte, ha’éva’ekue Tupã tupão desiértope 1260 ary pukukue, oñemboyke ha oiko Babilonia rajy ramo. Upérõ oguahẽ pe mokõiha ánhel imarandu reheve.</w:t>
      </w:r>
    </w:p>
    <w:p>
      <w:pPr>
        <w:pStyle w:val="ArticleBody"/>
        <w:jc w:val="left"/>
      </w:pPr>
      <w:r>
        <w:rPr>
          <w:rFonts w:ascii="Times New Roman" w:hAnsi="Times New Roman" w:eastAsia="Times New Roman" w:cs="Times New Roman"/>
        </w:rPr>
        <w:t>Oĩ mbovymi punto iñimportantetereíva oike hag̃ua opaichagua elemento ko tembiasakue ñahesa’ỹijóva rehe. Oĩ por lo menos peteĩ punto tekotevẽva oñemboguata mbeguekatúpe, pórke añetehápe oipytyvõ Jesucristo Revelación marandu, ko’ág̃a oñeñepyrũva ojepe’a hag̃ua, ñeikũmbyrãme. Upévare amoinge peteĩ pasaje iñimportantetereíva upe tembiasakue rehegua. Mokõi kapítulo ha’e umi ahechaukáva, ha katu oĩ avei peteĩ tercer kapítulo iñimportánteva umi mokõi kapítulo mbytépe. Ko’áĝa ndaamoingéi ko mba’e, ikatu hag̃uáicha oñemomichĩ ñane ñehesa’ỹijo renda.</w:t>
      </w:r>
    </w:p>
    <w:p>
      <w:pPr>
        <w:pStyle w:val="ArticleBody"/>
        <w:jc w:val="left"/>
      </w:pPr>
      <w:r>
        <w:rPr>
          <w:rFonts w:ascii="Times New Roman" w:hAnsi="Times New Roman" w:eastAsia="Times New Roman" w:cs="Times New Roman"/>
        </w:rPr>
        <w:t>Ema’ẽ mbaʼe ánhelpepa oñeñeʼẽ hese rehasa aja moñeʼẽ rupive, ehecha pe prueba oñemotenondéva mbeguekatúpe, ha eñatende peteĩha párrafope pe ángel Apocalipsis mokõiha paapy pegua mbaʼekuéra profétikova haʼeha avei peteĩha ángel mbaʼekuéra. Ema’ẽ avei peteĩva umi marandu apysẽ hag̃ua haʼeha Cristo jejuka, ha eñatende umi mbohapy ánhel oñemoĩha opavave peteĩteĩ ángel ramo, péro pe Marandu Pyhare Mbytegua haʼeha hetaiterei ánhel.</w:t>
      </w:r>
    </w:p>
    <w:p>
      <w:pPr>
        <w:pStyle w:val="ArticleScripture"/>
        <w:jc w:val="left"/>
      </w:pPr>
      <w:r>
        <w:rPr>
          <w:rFonts w:ascii="Times New Roman" w:hAnsi="Times New Roman" w:eastAsia="Times New Roman" w:cs="Times New Roman"/>
        </w:rPr>
        <w:t>“Ojehechauka chéve pe interes opa yvágagua oguerekóva’ekue pe tembiapo oikóva’ekue yvy ári rehe. Jesús omondo mbaretépe ha ipu’akapáva peteĩ ánhelpe oguejy hag̃ua ha omomarandu hag̃ua yvy rupi oikóvape oñembosako’i hag̃ua ijehechauka mokõiháme g̃uarã. Ahecha pe ánhel ipu’akapáva osẽha Jesús renondégui yvágape. Henonderã ohóma peteĩ tesape hesakãitereíva ha heko mimbipáva. He’íva chéve pe hembiaporãha omyesakã hag̃ua yvy iñemimbipápe, ha omomarandu hag̃ua yvypórape Tupã poxy oútava rehe. Hetaiterei oguerovia pe tesape. Oĩva ha’ete vaicha ipohýi eterei, ha ambuekuéra ovy’a ha ojegueraha vy’apavẽme. Pe tesape oñehẽ opa ári, hákatu oĩva mante oikéva pe tesape poguýpe, ha ndohupytýi chupe py’aite guive. Péro opa umi ogueroviáva chupe, ombojere hova yvágape, ha omomba’eguasu Tupãme. Heta henyhẽ pochy guasúgui. Mbo’eharakuéra ha tavayguakuéra ojoaju umi añávandi, ha mbaretepyre oñemoĩ hag̃ua pe tesape ryrýi contra, pe ánhel ipu’akapáva omyasãiva’ekue. Péro opa umi ogueroviáva chupe oñemboyke ko yvúgui, ha oñemoirũ oñondiveite mbarete hag̃uáicha.”</w:t>
      </w:r>
    </w:p>
    <w:p>
      <w:pPr>
        <w:pStyle w:val="ArticleScripture"/>
        <w:jc w:val="left"/>
      </w:pPr>
      <w:r>
        <w:rPr>
          <w:rFonts w:ascii="Times New Roman" w:hAnsi="Times New Roman" w:eastAsia="Times New Roman" w:cs="Times New Roman"/>
        </w:rPr>
        <w:t>“Satanás ha ijarakuéra oñehaʼã kyreʼỹme ogueraha hag̃ua opa ikatúva akã ha pyʼa tesakãgui. Umi aty omboykéva upe tesakã opyta pytũmbýpe. Ahecha pe ánhel omañáva pypuku hag̃ua, tuicha interés reheve, umi ojeʼéva Tupã retãyguáva rehe, ohai hag̃ua pe teko ohechauka vaʼekue hikuái, pe marandu yvágagui guaréva oñemoinge jave chupekuéra. Ha hetaiterei umi ojeʼéva ohayhuha Jesúspe ojere jave pe marandu yvágapegua-gui ñembohory, ykére ñembohory ha ñemotĩʼỹ reheve, peteĩ ánhel, peteĩ kuatia oñemboguejýva ipópe, ojapo pe jehai vaietereíva. Enterovete yvága henyhẽ pochy joa reheve, Jesús oñemboykeʼỹre iñirũnguéra heʼíva haʼeha hapykuéri rupive.”</w:t>
      </w:r>
    </w:p>
    <w:p>
      <w:pPr>
        <w:pStyle w:val="ArticleScripture"/>
        <w:jc w:val="left"/>
      </w:pPr>
      <w:r>
        <w:rPr>
          <w:rFonts w:ascii="Times New Roman" w:hAnsi="Times New Roman" w:eastAsia="Times New Roman" w:cs="Times New Roman"/>
        </w:rPr>
        <w:t>“Ahecha umi ojeroviáva ñembyasy. Ndohechái hikuái Ijára upe ára oha’arõva’ekuépe. Tupã rembipota vaekue oñomi hag̃ua tenonderã, ha ogueraha hag̃ua ipuévlo peteĩ decisión renda peve. Ko ára punto’ỹre, tembiapo Tupã omoĩva’ekue ndaikatúi va’erãmo’ã ojejapo. Satanás ogueraha heta-itereívarã apytu’ũ mombyryeterei tenonderã gotyo. Peteĩ ára pytã ojeguerova’erã Cristo ojehechauka hag̃ua, ogueru va’erã apytu’ũ oheka añetehápe peteĩ ñembosako’i ko’ág̃aguáva. Ohasávo upe ára, umi ndojapyhýi porãiva’ekue pe ánhel remimbopy’a guasu, ojoaju umi omboykéva’ekue marandu yvagagua ndive, ha oñemoĩ umi oñembyasýva ári puka ha ñe’ẽreityme. Ahecha umi ánhel yvágape oñomongeta Jesús ndive. Ha’ekuéra ohechakuaa porã kuri Cristo rapykueriguakuéra he’íva osegíva ichupe rekotee. Upe ára porãite ohasáva’ekue oha’ã ha omboaje chupekuéra, ha heta-iterei oñepesa mba’eporurãme ha ojetopa ndaikatupyrýiha. Opavave osapukái hatã vaekue cristianoha, upéicharõ jepe, ndosegúi Cristope hetave hendápe. Satanás ovy’a eterei Cristo rapykueriguakuéra he’íva osegíva ichupe rekotee estado rehe. Oreko chupekuéra itrapápe. Oguerojere hetavéva tape porãgui, ha ha’ekuéra oñeha’ã ojupi yvágape ambue tape rupi. Umi ánhel ohecha umi potĩ, ky’a’ỹ ha marangatu, oñembojehe’a opyta hag̃ua angaipáva ndive Siónpe, ha umi hipócrita ohayhúva ko yvy. Ha’ekuéra oñangareko kuri umi añetegua ohayhúva Jesúspe rehe; péro umi ivaíva ombyai umi marangatúvape.”</w:t>
      </w:r>
    </w:p>
    <w:p>
      <w:pPr>
        <w:pStyle w:val="ArticleScripture"/>
        <w:jc w:val="left"/>
      </w:pPr>
      <w:r>
        <w:rPr>
          <w:rFonts w:ascii="Times New Roman" w:hAnsi="Times New Roman" w:eastAsia="Times New Roman" w:cs="Times New Roman"/>
        </w:rPr>
        <w:t>“Umi korasõ okái'akue peteĩ jehechase puku, mbareteetereíva Jesús-pe ohechase hag̃uáicha, oñembotove vaʼekue ijoykeʼykuéra heʼíva hikuái ijeroviaha rupive oñeʼẽ hag̃ua ijuaju rehe. Ángel kuéra omaña pe mbaʼe oikóva tuichakue rehe, ha omoirũ pyʼaroryme umi hembýva, ohayhúva Jesús jehecha. Ambue ángel mbarete guasu oñemondo vaʼekue oguejy hag̃ua yvy ári. Jesús omoĩ ipope peteĩ kuatiañeʼẽ, ha oguahẽvo yvy ári osapukái: ¡Babilonia hoʼa! ¡hoʼa! Upéi ahecha umi oñembotavyetepyréva jey omaña vyʼápe, ha omopuʼã hikuái hesa yvága gotyo, omañávo jeroviápe ha esperánsape Ijára jehechaukárõ rehe. Heta katu ojehecha opyta gueteri peteĩ teko tavyhápe, ku okévaicha; upéicharõ jepe, ikatu ahecha hova rehe peteĩ pyʼaro pypuku rechakue. Umi oñembotavyetepyréva ohecha la Bíblia-gui oĩha hikuái pe aravo oñembotardáva peguápe, ha tekotevẽha ohaʼarõ paciencia reheve pe visión ñemboaje. Pe prueba peteĩchagua ogueraháva chupekuéra ohaʼarõ hag̃ua Ijárare 1843-pe, upéva voi ogueroviauka chupekuéra ohaʼarõ hag̃ua chupe 1844-pe. Ahecha hetavéva ndorekoiha pe mbarete omarkáva ijerovia 1843-pe. Iñembotavyetepyrévo omboguevyʼi vaʼekue ijerovia. Umi oñembotavyetepyréva ojoajúvo pe segundo ángel sapukáipe, pe yvágapegua aty omaña hesekuéra tuichaite interés reheve, ha ohechakuaa pe marandu rembiapo. Haʼekuéra ohecha umi ogueraháva cristiano réra ojereha ñembohory ha ñemomirĩme umi oñembotavyetepyréva rehe. Ha umi ñeʼẽ osẽvo pe oñembohorýva jurúgui: ¡Nde piko nerejupi gueteri! peteĩ ángel ohai upéva. Heʼi pe ángel: Haʼekuéra oñembohory Tupãre.”</w:t>
      </w:r>
    </w:p>
    <w:p>
      <w:pPr>
        <w:pStyle w:val="ArticleScripture"/>
        <w:jc w:val="left"/>
      </w:pPr>
      <w:r>
        <w:rPr>
          <w:rFonts w:ascii="Times New Roman" w:hAnsi="Times New Roman" w:eastAsia="Times New Roman" w:cs="Times New Roman"/>
        </w:rPr>
        <w:t>“Che ambojere jey umi mba’e oikova’ekue Elías jeguerahauka rehe. Ijao ho’a Eliseo ári, ha mitãkuéra hekoañáva (térã mitãrusu ha mitãkuñataĩ) oho hapykuéri, oñembohory hese, osapukái: Ejupi nde akã perõ! Ejupi nde akã perõ! Oñembohory hikuái Tupãre, ha upépe ojuhu hikuái ipohýi hag̃ua ichupekuéra. Kóva oikuaa hikuái itúva kuéra gui. Ha umi oñembohorýva ha opukaiva’ekue umi santo-kuéra jehupi rehe, ojehechaukáta Tupã mba’asy vai kuéra reheve, ha oikuaáta ndaha’éiha mba’e michĩva ñañembosarái hag̃ua hendive.</w:t>
      </w:r>
    </w:p>
    <w:p>
      <w:pPr>
        <w:pStyle w:val="ArticleScripture"/>
        <w:jc w:val="left"/>
      </w:pPr>
      <w:r>
        <w:rPr>
          <w:rFonts w:ascii="Times New Roman" w:hAnsi="Times New Roman" w:eastAsia="Times New Roman" w:cs="Times New Roman"/>
        </w:rPr>
        <w:t>“Jesús omisiona ambue ángelkuérape oveve pyaʼe hag̃ua ombopyahu ha omombarete hag̃ua itavayguakuéra jerovia ikangývape, ha ombosakoʼi hag̃ua chupekuéra oikuaa hag̃ua pe marandu mokõiha ángel rehegua, ha pe tembiapo tuicháva ag̃aitéma ojapótava yvágape. Ahecha umi ánhelkuéra orresiviha tuicha pokatu ha tesape Jesús-gui, ha oveve pyaʼeha yvy gotyo omohuʼã hag̃ua hembiaporã oipytyvõvo pe mokõiha ángelpe hembiapópe. Peteĩ tesape guasu ohesape itavayguakuérape umi ánhelkuéra osapukáirõ guare: Péina pe Novio ou, pesẽ pembojovake hag̃ua chupe. Upéi ahecha umi oñembotavývape opuʼãha, ha mokõiha ángel ndive joajúpe, omombeʼuha: Péina pe Novio ou, pesẽ pembojovake hag̃ua chupe. Pe tesape ouvaʼekue umi ánhelgui oike pe pytũmby rupi opárupi. Satanás ha iñánhelkuéra oñehaʼã ojoko hag̃ua ko tesape ani hag̃ua isarambi ha ani hag̃ua oguereko pe hembiaporã oñembosakoʼíva. Oñorairõ hikuái Tupã ánhelkuéra ndive, ha heʼi chupekuéra Tupã ombotavy hague tavayguakuérape, ha opa itesape ha ipokatu reheve jepe, ndaikatumoʼãiha ojapo hag̃ua tavayguakuéra oguerovia Jesús ouha. Tupã ánhelkuéra katu osegi hembiapo, Satanás oñehaʼãramo jepe omboty hag̃ua tape ha ogueraha hag̃ua tavayguakuéra apytuʼũkuéra pe tesapégui mombyry. Umi orresivíva ko tesape ojehecha vyʼaiterei. Omoĩ hikuái hesa yvágare, ha ohecharamo Jesús jeju. Oĩ vaʼekue ambuekuéra tuicha jejopyhyetépe, hasẽ ha oñemboʼe. Hesa kuéra ojehecha ku oñemopyenda hag̃ua hikuái ijehe, ha ndaipyʼaguasúi omaʼẽ hag̃ua yvate gotyo.”</w:t>
      </w:r>
    </w:p>
    <w:p>
      <w:pPr>
        <w:pStyle w:val="ArticleScripture"/>
        <w:jc w:val="left"/>
      </w:pPr>
      <w:r>
        <w:rPr>
          <w:rFonts w:ascii="Times New Roman" w:hAnsi="Times New Roman" w:eastAsia="Times New Roman" w:cs="Times New Roman"/>
        </w:rPr>
        <w:t>Peteĩ tesape hepyetereíva yvágagui omboja’o iñipytũmby chuguikuéra, ha hesakuéra, ojesarekóvami vaʼekue ñemondýipe ijehekuéra rehe, ojere yvate gotyo, ha maymáva hovaichagua ári ojehechauka aguyje ha vyʼa marangatu. Jesús ha opaite pe aty angelical omaña porã ha omoneĩ umi jeroviaha, ohaʼarõvaekuépe.</w:t>
      </w:r>
    </w:p>
    <w:p>
      <w:pPr>
        <w:pStyle w:val="ArticleScripture"/>
        <w:jc w:val="left"/>
      </w:pPr>
      <w:r>
        <w:rPr>
          <w:rFonts w:ascii="Times New Roman" w:hAnsi="Times New Roman" w:eastAsia="Times New Roman" w:cs="Times New Roman"/>
        </w:rPr>
        <w:t>“Umi ojeroviáva ha oñemoĩva’ekue pe ánhel peteĩha marandu renda rehe, okañy chuguikuéra pe mokõiha resa, ha ndaikatúi ojeporu hag̃ua hesekuéra pe pu’aka ha pe mimbipa omoirũva’ekue pe marandu, Péina, ou pe Ména. Jesús ojevy chuguikuéra tova pochýpe. Ha’ekuéra omboykéva’ekue ha ombotovéva’ekue chupe. Umi ojapyhyva’ekue pe marandu oñeñuãva’ekue peteĩ arai mimbipápe. Ha’ekuéra oha’arõ, omaña porã ha oñembo’e oikuaa hag̃ua Tupã rembipota. Tuicha okyhyje hag̃ua ndojapoiva’erãi mba’eve omoñepysangáva chupe. Ahecha Satanás ha iñanhelkuéra oheka hag̃ua omboty hag̃ua ko tesape yvagaguigua Tupã tavayguakuéragui; ha upéicharõ jepe, umi oha’arõva omomba’éta guive pe tesape, ha omopu’ã guive hesa yvýgui Jesús rehe, Satanás ndaikatúi oreko pu’aka oipe’a hag̃ua chuguikuéra ko tesape iporãetéva. Pe marandu oñeme’ẽva’ekue yvágagui ombopochy Satanás ha iñanhelkuérape, ha umi he’íva ohayhuha Jesúspe, ha upéicharõ jepe omboykéva iju, oñembohory ha oñembohory vai umi jeroviaha, jeroviarekóvare. Péro peteĩ ánhel omarkava’ekue peteĩteĩ jeja’o, peteĩteĩ ñemboyke, peteĩteĩ ñemombo vai oguerohoryva’ekue ijoyke’ykuéra he’íva ojeroviaha. Hetaeterei ohupi iñe’ẽ osapukái hag̃ua, Péina, ou pe Ména, ha oheja ijoyke’ykuérape, umi ndohayhúiva Jesús jehechauka, ha ndohejáiséiva chupekuéra opyta hag̃ua oñe’ẽvo iju mokõiha rehe. Ahecha Jesús ombojere hova umi ombotovéva ha omboykéva iju, ha upéi he’i iñanhelkuérape oguenohẽ hag̃ua itavayguápe umi ky’águi apytégui, ani hag̃ua oñemongy’a. Umi iñe’ẽrendúva umi marandúpe oñembo’y sãsõ ha joajúpe. Peteĩ tesape marangatu ha porãite overa hesekuéra. Ha’ekuéra oheja ko yvy arandu, oikytĩ ijapytepegua mborayhu chugui, ha osakrifika umi mba’e oguerekóva ko yvy ape ári. Oheja ijyvy arigua mba’eta, ha hesa py’apy guive oñemohenda yvága gotyo, oha’arõ hag̃uáicha ohecha hag̃ua Ipehẽngue Ohesalvávape. Peteĩ vy’a marangatu ha sagrádo omimbi hova kuérape, ha upéva oikuaauka pe py’aguapy ha pe vy’a oguapýva ipypekuéra. Jesús he’i iñanhelkuérape toho ha tombarete chupekuéra, pe ijejopy aravo hi’aguĩma hag̃uére. Ahecha umi oha’arõva ne’irã gueteri oje’echa’ypy oikotevẽháicha. Ndojepe’ái gueteri jejavykuéragui. Ha ahecha Tupã poriahuvereko ha ipy’aporãha omondo haguére peteĩ ñemomarandu yvy apegua tavayguakuérape, ha marandu jevyjevy ogueraha hag̃ua chupekuéra peteĩ ára peteĩ punto peve, omoakã hag̃ua chupekuéra oñehesa’ỹijo hag̃ua kyre’ỹme, ikatu hag̃uáicha ojeipe’a ijehegui umi jejavy oñembohasáva’ekue pagánokuéragui ha papistakuéragui. Ko’ã marandu rupive Tupã oguenohẽ hína itavayguápe pe tenda ikatuhápe omba’apo hesekuéra tuichavéva pu’akápe, ha ikatuhápe oñangareko opa hag̃ua hembiapoukapykuéra rehe....”</w:t>
      </w:r>
    </w:p>
    <w:p>
      <w:pPr>
        <w:pStyle w:val="ArticleScripture"/>
        <w:jc w:val="left"/>
      </w:pPr>
      <w:r>
        <w:rPr>
          <w:rFonts w:ascii="Times New Roman" w:hAnsi="Times New Roman" w:eastAsia="Times New Roman" w:cs="Times New Roman"/>
        </w:rPr>
        <w:t>“Jesús rembiapo marangatúpe oñembotývo pe Tenda Marangatúpe, ha haʼe ohasa rire pe Tenda Marangatatuvévape, ha oñemboʼy pe árka renondépe oguerekóva Tupã léi, omondo yvýpe ambue ánhel ipoderósova pe marandu mbohapyha reheve. Omoĩ peteĩ kuatiañeʼẽ pe ánhel pópe, ha oguejy aja yvýpe mburuvichaite ha pokatu reheve, omombeʼu peteĩ ñemomarandu kyhyjepyrãva, pe ñeʼẽmondo vaietevéva arakaʼeve ogueraháva yvypórape. Ko marandu ojejapo vaʼekue omoĩ hag̃ua Tupã raʼykuérape oñatende hag̃uáicha, ha ohechauka hag̃ua chupekuéra pe aravo ñemoĩrõ ha jehasa asy oútava hiʼarikuéra. Heʼi pe ánhel: Ojeguerúta chupekuéra ñorairõ mbaretepe pe mymba ha taʼãnga ndive. Hembihope añetegua tekove opaveʼỹ hag̃ua haʼe hag̃ua opyta hatã. Jepe hekovéva oñemoĩ peteĩ ichupekuéra rapére, upéicharõ jepe, ojejokóke añeteguáre. Pe ánhel mbohapyha omboty imarandu koʼã ñeʼẽ reheve: Koʼápe oĩ umi imbaʼepuʼaka umi imarangatúva; koʼápe oĩ umi oñongatúva Tupã mandamiénto, ha Jesús jerovia. Haʼe omombeʼujeyvo koʼã ñeʼẽ, okuaveʼẽ pe Tenda Marangatu yvagapeguápe. Opavave umi omoneĩva ko marandu akãme oñemomýi pe Tenda Marangatatuvévape, upépe Jesús oñemboʼy pe árka renondépe, ojapóvo ipaha guive ñembojerure opaite umi rehe iporiahuvereko gueteri opyta hag̃ua, ha avei umi oity vaʼekue Tupã léi oikuaaʼỹre. Ko ñemoĩporã oñemeʼẽ umi omano vaʼekuépe hekojojáva rehehápe avei, ha umi oikovéva hekojojáva rehehápe avei. Jesús ojapo ñemoĩporã umi omano vaʼekue rehehápe, ndojapyhýi vaʼekuépe pe tesape Tupã mandamiéntore, ha opeka vaʼekuépe oikuaaʼỹre.”</w:t>
      </w:r>
    </w:p>
    <w:p>
      <w:pPr>
        <w:pStyle w:val="ArticleScripture"/>
        <w:jc w:val="left"/>
      </w:pPr>
      <w:r>
        <w:rPr>
          <w:rFonts w:ascii="Times New Roman" w:hAnsi="Times New Roman" w:eastAsia="Times New Roman" w:cs="Times New Roman"/>
        </w:rPr>
        <w:t>“Ojepe’ávo Jesús pe okẽ pe Santísimope, ojehecha pe arapokõindy ára pokatu resape, ha Tupã tavayguakuéra ojeha’ãva’erã ha ojehechaukaporãva’erã, ojapo haguéicha Tupã yma Israel ra’ykuérape, ohecha hag̃ua oñongatútapa hikuái hembiapoukapy. Ahecha pe mbohapyha ánhel ohechauka yvate gotyo, ohechaukávo umi oñembotavývape tape gotyo pe Santísimo pe Santuario yvagapeguápe. Ha’ekuéra oho Jesús rapykuéri jeroviápe pe Santísimope. Jey avei ojuhu hikuái Jesúspe, ha vy’a ha jerovia’ẽ pyahu osẽ jey. Ahecha chupekuéra oma’ẽ jey hapykuére oikuaauka jeyvo pe ohasava’ekue, guive pe mokõiha jeju Jesucristo rehegua marandu ñemoherakuã guasúgui, ohóvo ijehupytykuéra rupive pe ára ohasaha peve ary 1844-pe. Ha’ekuéra ohecha mba’érepa oñembotavy, ha vy’a ha jerovia katuete omoingove jey chupekuéra. Pe mbohapyha ánhel omyesakã pe ohasava’ekue, ko’ág̃agua ha oútava, ha ha’ekuéra oikuaa añetehápe Tupã oguerahaha hague chupekuéra iporã’ỹvaicha jehechauka guive hag̃ua iporãva providénsia guive.”</w:t>
      </w:r>
    </w:p>
    <w:p>
      <w:pPr>
        <w:pStyle w:val="ArticleScripture"/>
        <w:jc w:val="left"/>
      </w:pPr>
      <w:r>
        <w:rPr>
          <w:rFonts w:ascii="Times New Roman" w:hAnsi="Times New Roman" w:eastAsia="Times New Roman" w:cs="Times New Roman"/>
        </w:rPr>
        <w:t>“Ojehechauka chéve pe hembýva omoirũ hague Jesúspe pe Tenda Marangatúvape, ha ohecha pe árka, ha pe pytyvõrenda, ha ijapyhy chupekuéra umi mba’e mimbipa rehe. Jesús omopu’ã pe árka jaho’iha, ha péina! umi ita kuatia, oguerekóva hese kuéra pe tembiapoukapy pa, ojehaíva hese kuéra. Ha’ekuéra oikuaa porã umi ñe’ẽ oikovéva; hákatu orretrocede kyhyjépe ohechávo pe irundyha tembiapoukapy oikovéva umi pa marandu marangatu apytépe, peteĩ tesape hesakãvéva ohesape hese ambue porundy porundy ári, ha peteĩ mimbipa jerére oĩ ijerére. Ndojuhúi mba’eve upépe omombe’úva pe sábado oñemboyke térã oñemoambue hague arapokõi peteĩhárape. Ojelee upéichaite, Ñandejára jurúgui oñe’ẽ haguéicha peteĩ teko poravopyre ha kyhyjepyréva rehe yvyty ári, aratiri overa aja ha ára sunu osapukái aja, ha oñehaívo Ipo marangatu tee rupive umi ita kuatiáre. Po ára reporombiapóta ha rejapóta ne rembiapo pukukue; pe ára pokõiha katu hína pe sábado Ñandejára nde Jára rehegua. Oñemondýi hikuái ohechávo mba’éichapa oñeñangareko porã pe tembiapoukapy páre. Ohecha oñemoĩha hendaitépe Jehová ykére, Iñemarangatúgui oñemo’ã ha oñeñangareko hese. Ohecha hikuái opyrũ vai hague pe irundyha tembiapoukapy decálogopegua ári, ha oguereko hague peteĩ ára ojeguerúva ñemoñare rupive umi pagano ha papista kuéragui, hendaguépe pe ára Jehová omomarangatu va’ekue. Oñemomirĩ hikuái Ñandejára renondépe, ha oñembyasy umi hembiapo vai yma guarére.</w:t>
      </w:r>
    </w:p>
    <w:p>
      <w:pPr>
        <w:pStyle w:val="ArticleScripture"/>
        <w:jc w:val="left"/>
      </w:pPr>
      <w:r>
        <w:rPr>
          <w:rFonts w:ascii="Times New Roman" w:hAnsi="Times New Roman" w:eastAsia="Times New Roman" w:cs="Times New Roman"/>
        </w:rPr>
        <w:t>“Ahecha pe insiénso pe sénsere ryepytĩha Jesús omyasãi ajaikuéra ñemombe’u ha iñembo’e Itúvape. Ha ojupi aja, peteĩ tesape hendýva opyta Jesús ári, ha avei pe poriahuvereko renda ári; ha umi kyre’ỹme oñembo’éva, oñepy’amongeta asýva ohechakuaa rupi ijehekuéraha hembiapova’ekue Ñandejára léi rehe, oñevendesi, ha hova kuéra omimbi jerovia ha vy’águi. Ha’ekuéra oike mbohapyha ánhel rembiapópe, ha omopu’ã iñe’ẽnguéra ha omoherakuã pe ñe’ẽmondýi solemne. Péro mbovymi añónte tenonderãme omoneĩ pe marandu; upéicharõ jepe, ha’ekuéra osegi py’aguasúpe omoherakuãvo pe ñe’ẽmondýi. Upéi ahecha hetaite oñakãrapu’ã pe mbohapyha ánhel marandu rehe, ha ombojoaju iñe’ẽnguéra umi tenonderãite omoherakuã vaʼekue pe ñe’ẽmondýi ndive, ha omomba’eguasu Ñandejárape ha ombotuicha chupe oñangarekóvo pe ára pytu’u oñembosagrado vaʼekuére.”</w:t>
      </w:r>
    </w:p>
    <w:p>
      <w:pPr>
        <w:pStyle w:val="ArticleScripture"/>
        <w:jc w:val="left"/>
      </w:pPr>
      <w:r>
        <w:rPr>
          <w:rFonts w:ascii="Times New Roman" w:hAnsi="Times New Roman" w:eastAsia="Times New Roman" w:cs="Times New Roman"/>
        </w:rPr>
        <w:t>“Heta oĩ vaʼekue omoneĩva pe ñeʼẽmondo mbohapyha ndorekói vaʼekue jehasa peteĩnte jepe umi mokõi ñeʼẽmondo ymaveguápe. Satanás oikuaa vaʼekue kóva, ha hesa aña oĩ kuri hesekuéra ombotyryrykuaa hag̃uáicha chupekuéra; ha pe ánhel mbohapyha katu ohechauka chupekuéra pe Tenda Marangatúvape, ha umi ohasavaʼekue jehasa umi ñeʼẽmondo ymaveguápe ohechauka chupekuéra tape pe Santuario yvagaguápe. Heta ohecha kuri pe añeteguáva joaju hag̃uaite umi ánhel kuéra ñeʼẽmondópe, ha vyʼápe omoneĩ chupe. Oguerojerovia hikuái hesekuéra iñordenháicha, ha jeroviápe omoirũ Jesúspe pe Santuario yvagaguápe. Koʼã ñeʼẽmondo ojehechauka chéve peteĩ ancla-ramo ojoko hag̃ua pe atyete. Ha umi tapicha peteĩteĩva orresivívo ha ontendévo umíva, oñemoʼã hikuái Satanás rembiguái ñembotavy hetaitégui.”</w:t>
      </w:r>
    </w:p>
    <w:p>
      <w:pPr>
        <w:pStyle w:val="ArticleScripture"/>
        <w:jc w:val="left"/>
      </w:pPr>
      <w:r>
        <w:rPr>
          <w:rFonts w:ascii="Times New Roman" w:hAnsi="Times New Roman" w:eastAsia="Times New Roman" w:cs="Times New Roman"/>
        </w:rPr>
        <w:t>“Ojehupyty guive pe tuicha jejavy 1844-pe, Satanás ha iñangekuérape oñemboheko hikuái kyre’ỹme omoĩ hag̃ua ñuhã ikatu hag̃uáicha omokangy jerovia aty rehegua. Ha’e omba’apo oity hag̃ua tapichakuéra akãme, umi ohasa va’ekue ijehegui ko’ã mba’e. Ojekuaa hikuái ku orekóva gua’u ñemomirĩ. Omoambue hikuái peteĩha ha mokõiha marandu, ha ohechauka hag̃ua tenonde gotyo ifuñsi hag̃ua, ambue katu oma’ẽ mombyry yma guarévo, he’ívo upépe voi ojehu hague ima’ẽpyre. Ko’ã tapicha ogueraha umi noñemoarandúivape akãgui mombyry, ha omokangy ijerovia. Oĩ va’ekue ohesa’ỹijóva la Biblia oñeha’ãvo omopu’ã hag̃ua peteĩ jerovia imba’éva tee, atygui ijeheguíva. Satanás ovy’a eterei opa ko’ã mba’ére; oikuaágui umi ojepe’áva pe anclagui, ikatuha oity chupekuéra opaichagua jejavy rupive ha omboguata hag̃ua doctrína yvytu reheve. Heta umi omotenondéva’ekue peteĩha ha mokõiha marandu, onega umi marandu, ha pe aty pukukue oĩ hag̃ua joavy ha sarambi. Upérõ ahecha Wm. Miller-pe. Ha’e ojekuaa ipy’apyha, ha oñesũjoja ñembyasy ha jehasa asýpe itávare. Ohecha pe aty ojoajúva ha ojoayhúva 1844-pe, operdeha ojoayhu hag̃ua ojuehe, ha ojopyha ojuehe. Ohecha chupekuéra ojere jeyha peteĩ teko ro’ysãme ha ojevy tapykue gotyo hag̃ua. Ñembyasy ombyaipa imbarete. Ahecha kuimba’e kuéra tenondeguáva oma’ẽ porã Wm. Miller rehe, ha okyhyje hag̃ua chugui pe ojapyhy ramo pe mbohapyha ánhel marandu ha Tupã mandamiento kuéra. Ha ha’e oñemboja vove pe tesape yvágagui ouvare, ko’ã kuimba’e omohenda peteĩ plan ikatu hag̃uáicha ogueraha mombyry iñakã. Ahecha peteĩ yvypóra poguypegua pokatu ojepuruha oñeñongatu hag̃uáicha iñakã pytũmbýpe, ha ikatu hag̃uáicha opyta hi’influénsia hendivekuéra. Ipahápe Wm. Miller omopu’ã iñe’ẽ pe tesape yvágagui ouva rehe. Ha’e ofalla noñemoneĩgui pe marandu, ikatúva omyesakãmbaite hag̃ua iñembotavy guasu, ha omoĩ hag̃ua tesape ha mimbipa pe yma guarére, ikatúva ombopyahu imbarete ikane’õmava, omimbi hag̃ua ijeroviaha, ha ogueraha hag̃ua chupe omomba’eguasu Tupãme. Ha katu ha’e ojerovia arandukáre yvypóra rehegua Tupã arandu rangue, ha ojejokóma rupi tembiapo pohýigui Ijára rembiapópe, ha itujáma rupi, ndaha’éi tuichaite ojejopy hag̃ua chupe umi ojokóva’ekue chupe añetegua-guiicha. Ha’ekuéra hína oguereko responsabilidad, ha angaipa opyta hi’ári kuéra. Wm. Miller ikatu rire ohecha pe tesape pe mbohapyha marandúpe, heta mba’e chupe ojehecháva pytũ ha kañyháicha oñemyesakã va’erãmo’ã kuri. Ijoyke’ykuéra he’i rupi orekohague mborayhu pypuku ha ñangareko hese, ha’e oguerovia ndaikatuiha ojepe’a chuguikuéra. Ikorasõ oho mo’ã añetegua gotyo; ha upéi oma’ẽ ijoyke’ykuéra rehe. Ha’ekuéra ombohovái upéva. Ikatúpa ojepe’a umi oĩ va’ekue hendive ykére ha ati’y ári, omomarandúvo Jesús ou jeyha? Ha’e opensa katuete ndojeguerahamo’ãiha chupe tape vai gotyo.”</w:t>
      </w:r>
    </w:p>
    <w:p>
      <w:pPr>
        <w:pStyle w:val="ArticleScripture"/>
        <w:jc w:val="left"/>
      </w:pPr>
      <w:r>
        <w:rPr>
          <w:rFonts w:ascii="Times New Roman" w:hAnsi="Times New Roman" w:eastAsia="Times New Roman" w:cs="Times New Roman"/>
        </w:rPr>
        <w:t>“Ñandejára oheja chupe oike hag̃ua Satanás pu’akápe, ha omano hag̃ua ipu’aka hese. Oñomi chupe pe yvyraitype, mombyry umi tapicha tapiaite oguenohẽvagui chupe Ñandejáragui. Moisés ojavy vaekue oike hag̃uáicha pe Yvy Ñeprometidópe. Péicha avei, ahecha Wm. Miller ojavy hague, og̃uahẽmbotávo pe Canaán yvagaguápe, ohejávo ijekupyty oho hag̃ua añeteguápe kóntrape. Ambuekuéra ogueraha chupe upéva-pe. Ambuekuéra oñemombe’úva’erã upévare. Péro umi ánhel oñangareko ko tembiguái Ñandejára rembiasakue porãitére, ha ha’e osẽta pe trompéta pahápe oñehendúvo.</w:t>
      </w:r>
    </w:p>
    <w:p>
      <w:pPr>
        <w:pStyle w:val="ArticleScripture"/>
        <w:jc w:val="left"/>
      </w:pPr>
      <w:r>
        <w:rPr>
          <w:rFonts w:ascii="Times New Roman" w:hAnsi="Times New Roman" w:eastAsia="Times New Roman" w:cs="Times New Roman"/>
        </w:rPr>
        <w:t>“Ahecha aty peteĩ aty oñembo’y porãva, oñeñangarekóva mbarete ha hatã, ha noñemomba’émo’ãi umi oipotávape omongu’e pe jerovia oñemopyendapyréma va’ekue pe aty rehegua. Tupã oma’ẽ hese kuéra ñemoneĩ reheve. Ojehechauka chéve mbohapy hatua—peteĩ, mokõi ha mbohapy—umi ñe’ẽmondo peteĩha, mokõiha ha mbohapyha umi ánhel rehegua. He’i pe ánhel: ¡Ai pe omýitavape peteĩ yvyra’i térã omongu’étavape peteĩ tachuela ko’ã ñe’ẽmondópe! Pe ñehesakã añeteguáva ko’ã ñe’ẽmondo rehegua tuicha mba’e tekove hag̃ua. Ánga kuéra rembiapokue paha oñesuspende mba’éichapa oñemoguahẽ ha oñemoneĩ hikuái. Upéi jey aguejy ko’ã ñe’ẽmondo rupive, ha ahecha mba’éichaitépa hepyeterei Tupã tavayguakuérape ijehasa. Ojejogua va’ekue heta jehasa asy ha ñorairõ pohýi rupive. Hapeguére, hatua rupi, Tupã ogueraha chupe kuéra peve, omoĩ meve chupe kuéra peteĩ pyendaha hatã, ndojeguerovíri ni noñemongu’éiva ári. Upérõ ahecha tapicha kuéra, oñembojavo pe pyendahápe, ojeupi mboyve hese, oikuaa porãha pe iñepyrũmby. Oĩva vy’ápe pya’e ojeupi hese. Ambue katu oñepyrũ ojuhu hag̃ua mba’e vai pe pyendaha oñemopyenda haguépe. Ha’e kuéra oipota oñemyatyrõ hag̃ua, ha upéicharõ pe pyendaha iporãvéta ha pe tavaygua ovy’avéta. Oĩ oúva oguejy pe pyendahágui ha oikuaa porã jey hese, upéi ojuhu hese mba’e vai, he’ívo oñemopyenda vai hague. Ahecha haimete maymáva opyta hatã pe pyendaha ári, ha omokyre’ỹ ambuépe, umi oguejy va’ekuépe, toheja hag̃ua iñe’ẽrei, Tupã niko pe omopu’ãva guasu, ha ha’e kuéra oñorairõ hína hese. Omombe’u hikuái pe tembiapo hechapyrãva Tupã ojapo va’ekue, ogueraháva’ekue chupe kuéra pe pyendaha hatãme, ha joajúpe haimete maymáva ohupi hesa yvágare, ha ñe’ẽ hatãme omomba’eguasu Tupãme. Kóva opoko umi oñe’ẽrei va’ekuépe ha oheja va’ekue pe pyendaha, ha jey ojehecha ñemomirĩ reheve ojeupi jey hese.</w:t>
      </w:r>
    </w:p>
    <w:p>
      <w:pPr>
        <w:pStyle w:val="ArticleScripture"/>
        <w:jc w:val="left"/>
      </w:pPr>
      <w:r>
        <w:rPr>
          <w:rFonts w:ascii="Times New Roman" w:hAnsi="Times New Roman" w:eastAsia="Times New Roman" w:cs="Times New Roman"/>
        </w:rPr>
        <w:t>«Che ambojerovia jevy hag̃ua Cristo peteĩha jeju marandu rehe. Juan oñemondo vaʼekue Elías espíritu ha pokatupe ojeprepara hag̃ua tape Jesús jejupe guarã. Umi omboykéva Juan rembiapokue testimonio ndojeporuporãi vaʼekue Jesús mboʼepykuére. Iñemoĩ hag̃ua pe marandu heʼíva hese peteĩha jeju rehe omoĩ chupekuéra tenda ndaikatúihápe pyaʼe oipyhývo pe kuatiañeʼẽ imbaretevéva ohechaukáva haʼeha pe Mesías. Satanás omotenonde umi omboykéva Juan marandu hag̃ua ohove hag̃ua mombyry, omboyke hag̃ua Jesús ha ojukauka hag̃ua chupe kurusúre. Péicha ojapóvo, omoĩ ijehekuéra tenda ndaikatúihápe ohupyty pe jehovasa Pentecostés árape, upéva omboʼévaʼerã chupekuéra pe tape ogueraháva pe Santuario Yvagaguápe. Pe templo ao mboyveha oñesoro rupi ojehechauka umi judío mymbajuka ha tembiapoukapy ndojehecharamovéimaha hag̃ua. Pe Tuicha Sacrificio ojejapo vaʼekue, ha oñemoneĩma vaʼekue, ha pe Espíritu Santo oguejýva Pentecostés árape oguerova umi temimboʼe apytuʼũ pe santuario yvy arigua guive pe Santuario Yvagaguápe, upépe Jesús oike hague ijuype voi ruguy rupive, ha ohesaỹijo hembimboʼekuéra ári pe poriahuvereko ipyahukuegua mbaʼe porãnguéra. Umi judío ojeheja hag̃uambaitéma ñembotavýpe ha pytũmbýpe. Okáma chuguikuéra opaite tesakã ikatúva oreko pe tembiaporã ñepysyrõ rehegua ári, ha ojerovia gueteri umi mymbajuka ha ofrénda mbaʼeveichagua iporãʼỹvare. Ndaikatúi vaʼekue oipytyvõ chupekuéra Cristo mediación pe Tenda Marangatúpe. Pe Santuario Yvagagua omyengoviáma vaʼekue pe yvy arigua rendaguépe, ha katu haʼekuéra ndorekói vaʼekue peikuaa tape ogueraháva yvagápe.»</w:t>
      </w:r>
    </w:p>
    <w:p>
      <w:pPr>
        <w:pStyle w:val="ArticleScripture"/>
        <w:jc w:val="left"/>
      </w:pPr>
      <w:r>
        <w:rPr>
          <w:rFonts w:ascii="Times New Roman" w:hAnsi="Times New Roman" w:eastAsia="Times New Roman" w:cs="Times New Roman"/>
        </w:rPr>
        <w:t>“Heta oĩ ñemondýipe oma’ẽ umi judío ojapo vaʼekue Jesús rehe, omboyke ha omosãingóvo chupe kurusúre. Ha omoñeʼẽvo hikuái pe tembiasakue oñeñemotĩ hag̃uáicha ojejopy vai hague rehe, opensa hikuái ohayhuha Cristo-pe, ha ndojenegamoʼãiha chupe Pedro-icha, ni nomosãingomoʼãiha kurusúre umi judío-icha. Hágo Tupã, ohecháma vaʼekue pe iñembyasývaʼerã hikuái heʼíva iMemby rehe, ohechaukáma chupekuéra mbaʼéichapa añetehápe hína, ha ogueru hag̃ua peteĩ jehechaukápe pe mborayhu heʼi vaʼekue oguerekóva Jesús rehe.”</w:t>
      </w:r>
    </w:p>
    <w:p>
      <w:pPr>
        <w:pStyle w:val="ArticleScripture"/>
        <w:jc w:val="left"/>
      </w:pPr>
      <w:r>
        <w:rPr>
          <w:rFonts w:ascii="Times New Roman" w:hAnsi="Times New Roman" w:eastAsia="Times New Roman" w:cs="Times New Roman"/>
        </w:rPr>
        <w:t>“Maymáva ojesarekóma hetaite interes pukukue rehe pe marandu ñemoguahẽ. Péro heta umi he’íva ohayhuha Jesúspe, ha osẽva chuguikuéra resay olee jave kurusu rembiasakue, pe marandu ñemoguahẽ vy’ápe rangue, ipochy ha oñembohory Jesús ou porãva marandu rehe, ha he’i upéva ha’eha jejavy. Ndojokupytýi mo’ãi umi ohayhúva ijechauka, síno oikuaa hag̃ua chupekuéra ñemboyke, ha omosẽ chupekuéra tupãóguikuéra. Umi omboykéva pe marandu peteĩha ndaikatúi oipytyvõ chupekuéra pe mokõiha, ha ndojeporuporãi avei chupekuéra pe pyharepyte sapukái, va’erã oisãmbyhy chupekuéra oike hag̃ua Jesús ndive jeroviápe pe Tenda Marangatúva Marangatuevepe pe Santuario yvagapeguápe. Ha, omboykévo umi mokõi marandu tenondegua, ndaikatúi ohecha mba’eve tesakã pe mbohapyha ánhel marandúpe, ohechaukáva tape pe Tenda Marangatúva Marangatuevepe. Ahecha umi tupao réra añónteva, judío-kuéra ojukaháicha Jesúspe kurusúre, ojuka hague avei ko’ã marandu; upévare ndaikuaái mba’eve pe ñemongu’e oikóva yvágape, ni pe tape pe Tenda Marangatúva Marangatuevepe, ha ndaikatúi ojeporuporãi chupekuéra Jesús ñembojovake rupive upépe. Ojoguaháicha umi judío, ogueraháva ijapopyrã sacrificio mba’evéichagua, ha’ekuéra avei ogueru umi iñembo’e mba’evéichagua pe koty Jesús oheja va’ekuépe; ha Satanás, ovy pe ñembotavýpe umi Cristo rapykuéri oho hag̃uáicha ojapóva rehe, ombohatã chupekuéra itañuháme, ha oguereko peteĩ carácter religioso, ha ombohape ko’ã kristiáno he’ínteva iñakãme hag̃ua ha’e gotyo, ha omba’apo ipokatu reheve, itechaukaha reheve ha techapyrã japúva reheve. Oĩ ombotavýva peteĩ hendáicha ha ambuekuérape ambue hendáicha. Oguereko opaichagua jejavy oñembosako’íva oity hag̃ua opaichagua akãme. Oĩ ohecháva peteĩ jejavy rehe kyhyje guasu reheve, aja katu oguerohory hag̃uáicha ambue. Satanás ombotavy oĩme Spiritualismo rupive. Avei ou peteĩ ánhel tesakãva ramo, ha omyasãi ipokatu tetã pukukue javeve. Ahecha reformación japu opa rupi. Umi tupao oñemomba’eguasu, ha oimo’ã Tupã omba’apo hechapyrãva hag̃uáicha hesekuéra; péro ambue espíritu va’ekue. Upéva oguepáta ha ohejáta ko yvy ape ári ha pe tupaope peteĩ tekove vaivévape ymave guarégui.”</w:t>
      </w:r>
    </w:p>
    <w:p>
      <w:pPr>
        <w:pStyle w:val="ArticleScripture"/>
        <w:jc w:val="left"/>
      </w:pPr>
      <w:r>
        <w:rPr>
          <w:rFonts w:ascii="Times New Roman" w:hAnsi="Times New Roman" w:eastAsia="Times New Roman" w:cs="Times New Roman"/>
        </w:rPr>
        <w:t>“Ahecha Ñandejára oguerekoha ta’ýra kuéra hekopotĩva umi Adventista hérante apytépe, ha umi tupao ho’ávape; ha oñehenóita gueteri osẽ hag̃ua ko’ã tupao-gui umi ministro ha tavayguakuéra, umi mba’asy guasu oñeñohẽ mboyve, ha vy’apópe oñuãta pe añetegua. Satanás oikuaa upéva, ha mbohapyha ánhel ñe’ẽhatã guasu mboyve, omopu’ã peteĩ kyre’ỹ ha jepokuaa vai ko’ã aty religiósape, umi ombotovéva’ekue pe añetegua oimo’ã hag̃uáicha Ñandejára oĩha hendivekuéra. Ha’e oha’arõ ombotavy hag̃ua umi hekopotĩvape, ha ogueroviauka hag̃ua chupekuéra Ñandejára omba’apo gueteriha umi tupãoguéra rehehápe. Hákatu pe tesape omimbiáta, ha peteĩteĩ umi hekopotĩva osẽta umi tupao ho’áva-gui, ha oñemoĩta umi hembýva ykére.” Spiritual Gifts, volume 1, 151–172.</w:t>
      </w:r>
    </w:p>
    <w:p>
      <w:pPr>
        <w:pStyle w:val="ArticleBody"/>
        <w:jc w:val="left"/>
      </w:pPr>
      <w:r>
        <w:rPr>
          <w:rFonts w:ascii="Times New Roman" w:hAnsi="Times New Roman" w:eastAsia="Times New Roman" w:cs="Times New Roman"/>
        </w:rPr>
        <w:t>Ko pasáhe oguereko heta añetegua iñimportánteva, ha che aipuru ko pasáhe aipe’a hag̃uáicha algunos rasgo umi marandu rehegua tembiasakue Millerita-pe, ikatu hag̃uáicha ñantende mba’éichapa umíva ohechaukarã ñane rembiasakue. Umi mbohapy ánhel oĩva Apocalipsis catorce-pe oguereko peteĩ marandu ipópekuéra. Pe mokõiha ha pe mbohapyha ánhel ojehechauka oguerekóva peteĩ “pergamino”, hendivekuéra oguejy aja imarandu reheve. Káda ánhel orepresenta peteĩ marandu, ha peteĩteĩ marandu oguahẽvo ogueru peteĩ efecto.</w:t>
      </w:r>
    </w:p>
    <w:p>
      <w:pPr>
        <w:pStyle w:val="ArticleBody"/>
        <w:jc w:val="left"/>
      </w:pPr>
      <w:r>
        <w:rPr>
          <w:rFonts w:ascii="Times New Roman" w:hAnsi="Times New Roman" w:eastAsia="Times New Roman" w:cs="Times New Roman"/>
        </w:rPr>
        <w:t>Romoñe’ẽta ko mba’e rehe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Ñe’ẽmondo Joja — Mokõiha Papapy</dc:title>
  <dc:subject>Ojehechakuaa hag̃ua pe Ao Profético Rembiapo: Ojeikuaaukávo Apocalipsis 14 marandu Millerita rembiasakuepe ha ko’áĝa hag̃ua hag̃uáicha</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