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 Revelación — Mokõiha}</w:t>
      </w:r>
    </w:p>
    <w:p>
      <w:pPr>
        <w:pStyle w:val="ArticleSubtitle"/>
        <w:jc w:val="left"/>
      </w:pPr>
      <w:r>
        <w:rPr>
          <w:rFonts w:ascii="Arial" w:hAnsi="Arial" w:eastAsia="Arial" w:cs="Arial"/>
        </w:rPr>
        <w:t>Téra Ñe’ẽme’ẽmegua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2023-08-10</w:t>
      </w:r>
    </w:p>
    <w:p>
      <w:pPr>
        <w:pStyle w:val="ArticleBody"/>
        <w:jc w:val="left"/>
      </w:pPr>
      <w:r>
        <w:rPr>
          <w:rFonts w:ascii="Times New Roman" w:hAnsi="Times New Roman" w:eastAsia="Times New Roman" w:cs="Times New Roman"/>
        </w:rPr>
        <w:t>Amoĩ heta mba’e umi artíkulo mboyveguápe, añeha’ãvo amoĩ hag̃ua ñepyrũrã peteĩ kuatiarogue rehegua umi punto tenondegua teéva. Koʼág̃a añehaʼãta amyesakãve hag̃ua che rembiapo ko tema oĩva ñane renondépe rehe. Aguyje pene paciencia rehe.</w:t>
      </w:r>
    </w:p>
    <w:p>
      <w:pPr>
        <w:pStyle w:val="ArticleBody"/>
        <w:jc w:val="left"/>
      </w:pPr>
      <w:r>
        <w:rPr>
          <w:rFonts w:ascii="Times New Roman" w:hAnsi="Times New Roman" w:eastAsia="Times New Roman" w:cs="Times New Roman"/>
        </w:rPr>
        <w:t>Yma iñepyrũmby guive Tupã oha’ã hína ombohetave hag̃ua ñane ñeikuaapy mávapa ha mba’épa Ha’e. Pe tembiapópe oipuru heta tape yvypórape g̃uarã ikatu hag̃uáicha oikũmby pe ojehechaukáva Hesegua, ha peteĩ umi tapégui ha’e hína ijeipuru “téra” rehegua, mokõivéva, heta téra oñeme’ẽva Tupãme Ñandejára Ñe’ẽryrupe, ha avei umi téra oñeme’ẽva Hembiporavopyrekuérape. Ha’e oiporavo umi ñerrepresentánte ivaíva ha imarangatúva.</w:t>
      </w:r>
    </w:p>
    <w:p>
      <w:pPr>
        <w:pStyle w:val="ArticleBody"/>
        <w:jc w:val="left"/>
      </w:pPr>
      <w:r>
        <w:rPr>
          <w:rFonts w:ascii="Times New Roman" w:hAnsi="Times New Roman" w:eastAsia="Times New Roman" w:cs="Times New Roman"/>
        </w:rPr>
        <w:t>Ha’e avei oiporu va’ekue umi ñemoambue dispensasional oikóva Itavayguakuéra ojeporavóva pe pacto-pe, ombotuichave hag̃ua iñentendimiento Heko rehegua mbeguekatúpe tembiasakue rupive. Upévare, umi tembiasakue rehegua umi ñemoambue dispensasional pacto-pe, opaichagua hendáicha, avei oñe’ẽ Heko ha Itekotevẽ añetegua ñemombotuichave rehe.</w:t>
      </w:r>
    </w:p>
    <w:p>
      <w:pPr>
        <w:pStyle w:val="ArticleBody"/>
        <w:jc w:val="left"/>
      </w:pPr>
      <w:r>
        <w:rPr>
          <w:rFonts w:ascii="Times New Roman" w:hAnsi="Times New Roman" w:eastAsia="Times New Roman" w:cs="Times New Roman"/>
        </w:rPr>
        <w:t>Ñañembojávo Apocalipsis peteĩha kapítulo rehe peteĩ ñeñepyrũ ha peteĩ llave ramo umi kapítulo oúvape g̃uarã, jajuhu ciertos añetegua pe kapítulo ñepyrũme oguerekóva peteĩ jejopy guasu pe aranduka pukukue rehe. Peteĩva umi añeteguágui oñembojoaju mávapa Jesucristo, ha ndaha’éi añoite ha’eha Alfa ha Omega. Peteĩ añetegua oñemohenda hag̃ua Apocalipsis peteĩha kapítulpe, upéicharõ añetehápe ha’e peteĩ añetegua ko’ág̃arupi oñeha’ãva ha oñeikotevẽva pe generación paha rehehápe; pe generación paha ha’e pe “generación poravopyre” Pedro ohechakuaava’ekue.</w:t>
      </w:r>
    </w:p>
    <w:p>
      <w:pPr>
        <w:pStyle w:val="ArticleBody"/>
        <w:jc w:val="left"/>
      </w:pPr>
      <w:r>
        <w:rPr>
          <w:rFonts w:ascii="Times New Roman" w:hAnsi="Times New Roman" w:eastAsia="Times New Roman" w:cs="Times New Roman"/>
        </w:rPr>
        <w:t>Peteĩva umi tekome’ẽ Cristo rehegua, ñande jaikundaháva, ha’e Cristo ohechaukáva pe ñepyrũ paha guive. Pe ára Cristo omboajeha pe ñe’ẽme’ẽ heta ndive peteĩ semánare guarã ohechauka peteĩ ñemoambue dispensasional pe ñe’ẽme’ẽme, Israel literal-gui Israel espiritual-pe. Umi ñemoambue dispensasional ojehechaukáva Ñandejára Ñe’ẽme, ha maymáva oñe’ẽva pe kuaapy okakuaávo Cristo rekove ha peteĩha rehe, ha’e Abram, Isaac, Jacob, José, Moisés, Cristo, William Miller ha umi cien cuarenta y cuatro mil. Oĩ ambue línea ñemoambue dispensasional rehegua oñemoĩva hi’ári, ha upéva ohechauka siete dispensación Tupao Tupãgua rehegua, ojejoguáva umi siete iglésia Apocalipsis mokõi ha mbohapy-pe; péro koʼág̃a ndajaikéimo gueteri upépe. Oiko vaʼekue peteĩ ñemoambue dispensasional Adán ha Eva ndive, ojehechaukáva mboyve hoʼa ha rire hoʼa; ha, añetehápe, avei oiko peteĩ ñemoambue dispensasional pe y ojahoʼipa mboyve guive pe y ojahoʼipa rire pe ára Noépe. Koʼãva maymáva ome’ẽ joaju pe tesape rehe ñambaʼapóva, péro koʼág̃a ñañembohape umi tetã oiporavopyréva rehe.</w:t>
      </w:r>
    </w:p>
    <w:p>
      <w:pPr>
        <w:pStyle w:val="ArticleBody"/>
        <w:jc w:val="left"/>
      </w:pPr>
      <w:r>
        <w:rPr>
          <w:rFonts w:ascii="Times New Roman" w:hAnsi="Times New Roman" w:eastAsia="Times New Roman" w:cs="Times New Roman"/>
        </w:rPr>
        <w:t>Cristo oñepyrũrõ guare Hembiapokue pe pacto arapokõindy ñepyrũme, ojevautisa.</w:t>
      </w:r>
    </w:p>
    <w:p>
      <w:pPr>
        <w:pStyle w:val="ArticleScripture"/>
        <w:jc w:val="left"/>
      </w:pPr>
      <w:r>
        <w:rPr>
          <w:rFonts w:ascii="Times New Roman" w:hAnsi="Times New Roman" w:eastAsia="Times New Roman" w:cs="Times New Roman"/>
        </w:rPr>
        <w:t>Ha Jesús, oñemongarai rire, osẽ pya’e ygui; ha péina, yvága ojepe’a chupe, ha ha’e ohecha Tupã Espíritu oguejyha peteĩ pykasuicha, ha ou hag̃ua hi’ári. Ha péina peteĩ ñe’ẽ yvágagui, he’íva: Kóva hína che Ra’y ahayhuetéva, ipype avy’aitereíva. Mateo 3:16, 17.</w:t>
      </w:r>
    </w:p>
    <w:p>
      <w:pPr>
        <w:pStyle w:val="ArticleBody"/>
        <w:jc w:val="left"/>
      </w:pPr>
      <w:r>
        <w:rPr>
          <w:rFonts w:ascii="Times New Roman" w:hAnsi="Times New Roman" w:eastAsia="Times New Roman" w:cs="Times New Roman"/>
        </w:rPr>
        <w:t>Ñe’ẽ peteĩhaite Tupãgui, Jesús osẽrõ guare ýgui, ha upéicha oñepyrũvo pe arapokõindy jehovasa rehegua, vaʼekue pe marandu Túvagui, Jesús haʼe hague Tupã Raʼy. Ñantendéramo pe “mboyve guive ñeʼẽpyre mbojojaha”, upéva ipokatu eterei. Ndantendéiramo, ndahaʼéi upéichaite.</w:t>
      </w:r>
    </w:p>
    <w:p>
      <w:pPr>
        <w:pStyle w:val="ArticleScripture"/>
        <w:jc w:val="left"/>
      </w:pPr>
      <w:r>
        <w:rPr>
          <w:rFonts w:ascii="Times New Roman" w:hAnsi="Times New Roman" w:eastAsia="Times New Roman" w:cs="Times New Roman"/>
        </w:rPr>
        <w:t>Ñepyrũmbype Tupã ojapo va'ekue yvága ha yvy. Ha yvy niko ndahekohaéi ha nandi; ha pytũmby oĩ y pypuku ape ári. Ha Tupã Espíritu omýi y ape ári. Génesis 1:1, 2.</w:t>
      </w:r>
    </w:p>
    <w:p>
      <w:pPr>
        <w:pStyle w:val="ArticleBody"/>
        <w:jc w:val="left"/>
      </w:pPr>
      <w:r>
        <w:rPr>
          <w:rFonts w:ascii="Times New Roman" w:hAnsi="Times New Roman" w:eastAsia="Times New Roman" w:cs="Times New Roman"/>
        </w:rPr>
        <w:t>Moiséspe ojehechaháicha, pe jeipohano ñemongarai atyme ojekuaa mbohapy tapicha Tupãrã rehegua.</w:t>
      </w:r>
    </w:p>
    <w:p>
      <w:pPr>
        <w:pStyle w:val="ArticleBody"/>
        <w:jc w:val="left"/>
      </w:pPr>
      <w:r>
        <w:rPr>
          <w:rFonts w:ascii="Times New Roman" w:hAnsi="Times New Roman" w:eastAsia="Times New Roman" w:cs="Times New Roman"/>
        </w:rPr>
        <w:t>Pe añetegua Jesucristo ha’e hague Tupã Ra’y, David Ra’y ha Ava Ra’y ombopochy meme va’ekue umi mbo’ehára kuéra ha fariseo-kuérape umi mbohapy áño ha mbyte oúva pukukue. Jesús oñemoambue maranduháraicha Jesús-gui Jesucristo-pe iñemongaraihápe. Jesús oñemongarai ramo, Ha’e oiko “Cristo”-ramo, he’iséva “Ñemohendapyre” ha upéva hína ñe’ẽ “Mesías” hebreo-pe. Ha, añetehápe, umi hebreo kuéra oha’arõva’ekue peteĩ Mesías, ha ha’ekuéra oikuaa va’ekue Ha’eha va’erã David Ra’y. Oñeñohẽrõ guare hese “ñemohenda” oñepyrũ hag̃ua umi mbohapy áño ha mbyte yvy rembiasakue imarangatuetéva, Ha’e ohecha Espíritu Santo oguejyha ha ohendu Itúva oñe’ẽ.</w:t>
      </w:r>
    </w:p>
    <w:p>
      <w:pPr>
        <w:pStyle w:val="ArticleBody"/>
        <w:jc w:val="left"/>
      </w:pPr>
      <w:r>
        <w:rPr>
          <w:rFonts w:ascii="Times New Roman" w:hAnsi="Times New Roman" w:eastAsia="Times New Roman" w:cs="Times New Roman"/>
        </w:rPr>
        <w:t>Ha’e peteĩ ceremonia de unción ipypukuetereíva, ha upépe pe marandu oñemoherakuãva Hese ha Hembiapóre ha’e va’ekue kóva: “Ha’e va’ekue pe Ta’ýra Ñandejára rehegua”. Ijetu’uvéva gueteri umi judíope g̃uarã ndaha’éi añónte ha’e hague pe Ta’ýra Ñandejára rehegua, síno avei ha’e ojerure hague, pe Ta’ýra Ñandejára rehegua ramo — ha’eha añetehápe Ñandejára. Umi judío ndaikatúi ogueropu’aka pe ha’ekuéra oikũmbyva’ekue ha’éva peteĩ je’e vaieterei upéicha! Pe apañuãi umi judíopegua, ha’e Abraham apañuãi avei — Abraham niko va’ekue umi judío ru, pe pacto ru ha avei pe símbolo pe jerovia rehegua oñeikotevẽva oñemomba’e hag̃ua umi pacto ñe’ẽme’ẽ rehe.</w:t>
      </w:r>
    </w:p>
    <w:p>
      <w:pPr>
        <w:pStyle w:val="ArticleBody"/>
        <w:jc w:val="left"/>
      </w:pPr>
      <w:r>
        <w:rPr>
          <w:rFonts w:ascii="Times New Roman" w:hAnsi="Times New Roman" w:eastAsia="Times New Roman" w:cs="Times New Roman"/>
        </w:rPr>
        <w:t>Abraham ehémplo pe jerovia tekotevẽ hag̃ua oike hag̃ua peteĩ joaju ñe’ẽme Tupã ndive ojerure ne jerovia ojeproba hag̃ua. Abraham jeproba, ohechaukátava iporãpa añetehápe ijerovia térã peteĩ ñembotavy reíntepa, oñemopyenda vaʼekue ojehechauka hag̃ua ombohováitapa Tupã ñe’ẽ —jepe haʼete hag̃ua ombohováiva Tupã ñe’ẽ ymavegua. Abraham oikuaa vaʼekue yvypóra jejuka ñekuaveʼẽha jejuka, ha upéva orrepresenta hague umi tava maymáva ndoguerekóiva Tupãme añetegua rembiapo taʼãnga ñemombaʼeguasu rehegua, haʼe oiko aja guive ijapytepekuéra. Umi mbohapyhára ha fariséokuéra oikuaa vaʼekue iñepyrũmby guive, pe ñe’ẽme’ẽ rembiasakue rupive, Tupã peteĩnteha, ha avei oikuaa vaʼekue Jesús heʼiha voi haʼeha peteĩ mokõiha Tupã. Haʼekuéra ojeproba hína kuri ipahaguéva jeproba rupive.</w:t>
      </w:r>
    </w:p>
    <w:p>
      <w:pPr>
        <w:pStyle w:val="ArticleScripture"/>
        <w:jc w:val="left"/>
      </w:pPr>
      <w:r>
        <w:rPr>
          <w:rFonts w:ascii="Times New Roman" w:hAnsi="Times New Roman" w:eastAsia="Times New Roman" w:cs="Times New Roman"/>
        </w:rPr>
        <w:t>Ehendu, Israel: Ñandejára ñande Jára peteĩnte Ñandejára. Deuteronomio 6:4.</w:t>
      </w:r>
    </w:p>
    <w:p>
      <w:pPr>
        <w:pStyle w:val="ArticleBody"/>
        <w:jc w:val="left"/>
      </w:pPr>
      <w:r>
        <w:rPr>
          <w:rFonts w:ascii="Times New Roman" w:hAnsi="Times New Roman" w:eastAsia="Times New Roman" w:cs="Times New Roman"/>
        </w:rPr>
        <w:t>Pe tembiasakue Moisés ohaivaʼekuépe pe versíkulo mboyvegua, Tupã oikuaaukáma vaʼekue Moiséspe guive upe guive ojekuaavaʼerãha Jehová ramo. Ndaiporivéima vaʼerã peteĩnte Tupã Karai Ipuʼakapáva ramo, ha upe guive ojekuaavaʼerã Jehová ramo. Pe tembiasakue jepehápe Haʼe ombotuichavévo ijehechakuaa ijerovia hag̃ua heko rehe, ojehechaukaháicha héra rupi, upe jave avei omombeʼu mbarete porã Israel yma guápe Tupã haʼeha peteĩnte Tupã. Mbaʼépa umi judío Cristo ára pegua oimoʼã vaʼerã rakaʼe?</w:t>
      </w:r>
    </w:p>
    <w:p>
      <w:pPr>
        <w:pStyle w:val="ArticleBody"/>
        <w:jc w:val="left"/>
      </w:pPr>
      <w:r>
        <w:rPr>
          <w:rFonts w:ascii="Times New Roman" w:hAnsi="Times New Roman" w:eastAsia="Times New Roman" w:cs="Times New Roman"/>
        </w:rPr>
        <w:t>Upéi, Hembiapópe, og̃uahẽvo pe oike Triunfálpe Jerusalénpe, umi hudío oñemondýi jeyeterei ohechávo Jesús oheja mitãnguéra opurahéi hag̃ua Iñemomba’eguasu.</w:t>
      </w:r>
    </w:p>
    <w:p>
      <w:pPr>
        <w:pStyle w:val="ArticleScripture"/>
        <w:jc w:val="left"/>
      </w:pPr>
      <w:r>
        <w:rPr>
          <w:rFonts w:ascii="Times New Roman" w:hAnsi="Times New Roman" w:eastAsia="Times New Roman" w:cs="Times New Roman"/>
        </w:rPr>
        <w:t>Ha umi aty oho vaekue tenonderã ha umi oho vaekue hapykuéri osapukái hína, he'ívo: Hosanna David Ra'ype; tojehovasa pe oúva Ñandejára rérape; Hosanna yvatevevusupe. Mateo 21:9.</w:t>
      </w:r>
    </w:p>
    <w:p>
      <w:pPr>
        <w:pStyle w:val="ArticleBody"/>
        <w:jc w:val="left"/>
      </w:pPr>
      <w:r>
        <w:rPr>
          <w:rFonts w:ascii="Times New Roman" w:hAnsi="Times New Roman" w:eastAsia="Times New Roman" w:cs="Times New Roman"/>
        </w:rPr>
        <w:t>Purahéi ñe’ẽ omoakãrasy vaʼekue fariséopekuérape hína pe ohechauka hag̃ua Jesús haʼeha David Raʼy, ha avei ohechauka hag̃ua David Raʼy haʼeha Ñandejára réra. Iministerio ñepyrũme, jeike triumfálpe ha, añetehápe, kurusúre, pe ñorairõme oike avei pyʼaro Jesús réra rehegua.</w:t>
      </w:r>
    </w:p>
    <w:p>
      <w:pPr>
        <w:pStyle w:val="ArticleScripture"/>
        <w:jc w:val="left"/>
      </w:pPr>
      <w:r>
        <w:rPr>
          <w:rFonts w:ascii="Times New Roman" w:hAnsi="Times New Roman" w:eastAsia="Times New Roman" w:cs="Times New Roman"/>
        </w:rPr>
        <w:t>Upémarõ judíokuéra pa’i ruvichakuéra he’i Pilátope: Ani ehai: Judíokuéra Rréi; síno kóva he’i hague: Che ha’e Judíokuéra Rréi. Juan 19:21.</w:t>
      </w:r>
    </w:p>
    <w:p>
      <w:pPr>
        <w:pStyle w:val="ArticleBody"/>
        <w:jc w:val="left"/>
      </w:pPr>
      <w:r>
        <w:rPr>
          <w:rFonts w:ascii="Times New Roman" w:hAnsi="Times New Roman" w:eastAsia="Times New Roman" w:cs="Times New Roman"/>
        </w:rPr>
        <w:t>Añetehápe, Pilato omoambue va’erãmo’ã jehaipy he’i hag̃uáicha: «Che hína, Judio-kuéra Ruvicha», upéva ikatuva’erãmo’ã kuri hekopete, pórke «Che Hína» ha’e pe téra Jesús omoĩva’ekue ijehegui heta jey. Añetehápe, pe lógica ivaíva ojeporu hag̃ua omoambue Tupã Ñe’ẽ, ko’ýte pe kurusu rembiasakue rehegua, ha’e mba’e yvypóra araka’eve ndojapomo’ãi va’erã, ajépa? Jesús ha’eva’ekue «Judio-kuéra Ruvicha», ha katu avei ha’eva’ekue «Che Hína»; upévare pe ñe’ẽ «Che Hína, Judio-kuéra Ruvicha» hekopete peteĩ sentidope, péro ndaha’éi upéva pe punto.</w:t>
      </w:r>
    </w:p>
    <w:p>
      <w:pPr>
        <w:pStyle w:val="ArticleBody"/>
        <w:jc w:val="left"/>
      </w:pPr>
      <w:r>
        <w:rPr>
          <w:rFonts w:ascii="Times New Roman" w:hAnsi="Times New Roman" w:eastAsia="Times New Roman" w:cs="Times New Roman"/>
        </w:rPr>
        <w:t>Ñepyrũ guive, mbyte rupi ha ipaha peve umi mbohapy áño ha mbyte aja, Héra oiko vaekue peteĩ mba’e omoñembyaty ha omongu’éva. Heta mba’e oĩva’erã oñehesa’ỹijo hag̃ua pe ñe’ẽrã joaju hérakuéra ñemoĩmbyre rehegua, ha ko’ápe che aipota ahechauka hague oiko hague peteĩ ñemongu’e Israel yma guarépe ipahápe, pe tupao judíope, orekóva Cristo réra rehegua. David Ra’y ramo, Ha’e oguereko vaekue umi mba’e ohechaukáva ikatuha oiko Mesías; Tupã Ra’y ramo, (he’iséva avei Ha’eha Tupã), ha Yvypóra Ra’y ramo, Jesús omoĩ vaekue peteĩ jehechapyrã tuichaite umi tavayguakuéra ojeporavo vaekuépe g̃uarã. Mba’éicha piko ko kuimba’e ikatuva’erã he’i ha’eha Tupã ha avei Tupã Ra’y, Moisés niko, iñe’ẽme’ẽ rembiasakue ñepyrũme, he’i porãiterei vaekue Tupã ha’eha peteĩnte Tupã?</w:t>
      </w:r>
    </w:p>
    <w:p>
      <w:pPr>
        <w:pStyle w:val="ArticleBody"/>
        <w:jc w:val="left"/>
      </w:pPr>
      <w:r>
        <w:rPr>
          <w:rFonts w:ascii="Times New Roman" w:hAnsi="Times New Roman" w:eastAsia="Times New Roman" w:cs="Times New Roman"/>
        </w:rPr>
        <w:t>Upéicharõ, upéva ha’e vaekue Cristo oikova’ekue umi kuimba’e apytépe rembipota. Tupã oĩ vaekue hese, ombojoaju jey hag̃ua umi kuimba’épe ijehe, ha ojapo upéva ohejávo umi kuimba’épe ohecha Jesúspe, ha’e hag̃uáicha hesakã porã ha directamente ombo’e vaekue: peẽ pehecháramo Chupe, pehecha vaekue Túvape. Ko tembiasakue ohechauka Israel literal paha hag̃ua Tupã retã ojeporavóva ramo; ha iñepyrũme oĩ vaekue peteĩ ñorairõ ojehechakuaáva máva ha mba’épa Tupã.</w:t>
      </w:r>
    </w:p>
    <w:p>
      <w:pPr>
        <w:pStyle w:val="ArticleScripture"/>
        <w:jc w:val="left"/>
      </w:pPr>
      <w:r>
        <w:rPr>
          <w:rFonts w:ascii="Times New Roman" w:hAnsi="Times New Roman" w:eastAsia="Times New Roman" w:cs="Times New Roman"/>
        </w:rPr>
        <w:t>Ha Faraón he'i: Mávapa pe Ñandejára, ahendu hag̃uáicha iñe'ẽ ha amondo hag̃ua Israelpe? Che ndajikuaái pe Ñandejárape, ha ndamondomo'ãi Israelpe. Éxodo 5:2.</w:t>
      </w:r>
    </w:p>
    <w:p>
      <w:pPr>
        <w:pStyle w:val="ArticleBody"/>
        <w:jc w:val="left"/>
      </w:pPr>
      <w:r>
        <w:rPr>
          <w:rFonts w:ascii="Times New Roman" w:hAnsi="Times New Roman" w:eastAsia="Times New Roman" w:cs="Times New Roman"/>
        </w:rPr>
        <w:t>Faraón ohechauka ndaha’éi añónte peteĩ ta’anga ohechaukáva mba’éichapa ñemoĩ mbarete atea oñemoĩ Ñandejára jeikuaa rehe, ha katu avei ohechauka Egipto-ygua kuéra ñeikũmby oñe’ẽva Abraham Jára rehe. Ha heta jey Ñandejára he’i va’ekue umi hembiapo hechapyrãva Egíptope ojejapo hague ikatu hag̃uáicha yvypóra oikuaa mávapa Ha’e. Israel tee oñepyrũmby rembiasakue, Ñandejára retã ojeporavopyréicha, ohechauka hag̃ua mba’éichapa ipahápe.</w:t>
      </w:r>
    </w:p>
    <w:p>
      <w:pPr>
        <w:pStyle w:val="ArticleBody"/>
        <w:jc w:val="left"/>
      </w:pPr>
      <w:r>
        <w:rPr>
          <w:rFonts w:ascii="Times New Roman" w:hAnsi="Times New Roman" w:eastAsia="Times New Roman" w:cs="Times New Roman"/>
        </w:rPr>
        <w:t>Mokõivéva tembiasakuépe oĩ peteĩ tekuaa’ỹ mba’éichapa ha mávapa Tupã, upéva ojoaju héra opaichagua rehe; ha iñimportantevéva ñane ñehesa’ỹijópe g̃uarã niko, Cristo rembiasakue Israel paha jave tetã ojeporavopyrévaramo ohechauka peteĩ mba’e tenondegua umi hudío kuéra oñepysohaguére iñe’ẽrendu hag̃ua Mesías-pe, ha’éva oikuaágui Tupã Ñe’ẽ, iñepyrũme hekove joaju rembiasakuepe, omombe’u hague Ha’eha peteĩnte Tupã. ¡Mba’e apañuãi tuichaite!</w:t>
      </w:r>
    </w:p>
    <w:p>
      <w:pPr>
        <w:pStyle w:val="ArticleScripture"/>
        <w:jc w:val="left"/>
      </w:pPr>
      <w:r>
        <w:rPr>
          <w:rFonts w:ascii="Times New Roman" w:hAnsi="Times New Roman" w:eastAsia="Times New Roman" w:cs="Times New Roman"/>
        </w:rPr>
        <w:t>Ha upéi ndaipóri véima py’aguasu oporandu hag̃ua chupe mba’eve. Ha ha’e he’i chupekuéra: Mba’éicha piko he’i hikuái Cristo ha’eha David ra’y? David voi niko he’i Salmos kuatiápe: Ñandejára he’i che Ruvicha-pe: Eguapy che akatúa gotyo, che amoĩ meve ne enemigo-kuérape nde py guýpe. Upévare David ohenói chupe Ruvicha; mba’éicha piko upéicharõ ha’e i ra’y? Lucas 20:40–44.</w:t>
      </w:r>
    </w:p>
    <w:p>
      <w:pPr>
        <w:pStyle w:val="ArticleBody"/>
        <w:jc w:val="left"/>
      </w:pPr>
      <w:r>
        <w:rPr>
          <w:rFonts w:ascii="Times New Roman" w:hAnsi="Times New Roman" w:eastAsia="Times New Roman" w:cs="Times New Roman"/>
        </w:rPr>
        <w:t>Kóva ha’e pe porandu ha mbohovái paha umi judíokuérape g̃uarã, upéi rupi pe ñomongeta rire, “ndopytavéi okyhyje’ỹ hag̃uáicha oporandu hag̃ua chupe mba’eve.” Ha’e ramoite ombohovái pe porandu paha hembiapopegua pe óga okañývape g̃uarã (ha tapiaite oĩ peteĩ óga okañýva pe tembiasakue proféticape), ha upéi omoĩ hag̃ua ñemongetápe Héra “David Ra’y” ramo, ha upévare Mesías ramo. Umi mbohapy ary ha mbyte pukukue javeve pe ñorairõme oike Héra opaichagua, umíva ohechaukáva Ikarakterm ha Hekoha tee. Ijérye rehe oñeñe’ẽ oñepyrũmby jave, Iñemongaraihápe, ha upéi pe iñomongeta pahápe pe óga okañýva ndive pe jeike triumfálpe ha kurusúre, ambue jehasa rupi umi evangelio-pe.</w:t>
      </w:r>
    </w:p>
    <w:p>
      <w:pPr>
        <w:pStyle w:val="ArticleScripture"/>
        <w:jc w:val="left"/>
      </w:pPr>
      <w:r>
        <w:rPr>
          <w:rFonts w:ascii="Times New Roman" w:hAnsi="Times New Roman" w:eastAsia="Times New Roman" w:cs="Times New Roman"/>
        </w:rPr>
        <w:t>“Umi fariséokuéra oñembyaty hi’aguĩ Jesús rehe, ha ha’e ombohovái rire pe escriba porandu, ojere ha oporandu chupekuéra: ‘Mba’épa peẽ peimo’ã Cristo rehe? Máva ra’y piko ha’e?’ Ko porandu ojapo hag̃uáicha ojehecha hag̃ua mba’éichapa oguerovia hikuái pe Mesías rehe,—ohechauka hag̃ua pehecháramo chupe peteĩ kuimba’e-rõnte térã Tupã Ra’y ramo. Hetaiterei ñe’ẽ peteĩ ñe’ẽme ombohovái: ‘David Ra’y.’ Kóva hína pe título profecía ome’ẽva’ekue pe Mesíaspe. Jesús oikuaaukárõ guare idivinidad imilágro mbaretépe, omonguerávo hasývape ha omopu’ãvo omanóva’ekuépe, tavayguakuéra oporandu ojupe: ‘Ndaha’éi piko kóva David Ra’y?’ Kuña sirofenicia, Bartimeo áraha’ỹ, ha heta ambue osapukái va’ekue chupe ojerure hag̃ua pytyvõ: ‘Eporiahuvereko che rehe, che Ruvicha, nde David Ra’y.’ Mateo 15:22. Oike aja Jerusalénpe hi’ári peteĩ mymba, oñemomaitei chupe vy’a guasúpe he’íva: ‘¡Hosanna David Ra’ýpe! Tojehovasa pe oúva Ñandejára rérape.’ Mateo 21:9. Ha mitãnguéra michĩva pe témplope upe árape ombojoapy avei pe ñe’ẽ porã guasu. Péro heta umi ohenóiva Jesúspe David Ra’y noikuaái va’ekue idivinidad. Nontendéi hikuái David Ra’y ha’eha avei Tupã Ra’y.”</w:t>
      </w:r>
    </w:p>
    <w:p>
      <w:pPr>
        <w:pStyle w:val="ArticleScripture"/>
        <w:jc w:val="left"/>
      </w:pPr>
      <w:r>
        <w:rPr>
          <w:rFonts w:ascii="Times New Roman" w:hAnsi="Times New Roman" w:eastAsia="Times New Roman" w:cs="Times New Roman"/>
        </w:rPr>
        <w:t>“Oñembohovái hag̃ua pe he’íva Cristo ha’e hague David Ra’y, Jesús he’i: ‘Mba’éicha rupi upéicharõ David, Espíritupe [Ñandejára ome’ẽva inspiración Espíritu], ohenói Ichupe Señor, he’ívo: Ñandejára he’i che Ruvicháme: Eguapy Che akatúape, amoĩ meve nde enemigo-kuérape nde py guýpe? Upéicharõ David ohenóiramo Ichupe Señor, mba’éicha piko ha’e ikatu ha’e ita’ýra? Ha avave ndaikatúi ombohovái Ichupe peteĩ ñe’ẽnte jepe, ha upe guive avave ndopy’aguasuvéi oporandu hag̃ua Ichupe mba’eveve.’” The Desire of Ages, 609.</w:t>
      </w:r>
    </w:p>
    <w:p>
      <w:pPr>
        <w:pStyle w:val="ArticleBody"/>
        <w:jc w:val="left"/>
      </w:pPr>
      <w:r>
        <w:rPr>
          <w:rFonts w:ascii="Times New Roman" w:hAnsi="Times New Roman" w:eastAsia="Times New Roman" w:cs="Times New Roman"/>
        </w:rPr>
        <w:t>Imesiásharamo oñehẽmbarete ha pe iñemoĩ paha umi oúvape osalva hag̃ua ndive ojejuhu ikatuha hag̃ua iñandejáraite, héra kuéra rehegua ta’anga rehe, ha katuete pe ñe’ẽpykue peteĩha rembiporu rehe. Jesús omohu’ã hembiapo hag̃ua umi hudíope guarã oiporúvo David tee rembiasakue ombo’e hag̃ua David espiritual rehegua. Mba’ére piko David he’i va’erã pe ára Ñandejára he’ívo Ñandejárape oguapy hag̃ua hendive guapyha ári? Pórke mburuvicha guasu David iñepyrũme ohechauka pe David espiritual, pe Mburuvicha Guasu oútava ipahápe. Pe tape añoite oñentende porã hag̃ua Jesús ñe’ẽ paha pe oguahẽva’ekue pe óga okañývape, ha’e va’ekue ikatu hag̃uáicha ojeporu pe ñe’ẽpykue peteĩha rembiporu; upéva katu ndaikatúi ojejapo ndereikuaáiramo upe rembiporu.</w:t>
      </w:r>
    </w:p>
    <w:p>
      <w:pPr>
        <w:pStyle w:val="ArticleBody"/>
        <w:jc w:val="left"/>
      </w:pPr>
      <w:r>
        <w:rPr>
          <w:rFonts w:ascii="Times New Roman" w:hAnsi="Times New Roman" w:eastAsia="Times New Roman" w:cs="Times New Roman"/>
        </w:rPr>
        <w:t>Iñe’ẽ paha ome’ẽva’ekue pe óga okañývape oikotevẽkuri oñentende hag̃ua pe mbojojaha peteĩha ñe’ẽme’ẽ rehegua ikatu hag̃uáicha oñentende porã. Jesús oiporu Davídpe ha David Ra’ýpe omoherakuã hag̃ua pe añetegua pe óga okañývape, iñe’ẽ paha ramo. Ha’ekuéra niko pe óga Davidgua va’ekue. Upévare Jesús ogueru pe túvape (David) ha ombohasa pe (David Ra’y) rehe, ha avei ogueru pe ta’ýrape (David rehegua) ha ombohasa itúva (David) rendápe. Ombojevy Túvape pe mitã rendápe, Elías marandu oñeprofetisaháicha ojapótaha umi “ára pahápe”. Upéva hína va’ekue Iñe’ẽ paha Israel yma guarépe, tee ha literalva, ha upéva va’ekue peteĩ marandu Elías rehegua, oñemopyendágui pe mbojojaha peteĩha ñe’ẽme’ẽ rehe. Upévare pe mbojojaha peteĩha ñe’ẽme’ẽ rehegua avei omoneĩ Jesús marandu peteĩ marandu Elías rehegua ramo, pe mbojojaha voi rehe oñemopyendáva. Pe mbojojaha peteĩha ñe’ẽme’ẽ rehegua ojerurekatu, oiméramo Juan Bautista marandu Elías rehegua ha’e hague pe peteĩha umi marandu ñemomandu’a pahaguigua pe óga Israel okañývape g̃uarã, upéicharõ pe marandu paha ome’ẽva’ekue chupekuérape avei va’erãmo’ã pe marandu Elías rehegua. Ha upéichaete ningo oiko…</w:t>
      </w:r>
    </w:p>
    <w:p>
      <w:pPr>
        <w:pStyle w:val="ArticleBody"/>
        <w:jc w:val="left"/>
      </w:pPr>
      <w:r>
        <w:rPr>
          <w:rFonts w:ascii="Times New Roman" w:hAnsi="Times New Roman" w:eastAsia="Times New Roman" w:cs="Times New Roman"/>
        </w:rPr>
        <w:t>Ojeʼepyrũma guive koʼã mbaʼe, aipota koʼág̃a aguenohẽ chugui peteĩ punto oñemopyendáva pe ñeʼẽmeʼẽ tenondegua rembiapóre—pe Alfa ha pe Omega. Yma Israel yma guarépe, iñepyrũmbyme, oĩkuri peteĩ ñorairõ marandu rehegua mávapa ha mbaʼépa Tupã; ha upéva ohechauka voi upe ñorairõ peteĩcha oikóva Israel yma guarépe ipahápe. Israel yma guarépe pahápe, Cristo rembiapo oikekuri omboʼe hag̃ua pe Israel róga okañy vaʼekuépe mávapa ha mbaʼépa Tupã. Paha rembiasápe oĩkuri peteĩ ñemoĩ Cristo rehe, oñemopyendáva peteĩ añetegua ypykue rehe, oñemoĩmavaʼekue iñepyrũmby guive. Israel espiritual koʼag̃agua oguerekóta avei hembiasápe umi peteĩchaite marandu profético.</w:t>
      </w:r>
    </w:p>
    <w:p>
      <w:pPr>
        <w:pStyle w:val="ArticleBody"/>
        <w:jc w:val="left"/>
      </w:pPr>
      <w:r>
        <w:rPr>
          <w:rFonts w:ascii="Times New Roman" w:hAnsi="Times New Roman" w:eastAsia="Times New Roman" w:cs="Times New Roman"/>
        </w:rPr>
        <w:t>Adventismo ñepyrũrãme, umi historiadór ñande mombe’u umi Millerita oñemoheñói ha’eha tenonderãite mokõi denominación cristianágui: Metodísta ha Christian Connection. Metodísmo jerovia tenondegua oñemopyenda kuri tekove cristiano hekopete jeikére. Ha’ekuéra oguereko va’ekue pe “método”. Christian Connection jerovia tenondegua ikatu oñemboapu’a hag̃ua peteĩ ñe’ẽme ha’eha pe doctrina católica de la trinidad rehe oñemoĩva.</w:t>
      </w:r>
    </w:p>
    <w:p>
      <w:pPr>
        <w:pStyle w:val="ArticleBody"/>
        <w:jc w:val="left"/>
      </w:pPr>
      <w:r>
        <w:rPr>
          <w:rFonts w:ascii="Times New Roman" w:hAnsi="Times New Roman" w:eastAsia="Times New Roman" w:cs="Times New Roman"/>
        </w:rPr>
        <w:t>Che investigación rupive ajuhu peve, haimete opaite umi Millerita ruvichakuéra ojepy’aguapy kuri pe doctrina Christian Connection rehe. Heta rã ramo oĩ Movimiento de Reforma Adventista del Séptimo Día (SDARM) rembiapo renda, ko’ág̃a peve ojejoko ha oñemotenonde hag̃ua pe Millerita ypykue ñehesa’ỹijo “anti-trinitarianismo” rehegua. Peteĩ apañuãi (ha ko’ág̃a peteĩ ypykue ñemoñare’ỹha) umi omantene va’ekuérape g̃uarã pe aranduka ypykue rehegua ha araka’eve oĩtava, ha’e mba’éichapa ombohovái va’erã umi heta ha opaichagua pasáhe Sister White ombohovái hag̃uáicha directamente pe posición doctrinal ha’ekuéra ojokóva ha omotenondéva?</w:t>
      </w:r>
    </w:p>
    <w:p>
      <w:pPr>
        <w:pStyle w:val="ArticleScripture"/>
        <w:jc w:val="left"/>
      </w:pPr>
      <w:r>
        <w:rPr>
          <w:rFonts w:ascii="Times New Roman" w:hAnsi="Times New Roman" w:eastAsia="Times New Roman" w:cs="Times New Roman"/>
        </w:rPr>
        <w:t>“Añembo’e hag̃ua chéve ha’e hag̃ua ko’ãva: umi temiandu umi ohekáva marandu arandu yvateve rehegua ndaikatúi ojerovia hese. Ojejapo ko’ãichagua ta’ãnga hag̃ua: ‘Túva ha’e pe tesape ndojehecháivaicha: Ta’ýra ha’e pe tesape ojekuaaukávaicha; Espíritu ha’e pe tesape oñemyasãiva.’ ‘Túva ha’e pe ysapy ojoguáva, vapor ndojehecháiva; Ta’ýra ha’e pe ysapy oñembyatýva peteĩ forma porãme; Espíritu ha’e pe ysapy ho’áva tekove renda ári.’ Ambue ta’ãnga he’i: ‘Túva ha’e pe vapor ndojehecháiva ojoguáva; Ta’ýra ha’e pe arai pytũ asy ojoguáva; Espíritu ha’e ama ho’áva ha omba’apóva mbarete piro’y porãme.’”</w:t>
      </w:r>
    </w:p>
    <w:p>
      <w:pPr>
        <w:pStyle w:val="ArticleScripture"/>
        <w:jc w:val="left"/>
      </w:pPr>
      <w:r>
        <w:rPr>
          <w:rFonts w:ascii="Times New Roman" w:hAnsi="Times New Roman" w:eastAsia="Times New Roman" w:cs="Times New Roman"/>
        </w:rPr>
        <w:t>“Ko’ã representación espiritualista ha’e añónte mba’eve’ỹ. Ha’ekuéra ndojejapóiramo añetehápe ha japu. Omboguejy ha omomichĩ pe Mburuvichaete ndaikatúiva oñembojoja mba’eveichagua ta’ãnga yvy arigua rehe. Ñandejára ndaikatúi oñembojoja umi mba’e ipo ojapo va’ekuépe. Ko’ãva ha’e añónte mba’e yvy arigua, ohasa asyva Ñandejára ñe’ẽpyrũ vai guýpe yvypóra angaipa rupi. Pe Túva ndaikatúi oñemombe’u umi mba’e yvy arigua rupive. Pe Túva ha’e opaite Tupãreko henyhẽva hete reheve, ha ndahechaukái yvypóra omanóva resa renondépe.”</w:t>
      </w:r>
    </w:p>
    <w:p>
      <w:pPr>
        <w:pStyle w:val="ArticleScripture"/>
        <w:jc w:val="left"/>
      </w:pPr>
      <w:r>
        <w:rPr>
          <w:rFonts w:ascii="Times New Roman" w:hAnsi="Times New Roman" w:eastAsia="Times New Roman" w:cs="Times New Roman"/>
        </w:rPr>
        <w:t>“Ta’ýra hína opaite Tupã reko tee rehegua plenitu ojehechaukáva. Tupã Ñe’ẽ he’i Hese ha’eha ‘iñe’ẽrãngue teeite Hae rekopegua.’ ‘Tupã niko ohayhu eterei yvy ape arapýpe, upévare ome’ẽ Ita’ýra peteĩete imemby hague, maymáva ojeroviáva Hese ani hag̃ua okañy, ha toguereko tekove opave’ỹva.’ Ko’ápe ojehechauka Túva personálida.”</w:t>
      </w:r>
    </w:p>
    <w:p>
      <w:pPr>
        <w:pStyle w:val="ArticleScripture"/>
        <w:jc w:val="left"/>
      </w:pPr>
      <w:r>
        <w:rPr>
          <w:rFonts w:ascii="Times New Roman" w:hAnsi="Times New Roman" w:eastAsia="Times New Roman" w:cs="Times New Roman"/>
        </w:rPr>
        <w:t>“Pe Consolador Cristo opromete vaʼekue omondo hag̃ua ojupi rire yvágape, haʼe hína pe Espíritu opaite pe plenitud divínape, ohechaukáva pe pokatu pe grásia divina rehegua opa umi ohupytýva ha ogueroviáva Cristo rehe peteĩ Salvador personal ramo. Oĩ mbohapy Persona oikovéva pe trío celestial-pe; koʼã mbohapy tuicha Pokatu rérape—pe Túva, pe Taʼýra ha pe Espíritu Santo—umi ohupytýva Cristo-pe jerovia oikovéva rupive oñemongarai, ha koʼã Pokatu ombaʼapo joáta umi yvágagua iñeʼẽrendúva ndive hembiapópe oikove hag̃ua pe tekove pyahu Cristo-pe.” Special Testimonies, Series B, number 7, 62, 63.</w:t>
      </w:r>
    </w:p>
    <w:p>
      <w:pPr>
        <w:pStyle w:val="ArticleBody"/>
        <w:jc w:val="left"/>
      </w:pPr>
      <w:r>
        <w:rPr>
          <w:rFonts w:ascii="Times New Roman" w:hAnsi="Times New Roman" w:eastAsia="Times New Roman" w:cs="Times New Roman"/>
        </w:rPr>
        <w:t>Pe pasáhe ohechauka umi “temiandu umi” omyesakãva Túva, Ta’ýra ha Espíritu “umi mba’e yvy arigua” rupive. Upéi he’i: “Túva ndaikatúi oñemombe’u umi mba’e yvy arigua rupive.” Eñe’ẽmi mokõi punto rehe ha’e ombohasáva, jepe peteĩva ikatu hag̃uáicha ohendu hag̃uáicha peteĩ jeikovy’ỹramoguáicha. Ha’e ohechauka peteĩ ñemyesakã japu Ñandejára reko rehegua, pe ombojoajúva mbohapy tupãramo, reipotáramo he’ise upéva. Upéva hína peteĩ ñemyesakã japu Ñandejára reko rehegua, ha katu ha’e ndojapói mba’eveichagua ñe’ẽmondo pe añetegua rehe, pe ñemyesakã japu Ñandejára reko rehegua avei naimbojavyi hag̃ua ndaiporiháicha pe papapy hekopeteva tupãnguéra rehegua Ñandejára reko ryepýpe.</w:t>
      </w:r>
    </w:p>
    <w:p>
      <w:pPr>
        <w:pStyle w:val="ArticleBody"/>
        <w:jc w:val="left"/>
      </w:pPr>
      <w:r>
        <w:rPr>
          <w:rFonts w:ascii="Times New Roman" w:hAnsi="Times New Roman" w:eastAsia="Times New Roman" w:cs="Times New Roman"/>
        </w:rPr>
        <w:t>Avei pene pehechakuaa ha’e he’iha yvy arigua mba’e ndaikatuiha ojeporu oñemombe’u hag̃ua Túva rehe. Upe je’epyte voi, ha’e voi oiporu hína yvy arigua mba’e. Yvypóra kuéra niko oreko ta’ýra ha sy ha túva ha tia ha primokuéra. Ha Jesús he’i ñandéve ndaiporivemo’ãiha ñemenda yvágape, ko yvy pyahúpe, ñande hag̃ua umi ánhel kuéraicha. Ndaipóri kuimba’e ha kuña ánhel. Umi ñe’ẽ yvypóra kuéra oipurúva omyesakã hag̃ua iñirũnguéra ndive ojoajúva, Tupã oiporu ñanembo’e hag̃uáicha Iteko ha Heko rehe; hákatu umi “yvy arigua mba’e” jepe peteĩ jehechakuaa marangatu oiporúva ombo’e hag̃ua yvypórape Tupã rekokatu ha heko rehe, imperfékto gueteri.</w:t>
      </w:r>
    </w:p>
    <w:p>
      <w:pPr>
        <w:pStyle w:val="ArticleBody"/>
        <w:jc w:val="left"/>
      </w:pPr>
      <w:r>
        <w:rPr>
          <w:rFonts w:ascii="Times New Roman" w:hAnsi="Times New Roman" w:eastAsia="Times New Roman" w:cs="Times New Roman"/>
        </w:rPr>
        <w:t>Ñandéve oje’e kuri ñandéve: “Oĩ mbohapy tapicha oikovéva pe aty yvagapeguápe” … “Túva, Ta’ýra ha Espíritu Santo”. Peteĩ mba’e ijaháivaite hína oñembojoaju hag̃ua ko’ã mbohapy tapicháre temimo’ã espiritualista yvy arigua; ha katu ndaha’éi mba’e ijaháivaite hag̃uáicha oñembojoaju “ko’ã mbohapy pokatu guasu réra” pe definición bíblica oñe’ẽva Tupãre.</w:t>
      </w:r>
    </w:p>
    <w:p>
      <w:pPr>
        <w:pStyle w:val="ArticleBody"/>
        <w:jc w:val="left"/>
      </w:pPr>
      <w:r>
        <w:rPr>
          <w:rFonts w:ascii="Times New Roman" w:hAnsi="Times New Roman" w:eastAsia="Times New Roman" w:cs="Times New Roman"/>
        </w:rPr>
        <w:t>Profetisa he’i “téra” umi mbohapy pu’aka guasu omoheñóiva pe Divinidad ha’eha Túva, Ta’ýra ha Espíritu Santo. Opaite añetegua bíblica reheguáicha, oñembyaty jave línea ári línea, pe testimonio kompleto oikova’erã opaite techaukaha oñemombe’u va’ekuépe. Umi proféta testimonio oñembojoajuva’erã. Daniel ome’ẽ Cristo-pe pe téra Palmoni (ambue téra apytépe avei, péro kóva ha’e peteĩ techapyrãnte). Juan oñehenói Chupe Alfa ha Omega ha Moisés oñehenói Chupe Jehová. Ellen White he’iháicha, Héra ha’e Túva, Ta’ýra ha Espíritu Santo.</w:t>
      </w:r>
    </w:p>
    <w:p>
      <w:pPr>
        <w:pStyle w:val="ArticleScripture"/>
        <w:jc w:val="left"/>
      </w:pPr>
      <w:r>
        <w:rPr>
          <w:rFonts w:ascii="Times New Roman" w:hAnsi="Times New Roman" w:eastAsia="Times New Roman" w:cs="Times New Roman"/>
        </w:rPr>
        <w:t>“Satana hína... opa ára ojopy ogueru hag̃ua pe japúva—omomombyry hag̃ua pe añeteguágui. Pe ñembotavy pahaiteite Satana rehegua ha’éta ojapo hag̃ua mba’eve’ỹramo Tupã Espíritu testimonio. ‘Noĩrihápe visión, umi tetãygua oñehundi’ (Proverbios 29:18). Satana omba’apóta katupyryeterei, opaichagua tape rupi ha opaichagua tembiporu rupive, omokangy hag̃ua jerovia Tupã rembyre tavayguakuéra rehegua pe testimonio añeteguáre.”</w:t>
      </w:r>
    </w:p>
    <w:p>
      <w:pPr>
        <w:pStyle w:val="ArticleScripture"/>
        <w:jc w:val="left"/>
      </w:pPr>
      <w:r>
        <w:rPr>
          <w:rFonts w:ascii="Times New Roman" w:hAnsi="Times New Roman" w:eastAsia="Times New Roman" w:cs="Times New Roman"/>
        </w:rPr>
        <w:t>“Oĩta ñemborayhu’ỹ oñemyendýta Testimonios rehe, ha’éva satánico. Satanás rembiapo ha’éta omokangy hag̃ua umi iglesia jerovia hesekuéra; ko mba’ére: Satanás ndikatúi oguereko tape hesakãitéva omoinge hag̃ua iñembotavykuéra ha ojokua hag̃ua umi ánga iñembotavykuérape, Ñandejára Espíritu ñe’ẽmondo, ñe’ẽreko, ha consejo-kuéra oñehendúramo.” Selected Messages, libro 1, 48.</w:t>
      </w:r>
    </w:p>
    <w:p>
      <w:pPr>
        <w:pStyle w:val="ArticleBody"/>
        <w:jc w:val="left"/>
      </w:pPr>
      <w:r>
        <w:rPr>
          <w:rFonts w:ascii="Times New Roman" w:hAnsi="Times New Roman" w:eastAsia="Times New Roman" w:cs="Times New Roman"/>
        </w:rPr>
        <w:t>Peteĩ ñe'ẽ mbyky ko pasáhegui. Juan oñemondo Patmos-pe Ñandejára Ñe'ẽ rehe ha Jesús testimónio rehe. Mokoĩ aty ojehupyty hag̃ua pe mbohapyha ánhel marandu rupive: umi oĩva Adventismo okápe ha umi oĩva Adventismo ryepýpe. Juan ohechauka peteĩ Adventista-pe, ndaha'éi añónte oñemoĩva jejopy vai guýpe ko yvy arigua rupi iñe'ẽrendúre la Biblia-pe, ha katu avei oñemoĩ jejopy vai guýpe iñe'ẽrendúre Espíritu de Profecía jehaipykuéra-pe. Pe jejopy vai oñemopu'ãva Espíritu de Profecía rehe ndoumo'ãi okágui, ou hyepýgui.</w:t>
      </w:r>
    </w:p>
    <w:p>
      <w:pPr>
        <w:pStyle w:val="ArticleBody"/>
        <w:jc w:val="left"/>
      </w:pPr>
      <w:r>
        <w:rPr>
          <w:rFonts w:ascii="Times New Roman" w:hAnsi="Times New Roman" w:eastAsia="Times New Roman" w:cs="Times New Roman"/>
        </w:rPr>
        <w:t>Israel yma guarépe ñepyrũme, Egíptope irundy sa ary rire, umi oikótava’ekue tavayguakuéra ojeporavóva ñe’ẽme’ẽme g̃uarã ndojoko véima pe sábado. Ndoikuaái hikuái Cristo rekotee térã iñe’ẽtéva. Oguereko hikuái ñentendeka vai Ñandejára rehegua, ombo’éva’ekue ipypekuéra tembiguáipe oĩ aja. Umi diez plagas; pe jejora Mar Rojo rupi; pe maná yvagapegua; pe santuario ha opa tembiporu oĩva ipype; umi ceremonia marangatu; pe korapy, pe Tenda Marangatu ha pe Tenda Marangatuvéva; Ñandejára léi; pe Ita Guasu omoirũva’ekue chupekuéra; pe y osẽva’ekue pe Ita Guasu omoirũvagui chupekuéra ha jepe pe mbói yvyra yvatére oñemoĩva’ekue, opa umíva oñembosako’i va’ekue oñembohetavévo hag̃ua ñemoarandu Ñandejára rehegua Itavayguakuéra ojeporavóvape. Kóva va’ekue peteĩ tekombo’e ojeguata mbeguekatúpe. Upe tekombo’e ojeguata mbeguekatúpe osegi peve umi escriba “ndopy’aguasuvéi hag̃ua oporandu chupe mba’eve” ha upéi Ha’e ohechauka pe mba’e pahaite oñeñe’ẽtava’ekue hendive ñomongeta juruja ryepýpe, ha upéva oguereko hag̃ua Davíd réra rehe ha mávapa ha mba’épa Cristo.</w:t>
      </w:r>
    </w:p>
    <w:p>
      <w:pPr>
        <w:pStyle w:val="ArticleBody"/>
        <w:jc w:val="left"/>
      </w:pPr>
      <w:r>
        <w:rPr>
          <w:rFonts w:ascii="Times New Roman" w:hAnsi="Times New Roman" w:eastAsia="Times New Roman" w:cs="Times New Roman"/>
        </w:rPr>
        <w:t>Israel espirituál moderna ñepyrũme, 1260 ary rire Babilonia espirituálpe, umi oikótava’ekue tetã ojeporavóva pe ñemoĩmbyrépe g̃uarã ndaipóri véima ojoko hag̃ua pe sábado. Ndoikuaái hikuái Cristo rekotee térã hekoha. Ojejoko hikuái umi jekuaa vai rehegua Tupã rehe, ha umíva ombo’ékuri hikuái iñapytĩme oĩ aja. Adventismo rembiasakue, opa hag̃ua umi techaukaha, apostasía, ñe’ẽme’ẽ, ha ñorairõ hyepypegua ndive, og̃uahẽ peteĩ punto-pe ary 1880-kuérape, upérõ oñemoherakuãramo guare The Desire of Ages. Upéva ryepýpe, kuatia rogue 671-pe, oĩ peteĩ jekuaa Ñandejára Reko’aty rehegua oñemoakãrapu’ãva heta mombyryve pe jekuaa gui og̃uahẽva’ekue siglo XVIII-gui.</w:t>
      </w:r>
    </w:p>
    <w:p>
      <w:pPr>
        <w:pStyle w:val="ArticleBody"/>
        <w:jc w:val="left"/>
      </w:pPr>
      <w:r>
        <w:rPr>
          <w:rFonts w:ascii="Times New Roman" w:hAnsi="Times New Roman" w:eastAsia="Times New Roman" w:cs="Times New Roman"/>
        </w:rPr>
        <w:t>Israel yma guarépe oreko vaʼekue peteĩ ñorairõ iñapýpe oguerúva peteĩ jeikuaa saʼieterei pe Divinidad rehegua, ojejapóva peteĩ jeikuaa rehe ipyrũmbýgui guare. Jesús remimombeʼu heʼi, tahaʼe Túva, Taʼýra térã Espíritu Santo, maymáva hikuái “opaite pe Divinidad rehegua oiko hetepe” (Colosenses 2:9). Pe testimonio bíblico heʼi: “Ehendu, Israel: Ñandejára ñande Jára peteĩnte hína” (Deuteronomio 6:4).</w:t>
      </w:r>
    </w:p>
    <w:p>
      <w:pPr>
        <w:pStyle w:val="ArticleBody"/>
        <w:jc w:val="left"/>
      </w:pPr>
      <w:r>
        <w:rPr>
          <w:rFonts w:ascii="Times New Roman" w:hAnsi="Times New Roman" w:eastAsia="Times New Roman" w:cs="Times New Roman"/>
        </w:rPr>
        <w:t>Israel koʼag̃agua oguereko heta ñeʼẽmeguáva idea Tupã rekojoaju rehegua, ha peteĩnte oĩ porã. Israel koʼag̃agua pahaite peve Tupã omohuʼãta hembiapo oikuaauka hag̃ua Ikarakter, upéva heʼiséva ohechaukávo upéicha pe ára de gracia gueteri aja. Upéva voi haʼe ojapo vaʼekue umi judío ndive, ha Haʼe arakaʼeve ndojehechamoʼãi. Añetehápe ñande jakakuaáta meme ñande entendimiento-pe Tupã reko ha Ikarakter rehe opa ára g̃uarã; upéicharõ jepe, oĩ peteĩ línea profética ojejapóva por propósito rupive, pe añetegua rehegua, ohechaukáva Tupã ñehaʼã omboʼe hag̃ua Itávape Ijehegui, ha upe tembiasakue haʼe pe mboʼe ohekáva omboʼe koʼág̃a, ha marandu ojejuhúva ñeʼẽ profética-pe upe proceso educativo rehegua ohechauka peteĩ paha pe ñomongeta rehegua, ojoajúva pe tiempo de gracia ñembotýpe.</w:t>
      </w:r>
    </w:p>
    <w:p>
      <w:pPr>
        <w:pStyle w:val="ArticleScripture"/>
        <w:jc w:val="left"/>
      </w:pPr>
      <w:r>
        <w:rPr>
          <w:rFonts w:ascii="Times New Roman" w:hAnsi="Times New Roman" w:eastAsia="Times New Roman" w:cs="Times New Roman"/>
        </w:rPr>
        <w:t>“Cristo ha’e pe Ta’ýra Ñandejára rehegua oĩmava’ekue yma guive ha oikóva ijehegui…. Oñe’ẽvo Hembikove yma guive rehe, Cristo ogueru ñane apytu’ũ ára’ỹva ypykue rupi. Ha’e ñanemombarete hag̃ua oĩ porãha pe añetegua: araka’eve ndaipóri kuri peteĩ ára Ha’e ndaha’éi hague joaju porãme Ñandejára opa’ỹvandi. Pe judío-kuéra upérõ ohendúva’ekue Iñe’ẽ, upéva voi oĩva’ekue Ñandejára ndive peteĩ oñemongakuaávaicha Hendive.” Signs of the Times, August 29, 1900.</w:t>
      </w:r>
    </w:p>
    <w:p>
      <w:pPr>
        <w:pStyle w:val="ArticleScripture"/>
        <w:jc w:val="left"/>
      </w:pPr>
      <w:r>
        <w:rPr>
          <w:rFonts w:ascii="Times New Roman" w:hAnsi="Times New Roman" w:eastAsia="Times New Roman" w:cs="Times New Roman"/>
        </w:rPr>
        <w:t>“Haʼe niko peteĩchagua Tupã ndive, ijapyrahỹ ha ipuʼakapavẽva…. Haʼe hína pe Taʼýra opa ára guive oikóva ijehegui voi.”</w:t>
      </w:r>
    </w:p>
    <w:p>
      <w:pPr>
        <w:pStyle w:val="ArticleScripture"/>
        <w:jc w:val="left"/>
      </w:pPr>
      <w:r>
        <w:rPr>
          <w:rFonts w:ascii="Times New Roman" w:hAnsi="Times New Roman" w:eastAsia="Times New Roman" w:cs="Times New Roman"/>
        </w:rPr>
        <w:t>“Ñandejára Ñeʼẽ oñeʼẽ Cristo yvypóra rekore rehe, oĩrõ guare ko yvy ári, ha upéicha avei heʼi porã ha mbarete hag̃ua Ijexistencia yma guive rehe. Pe Ñeʼẽ oiko vaʼekue peteĩ Ser divíno ramo, pe Taʼýra tapiaitegua Ñandejára reheguaicha, joaju ha peteĩnte hag̃ua Itúvandi. Arakaʼe guive ha opa ára guive Haʼe vaʼekue pe pacto Mediador, upe peteĩme opa tetã yvy arigua, judío ha gentil-kuéra, ojerovia ha omoneĩ chupe ramo, ohupytyvaʼerãvaʼekue jehovasa. ‘Pe Ñeʼẽ oĩ vaʼekue Ñandejárandi, ha pe Ñeʼẽ hína vaʼekue Ñandejára.’ Yvypóra térã ánhel-kuéra ojejapo mboyve, pe Ñeʼẽ oĩ vaʼekue Ñandejárandi, ha haʼe vaʼekue Ñandejára.” Review and Herald, 5 de abril de 1906.</w:t>
      </w:r>
    </w:p>
    <w:p>
      <w:pPr>
        <w:pStyle w:val="ArticleBody"/>
        <w:jc w:val="left"/>
      </w:pPr>
      <w:r>
        <w:rPr>
          <w:rFonts w:ascii="Times New Roman" w:hAnsi="Times New Roman" w:eastAsia="Times New Roman" w:cs="Times New Roman"/>
        </w:rPr>
        <w:t>Pe pasáhepe, ha’e oiporu Juã ñe’ẽ peteĩhaite guive.</w:t>
      </w:r>
    </w:p>
    <w:p>
      <w:pPr>
        <w:pStyle w:val="ArticleScripture"/>
        <w:jc w:val="left"/>
      </w:pPr>
      <w:r>
        <w:rPr>
          <w:rFonts w:ascii="Times New Roman" w:hAnsi="Times New Roman" w:eastAsia="Times New Roman" w:cs="Times New Roman"/>
        </w:rPr>
        <w:t>Ñepyrũmby guive pe Ñe'ẽ oĩ va'ekue, ha pe Ñe'ẽ oĩ Tupã ndive, ha pe Ñe'ẽ ha'e va'ekue Tupã. Kóva oĩ va'ekue ñepyrũmby guive Tupã ndive. Opa mba'e ojapo va'ekue hese ae rupi; ha hese'ỹ ndojejapói ni peteĩ mba'e umi mba'e jejapopyre apytégui. Juan 1:1–3.</w:t>
      </w:r>
    </w:p>
    <w:p>
      <w:pPr>
        <w:pStyle w:val="ArticleBody"/>
        <w:jc w:val="left"/>
      </w:pPr>
      <w:r>
        <w:rPr>
          <w:rFonts w:ascii="Times New Roman" w:hAnsi="Times New Roman" w:eastAsia="Times New Roman" w:cs="Times New Roman"/>
        </w:rPr>
        <w:t>Iñepyrũme oĩ vaʼekue michĩvéva mokõi Tupã, pórke Juan ramóma heʼi: “Pe Ñeʼẽ haʼe vaʼekue Tupã ha oĩ vaʼekue Tupã ndive.” Génesis ñeʼẽpehẽ peteĩhápe pe ñeʼẽ hebreo “Elohim” oñembohasa hag̃ua Tupãramo. Heta jey Tupã Ñeʼẽme “Elohim” oñemoĩ peteĩ estructura gramatical-pe ohechauka hag̃ua peteĩ Tupã año, ha upéicharamo jepe, hetáva hína. Juan omboyke pe consideración “Elohim” ko versículo-pe haʼe hag̃ua peteĩ Tupã año, omeʼẽvo imokõiha testimónio ko tema rehe. Itestimónio omopyenda michĩvéva mokõi Tupã.</w:t>
      </w:r>
    </w:p>
    <w:p>
      <w:pPr>
        <w:pStyle w:val="ArticleBody"/>
        <w:jc w:val="left"/>
      </w:pPr>
      <w:r>
        <w:rPr>
          <w:rFonts w:ascii="Times New Roman" w:hAnsi="Times New Roman" w:eastAsia="Times New Roman" w:cs="Times New Roman"/>
        </w:rPr>
        <w:t>Hetavevéva umi antitrinitario omombeʼúva omombaretetaha hikuái pe Espíritu de Profecía-pe g̃uarã, iñepyrũme “Tupã Espíritu ojupi hag̃ua y ári”. Pe “Espíritu” ojupi vaʼekue y ári, ¿haʼe piko Túva térã Taʼýra, térãpa haʼe pe mbohapyha yvagagua atypegua, Sister White oñeʼẽháicha Hese? Juan mbohapy ñeʼẽrã peteĩha ijEvangelio-pe osegi koʼã ñeʼẽ reheve.</w:t>
      </w:r>
    </w:p>
    <w:p>
      <w:pPr>
        <w:pStyle w:val="ArticleScripture"/>
        <w:jc w:val="left"/>
      </w:pPr>
      <w:r>
        <w:rPr>
          <w:rFonts w:ascii="Times New Roman" w:hAnsi="Times New Roman" w:eastAsia="Times New Roman" w:cs="Times New Roman"/>
        </w:rPr>
        <w:t>Ipype oĩ vaʼekue tekove; ha pe tekove vaʼekue yvyporakuéra resape. Ha pe resape omimbi pytũmbýpe; ha pytũmby ndoikuaái chupe. Juan 1:4, 5.</w:t>
      </w:r>
    </w:p>
    <w:p>
      <w:pPr>
        <w:pStyle w:val="ArticleBody"/>
        <w:jc w:val="left"/>
      </w:pPr>
      <w:r>
        <w:rPr>
          <w:rFonts w:ascii="Times New Roman" w:hAnsi="Times New Roman" w:eastAsia="Times New Roman" w:cs="Times New Roman"/>
        </w:rPr>
        <w:t>Pe ñe’ẽñepyrũ tesape ha pytũ rehegua oñemohenda porãite Génesis ñepyrũme he’íva ndive.</w:t>
      </w:r>
    </w:p>
    <w:p>
      <w:pPr>
        <w:pStyle w:val="ArticleScripture"/>
        <w:jc w:val="left"/>
      </w:pPr>
      <w:r>
        <w:rPr>
          <w:rFonts w:ascii="Times New Roman" w:hAnsi="Times New Roman" w:eastAsia="Times New Roman" w:cs="Times New Roman"/>
        </w:rPr>
        <w:t>Ha Tupã he’i: Toiko tesape; ha oiko tesape. Ha Tupã ohecha tesape iporãha; ha Tupã omboja’o tesape pytũgui. Génesis 1:3, 4.</w:t>
      </w:r>
    </w:p>
    <w:p>
      <w:pPr>
        <w:pStyle w:val="ArticleBody"/>
        <w:jc w:val="left"/>
      </w:pPr>
      <w:r>
        <w:rPr>
          <w:rFonts w:ascii="Times New Roman" w:hAnsi="Times New Roman" w:eastAsia="Times New Roman" w:cs="Times New Roman"/>
        </w:rPr>
        <w:t>Mbykymi jajevyta ko'ẽrõite ko'ã mokõi jehaipyre ojokupytývape, pe tesape rehegua ha'éva pe tema pe jejapo rembiasápe oúva Tupãreko jeikuaauka rire. Ñepyrũmbýpe, pe añetegua peteĩha oñembohováiva ha'e pe Tupãreko mbojeguaha térã heko tee. Péro pe jehaipyre ndopytái peve capítulo mokõi, versículo mbohapyhápe, upépe jajuhu hag̃ua umi mbohapy ñe'ẽ paha pe jejapópe oñepyrũha umi mbohapy letra hebrea reheve, oñondivepa omoheñóiva pe ñe'ẽ oñembohasáva “añetegua” ramo.</w:t>
      </w:r>
    </w:p>
    <w:p>
      <w:pPr>
        <w:pStyle w:val="ArticleBody"/>
        <w:jc w:val="left"/>
      </w:pPr>
      <w:r>
        <w:rPr>
          <w:rFonts w:ascii="Times New Roman" w:hAnsi="Times New Roman" w:eastAsia="Times New Roman" w:cs="Times New Roman"/>
        </w:rPr>
        <w:t>Ñepyrũrã pe marandu jejapo rehegua oikuaauka peteĩha Tupãrãnguéra, upéi omoĩ porã hese Iñe’ẽ pu’aka omoheñóiva, ha upéi omohu’ã pe jehaipyre peteĩ firma divina reheve ohechaukáva añetegua, mbohapyha ánhel rembiaporã ha Tupã réra ojehechaukaháicha Alfa ha Omega rupive.</w:t>
      </w:r>
    </w:p>
    <w:p>
      <w:pPr>
        <w:pStyle w:val="ArticleScripture"/>
        <w:jc w:val="left"/>
      </w:pPr>
      <w:r>
        <w:rPr>
          <w:rFonts w:ascii="Times New Roman" w:hAnsi="Times New Roman" w:eastAsia="Times New Roman" w:cs="Times New Roman"/>
        </w:rPr>
        <w:t>Ha ára sietehápe Tupã omohu'ã hembiapo ojapo va'ekue; ha opytu'u ára sietehápe opaite hembiapo ojapo va'ekuéguio. Ha Tupã ohovasa ára sietehápe, ha omomarangatu ichupe; pype niko opytu'u opaite hembiapo Tupã ojapo ha omoheñói va'ekuégui. Génesis 2:2, 3.</w:t>
      </w:r>
    </w:p>
    <w:p>
      <w:pPr>
        <w:pStyle w:val="ArticleBody"/>
        <w:jc w:val="left"/>
      </w:pPr>
      <w:r>
        <w:rPr>
          <w:rFonts w:ascii="Times New Roman" w:hAnsi="Times New Roman" w:eastAsia="Times New Roman" w:cs="Times New Roman"/>
        </w:rPr>
        <w:t>Ñe’ẽmbo’épy peteĩha oñembo’e va’ekue Tupã Ñe’ẽme ha’e pe pehẽngue apytépegua hu’ã. Oñemohu’ã umi mbohapy ñe’ẽ reheve: “Tupã”, “ojapo” ha “omoheñói”, upéicha omombaretevévo pe oñepyrũva’ekue pe pehẽnguégui, ha péicha avei, iñimportanteháicha, omomba’eguasu ára pokõiha sábado. Pe sábado, añetehápe, ha’e pe techaukaha ñemoheñóirãgua ha pe techaukaha oĩva Tupã ha Ipuévlo poravopyre apytépe. “Añetegua” ojehechauka umi mbohapy tai oñepyrũva peteĩteĩva umi mbohapy ñe’ẽ paha ñemoheñóirãgua rehe. Pe testimónio omomba’eguasu mba’éichapa tuicha mba’e ha iñimportánte pe sábado rehegua añetegua, ha ipypukuvéva gueteri, umi mbohapy tai avei ohechauka umi mbohapy hag̃ua: peteĩha, mokõiha ha mbohapyha ánhel rembiapoukapy. Péicha rupi, pe peteĩha pehẽngue voi oĩva Bíblíape, pe sábado, Tupã pu’aka omoheñóiva rechaukaharõ, avei ojehechauka mba’éichapa ha’éta pe porandu porãrã ipahaitépe ára paha. Pe pahaite aranduka oĩva Bíblíape ome’ẽ peteĩ mbohapyha testígo omoirũ hag̃ua Juan testimónio iEvahéliope.</w:t>
      </w:r>
    </w:p>
    <w:p>
      <w:pPr>
        <w:pStyle w:val="ArticleScripture"/>
        <w:jc w:val="left"/>
      </w:pPr>
      <w:r>
        <w:rPr>
          <w:rFonts w:ascii="Times New Roman" w:hAnsi="Times New Roman" w:eastAsia="Times New Roman" w:cs="Times New Roman"/>
        </w:rPr>
        <w:t>Juan, umi siete tupão guasu Asia-pe oĩvape: toñeme'ẽ peẽme gracia ha py'aguapy, upe oĩva, ha oĩ va'ekue, ha oútavágui; ha umi siete Espíritu oĩva hova guýpe tróno renondépe; ha Jesucristo-gui avei, ha'éva testigo jeroviaha, omanóva apytégui ypy guive oñemoingove jeyva, ha yvy arigua mburuvichakuéra ruvicha. Pe ñande rayhúva ha ñane mopotĩva ñande angaipa-gui huguy tee rupive, ha ojapóva ñandéve mburuvichakuéra ha pa'ikuéra Tupã ha Itúvape guarã; chupe toĩ hag̃ua gloria ha pu'aka opa ára g̃uarã. Amén. Péina ápe, ou arai reheve; ha opa tesa ohecháta chupe, umi ipierce va'ekue jepe avei; ha opa yvy pegua ñemoñarekuéra hasẽmbaitéta hese. Upéicha toiko, Amén. Che hína Alfa ha Omega, ñepyrũ ha paha, he'i Ñandejára, upe oĩva, ha oĩ va'ekue, ha oútava, Ipu'akapa hag̃uáva.</w:t>
      </w:r>
    </w:p>
    <w:p>
      <w:pPr>
        <w:pStyle w:val="ArticleScripture"/>
        <w:jc w:val="left"/>
      </w:pPr>
      <w:r>
        <w:rPr>
          <w:rFonts w:ascii="Times New Roman" w:hAnsi="Times New Roman" w:eastAsia="Times New Roman" w:cs="Times New Roman"/>
        </w:rPr>
        <w:t>Che, Juan, pene pe ryvy, ha pene irũ jehasa asýpe, ha mburuvicharãme ha Jesucristo paciencia-pe, aime vaekue pe ypa'ũ hérava Patmospe, Tupã Ñe'ẽ rehehápe, ha Jesucristo rehegua testimonio rehehápe. Aĩ vaekue Espíritupe pe Ñandejára árape, ha ahendu che rapykue gotyo peteĩ ñe'ẽ hatã guasu, trompétaicha, he'íva: Che hína Alfa ha Omega, pe peteĩha ha pe pahaha; ha: pe rehecháva, ehai peteĩ kuatiañe'ẽme, ha emondo umi siete tupão oĩvape Asiape; Éfesope, ha Esmirnape, ha Pérgamope, ha Tiatírape, ha Sardispe, ha Filadelfíape, ha Laodicéape. Apocalipsis 1:4–11.</w:t>
      </w:r>
    </w:p>
    <w:p>
      <w:pPr>
        <w:pStyle w:val="ArticleBody"/>
        <w:jc w:val="left"/>
      </w:pPr>
      <w:r>
        <w:rPr>
          <w:rFonts w:ascii="Times New Roman" w:hAnsi="Times New Roman" w:eastAsia="Times New Roman" w:cs="Times New Roman"/>
        </w:rPr>
        <w:t>Mbohapy peteĩha Apocalipsis capítulo peteĩgui omyesakã marandu paha ñemomarandurã ha mba’éichapa upe marandu oñembohasa Tupãgui yvyporakuérape. He’i avei ha’eha Jesucristo Revelación, upéicha ohechauka hag̃ua peteĩ joavy Apocalipsis aranduka ha Daniel aranduka apytépe. Peteĩva ha’e peteĩ profecía, ambue katu peteĩ revelación.</w:t>
      </w:r>
    </w:p>
    <w:p>
      <w:pPr>
        <w:pStyle w:val="ArticleScripture"/>
        <w:jc w:val="left"/>
      </w:pPr>
      <w:r>
        <w:rPr>
          <w:rFonts w:ascii="Times New Roman" w:hAnsi="Times New Roman" w:eastAsia="Times New Roman" w:cs="Times New Roman"/>
        </w:rPr>
        <w:t>“Apocalípsis-pe oñembyaty ha opa opaite Biblia aranduka. Ko’ápe oĩ Daniel aranduka mohu’ãha. Peteĩva ha’e peteĩ profesía; ambue katu peteĩ revelación. Pe aranduka oñembotýva’ekue ndaha’éi Apocalípsis, ha’e uvei pehẽngue Daniel profesíagui oguerekóva relación ára paháre. Pe ánhel he’i va’ekue: ‘Ha nde, Daniel, emboty umi ñe’ẽ, ha embosella pe aranduka, ára paha peve.’ Daniel 12:4.” Hechos de los Apóstoles, 585.</w:t>
      </w:r>
    </w:p>
    <w:p>
      <w:pPr>
        <w:pStyle w:val="ArticleBody"/>
        <w:jc w:val="left"/>
      </w:pPr>
      <w:r>
        <w:rPr>
          <w:rFonts w:ascii="Times New Roman" w:hAnsi="Times New Roman" w:eastAsia="Times New Roman" w:cs="Times New Roman"/>
        </w:rPr>
        <w:t>Pe libro de Apocalipsis oĩ ñemoñe’ẽmarandu profético rehegua tekotevẽ jaikuaa ha ñambojoaju peteĩ línea ári ambue línea. Umi línea profética mayma oguahẽ opa hag̃ua pe libro de Apocalipsis-pe; hákatu pe libro oñeselláva ndaha’éi pe libro de Apocalipsis, ha ndaha’éi avei añoite pe libro de Daniel pe oñembotyva’ekue, síno pe oñesellava’ekue pe libro de Daniel-pe ha’e “upe porción pe profecía Daniel rehegua, ojeporavóva umi ára pahápe guarã.”</w:t>
      </w:r>
    </w:p>
    <w:p>
      <w:pPr>
        <w:pStyle w:val="ArticleBody"/>
        <w:jc w:val="left"/>
      </w:pPr>
      <w:r>
        <w:rPr>
          <w:rFonts w:ascii="Times New Roman" w:hAnsi="Times New Roman" w:eastAsia="Times New Roman" w:cs="Times New Roman"/>
        </w:rPr>
        <w:t>Umi “ára pahápe” ikatu oñeikũmby peteĩ sentido general-pe, ha katu ñantende hag̃ua umíva ñe’ẽ ojeinspira va’ekue ramo, (ha’e hag̃uáicha), tekotevẽ avei jahesa’ỹijo pe ñe’ẽjoaju “ára pahápe” oguerekópa ipype peteĩ simbolismo profético. Umi “ára pahápe” ha’e peteĩ período específico tembiasakue profético rehegua, ha upévare oguereko heta línea de apoyo. Aha’arõ amyesakãta hag̃ua upe tembiasakue ko’ág̃aite rire. Ha’e específicamente pe tembiasakue 1798 guive pe gracia ñemboty peve. Peteĩ tape jahechakuaa hag̃ua kóva ha’e pe servicio santuario literal-pe, oĩhaguére peteĩ ára año-gua ohechaukáva juicio, ha upéva ha’e pe Día de la Expiación. Upe ceremonia literal oikuaaukava’ekue Sister White ohenóiva Día de la Expiación anti-típico. Pe Día de la Expiación profético térã espiritual orrepresenta umi “ára pahápe” tiempo de prueba ryepýpe; orrepresenta pe período juicio pahaguéva rehegua.</w:t>
      </w:r>
    </w:p>
    <w:p>
      <w:pPr>
        <w:pStyle w:val="ArticleBody"/>
        <w:jc w:val="left"/>
      </w:pPr>
      <w:r>
        <w:rPr>
          <w:rFonts w:ascii="Times New Roman" w:hAnsi="Times New Roman" w:eastAsia="Times New Roman" w:cs="Times New Roman"/>
        </w:rPr>
        <w:t>Pe profesía oĩva Danielpe ha oñembotýva mokõive pegua. Oĩ vaʼekue peteĩ profesía umi ára pahápe guaráva umi Millerita ohechakuaáva, ha upéva omomarandu juicio ñepyrũ rehe. Upe pasáhe Danielpegua oñerrepresenta pe visión Ysyry Ulái rehegua rupive, kapítulo ocho ha nuevepe. Ambue profesía oñembotýva Danielpe omomarandu juicio paha, ha Adventismo paha, ha Tetã Unidos paha, ha arapy paha. Upe visión oñerrepresenta Ysyry Hiddekel rupive.</w:t>
      </w:r>
    </w:p>
    <w:p>
      <w:pPr>
        <w:pStyle w:val="ArticleScripture"/>
        <w:jc w:val="left"/>
      </w:pPr>
      <w:r>
        <w:rPr>
          <w:rFonts w:ascii="Times New Roman" w:hAnsi="Times New Roman" w:eastAsia="Times New Roman" w:cs="Times New Roman"/>
        </w:rPr>
        <w:t>“Pe tesape Daniel ojapyhyva’ekue Tupãgui ome’ẽmbyre vaʼekue koʼýte koʼã ára pahápe g̃uarã. Umi visión haʼe ohechavaʼekue ysyry Ulai ha Hiddekel rembeʼýpe, umi ysyry guasu Shinar pegua, koʼág̃a oĩ hína ihupytymbaha rape rehe, ha opa umi mbaʼe oñemombeʼúvaʼekue oikóta hag̃uáicha pyaʼeite.” Testimonies to Ministers, 112, 113.</w:t>
      </w:r>
    </w:p>
    <w:p>
      <w:pPr>
        <w:pStyle w:val="ArticleBody"/>
        <w:jc w:val="left"/>
      </w:pPr>
      <w:r>
        <w:rPr>
          <w:rFonts w:ascii="Times New Roman" w:hAnsi="Times New Roman" w:eastAsia="Times New Roman" w:cs="Times New Roman"/>
        </w:rPr>
        <w:t>Pe visión Ulai reheja rire 1798-pe ha oñe’ẽ Tupã tupaóre ha Itavayguakuéra rehe. Pe visión Hiddekel reheja rire 1989-pe, ha’éicha oñemombe’u Daniel capítulo once, versículo cuarenta-pe, umi tetã ohechaukáva pe Unión Soviética yma guare oñemongu’e hag̃ua papado ha Estados Unidos rupive, ha oñe’ẽ Tupã tavayguakuéra enemigo-kuéra rehe. Mokõive visión omba’apo pe siete iglesia ha siete sello-kuéra Apocalipsis-pe ojapoháicha. Peteĩva ha’e pe iglesia rembiasakue hyepypegua ha ambue pe iglesia rembiasakue okapegua, ha mokõivéva oguata tuichakue javeve ha “especialmente guarã” “ko’ã ára pahápe.”</w:t>
      </w:r>
    </w:p>
    <w:p>
      <w:pPr>
        <w:pStyle w:val="ArticleBody"/>
        <w:jc w:val="left"/>
      </w:pPr>
      <w:r>
        <w:rPr>
          <w:rFonts w:ascii="Times New Roman" w:hAnsi="Times New Roman" w:eastAsia="Times New Roman" w:cs="Times New Roman"/>
        </w:rPr>
        <w:t>Ha jepémo ñandéve pe lívro de Revelación ndaha’éiha pe lívro oñembotýva, avei oñeñanduka ñandéve ha’eha peteĩ lívro oñembotýva.</w:t>
      </w:r>
    </w:p>
    <w:p>
      <w:pPr>
        <w:pStyle w:val="ArticleScripture"/>
        <w:jc w:val="left"/>
      </w:pPr>
      <w:r>
        <w:rPr>
          <w:rFonts w:ascii="Times New Roman" w:hAnsi="Times New Roman" w:eastAsia="Times New Roman" w:cs="Times New Roman"/>
        </w:rPr>
        <w:t>“Pe Apocalipsis ha’e peteĩ kuatiañe’ẽ ojepysóva hag̃ua, ha katu avei ha’e peteĩ kuatiañe’ẽ ojepe’áva. Upépe oñemboguapy umi mba’e hechapyrãva oikótava ko yvy rembiasakue ára pahápe. Ko kuatiañe’ẽ mbo’epykuéra ha’e hesakã porãva, ndaha’éi mística térã ndaikatúiva oñentende. Ipype ojegueraha jey upe profecía rape peteĩchagua oĩháicha Daniel-pe. Oĩ profecía Ñandejára ombojevýva, upéicha ohechaukávo tekotevẽha oñeme’ẽ chupekuéra tuicha mba’eguasu. Ñandejára nomboujeyri umi mba’e ndaha’éiva tuicha mba’e.” Manuscript Releases, volumen 9, 8.</w:t>
      </w:r>
    </w:p>
    <w:p>
      <w:pPr>
        <w:pStyle w:val="ArticleBody"/>
        <w:jc w:val="left"/>
      </w:pPr>
      <w:r>
        <w:rPr>
          <w:rFonts w:ascii="Times New Roman" w:hAnsi="Times New Roman" w:eastAsia="Times New Roman" w:cs="Times New Roman"/>
        </w:rPr>
        <w:t>Pe lívro Apocalipsis ojeipe’a hag̃ua pórke umi profesía Danielpe ojeipe’a hag̃ua, ha umi líneaite profesiakuéra ojeipe’a vaʼekue Danielpe haʼe umi línea peteĩchagua ojejuhúva Apocalipsispe. Pe oñemboty vaʼekue Apocalipsis lívrope haʼe peteĩ porción Apocalipsis rehegua, koʼýte ojoajúva Tupã tavayguakuéra rehe umi “ára pahápe”. Hermana White ohai jave ko ñeʼẽ, umi “siete trueno” upérõ, haʼe ohai jave, oñemboty gueteri, upévare heʼi: “haʼe peteĩ lívro oñembotýva.” Haʼe avei heʼi Daniel lívro haʼe hague pe “lívro oñemboty vaʼekue”, tiempo ohasavaʼekuépe. Chupe g̃uarã ojeipeʼa vaʼekue 1798-pe.</w:t>
      </w:r>
    </w:p>
    <w:p>
      <w:pPr>
        <w:pStyle w:val="ArticleBody"/>
        <w:jc w:val="left"/>
      </w:pPr>
      <w:r>
        <w:rPr>
          <w:rFonts w:ascii="Times New Roman" w:hAnsi="Times New Roman" w:eastAsia="Times New Roman" w:cs="Times New Roman"/>
        </w:rPr>
        <w:t>Pe ojejoko vaʼekue umi siete trueno rehe hekovépe ndahaʼéi añónte umi mbaʼe oikótava tenonderã, ojehechaukáva umi siete trueno rupive, ha katu tenonderãite upe “siete trueno” heʼiseha Adventismo ñepyrũ ojoja Adventismo paha ndive. Umi “siete trueno” ohechauka hína pe regla profética iñimportantevéva tekotevẽva oñentende hag̃ua pe Revelación de Jesucristo, ha avei ohechauka peteĩ mbaʼe Tupã rekopy ha heko rehegua: Haʼeha ñepyrũ ha paha opa mbaʼe rehegua. Profecía ohechauka oĩha peteĩ ñemoakãrapuʼã ojejapóva por propósito rupive umi añetegua ojoajúva Tupã rekopy ha heko ndive.</w:t>
      </w:r>
    </w:p>
    <w:p>
      <w:pPr>
        <w:pStyle w:val="ArticleBody"/>
        <w:jc w:val="left"/>
      </w:pPr>
      <w:r>
        <w:rPr>
          <w:rFonts w:ascii="Times New Roman" w:hAnsi="Times New Roman" w:eastAsia="Times New Roman" w:cs="Times New Roman"/>
        </w:rPr>
        <w:t>Jesús, ojehechaukáramo “León pegua Judá ñemoñarégui”, ohechauka tembiapo Ha’e omboguatáva oikuaaukávo añetegua peteĩ tape mbeguekatu ha sistemático rupive tembiasakue pukukue javeve. Ha’e osella ñe’ẽ maranduhára rehegua, upe ára peve oñentende va’erãhápe. Ha’e osella ha oipe’a jey añetegua mbo’epyrãrã. Palmoni ramo, Jesús ha’e pe Papapy Porãite, ára Jára omboguatáva Hi’storia. Alfa ha Omega ramo, ambue mba’e apytépe, Ha’e hína ñe’ẽ Jára. León pegua Judá ñemoñarégui ramo, Ha’e hína pe omboguatáva araka’épa añetegua ojehechauka yvypórape.</w:t>
      </w:r>
    </w:p>
    <w:p>
      <w:pPr>
        <w:pStyle w:val="ArticleBody"/>
        <w:jc w:val="left"/>
      </w:pPr>
      <w:r>
        <w:rPr>
          <w:rFonts w:ascii="Times New Roman" w:hAnsi="Times New Roman" w:eastAsia="Times New Roman" w:cs="Times New Roman"/>
        </w:rPr>
        <w:t>Apocalipsis peteĩha kapítulope, umi mbohapy versíkulo peteĩha rire, pe Divinidad ojehechauka mbohapy entidad iñambuéva ramo.</w:t>
      </w:r>
    </w:p>
    <w:p>
      <w:pPr>
        <w:pStyle w:val="ArticleScripture"/>
        <w:jc w:val="left"/>
      </w:pPr>
      <w:r>
        <w:rPr>
          <w:rFonts w:ascii="Times New Roman" w:hAnsi="Times New Roman" w:eastAsia="Times New Roman" w:cs="Times New Roman"/>
        </w:rPr>
        <w:t>Juan umi siete iglésiape Asia retãme oĩvape: Tupã py’aguapy ha py’a guapy toĩ pene ndive,</w:t>
      </w:r>
    </w:p>
    <w:p>
      <w:pPr>
        <w:pStyle w:val="ArticleScripture"/>
        <w:jc w:val="left"/>
      </w:pPr>
      <w:r>
        <w:rPr>
          <w:rFonts w:ascii="Times New Roman" w:hAnsi="Times New Roman" w:eastAsia="Times New Roman" w:cs="Times New Roman"/>
        </w:rPr>
        <w:t>ha'e vaégui oĩva, oĩ va'ekue ha oútava;</w:t>
      </w:r>
    </w:p>
    <w:p>
      <w:pPr>
        <w:pStyle w:val="ArticleScripture"/>
        <w:jc w:val="left"/>
      </w:pPr>
      <w:r>
        <w:rPr>
          <w:rFonts w:ascii="Times New Roman" w:hAnsi="Times New Roman" w:eastAsia="Times New Roman" w:cs="Times New Roman"/>
        </w:rPr>
        <w:t>ha umi siete Espíritu-gui oĩva hína hendyguasu renondépe;</w:t>
      </w:r>
    </w:p>
    <w:p>
      <w:pPr>
        <w:pStyle w:val="ArticleScripture"/>
        <w:jc w:val="left"/>
      </w:pPr>
      <w:r>
        <w:rPr>
          <w:rFonts w:ascii="Times New Roman" w:hAnsi="Times New Roman" w:eastAsia="Times New Roman" w:cs="Times New Roman"/>
        </w:rPr>
        <w:t>ha Jesucristo-gui, ha'éva pe Testígo jeroviapy, ha ypykue oñemoingove jeýva umi omanóva apytégui, ha mburuvicha guasu yvy arigua ruvichakuéra ári. Apocalipsis 1:4, 5.</w:t>
      </w:r>
    </w:p>
    <w:p>
      <w:pPr>
        <w:pStyle w:val="ArticleBody"/>
        <w:jc w:val="left"/>
      </w:pPr>
      <w:r>
        <w:rPr>
          <w:rFonts w:ascii="Times New Roman" w:hAnsi="Times New Roman" w:eastAsia="Times New Roman" w:cs="Times New Roman"/>
        </w:rPr>
        <w:t>Ñepyrũrã pe aranduka pahaite Biblia rehegua omondo porãite peteĩ ma’ẽporã Tupã iglesia-pe, upépe ojekuaaukáva Túva, Espíritu ha Ta’ýra. Tupã Ñe’ẽ paha omombe’u jey pe ñepyrũ, ha upéicha ojapóvo omomba’eguasu pe tekotevẽ pe entendimiento añeteguáva Tupã Rekove peteĩrã rehegua. Péva ojapo umi oikótavape Filadelfiagua ha omboapytétava umi cien cuarenta y cuatro mil-pe g̃uarã. Ha’ekuéra hína pe tavaygua pahaite pe pacto rehegua, umi ojehechauka va’ekue ta’ãngarãicha opa pe pacto rembiasakue rupi. Umi testígo, ambue añetegua ndive, omopyenda porã Tupã ohekaha hague mbeguekatúpe ombohetave hag̃ua pe kuaapy Heko ha Ipy’aite rehegua opa pe maranduhára rembiasakue rupi.</w:t>
      </w:r>
    </w:p>
    <w:p>
      <w:pPr>
        <w:pStyle w:val="ArticleBody"/>
        <w:jc w:val="left"/>
      </w:pPr>
      <w:r>
        <w:rPr>
          <w:rFonts w:ascii="Times New Roman" w:hAnsi="Times New Roman" w:eastAsia="Times New Roman" w:cs="Times New Roman"/>
        </w:rPr>
        <w:t>Pe símbolo tuichavéva la Biblia-pe ohechaukáva yvypóra ndoikuaáiha Tupãme ha’e va’ekue Faraón, orepresentáva Egipto, peteĩ símbolo ko yvy tuichakue rehegua ha upévare opaite yvypórape guarã. Upe tape rechaukaha omoñepyrũ pe proceso iñepyrũme Israel literal-pe, upépe Tupã ohekávo oikuaauka hag̃ua héra. Israel literal paha gotyo, pe ñorairõ Tupã réra rehegua oñembojevy jey. Israel literal paha gotyo, Jesús omarka porã ikuatiahaipyre umi judío ndive ohechauka rupi David rembiasakue ha oipuru “pe regla jehechauka peteĩha” ohechauka hag̃ua pe ñe’ẽ pahaite umi judío re blindness laodicense rehegua. Ha’ekuéra ndaikatúi ontende mba’épa He’i hína, ndoikuaáigui pe regla Alfa ha Omega rehegua, ha ndoikuaái avei pe Alfa ha Omega oĩva henondépe.</w:t>
      </w:r>
    </w:p>
    <w:p>
      <w:pPr>
        <w:pStyle w:val="ArticleBody"/>
        <w:jc w:val="left"/>
      </w:pPr>
      <w:r>
        <w:rPr>
          <w:rFonts w:ascii="Times New Roman" w:hAnsi="Times New Roman" w:eastAsia="Times New Roman" w:cs="Times New Roman"/>
        </w:rPr>
        <w:t>Israel espiritual ñepyrũme, Moisés rembiasakue ohechauka vaʼekue pe ñorairõ guasu ojojáva oñembojoja jey. Adventismo oguata aja “ára pahápe” rembiasakue rupive, heta oportunidad oñemeʼẽkuri oñentendeve hag̃ua Alpha ha Omega rehe, yma Israel ymaguarépe oikohaguéicha avei. Oguahẽta peteĩ punto, Adventismo pahaitepe, ndaiporimoʼãvéi hag̃ua porandu, Cristo árape oikohaguéicha.</w:t>
      </w:r>
    </w:p>
    <w:p>
      <w:pPr>
        <w:pStyle w:val="ArticleBody"/>
        <w:jc w:val="left"/>
      </w:pPr>
      <w:r>
        <w:rPr>
          <w:rFonts w:ascii="Times New Roman" w:hAnsi="Times New Roman" w:eastAsia="Times New Roman" w:cs="Times New Roman"/>
        </w:rPr>
        <w:t>Jajevy jevy Apocalipsis peteĩha kapítulogui jahecha gracia ha py’aguapy oñemondoha Chugui, pe oĩva, oĩ vaʼekue ha oútava; avei umi siete Espíritu-gui ha avei Jesús-gui. Ñandejára Rembiasakue oñerrepresenta Jesús ramo, umi siete Espíritu ramo, ha pe oĩva, oĩ vaʼekue ha oútava ramo; upéicha ñanemoarandu hag̃ua ha’eha Túva pe oguerekóva umi tekome’ẽ oñerrepresentáva pe oĩva, oĩ vaʼekue ha oútava ramo. Ko’ã tekome’ẽ ohechauka Ñandejára rekove opa’ỹva. Ha’e akóinte oikove vaʼekue, ha versículo 8 ha 9-pe upe voi mba’e’ẽ ojehechauka porã Jesús rehe.</w:t>
      </w:r>
    </w:p>
    <w:p>
      <w:pPr>
        <w:pStyle w:val="ArticleScripture"/>
        <w:jc w:val="left"/>
      </w:pPr>
      <w:r>
        <w:rPr>
          <w:rFonts w:ascii="Times New Roman" w:hAnsi="Times New Roman" w:eastAsia="Times New Roman" w:cs="Times New Roman"/>
        </w:rPr>
        <w:t>Che ha’e Alfa ha Omega, ñepyrũha ha paha, he’i Ñandejára, pe oĩva, ha pe oĩ va’ekue, ha pe oútava, Ipu’akapáva Opaite. Che Juan, pene ryvy avei, ha pene irũnguéra jehasa asýpe, ha mburuvicharãme ha Jesucristo paciencia-pe, aime va’ekue upe ypa’ũ hérava Patmospe, Tupã ñe’ẽ rehe, ha Jesucristo rehegua testimonio rehe. Aime va’ekue Espíritupe Ñandejára ára-pe, ha ahendu che rapykuéri peteĩ ñe’ẽ hatã guasu, turuichaicha, he’íva: Che ha’e Alfa ha Omega, peteĩha ha paháva; ha pe rehecháva, ehai peteĩ kuatiañe’ẽme, ha emondo umi siete tupão oĩvape Asia-pe; Éfeso-pe, ha Esmirna-pe, ha Pérgamo-pe, ha Tiatira-pe, ha Sardis-pe, ha Filadelfia-pe, ha Laodicea-pe. Apocalipsis 1:8–11.</w:t>
      </w:r>
    </w:p>
    <w:p>
      <w:pPr>
        <w:pStyle w:val="ArticleBody"/>
        <w:jc w:val="left"/>
      </w:pPr>
      <w:r>
        <w:rPr>
          <w:rFonts w:ascii="Times New Roman" w:hAnsi="Times New Roman" w:eastAsia="Times New Roman" w:cs="Times New Roman"/>
        </w:rPr>
        <w:t>Umi oguerekóva peteĩ Biblia omoĩva Jesús ñe’ẽ pytãme, oikuaa versíkulo ocho ha once-pe ha’eha Jesús pe oñe’ẽva. Umi versíkulope Jesús ohechauka oguerekoha pe teko ypykue ha opa’ỹva peteĩchagua Túva ndive, ojekuaaukávo ijehe “pe Ñandejára, pe oĩva, pe oĩ va’ekue, ha pe oútava” ramo; ha Jesús avei ombojoapy ha’eha “pe Ipu’akapáva Opavave ári.”</w:t>
      </w:r>
    </w:p>
    <w:p>
      <w:pPr>
        <w:pStyle w:val="ArticleBody"/>
        <w:jc w:val="left"/>
      </w:pPr>
      <w:r>
        <w:rPr>
          <w:rFonts w:ascii="Times New Roman" w:hAnsi="Times New Roman" w:eastAsia="Times New Roman" w:cs="Times New Roman"/>
        </w:rPr>
        <w:t>Pe mba’e peteĩhaite Jesús he’íva Apocalipsis ñepyrũme, pe kuatiañe’ẽ he’íva heseha ha’e Jesucristo Revelación; ha’e voiha Alfa ha Omega, ha’e aveiha opa’ỹva Túvaicha, ha’eha avei Tupã Ipu’akapavẽva. Tupã rekove tee mba’ekuéra ha’e umi ñe’ẽ peteĩhaite pe Apocalipsis-pe Jesúsgui. Umi mba’ekuéra ha’e peteĩ ita ñepysãrã tee umi Adventísta gueteri omoakãrapu’ãvape pe ñepyrũgua posición pe Divinidad rehegua. Ha’ekuéra oguerovia oĩ hague peteĩ ára Túva oguenohẽ haguépe Ita’ýrape.</w:t>
      </w:r>
    </w:p>
    <w:p>
      <w:pPr>
        <w:pStyle w:val="ArticleBody"/>
        <w:jc w:val="left"/>
      </w:pPr>
      <w:r>
        <w:rPr>
          <w:rFonts w:ascii="Times New Roman" w:hAnsi="Times New Roman" w:eastAsia="Times New Roman" w:cs="Times New Roman"/>
        </w:rPr>
        <w:t>Pe Apocalipsis aranduka pahápe oñemoneĩ peteĩchaite pe iñepyrũ ndive.</w:t>
      </w:r>
    </w:p>
    <w:p>
      <w:pPr>
        <w:pStyle w:val="ArticleBody"/>
        <w:jc w:val="left"/>
      </w:pPr>
      <w:r>
        <w:rPr>
          <w:rFonts w:ascii="Times New Roman" w:hAnsi="Times New Roman" w:eastAsia="Times New Roman" w:cs="Times New Roman"/>
        </w:rPr>
        <w:t>Pe Jeyjuvyrã mokõiha ojehechauka rire ou. Mokõipa mokõiha kapítulope jajuhu aranduka paha ojoajuha iñepyrũ ndive, ha pe peteĩha versíkulo para pa mokõi ojoja pe peteĩha kapítulo versíkulo 7 rehe, oñe’ẽvo pe Jeyjuvyrã Mokõiha rehe.</w:t>
      </w:r>
    </w:p>
    <w:p>
      <w:pPr>
        <w:pStyle w:val="ArticleScripture"/>
        <w:jc w:val="left"/>
      </w:pPr>
      <w:r>
        <w:rPr>
          <w:rFonts w:ascii="Times New Roman" w:hAnsi="Times New Roman" w:eastAsia="Times New Roman" w:cs="Times New Roman"/>
        </w:rPr>
        <w:t>Ha, péina ápe aju pya’eterei; ha che rembiapoukapy ahupyty hag̃uáicha oimeraẽva-pe hembiapokuére. Che hína Alfa ha Omega, ñepyrũha ha paha, peteĩha ha pahague. Ojehovasáva hína umi ojapóva hembiapoukapy, ikatu hag̃uáicha oguereko derecho yvyramáta tekove rehegua ári, ha oike hag̃ua okẽ rupive távape. Okápe katu oĩ jaguakuéra, paje apoha, tekovai hag̃ua oikóva, porojukaha, ta’ãnga rehe oñesũva, ha opaite ohayhúva ha ojapóva japu. Che Jesús amondo che ánhelpe hag̃ua ome’ẽ hag̃ua peẽme ko’ã mba’e testimonio umi iglésiape. Che hína David rapo ha iñemoñare, mbyja hesakãva ha ko’ẽmbotápe osẽva. Ha pe Espíritu ha pe novia he’i: Eju. Ha pe ohendúva tome’ẽ avei: Eju. Ha pe ijuhéiva toju. Ha oimeraẽva oipotáva, toipuru rei y tekove rehegua. Apocalipsis 22:12–17.</w:t>
      </w:r>
    </w:p>
    <w:p>
      <w:pPr>
        <w:pStyle w:val="ArticleBody"/>
        <w:jc w:val="left"/>
      </w:pPr>
      <w:r>
        <w:rPr>
          <w:rFonts w:ascii="Times New Roman" w:hAnsi="Times New Roman" w:eastAsia="Times New Roman" w:cs="Times New Roman"/>
        </w:rPr>
        <w:t>Oñeñe'ẽ rire Ijuvy Mokõiha Reju rehe, Jesús, Apocalipsis peteĩha kapítulope ojehechaukaháicha, oñemombe’u ijehe Alpha ha Omega ramo. Upéi ombojoaju pe jehechakuaa umi ohendútava ha umi ndohendumo’ãiva pe Espíritu he’íva umi iglésia kuérape apytépe. Oñe’ẽ pe marandu ñembohasa rape rehe ojehechaukaháicha peteĩ guive mbohapy peve versículope, peteĩha kapítulope, ojehechaukávo ha’e omondo hague Gabriélpe pe marandu reheve Juan rendápe.</w:t>
      </w:r>
    </w:p>
    <w:p>
      <w:pPr>
        <w:pStyle w:val="ArticleBody"/>
        <w:jc w:val="left"/>
      </w:pPr>
      <w:r>
        <w:rPr>
          <w:rFonts w:ascii="Times New Roman" w:hAnsi="Times New Roman" w:eastAsia="Times New Roman" w:cs="Times New Roman"/>
        </w:rPr>
        <w:t>Upéi Haʼe oujey pe ñeʼẽ paha omeʼẽ vaʼekue umi Moisés rembiapokue mboʼehárape ha fariséope Israel ymaguare paha gotyo. Haʼe ombojoaju mokõive paha —Israel literal ha espiritual—, ombohovái hag̃ua Apocalipsis-pe umi “ára paha” peguápe pe umi hudío kuéra “ára paha” jave ndaikatúivaʼekue ontende. Heʼi Haʼe haʼeha hína David rapo (ñepyrũ) ha iñemoñare (paha). David ha Ijára rehegua vaʼekue pe ñeʼẽ paha Jesús omombeʼúvaʼekue umi hudío oñemoĩ hag̃uápe, ha upéva ohechauka pe ñeʼẽ pahaite umi ára pahápe oĩvape g̃uarã, umi, pe marandu Filadelfia pegua tupãópe heʼiháicha, heʼíva hikuái hikuái hudíoha, ha hudío ndahaʼéi.</w:t>
      </w:r>
    </w:p>
    <w:p>
      <w:pPr>
        <w:pStyle w:val="ArticleScripture"/>
        <w:jc w:val="left"/>
      </w:pPr>
      <w:r>
        <w:rPr>
          <w:rFonts w:ascii="Times New Roman" w:hAnsi="Times New Roman" w:eastAsia="Times New Roman" w:cs="Times New Roman"/>
        </w:rPr>
        <w:t>Péina, ajapoíta Satã sinagógagui oje’éva hikuáiha judío, ha ndaha’éi, síno ijapu; péina, ajapóta ou hag̃ua hikuái ha omomba’e nde py renondépe, ha oikuaa hag̃ua che rohayhu hague. Reñongatu rupi che ñe’ẽ, che py’aguasu rehegua, che avei roñangarekóta pe aravo jehasa asýgui, oútava opa yvy ape ári, ojehecha hag̃uáicha umi oikóva yvy ári. Apocalipsis 3:9, 10.</w:t>
      </w:r>
    </w:p>
    <w:p>
      <w:pPr>
        <w:pStyle w:val="ArticleBody"/>
        <w:jc w:val="left"/>
      </w:pPr>
      <w:r>
        <w:rPr>
          <w:rFonts w:ascii="Times New Roman" w:hAnsi="Times New Roman" w:eastAsia="Times New Roman" w:cs="Times New Roman"/>
        </w:rPr>
        <w:t>Umi oadoráva umi santo py guýpe ha’e Adventista Laodicea-gua, Ñandejára ojapýva’ekue osẽ hag̃ua ijuru guive.</w:t>
      </w:r>
    </w:p>
    <w:p>
      <w:pPr>
        <w:pStyle w:val="ArticleScripture"/>
        <w:jc w:val="left"/>
      </w:pPr>
      <w:r>
        <w:rPr>
          <w:rFonts w:ascii="Times New Roman" w:hAnsi="Times New Roman" w:eastAsia="Times New Roman" w:cs="Times New Roman"/>
        </w:rPr>
        <w:t>“Pende reimo umi oadora vaʼekue umi santo py ykére, (Revelation 3:9), ipahápe ojesalvátaha. Koʼápe aikotevẽ añemoĩ ndehegui iñambuéva; Ñandejára niko ohechauka chéve ko atyha haʼe hague umi Adventista omombeʼúva ijerovia, ha upéi ojepeʼáva tapégui, ha ‘oñekurusufika jeyvaʼekue ijupekuéra Ñandejára Raʼýpe, ha omoĩ chupe tĩndýpe opavave renondépe.’ Ha pe ‘ára jehasa asy’ oútava gueteri, ohechauka hag̃uáicha peteĩteĩva rekotee, upérõ haʼekuéra oikuaáta oñehundimaha opa ára g̃uarã; ha oñembyasýramoite ipyʼaite guive, oñesũta umi santo py ykére.” Word to the Little Flock, 12.</w:t>
      </w:r>
    </w:p>
    <w:p>
      <w:pPr>
        <w:pStyle w:val="ArticleBody"/>
        <w:jc w:val="left"/>
      </w:pPr>
      <w:r>
        <w:rPr>
          <w:rFonts w:ascii="Times New Roman" w:hAnsi="Times New Roman" w:eastAsia="Times New Roman" w:cs="Times New Roman"/>
        </w:rPr>
        <w:t>Ñandejára Ñe’ẽ ha Profesía Espíritu he’iháicha, umi omomba’éva umi santo py guýpe, ha’e Satanás sinagóga peguakuéra. He’i hikuái ha’eha judío-kuéra, péro ndaha’éi. Umi Adventista hekojojáva oñeñe’ẽ hese kuéra Filadelfia iglesia-pe. Umi cien cuarenta y cuatro mil ha’e Filadelfiagua, ha umi judío he’íva ha’eha, péro ndaha’éiva—ha’e Laodiceagua. Oĩ mokõi aty tapicha jeroviapýva “ára pahápe”: umi cien cuarenta y cuatro mil ha umi oikóva mártir ramo. Umi siete iglesia apytépe mokõinte ndaipóri mba’eveichagua ñemoñe’ẽ vai. Peteĩva ha’e Filadelfia, ohechaukáva umi araka’eve nomanóitavape, ha ambueva ha’e Esmirna, ohechaukáva umi mártir jeroviapývape. Umi mártir ha umi nomanóiva, Esmirna ha Filadelfia, ha’e umi único siete iglesia apytépe ndaipóriha mba’eveichagua ñemboyke térã ñemboja’o pe marandu oñeme’ẽ va’ekue chupekuéra rehe. Upéicharõ jepe, mokõive iglesia ombohovái va’erã kuri umi he’íva ha’eha judío-kuéra, péro ndaha’éiva. Péva upéicha, opavave niko peteĩ iglesia pegua “ára pahápe”, ombohováiva umi mba’e oikóva peteĩcha; peteĩ aty oñembosako’íva otestifika hag̃ua hogue rupive, ojehechaukáva Moisés rehe pe Yvyty Oñemoambuehague ári, ha ambue aty ojehechaukáva Elías rehe, pe araka’eve nomanoiva.</w:t>
      </w:r>
    </w:p>
    <w:p>
      <w:pPr>
        <w:pStyle w:val="ArticleScripture"/>
        <w:jc w:val="left"/>
      </w:pPr>
      <w:r>
        <w:rPr>
          <w:rFonts w:ascii="Times New Roman" w:hAnsi="Times New Roman" w:eastAsia="Times New Roman" w:cs="Times New Roman"/>
        </w:rPr>
        <w:t>Ha pe ánhelpe pehẽ peikuaaukaha Smyrna pegua gotyo ehai: Péicha he'i pe peteĩha ha pahaiteva, omanóva kuri ha oikovéva; Che aikuaa ne rembiapokue, ne jehasa asy, ha nde mboriahu, (hákatú nde rico) ha aikuaa umi ñe'ẽ vai umi he'íva hikuái ha'eha judío, ha ndaha'éi, síno ha'eha Satanás sinagoga. Ani rekyhyje mba'eve umi mba'e reguasútava rehe: péina ápe, Aña omombo va'erã pene apytégui algunos prisión-pe, pejehecha hag̃uáicha; ha pehasa asýta pa ára: eñeñongatu jerovia hag̃uáicha pe mano peve, ha ame'ẽta ndéve tekove akã rehegua. Apocalipsis 2:8–10.</w:t>
      </w:r>
    </w:p>
    <w:p>
      <w:pPr>
        <w:pStyle w:val="ArticleBody"/>
        <w:jc w:val="left"/>
      </w:pPr>
      <w:r>
        <w:rPr>
          <w:rFonts w:ascii="Times New Roman" w:hAnsi="Times New Roman" w:eastAsia="Times New Roman" w:cs="Times New Roman"/>
        </w:rPr>
        <w:t>Jesús omombeʼu aja pe iglesia de Esmirna ohasa asy etereiha, peteĩ ñeʼẽ porãnte ojapo heʼívo: “ha nde reiko rico”, péicha ombojoavy chupekuéra umi miembro kuéra Satanás sinagógape oĩvagui, ndahaʼéiva rico. Umi Apocalipsis-pe oĩva ha haʼéva Adventista ha oimoʼãva hikuái ricoha, ha ndahaʼéiva, haʼe hína umi judío heʼíva hikuái judíoha, ha ndahaʼéiva — pórke haʼekuéra hína Adventista del Séptimo Día laodicense-kuéra.</w:t>
      </w:r>
    </w:p>
    <w:p>
      <w:pPr>
        <w:pStyle w:val="ArticleBody"/>
        <w:jc w:val="left"/>
      </w:pPr>
      <w:r>
        <w:rPr>
          <w:rFonts w:ascii="Times New Roman" w:hAnsi="Times New Roman" w:eastAsia="Times New Roman" w:cs="Times New Roman"/>
        </w:rPr>
        <w:t>Apocalípsis ñepyrũme, Tupãme’ẽ reko ojehechauka mbohapy tapicha ramo, ha aranduka Apocalípsis paha gotyo Jesús ha Espíritu oñemombe’u hag̃ua peteĩchaite, péro Túva ndoje’e porãite. Upéva ndaha’éi mba’eve, pórke pe principio línea ári línea, oñembojoajúva pe peteĩha ohechauka hag̃ua pe paha, ojerure hag̃ua oñemoĩ porã Túva Apocalípsis ñe’ẽ paha-kuérape, pórke ha’e ojekuaáma oĩha upépe ñe’ẽ peteĩha-kuérape. Ndaha’éi mba’e iñambuéva Juan marandu porã peteĩha kapítulo-gui, upépe Juan ndoikuaauka porãite Espíritu-pe, péro ojekuaa Espíritu oĩha upépe, pórke Espíritu oĩkuri pe expresión “iñepyrũme” ojehaírõ guare peteĩhaite. Juan marandu porã peteĩha kapítulo-pe oñepyrũ pe frase peteĩchaitéva “iñepyrũme.”</w:t>
      </w:r>
    </w:p>
    <w:p>
      <w:pPr>
        <w:pStyle w:val="ArticleBody"/>
        <w:jc w:val="left"/>
      </w:pPr>
      <w:r>
        <w:rPr>
          <w:rFonts w:ascii="Times New Roman" w:hAnsi="Times New Roman" w:eastAsia="Times New Roman" w:cs="Times New Roman"/>
        </w:rPr>
        <w:t>Pe “ñepyrũ” ha’e peteĩ símbolo profético ha ojehechava’erã regla profética rupive, oikehápe línea ári línea. Moisés ñepyrũ ha’e Juan evangélio ñepyrũ, ha’e Apocalipsis aranduka ñepyrũ ha avei ha’e Apocalipsis paha. Umi irundy línea apytépe mokõi jey ojehechauka mba’éichapa umi mbohapy tapicha trío yvagagua rehegua; peteĩ línea-pe (Juan evangélio-pe) ikatu hína oĩ’ỹ Espíritu, ha pe irundyha línea-pe Túva oĩ’ỹ, ha oñembojoajúvo opaite umi línea, umi mbohapy Persona Divina ojehechauka opaite irundy línea-pe.</w:t>
      </w:r>
    </w:p>
    <w:p>
      <w:pPr>
        <w:pStyle w:val="ArticleBody"/>
        <w:jc w:val="left"/>
      </w:pPr>
      <w:r>
        <w:rPr>
          <w:rFonts w:ascii="Times New Roman" w:hAnsi="Times New Roman" w:eastAsia="Times New Roman" w:cs="Times New Roman"/>
        </w:rPr>
        <w:t>Cristo ou oikuaa hag̃ua pe Túvape, ha Espíritu Santo ou oikuaa hag̃ua pe Ta'ýrape. Mbohapyve ojapo sacrifísio opa'ỹva. Túva ohayhu hag̃uáicha ko múndo, ome'ẽ Jesúspe; Jesús avei ohayhu hag̃uáicha ko múndo, omoneĩ ojapyhy hag̃ua hi'ári, opa árare, umi ho'o omoheñóiva'ekue. Mba'eichagua jepe ome'ẽ hag̃uapa ojehechauka pe Apohare oiporavóramo oiko hag̃ua peteĩ hendáicha hembiapo apytépe? Pe mbohapyha tapicha Tupãrekópe ome'ẽ ijupe voi, oguerohory ha omoneĩ rire pe tenda oiko hag̃ua pe tekove ojejapóvape hérava yvypóra ryepýpe—opa árare.</w:t>
      </w:r>
    </w:p>
    <w:p>
      <w:pPr>
        <w:pStyle w:val="ArticleBody"/>
        <w:jc w:val="left"/>
      </w:pPr>
      <w:r>
        <w:rPr>
          <w:rFonts w:ascii="Times New Roman" w:hAnsi="Times New Roman" w:eastAsia="Times New Roman" w:cs="Times New Roman"/>
        </w:rPr>
        <w:t>Oiméne ko mba’ére ikatuvéva Espíritu Santo oñembojoaju jey jey Tupã tavayguakuéra ra’ãngáre. Ha’e hína pe Persona Tupãrekogua apytépe opytátava yvypóra apopy ndive. Upévare, Ñandejára Ñe’ẽme Espíritu Santo ra’ãnga heta jey, hetave jey ndaha’éi sa’i, ojehechauka peteĩ ta’anga rupive ombohéiva Espíritu Santo térã yvypórape. Ñepyrũrãme pe Espíritu omýi y ári.</w:t>
      </w:r>
    </w:p>
    <w:p>
      <w:pPr>
        <w:pStyle w:val="ArticleScripture"/>
        <w:jc w:val="left"/>
      </w:pPr>
      <w:r>
        <w:rPr>
          <w:rFonts w:ascii="Times New Roman" w:hAnsi="Times New Roman" w:eastAsia="Times New Roman" w:cs="Times New Roman"/>
        </w:rPr>
        <w:t>Ha he’i chéve: Umi y rechasáva, upe kuña oporomongy’áva oguapyhápe, ha’e tetãygua kuéra, aty guasu kuéra, tetãnguéra ha ñe’ẽnguéra. Apocalipsis 17:15.</w:t>
      </w:r>
    </w:p>
    <w:p>
      <w:pPr>
        <w:pStyle w:val="ArticleBody"/>
        <w:jc w:val="left"/>
      </w:pPr>
      <w:r>
        <w:rPr>
          <w:rFonts w:ascii="Times New Roman" w:hAnsi="Times New Roman" w:eastAsia="Times New Roman" w:cs="Times New Roman"/>
        </w:rPr>
        <w:t>Pe santuario Moisés omopuʼã vaʼekuépe, pe tembiporu añoite ndoikói hague peteĩ techapyrã mbaʼapohárape g̃uarã oñemombeʼu porãite hag̃uáicha hína pe candelabro pokõi hakã rehegua. Pe candelabro ohechauka yvypóra ha Tupãreko joaju. Upévare, pe candelabro apo rehegua añoite pe santuariope ojejapo vaʼekue oheja kuimbaʼépe hag̃ua omeʼẽ hag̃ua ija. Pe pokõi candelabro Cristo oguata hag̃ua mbytépe oñemombeʼu pokõi iglesia ramo, upéicharõ jepe pe candelabro oñemyenyhẽ vaʼekue aséitengue reheve, ohechaukáva Espíritu Santo, ha umi mecha tata rendýpe ogueraha hag̃ua tesape ojapóva umi ao de lino morotĩ paʼikuéra oiporu rire guive, ohechaukáva Cristo tekojoja omimbíva ko yvy resape ramo. Tupã retãygua hína ko yvy resape, ha upe tesape oñemyenyhẽ mante Espíritu Santo aséite reheve. Heta jey Espíritu Santo oñembojoaju tapichakuéra ndive oñemombeʼúvo hese Escritúrape.</w:t>
      </w:r>
    </w:p>
    <w:p>
      <w:pPr>
        <w:pStyle w:val="ArticleScripture"/>
        <w:jc w:val="left"/>
      </w:pPr>
      <w:r>
        <w:rPr>
          <w:rFonts w:ascii="Times New Roman" w:hAnsi="Times New Roman" w:eastAsia="Times New Roman" w:cs="Times New Roman"/>
        </w:rPr>
        <w:t>Ha osẽva guive osẽ araveráicha, ára sunu ha ñeʼẽnguéra; ha oĩ vaʼekue siete lámpara tata rehegua hendyva guive pe tróno renondépe, umíva hína Ñandejára siete Espíritu. Apocalipsis 4:5.</w:t>
      </w:r>
    </w:p>
    <w:p>
      <w:pPr>
        <w:pStyle w:val="ArticleBody"/>
        <w:jc w:val="left"/>
      </w:pPr>
      <w:r>
        <w:rPr>
          <w:rFonts w:ascii="Times New Roman" w:hAnsi="Times New Roman" w:eastAsia="Times New Roman" w:cs="Times New Roman"/>
        </w:rPr>
        <w:t>Koʼápe umi siete lámpara oñembohéra “Tupã po espíritu”, ha upéicharamo jepe oñemombeʼu ñandéve umi siete candelero haʼeha umi siete iglesia.</w:t>
      </w:r>
    </w:p>
    <w:p>
      <w:pPr>
        <w:pStyle w:val="ArticleScripture"/>
        <w:jc w:val="left"/>
      </w:pPr>
      <w:r>
        <w:rPr>
          <w:rFonts w:ascii="Times New Roman" w:hAnsi="Times New Roman" w:eastAsia="Times New Roman" w:cs="Times New Roman"/>
        </w:rPr>
        <w:t>Pe mba’e ñemimby umi siete mbyja rehegua rehecháva che po akatúa-pe, ha umi siete candelabro óroguigua. Umi siete mbyja ha’e umi siete iglesia-pegua ánhel; ha umi siete candelabro rehecháva ha’e umi siete iglesia. Apocalipsis 1:20.</w:t>
      </w:r>
    </w:p>
    <w:p>
      <w:pPr>
        <w:pStyle w:val="ArticleBody"/>
        <w:jc w:val="left"/>
      </w:pPr>
      <w:r>
        <w:rPr>
          <w:rFonts w:ascii="Times New Roman" w:hAnsi="Times New Roman" w:eastAsia="Times New Roman" w:cs="Times New Roman"/>
        </w:rPr>
        <w:t>Umi siete candelero ha’e mokõivéva umi siete Espíritu ha ha’e avei Tupã iglesia.</w:t>
      </w:r>
    </w:p>
    <w:p>
      <w:pPr>
        <w:pStyle w:val="ArticleScripture"/>
        <w:jc w:val="left"/>
      </w:pPr>
      <w:r>
        <w:rPr>
          <w:rFonts w:ascii="Times New Roman" w:hAnsi="Times New Roman" w:eastAsia="Times New Roman" w:cs="Times New Roman"/>
        </w:rPr>
        <w:t>Ha ahecha, ha péina, pe tróno mbyte ha umi irundy tekove apytépe, ha umi myakãhára apytépe, oĩ peteĩ Ovecha Ra'y ku oñembojukáva'ekuéicha, oguerekóva pokõi hatĩ ha pokõi tesa, ha umíva hína Ñandejára Espíritukue pokõi ojeheja va'ekue opa yvy ape ári. Apocalipsis 5:6.</w:t>
      </w:r>
    </w:p>
    <w:p>
      <w:pPr>
        <w:pStyle w:val="ArticleBody"/>
        <w:jc w:val="left"/>
      </w:pPr>
      <w:r>
        <w:rPr>
          <w:rFonts w:ascii="Times New Roman" w:hAnsi="Times New Roman" w:eastAsia="Times New Roman" w:cs="Times New Roman"/>
        </w:rPr>
        <w:t>Pe ovecha ha pe siete resa avei hína Espíritu Santo, oñemondo hag̃uáicha opa yvy ape ári; ha peteĩ cristiano oñemongarai jave, haʼe avei oñemondo opa yvy ape ári, oñemongarai haguére Túva, Taʼýra ha Espíritu Santo rérape. Pe jehovasáva oñeʼẽva umi mártir rehe pe arapokõindýpe guarã léi apañuãi aja, ha opa umi omano vaʼekue jeroviápe Israel espiritual modernope 1844 guive, upépe Espíritu voi omeʼẽ pe ñeʼẽ porã iñotyhárõme g̃uarã heʼívo: “Añetehápe”, “ikatu hag̃uáicha opytuʼu hikuái hembiapógui”, haʼe oĩ vaʼekue rupi hendivekuéra hembiapo aja pukukue peve omoĩ mboyve hag̃ua hekove.</w:t>
      </w:r>
    </w:p>
    <w:p>
      <w:pPr>
        <w:pStyle w:val="ArticleScripture"/>
        <w:jc w:val="left"/>
      </w:pPr>
      <w:r>
        <w:rPr>
          <w:rFonts w:ascii="Times New Roman" w:hAnsi="Times New Roman" w:eastAsia="Times New Roman" w:cs="Times New Roman"/>
        </w:rPr>
        <w:t>Ha ahendu peteĩ ñe'ẽ yvágagui he'íva chéve: Ehai: Ovy'a umi omanóva omano vaekue Ñandejárape ko'ág̃a guive: Añete, he'i Espíritu, ikatu hag̃uáicha opytu'u hikuái hembiapo pohýigui; ha hembiapokue oho hendivekuéra. Apocalipsis 14:13.</w:t>
      </w:r>
    </w:p>
    <w:p>
      <w:pPr>
        <w:pStyle w:val="ArticleBody"/>
        <w:jc w:val="left"/>
      </w:pPr>
      <w:r>
        <w:rPr>
          <w:rFonts w:ascii="Times New Roman" w:hAnsi="Times New Roman" w:eastAsia="Times New Roman" w:cs="Times New Roman"/>
        </w:rPr>
        <w:t>Ojehechávo pe pahápe ha ñepyrũme pe lívro de Apocalipsis, pe ñepyrũme la Biblia ha pe ñepyrũme pe evangelio de Juan, jajuhu mbohapyve Persona pe Divinidadpegua ojehechaukaha, jepe Túva oĩ upépe, oñemoĩva línea ári línea ñemoĩ rupive. Ta’ýra oĩ upépe ojekuaaukávo ijehe Alfa ha Omega ramo.</w:t>
      </w:r>
    </w:p>
    <w:p>
      <w:pPr>
        <w:pStyle w:val="ArticleBody"/>
        <w:jc w:val="left"/>
      </w:pPr>
      <w:r>
        <w:rPr>
          <w:rFonts w:ascii="Times New Roman" w:hAnsi="Times New Roman" w:eastAsia="Times New Roman" w:cs="Times New Roman"/>
        </w:rPr>
        <w:t>Jahechakuaáramo pe yvypóra oñembojoajuha Tupãreko ndive ha’eha Espíritu Santo ha yvypóra joaju, upéicharõ ikatu ñantende mba’érepa Espíritu Santo rechaukaha oñembojoaju yvypóra rechaukaha ndive. Kóva ñaminduʼúvo, jajevy umi mokõi “ñepyrũme” rehe ñahesaʼỹijo hag̃uáicha heta jeýma.</w:t>
      </w:r>
    </w:p>
    <w:p>
      <w:pPr>
        <w:pStyle w:val="ArticleScripture"/>
        <w:jc w:val="left"/>
      </w:pPr>
      <w:r>
        <w:rPr>
          <w:rFonts w:ascii="Times New Roman" w:hAnsi="Times New Roman" w:eastAsia="Times New Roman" w:cs="Times New Roman"/>
        </w:rPr>
        <w:t>Ypykue, Tupã ojapo yvága ha yvy. Ha yvy ndaijysýiri ha nandi; ha pytũ oĩ pypukukue rovái ári. Ha Tupã Espíritu ojere y ári. Upéi Tupã he’i: Toiko tesakã; ha oiko tesakã. Ha Tupã ohecha pe tesakã iporãha; ha Tupã omboyke pe tesakã pytũgui. Génesis 1:1–4.</w:t>
      </w:r>
    </w:p>
    <w:p>
      <w:pPr>
        <w:pStyle w:val="ArticleScripture"/>
        <w:jc w:val="left"/>
      </w:pPr>
      <w:r>
        <w:rPr>
          <w:rFonts w:ascii="Times New Roman" w:hAnsi="Times New Roman" w:eastAsia="Times New Roman" w:cs="Times New Roman"/>
        </w:rPr>
        <w:t>Ñepyrũmbýpe oĩ vaʼekue pe Ñeʼẽ, ha pe Ñeʼẽ oĩ vaʼekue Tupã ndive, ha pe Ñeʼẽ haʼe vaʼekue Tupã. Kóva oĩ vaʼekue ñepyrũmbýpe Tupã ndive. Opa mbaʼe ojejapo hag̃ua chupe rupive; haʼeʼỹre ndaipóri peteĩve mbaʼe ojejapovaʼekue apytégui. Ipype oĩ vaʼekue tekove; ha pe tekove haʼe vaʼekue yvyporakuéra resape. Ha pe tesape omimbi pytũmbýpe; ha pytũmby ndoikuaái chupe. Juan 1:1–5.</w:t>
      </w:r>
    </w:p>
    <w:p>
      <w:pPr>
        <w:pStyle w:val="ArticleBody"/>
        <w:jc w:val="left"/>
      </w:pPr>
      <w:r>
        <w:rPr>
          <w:rFonts w:ascii="Times New Roman" w:hAnsi="Times New Roman" w:eastAsia="Times New Roman" w:cs="Times New Roman"/>
        </w:rPr>
        <w:t>Oipurúvo ko’ã mokõi testígo “iñepyrũme guive” rehegua; Tupã, Ñandejára Ñe’ẽ, ojapo va’ekue opa mba’e, ome’ẽ avei Hekove, pórke “Hese oĩkuri tekove,” ha Hekove ha’e va’ekue yvyporakuéra “mba’everã”. Peteĩ kuimba’e ojejapo va’ekue “mba’everã” ha’e Moheñoihára tekojoja. Moheñoihára tekojoja ha’e mecha umi aranduka ryepýpe pe tupaópe.</w:t>
      </w:r>
    </w:p>
    <w:p>
      <w:pPr>
        <w:pStyle w:val="ArticleScripture"/>
        <w:jc w:val="left"/>
      </w:pPr>
      <w:r>
        <w:rPr>
          <w:rFonts w:ascii="Times New Roman" w:hAnsi="Times New Roman" w:eastAsia="Times New Roman" w:cs="Times New Roman"/>
        </w:rPr>
        <w:t>Haʼepe oñemeʼẽ ojehemonde hag̃ua ao lino iporãitévape, potĩ ha morotĩme; pe ao lino iporãitéva niko hína umi santo tekojoja. Apocalipsis 19:18.</w:t>
      </w:r>
    </w:p>
    <w:p>
      <w:pPr>
        <w:pStyle w:val="ArticleBody"/>
        <w:jc w:val="left"/>
      </w:pPr>
      <w:r>
        <w:rPr>
          <w:rFonts w:ascii="Times New Roman" w:hAnsi="Times New Roman" w:eastAsia="Times New Roman" w:cs="Times New Roman"/>
        </w:rPr>
        <w:t>Pe aséite omongu’éva pe mecha ohechauka Espíritu Santo rembiapo pe ogueroviáva rekovépe. Ñepyrũrãme yvy pytũmbýpe oĩkuri ha ndaipóri vaʼekue tesakã. Upéi Jesús omeʼẽkuri Hekove, pe tekove oĩvaʼekue Ipype, ikatu hag̃uáicha oĩ tesakã kuimbaʼekuéra hag̃ua.</w:t>
      </w:r>
    </w:p>
    <w:p>
      <w:pPr>
        <w:pStyle w:val="ArticleScripture"/>
        <w:jc w:val="left"/>
      </w:pPr>
      <w:r>
        <w:rPr>
          <w:rFonts w:ascii="Times New Roman" w:hAnsi="Times New Roman" w:eastAsia="Times New Roman" w:cs="Times New Roman"/>
        </w:rPr>
        <w:t>Ha opa tapicha oikóva ko yvy ári omomba'etéta chupe; umi héra ndojehaíriva pe Arapuka Tekovepegua Cordero jejukapývape, yvóra ñepyrũmby guive. Apocalipsis 13:8.</w:t>
      </w:r>
    </w:p>
    <w:p>
      <w:pPr>
        <w:pStyle w:val="ArticleBody"/>
        <w:jc w:val="left"/>
      </w:pPr>
      <w:r>
        <w:rPr>
          <w:rFonts w:ascii="Times New Roman" w:hAnsi="Times New Roman" w:eastAsia="Times New Roman" w:cs="Times New Roman"/>
        </w:rPr>
        <w:t>Jesús oiporavóvo guare oiko hag̃ua peteĩ sakrifísio yvyporakuéra rehehápe, Ha’e ome’ẽ Hekove ikatu hag̃uáicha umi kuimba’e oguereko tesape. Oiko hag̃uáicha ko’ã mokõi pasáhepe, araka’eve oike jave tesape, upe tesape omoheñói mokõi aty oporomomba’éva, ojehechauka hag̃uáicha tesape ha pytũ rupive, ára ra’ykuéra térã pyhare ra’ykuéra.</w:t>
      </w:r>
    </w:p>
    <w:p>
      <w:pPr>
        <w:pStyle w:val="ArticleScripture"/>
        <w:jc w:val="left"/>
      </w:pPr>
      <w:r>
        <w:rPr>
          <w:rFonts w:ascii="Times New Roman" w:hAnsi="Times New Roman" w:eastAsia="Times New Roman" w:cs="Times New Roman"/>
        </w:rPr>
        <w:t>Peẽ katu, che pehẽnguekuéra, ndapeĩri pytũmbýpe, upévare pe ára ndorojapyhýi va’erã mondahaicha. Peẽ maymáva hína tesape ra’ykuéra ha ára ra’ykuéra: ñande ndajaikéi pyhare térã pytũmbýpe. 1 Tesalonicenses 5:4, 5.</w:t>
      </w:r>
    </w:p>
    <w:p>
      <w:pPr>
        <w:pStyle w:val="ArticleBody"/>
        <w:jc w:val="left"/>
      </w:pPr>
      <w:r>
        <w:rPr>
          <w:rFonts w:ascii="Times New Roman" w:hAnsi="Times New Roman" w:eastAsia="Times New Roman" w:cs="Times New Roman"/>
        </w:rPr>
        <w:t>Jahechakuaa vove pe Espíritu Santo oguerekóva pe jerovia araka’evegua ipypukuetereíva ára ra’ykuéra ndive, ikatu ñantende mba’érepa umi símbolo ohechaukáva mokõivéva, Tupã ra’ykuérape ha Espíritu Sántope, ojoajuite. Pe pahaite pevegua Apocalipsis-pe, jahecha Jesúspe Alpha ha Omega ramo, jahecha Túvape “line upon line” jeporu rupive, ha pe Espíritu Santo ome’ẽ hína ijehegui pe ta’ãngamýi simbólico paha; ymaguaréva kuimba’e marangatu niko oñe’ẽ va’ekue oñemomýi haguére chupekuéra Espíritu Santo. Iñe’ẽ tenondete ijehegui Génesis-pe ohechauka chupe omýiva y ári, térã omýiva yvypóra ári; ha pe referencia paha ijehegui ha’e ko’ãva.</w:t>
      </w:r>
    </w:p>
    <w:p>
      <w:pPr>
        <w:pStyle w:val="ArticleScripture"/>
        <w:jc w:val="left"/>
      </w:pPr>
      <w:r>
        <w:rPr>
          <w:rFonts w:ascii="Times New Roman" w:hAnsi="Times New Roman" w:eastAsia="Times New Roman" w:cs="Times New Roman"/>
        </w:rPr>
        <w:t>Ha pe Espíritu ha pe novia he'i: Eju. Ha pe ohendúva tohe'i: Eju. Ha pe ijuhéiva tou. Ha opavave oipotáva, tohupi rei y rekove rehegua. Apocalipsis 22:17.</w:t>
      </w:r>
    </w:p>
    <w:p>
      <w:pPr>
        <w:pStyle w:val="ArticleBody"/>
        <w:jc w:val="left"/>
      </w:pPr>
      <w:r>
        <w:rPr>
          <w:rFonts w:ascii="Times New Roman" w:hAnsi="Times New Roman" w:eastAsia="Times New Roman" w:cs="Times New Roman"/>
        </w:rPr>
        <w:t>Iñepyrũ guive ipaha peve Espíritu Santo ojehechauka yvypóra ndive ojoajúvo, pórke ára ra’ykuéra ohechauka peteĩ joaju divinida ha yvyporareko rehegua. Pablo, Isaías ojapoháicha avei, he’i kuimba’e ha kuñanguéra ha’eha mba’yrukuéra; ha umi candelero pe santuario-pe oguereko va’ekue mba’yru kuéra, upépe oñemoĩháme mecha, ha aséite oguejy umi mba’yrukuérape ome’ẽ hag̃ua pe tembi’u tata rehegua tekotevẽva ojehechauka hag̃ua pe tesape ha’éva Cristo tekojoja. Ñande ha’e Espíritu Santo mba’yrukuéra, pe mbohapyha Persona Divinidad-peguáva, ojehechakuaaháicha iñepyrũmby guive Ñandejára Ñe’ẽ pahakue peve, ha avei hesakã porãháicha oñemombe’úva Espíritu de Profecía jehaipyrekuérape.</w:t>
      </w:r>
    </w:p>
    <w:p>
      <w:pPr>
        <w:pStyle w:val="ArticleBody"/>
        <w:jc w:val="left"/>
      </w:pPr>
      <w:r>
        <w:rPr>
          <w:rFonts w:ascii="Times New Roman" w:hAnsi="Times New Roman" w:eastAsia="Times New Roman" w:cs="Times New Roman"/>
        </w:rPr>
        <w:t>Mokõiha ángel marandu, oñembopyahúva Adventismo ñepyrũme ha ipahápe, oĩ mokõi marandu iñambuéva porã; peteĩ tupãópe g̃uarã ha ambue yvórape g̃uarã.</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 Revelación — Mokõiha}</dc:title>
  <dc:subject>Téra Ñe’ẽme’ẽmegua</dc:subject>
  <dc:creator>Jeff Pippenger</dc:creator>
  <cp:keywords/>
  <dc:description>Generated by ArticleDigger from revelation\02_revelation.json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