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 Revelación - Mbohapyha hag̃ua</w:t>
      </w:r>
    </w:p>
    <w:p>
      <w:pPr>
        <w:pStyle w:val="ArticleSubtitle"/>
        <w:jc w:val="left"/>
      </w:pPr>
      <w:r>
        <w:rPr>
          <w:rFonts w:ascii="Arial" w:hAnsi="Arial" w:eastAsia="Arial" w:cs="Arial"/>
        </w:rPr>
        <w:t>Ojehechauka hag̃ua umi Pyenda Profético: Peteĩ Estúdio Apocalipsis rehe ha pe Tape Añetegua rehe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Upéicha, ñamyesakãvo pe ñu ha ñañotỹvo pe yvy ani hag̃ua jahupyty umi ita jeguaka porãite añetegua rehegua, jahechakuaa umi mba’erepy kañymby. Ñe’ẽrã’ỹre jajuhu ita rehegua porãite oñembyaty ha oñeñongatu hag̃uáva. Ha upe jeheka oikova’erã meme. Ko’ág̃a peve hetaiterei pe mba’erepy jajuhúva opyta kuri hi’aguĩeterei yvy ape ári, ha hasy’ỹ hag̃uáicha ojeguereko. Pe jeheka oñemboguata porãramo, opa tembiapo oñemoĩ oñeñongatu hag̃ua peteĩ entendimiento potĩ ha peteĩ korasõ potĩ. Pe apytu’ũ oñemantene ramo ijurujápe ha tapia oheka pe ñu revelación rehegua, jajuhúta añetegua rehegua ykua guasu.</w:t>
      </w:r>
    </w:p>
    <w:p>
      <w:pPr>
        <w:pStyle w:val="ArticleScripture"/>
        <w:jc w:val="left"/>
      </w:pPr>
      <w:r>
        <w:rPr>
          <w:rFonts w:ascii="Times New Roman" w:hAnsi="Times New Roman" w:eastAsia="Times New Roman" w:cs="Times New Roman"/>
        </w:rPr>
        <w:t>“Umi añetegua yma guare ojehechaukáta pyahu hag̃ua opa mba’e rehegua, ha añetegua kuéra osẽta, umi ojeheja reí va’ekue jehekápe. Añetegua mbarete oñeñotỹ kuri jejavy rembo’e gua’u guýpe, ha katu ojejuhúta umi ohekáva kyre’ỹ reheve rupi. Ha’e ojuhúvo ha oipe’ávo pe mba’eryru guasu oguerekóva pe ita porãite añetegua rehegua, ndaha’éi mondaha; opa umi omomba’éva ko’ã ita porãite ikatu oguereko avei, ha upéicharõ ha’ekuéra avei oguerekóta peteĩ mba’eryru guasu oipe’a hag̃ua ambuekuérape. Pe ome’ẽva ndoipe’ái ijehegui pe mba’eta; ha’e oikuaauka jave ha oma’ẽ porã hese ikatu hag̃uáicha omyesakã chupe ambuekuérape peteĩ hendáicha oguerúva ichupekuéra, ojuhu mba’eta pyahu....”</w:t>
      </w:r>
    </w:p>
    <w:p>
      <w:pPr>
        <w:pStyle w:val="ArticleScripture"/>
        <w:jc w:val="left"/>
      </w:pPr>
      <w:r>
        <w:rPr>
          <w:rFonts w:ascii="Times New Roman" w:hAnsi="Times New Roman" w:eastAsia="Times New Roman" w:cs="Times New Roman"/>
        </w:rPr>
        <w:t>“Umi oĩva tavayguakuéra renondépe añetegua mbo’eháraramo oñorairõva’erã umi téma tuicháva rehe. Ani hag̃ua oiporu aravo hepyetéva oñe’ẽ hag̃ua mba’e michĩva rehe. Toñemoarandu hikuái Ñe’ẽ rehe, ha toikuaauka pe Ñe’ẽ. Taĩ pe Ñe’ẽ ijapópekuéra peteĩ kyse hakua mokõi hova reheve ramo. Tahechauka upéva umi añetegua yma guarã, ha tomyesakã mba’épa oikóta tenonderãme.</w:t>
      </w:r>
    </w:p>
    <w:p>
      <w:pPr>
        <w:pStyle w:val="ArticleScripture"/>
        <w:jc w:val="left"/>
      </w:pPr>
      <w:r>
        <w:rPr>
          <w:rFonts w:ascii="Times New Roman" w:hAnsi="Times New Roman" w:eastAsia="Times New Roman" w:cs="Times New Roman"/>
        </w:rPr>
        <w:t>“Tesapeve ohóvo peve omoesakãvéta opaite umi tuicha añetegua profecía rehegua, ha ojehecháta pyahu ha hendy porã hag̃uáicha, pe Kuarahy Tekoporãmby rehegua resape omyesakãmbaitéta rupi opa mba’e.” Manuscript Releases, volúmen 1, 37–40.</w:t>
      </w:r>
    </w:p>
    <w:p>
      <w:pPr>
        <w:pStyle w:val="ArticleBody"/>
        <w:jc w:val="left"/>
      </w:pPr>
      <w:r>
        <w:rPr>
          <w:rFonts w:ascii="Times New Roman" w:hAnsi="Times New Roman" w:eastAsia="Times New Roman" w:cs="Times New Roman"/>
        </w:rPr>
        <w:t>Ajerovia ko amoĩmaha hague koʼág̃a hetaite mbaʼe ohechaukáva marandu profético umi kuatia ohasavaʼekuépe, ikatu hag̃uáicha jaguereko peteĩ mbojoaju porã ñañepyrũvo jajapo hag̃ua ñande rape Apocalipsis ryepýpe. Relee ramo koʼã kuatia internet rupive, che aipota reikuaa hag̃ua umi kuatia oĩha joavyʼỹre ára rehegua orden-pe. Aikuaa oĩha umi oho hag̃ua koʼã kuatia rapykuéri ha oikuaaporãma hetave umi mbaʼe aikuaaukáva, ha chupekuéra ameʼẽ che ñembyasy opaite pe jeʼejey rehe. Añehaʼãkuri ameʼẽ hag̃ua hetaiteve pytyvõ bíblico umi añetegua ñambohapéva rehe, ikatu hag̃uáicha peteĩ tapicha pyahu umi principio Future for America oipurúva rehe ontende ha opyta hag̃ua oñembojaʼo ko tembiapóre, jepe ndoguerekóiramo gueteri pe familiaridad koʼã concepto rehe heta ñande apytépe jaikuaámava.</w:t>
      </w:r>
    </w:p>
    <w:p>
      <w:pPr>
        <w:pStyle w:val="ArticleBody"/>
        <w:jc w:val="left"/>
      </w:pPr>
      <w:r>
        <w:rPr>
          <w:rFonts w:ascii="Times New Roman" w:hAnsi="Times New Roman" w:eastAsia="Times New Roman" w:cs="Times New Roman"/>
        </w:rPr>
        <w:t>Oĩ añetegua ipoderósova, ko’ág̃aite peve araka’eve ndajekuaái va’ekue chéve, ha umi ojepe’a Apocalipsis arandúpe. Ikatúne kuri añemoĩnte ahechauka hag̃ua umi añetegua tetãygua rovake, a’ỹ rehejáva tenonderã peteĩ pyenda profétiko oipytyvõva mboyve aikuaauka hag̃ua, péro umi añetegua ipyahupaiterei ha tuichaiterei mba’e hag̃uáicha ndaipotáikuri aikuaauka peteĩ pyenda’ỹre amoĩ hag̃ua pype umi añetegua, umi che aguerovia hag̃ua ojehechauka oñemboty’ỹramo Apocalipsis rehegua ramo, ha upéva oiko mboyve pe tiempo de gracia oñembotykuaa hag̃ua.</w:t>
      </w:r>
    </w:p>
    <w:p>
      <w:pPr>
        <w:pStyle w:val="ArticleScripture"/>
        <w:jc w:val="left"/>
      </w:pPr>
      <w:r>
        <w:rPr>
          <w:rFonts w:ascii="Times New Roman" w:hAnsi="Times New Roman" w:eastAsia="Times New Roman" w:cs="Times New Roman"/>
        </w:rPr>
        <w:t>Ha he'i chéve: Ani reñomi hag̃ua ko kuatiañe'ẽme oĩva marandu profétiko ñe'ẽ; pe ára hi'aguĩma. Pe hekojojáva'ỹ, toiko hekojojáva'ỹ gueteri; pe ky'áva, toiko ky'a gueteri; pe hekojojáva, toiko hekojoja gueteri; ha pe imarangatúva, toiko marangatu gueteri. Apocalipsis 22:10, 11.</w:t>
      </w:r>
    </w:p>
    <w:p>
      <w:pPr>
        <w:pStyle w:val="ArticleBody"/>
        <w:jc w:val="left"/>
      </w:pPr>
      <w:r>
        <w:rPr>
          <w:rFonts w:ascii="Times New Roman" w:hAnsi="Times New Roman" w:eastAsia="Times New Roman" w:cs="Times New Roman"/>
        </w:rPr>
        <w:t>Jesús omoĩ porã peteĩ principio añetegua mbo’éregua, che ajeroviáva ojeporuha ko’ápe. Upe principio oñemohenda porã Espíritu Santo rembiapo jehechakuaa ryepýpe.</w:t>
      </w:r>
    </w:p>
    <w:p>
      <w:pPr>
        <w:pStyle w:val="ArticleScripture"/>
        <w:jc w:val="left"/>
      </w:pPr>
      <w:r>
        <w:rPr>
          <w:rFonts w:ascii="Times New Roman" w:hAnsi="Times New Roman" w:eastAsia="Times New Roman" w:cs="Times New Roman"/>
        </w:rPr>
        <w:t>Ha haʼe ou vove, haʼe ohechaukáta ko yvy arigua kuérape iñangaipa, tekojoja ha jehusia rehegua: angaipa rehegua, ndogueroviái hag̃ua che rehe; tekojoja rehegua, aha hag̃ua che Ru rendápe, ha peẽ ndachehechamoʼãvéi; jehusia rehegua, ko yvy arigua mburuvicha ojehusiamaha hag̃ua. Heta mbaʼe gueteri areko haʼéva peẽme, péro koʼág̃a ndaikatúi pegueroja. Upéicharõ jepe, haʼe, Añetegua Espíritu, vove, penemoirũta opa añeteguápe; ndoñeʼẽmoʼãi niko ijehegui; opa mbaʼe ohendúva, upéva haʼéta, ha oikuaaukáta peẽme umi mbaʼe oútava. Haʼe chemombaʼeguasúta; ogueraháta che mbaʼégui, ha oikuaaukáta peẽme. Juan 16:8–16.</w:t>
      </w:r>
    </w:p>
    <w:p>
      <w:pPr>
        <w:pStyle w:val="ArticleBody"/>
        <w:jc w:val="left"/>
      </w:pPr>
      <w:r>
        <w:rPr>
          <w:rFonts w:ascii="Times New Roman" w:hAnsi="Times New Roman" w:eastAsia="Times New Roman" w:cs="Times New Roman"/>
        </w:rPr>
        <w:t>Cristo he’i ramo: “Aguereko gueteri heta mba’e ha’e hag̃ua peẽme, ha ko’ág̃a ndaikatúi peguero pu’aka hese,” upéva omombarete che jerovia oĩha ko’ág̃a heta mba’e oñembohasáva’erã, ha katu tenonderãite tekotevẽ peteĩ ñepyrũmby lógico oñemopu’ã hag̃ua hi’ári umi añetegua. Péicha hag̃ua, umi versíkulo mboyvegua ohechauka umi mbohapy ánhel rembiayhu maranduha oñerrepresentaha Espíritu Santo rembiapo rupive, omoñe’ẽporãvo “yvórape angaipa rehe, tekojoja rehe, ha juicio rehe.” Umi mbohapy marandu niko hína pe marandu ñehundíkuaa paha, upévare ko pasáhe ohechakuaáva Espíritu Santo rembiapo ha’e peteĩ testimónio iñimportantetereíva, pórke omomba’eguasu pe marandu oñentendeha mbeguekatúpe ha oñentendeha añoite umi oguerekóva Espíritu Santo asýte. Juan, Apocalipsis kuatiápe, orrepresenta upe añeteguaite omombe’úvo ha’eha peteĩ Adventista del Séptimo Día omomba’éva pe sábado, ko yvy paha gotyo.</w:t>
      </w:r>
    </w:p>
    <w:p>
      <w:pPr>
        <w:pStyle w:val="ArticleScripture"/>
        <w:jc w:val="left"/>
      </w:pPr>
      <w:r>
        <w:rPr>
          <w:rFonts w:ascii="Times New Roman" w:hAnsi="Times New Roman" w:eastAsia="Times New Roman" w:cs="Times New Roman"/>
        </w:rPr>
        <w:t>Aime vaʼekue pe Espíritu-pe pe ára Ñandejára rehegua, ha ahendu che rapykuéri peteĩ ñeʼẽ tuicha, trompétaicha. Apocalipsis 1:10.</w:t>
      </w:r>
    </w:p>
    <w:p>
      <w:pPr>
        <w:pStyle w:val="ArticleBody"/>
        <w:jc w:val="left"/>
      </w:pPr>
      <w:r>
        <w:rPr>
          <w:rFonts w:ascii="Times New Roman" w:hAnsi="Times New Roman" w:eastAsia="Times New Roman" w:cs="Times New Roman"/>
        </w:rPr>
        <w:t>Adventista Ára Pokõi ára, ko yvy paha ára pegua, oikumbýta pe marandu ojeipe'áva Apocalipsis-pe, oĩgui hikuái “Espíritupe”. Pe parábola ryepýpe, ñandéve oje’éva “ohechauka Adventista tavayguakuéra experiencia”, Juan ha’e peteĩ kuñataĩ arandu, oguerekógui pe Espíritu aceite. Ha’e ohechauka umi kuñataĩ arandu yvy paha ára pegua, ohendúva peteĩ ñe’ẽ hatã “hapykuéri” chuguikuéra. Pe “ñe’ẽ hapykuerigua” chugui ha’e pe Alfa ha pe Omega, ojehechakuaaháicha upe versículo oúvape voi, ha upe ñe’ẽ he’i chupe tojevy umi tape yma guarépe ha oguata ipype.</w:t>
      </w:r>
    </w:p>
    <w:p>
      <w:pPr>
        <w:pStyle w:val="ArticleScripture"/>
        <w:jc w:val="left"/>
      </w:pPr>
      <w:r>
        <w:rPr>
          <w:rFonts w:ascii="Times New Roman" w:hAnsi="Times New Roman" w:eastAsia="Times New Roman" w:cs="Times New Roman"/>
        </w:rPr>
        <w:t>Péicha he'i Ñandejára: Peñembo'y tape kuérape, ha pehecha, ha peporandu tape yma guaré rehe, moõpa oĩ pe tape porã, ha peguata ipype, ha pejuhúta pytu'u pene ánga kuérape g̃uarã. Ha ha'ekuéra he'i: Ndoroguatamo'ãi ipype. Jeremías 6:16.</w:t>
      </w:r>
    </w:p>
    <w:p>
      <w:pPr>
        <w:pStyle w:val="ArticleBody"/>
        <w:jc w:val="left"/>
      </w:pPr>
      <w:r>
        <w:rPr>
          <w:rFonts w:ascii="Times New Roman" w:hAnsi="Times New Roman" w:eastAsia="Times New Roman" w:cs="Times New Roman"/>
        </w:rPr>
        <w:t>Pe “pytu’u” Jeremías oñe’ẽhague hína pe Espíritu Santo oñehẽmbáva pe ama rire guasúpe jave. Pe téra ambuéva-pe, Jeremías ome’ẽ peteĩ mokõiha ta’anga umi kuñataĩ tavy rehegua, umi ndojevýiva Adventismo ypykuéra rendápe (umi tape yma guarépe) ha noguatáiva ipype.</w:t>
      </w:r>
    </w:p>
    <w:p>
      <w:pPr>
        <w:pStyle w:val="ArticleScripture"/>
        <w:jc w:val="left"/>
      </w:pPr>
      <w:r>
        <w:rPr>
          <w:rFonts w:ascii="Times New Roman" w:hAnsi="Times New Roman" w:eastAsia="Times New Roman" w:cs="Times New Roman"/>
        </w:rPr>
        <w:t>Avei amoĩ pene ári ñangarekoha-kuérape, he'ívo: Pehendu pe trompéta pu. Ha'ekuéra katu he'i: Norohechamo'ãi. Jeremías 6:17.</w:t>
      </w:r>
    </w:p>
    <w:p>
      <w:pPr>
        <w:pStyle w:val="ArticleBody"/>
        <w:jc w:val="left"/>
      </w:pPr>
      <w:r>
        <w:rPr>
          <w:rFonts w:ascii="Times New Roman" w:hAnsi="Times New Roman" w:eastAsia="Times New Roman" w:cs="Times New Roman"/>
        </w:rPr>
        <w:t>Juan ohendúvo pe ñe’ẽ hapykuégui ohechaukáva chupe umi tape yma guarépe térã Adventismo pyendakuérape, pe ñe’ẽ ohendúva ha’e peteĩ trompétaicha. Upe ñe’ẽ oñembohasa umi “ñangarekohárape” rupive, Tupã omoĩ va’ekue Adventismo ári. Túva Miller ha’e va’ekue pe ñangarekoha ombopu va’ekue pe trompéta kyhyjéva Adventismo ñepyrũme, pe maranduha peteĩha oñemoherakuã jave, omombe’úva huísio ñepyrũ. Péro Juan katu he’ise porã umi omoherakuãvape pe maranduha mbohapyha marandu, omombe’úva huísio ñembotypa. Ha’e ohechauka umi ojevývape umi pyenda Tupã omopu’ã va’ekuépe Miller rembiapo rupive.</w:t>
      </w:r>
    </w:p>
    <w:p>
      <w:pPr>
        <w:pStyle w:val="ArticleBody"/>
        <w:jc w:val="left"/>
      </w:pPr>
      <w:r>
        <w:rPr>
          <w:rFonts w:ascii="Times New Roman" w:hAnsi="Times New Roman" w:eastAsia="Times New Roman" w:cs="Times New Roman"/>
        </w:rPr>
        <w:t>Rohechauka heta áño pukukue javeve, (ha upéva ikatu ojejuhu Habacuc Táva-pe), pe peteĩha ánhel rembiapo “pekyhyje Tupãgui” ha’eha ohechauka hag̃ua angaipa, ha pe mokõiha ánhel rembiapo-pe ojehechauka tekojoja, ha pe mbohapyha omombe’u juicio. Ko’ãva ha’e umi mbohapy hatua umi mbohapy ánhel rembiapópe ha avei umi mbohapy hatua Espíritu Santo rembiapópe. Umi mbohapy hatua avei ojehechauka umi mbohapy letra hebrea omoheñóiva pe ñe’ẽ hebreo oñembohasáva “añeteguáramo”. Pe jehaipyre Juan dieciséis-pe, Jesús oñe’ẽ Espíritu Santo rembiapóre ogueraha hag̃ua Tupã tavayguakuérape “opaite añeteguápe”, ha upéicha avei ohechauka chupekuéra “umi mba’e oútava”. Upéicharõ jepe, Jesús he’i: “heta mba’e che areko gueteri ha’e hag̃ua peẽme, péro ko’ág̃a ndapeikuaái gueteri peguerojeroky hag̃ua.”</w:t>
      </w:r>
    </w:p>
    <w:p>
      <w:pPr>
        <w:pStyle w:val="ArticleBody"/>
        <w:jc w:val="left"/>
      </w:pPr>
      <w:r>
        <w:rPr>
          <w:rFonts w:ascii="Times New Roman" w:hAnsi="Times New Roman" w:eastAsia="Times New Roman" w:cs="Times New Roman"/>
        </w:rPr>
        <w:t>Aha’arõ peikuaa porãma umi mba’e he’iséva pe ñe’ẽ hebreo oñembohasáva “añetegua” ramo. Ñañepyrũgui ramoite niko jajapo hína pe símbolo ñemoĩ ñande estudio rehe. Apocalipsis peteĩha mbohapy versíkulo ypykuepe ojehechauka mba’éichapa oiko pe marandu ñembohasa Tupã ha yvypóra apytépe. Ojehechauka voi pe Revelación omombe’u mboyve pe Ñandejárareko mbohapy hendáicha. Upéva oguereko mokõiha testígo Apocalipsis pahague versíkulo-kuérape, ha upéicha rupi, oñemopyendáva “línea ári línea” jeporu rehe, ogueru hetave tesape.</w:t>
      </w:r>
    </w:p>
    <w:p>
      <w:pPr>
        <w:pStyle w:val="ArticleBody"/>
        <w:jc w:val="left"/>
      </w:pPr>
      <w:r>
        <w:rPr>
          <w:rFonts w:ascii="Times New Roman" w:hAnsi="Times New Roman" w:eastAsia="Times New Roman" w:cs="Times New Roman"/>
        </w:rPr>
        <w:t>Upéi, ñamoĩvo Génesis 1:1–2:3, jajuhu peteĩ mbohapyha testígo ha ambue línea profética ñamoĩ hag̃ua umi mokõi línea mboyveguáre, Apocalipsis ñepyrũme ha ipahápe.</w:t>
      </w:r>
    </w:p>
    <w:p>
      <w:pPr>
        <w:pStyle w:val="ArticleBody"/>
        <w:jc w:val="left"/>
      </w:pPr>
      <w:r>
        <w:rPr>
          <w:rFonts w:ascii="Times New Roman" w:hAnsi="Times New Roman" w:eastAsia="Times New Roman" w:cs="Times New Roman"/>
        </w:rPr>
        <w:t>Upéi ñamoĩ pe ñe’ẽme’ẽ paha Antiguo Testamento-pe ojekuaaukáva Elías ou va’erãva, ha upéicha jaguereko irundy línea profética.</w:t>
      </w:r>
    </w:p>
    <w:p>
      <w:pPr>
        <w:pStyle w:val="ArticleBody"/>
        <w:jc w:val="left"/>
      </w:pPr>
      <w:r>
        <w:rPr>
          <w:rFonts w:ascii="Times New Roman" w:hAnsi="Times New Roman" w:eastAsia="Times New Roman" w:cs="Times New Roman"/>
        </w:rPr>
        <w:t>Upéi ñamoĩve pe kapítulo peteĩha Testamento Pyahúgui ha jaguereko po peteĩ línea ñamohenda hag̃ua pe marandu pahaite ojejuhúva la Bíbliape, jaipurúvo opaite línea rehe pe principio Alfa ha Omega. Ñamohuʼãrõ umi po línea rojuhu vaʼekuéma, jaipysóvo pe principio peteĩcha opa rupi umi po línea rehe, upéicharõ jahaʼarõvaʼerã Mateo paha ha Juan paha oñeʼẽ hag̃ua peteĩchagua marandu rehe, peteĩchaite umi po línea profética “ñepyrũ ha paha” ñahesaʼỹijóva rehe.</w:t>
      </w:r>
    </w:p>
    <w:p>
      <w:pPr>
        <w:pStyle w:val="ArticleBody"/>
        <w:jc w:val="left"/>
      </w:pPr>
      <w:r>
        <w:rPr>
          <w:rFonts w:ascii="Times New Roman" w:hAnsi="Times New Roman" w:eastAsia="Times New Roman" w:cs="Times New Roman"/>
        </w:rPr>
        <w:t>Pe marandu ojeipe’áva oñemopyenda Apocalipsis aranduka-pe, upévare ha’e hína pe punto de referencia ambue lína-kuérape ĝuarã, ojoajúvo Hermana White ñanembo’éva ndive: “opaite Biblia aranduka-kuéra ojoaju ha opa Apocalipsis-pe”. Pe marandu oĩva Apocalipsis aranduka mbohapy versíkulo peteĩha-pe omombe’u pe proceso Tupã oipurúva ombohasa hag̃ua Iñe’ẽ Juan-pe, ha’e hag̃ua ohai ha omondo umi iglesia-kuérape. Pe peteĩha aranduka Testamento Pyahupegua, oje’e haguéicha yma, ohechauka Jesucristo ñemoñare rapykuere, ha oñepyrũ peteĩ punto iporãiterei hag̃uáicha ñanemomarandu hag̃ua.</w:t>
      </w:r>
    </w:p>
    <w:p>
      <w:pPr>
        <w:pStyle w:val="ArticleScripture"/>
        <w:jc w:val="left"/>
      </w:pPr>
      <w:r>
        <w:rPr>
          <w:rFonts w:ascii="Times New Roman" w:hAnsi="Times New Roman" w:eastAsia="Times New Roman" w:cs="Times New Roman"/>
        </w:rPr>
        <w:t>Pe kuatiañe’ẽ Jesucristo rekove ñepyrũ rehegua, David ra’y, Abraham ra’y. Mateo 1:1.</w:t>
      </w:r>
    </w:p>
    <w:p>
      <w:pPr>
        <w:pStyle w:val="ArticleBody"/>
        <w:jc w:val="left"/>
      </w:pPr>
      <w:r>
        <w:rPr>
          <w:rFonts w:ascii="Times New Roman" w:hAnsi="Times New Roman" w:eastAsia="Times New Roman" w:cs="Times New Roman"/>
        </w:rPr>
        <w:t>Jesús omohu'ã ipahápe iñomongeta hag̃ua umi judío ñe'ẽreive ndive, omokirirĩvo chupekuéra pe tema “David ra'y” reheve, peteĩ tema umi judío ikatu hag̃uánte oikũmby rire pe principio bíblico oñepyrũ ha opa hag̃ua rehegua. Ha'ekuéra ndoikũmbýi, ha hetave umi adventista ndoikũmbýi avei. Oimeraẽva oipotáva oñorairõ pe principio tembiasakue ojerejeyha rehe, ohechauka noikũmbýiha Israel yma guaréva ohechaukaha Israel ko'ag̃agua, ha iñemboyke hag̃ua oguerovia hag̃ua upe principio, ha'eha peteĩchaguaite pe iñemboyke paha Israel yma guaréva rembe'ýpe oikũmby hag̃ua upe mismo principio. Jesús ohechauka upe principio iñapytu'ũ poranduhápe ipahápe umi judíope, ombohapévo chupekuéra pe apytu'ũ porandu rehe: mba'éicha piko David Ruvicha ikatu avei oiko David ra'y?</w:t>
      </w:r>
    </w:p>
    <w:p>
      <w:pPr>
        <w:pStyle w:val="ArticleBody"/>
        <w:jc w:val="left"/>
      </w:pPr>
      <w:r>
        <w:rPr>
          <w:rFonts w:ascii="Times New Roman" w:hAnsi="Times New Roman" w:eastAsia="Times New Roman" w:cs="Times New Roman"/>
        </w:rPr>
        <w:t>Juan capítulo peteĩha he’i ñepyrũmby guive pe Ñe’ẽ oĩ hague Tupã ndive, pe Ñe’ẽ ha’eha Tupã, ha pe Ñe’ẽ ojapo opa mba’e. Kóva, añetehápe, ojoja umi ambue línea rehe ñañe’ẽva hína ndive. Ha upéi jajepy’amongeta ramo umi ñe’ẽ paha Juan evangelio-pe, jahecha Pedro, ohendúma rire Jesús omombe’úvo mba’éichapa omanóta, oporanduha Jesúspe mba’épa oikóta apóstol Juan rehe.</w:t>
      </w:r>
    </w:p>
    <w:p>
      <w:pPr>
        <w:pStyle w:val="ArticleScripture"/>
        <w:jc w:val="left"/>
      </w:pPr>
      <w:r>
        <w:rPr>
          <w:rFonts w:ascii="Times New Roman" w:hAnsi="Times New Roman" w:eastAsia="Times New Roman" w:cs="Times New Roman"/>
        </w:rPr>
        <w:t>Upéi Pedro ohechávo chupe he’i Jesúspe: Ñandejára, ha ko kuimba’e, mba’épa ojapóta? Jesús he’i chupe: Che aipota ramo opyta hag̃ua pe aju peve, mba’ére piko upéva nde rehegua? Eju che rapykuéri. Upérõ upe ñe’ẽ osarambi umi pehẽngue apytépe, upe temimbo’e nda’umanomo’ãiha; Jesús katu nde’íri chupe: Nomanomo’ãi; ha’e katu he’i: Che aipota ramo opyta hag̃ua pe aju peve, mba’ére piko upéva nde rehegua? Kóva hína upe temimbo’e omombe’úva ko’ã mba’e, ha oháiva ko’ã mba’e; ha jaikuaa itestimonio añeteha. Ha oĩ avei heta ambue mba’e Jesús ojapova’ekue; umíva peteĩ-teĩ jepe ojehai ramo, che aimo’ã ko yvy voi ndaikatumo’ãiha oguereko umi aranduka ojehaítava. Amén. Juan 21:21–25.</w:t>
      </w:r>
    </w:p>
    <w:p>
      <w:pPr>
        <w:pStyle w:val="ArticleBody"/>
        <w:jc w:val="left"/>
      </w:pPr>
      <w:r>
        <w:rPr>
          <w:rFonts w:ascii="Times New Roman" w:hAnsi="Times New Roman" w:eastAsia="Times New Roman" w:cs="Times New Roman"/>
        </w:rPr>
        <w:t>Pedro oikuaa hag̃ua mba’éichapa Juan omanóta, térã jepe Juan omanótapa. Pe mbohovái oñeñe’ẽ jey mokõive jey pe pasáhepe, Jesús he’i ramo guare ha upéi Juan omombe’u jey: “Che aipota ramo ha’e [Juan] opyta peve aju jey, mba’ére piko upéva nde rehegua?” Juan oikove vaʼekue Jesús Jejujey Mokõiha peve.</w:t>
      </w:r>
    </w:p>
    <w:p>
      <w:pPr>
        <w:pStyle w:val="ArticleBody"/>
        <w:jc w:val="left"/>
      </w:pPr>
      <w:r>
        <w:rPr>
          <w:rFonts w:ascii="Times New Roman" w:hAnsi="Times New Roman" w:eastAsia="Times New Roman" w:cs="Times New Roman"/>
        </w:rPr>
        <w:t>Ikatu hag̃uinte rehecha térã rehendu upe “añetegua” rejeroviárõ añoite tembiasakue oñeha’ã jeyha rehe, ha avei pe tembiasakue ojehu jeýva oikoha ko yvy ape ára pahápe. Ko yvy ape paha hína pe tenda Juan oĩhague ohai jave pe lívro Apocalipsis. Pe lívro pahaguéva Juan evangeliope oñemoĩ peteĩcha umi ambue ñepyrũ ha paha reheve, omoĩgui Juanpe umi mba’e ojehúva rembiasakuepe ogueraháva Jejuvy Mokõiha peve, upépe ha’e, umi omomarandúva paha ñemongyhyje marandu rehegua rehechaukarõ, omondo upe marandu umi iglésiape.</w:t>
      </w:r>
    </w:p>
    <w:p>
      <w:pPr>
        <w:pStyle w:val="ArticleScripture"/>
        <w:jc w:val="left"/>
      </w:pPr>
      <w:r>
        <w:rPr>
          <w:rFonts w:ascii="Times New Roman" w:hAnsi="Times New Roman" w:eastAsia="Times New Roman" w:cs="Times New Roman"/>
        </w:rPr>
        <w:t>“Umi kristiáno yma guarépe, Cristo ou jevy mokõiha jey. Ijupe peteĩha jeju vaekue Belén-pe, ou ramo mitãramo. Ijupe mokõiha jeju vaekue Isla de Patmos-pe, ojekuaauka haguépe ijupe mimbipápe Juan Revelador-pe, haʼe ‘hoʼa vaekue ipy guýpe omano vaicha’ ohechávo chupe. Péro Cristo omombarete chupe ikatu hag̃uáicha ogueropuʼaka upe jehecha, ha upéi omeʼẽ chupe peteĩ marandu ohai hag̃ua Asia-pe oĩva umi tupãópe, héra kuéra omombeʼúva mayma tupão reko tee.”</w:t>
      </w:r>
    </w:p>
    <w:p>
      <w:pPr>
        <w:pStyle w:val="ArticleScripture"/>
        <w:jc w:val="left"/>
      </w:pPr>
      <w:r>
        <w:rPr>
          <w:rFonts w:ascii="Times New Roman" w:hAnsi="Times New Roman" w:eastAsia="Times New Roman" w:cs="Times New Roman"/>
        </w:rPr>
        <w:t>“Pe tesape Cristo ohechauka vaʼekue Iñembiguái profétape niko ñandéve guarã. Ijehechaukapýpe oñemeʼẽ umi mbohapy ánhel rembiapy marandu, ha avei peteĩ techauka pe ánhel oguejy vaʼerãha yvágagui puʼaka guasúpe, omimbi hag̃ua ko yvy iñemimbipa reheve. Ipype oĩ ñeʼẽmondýi umi tekovaíre oĩtava umi ára pahápe, ha pe mymba rechaukaha rehe. Ndahaʼéi ñamoñeʼẽ ha ñantende hag̃uánte ko marandu, síno jaikuaaukavaʼerã chupe arapýpe ñeʼẽ hesakã porãva reheve. Ñamoherakuãvo koʼã mbaʼe Juanpe ojehechauka vaʼekue, ikatúta ñamomýi tavayguakuérape.” Manuscript Releases, volúmen 19, 41.</w:t>
      </w:r>
    </w:p>
    <w:p>
      <w:pPr>
        <w:pStyle w:val="ArticleBody"/>
        <w:jc w:val="left"/>
      </w:pPr>
      <w:r>
        <w:rPr>
          <w:rFonts w:ascii="Times New Roman" w:hAnsi="Times New Roman" w:eastAsia="Times New Roman" w:cs="Times New Roman"/>
        </w:rPr>
        <w:t>Pe evangelio Juan rehegua paha omombe’u porã pe marandu ñembohasakuaa rape, ojehechaukaháicha Apocalipsis mbohapy versíkulo peteĩha guive, omoĩvo Juan profétikamente pe Mokõiha Jejuvy rembiasápe. Péicha, oiporúvo Jesús peteĩha “mokõiha jejuvy” (Patmos) ohechauka hag̃ua Ijejuvy pahaite “mokõiha”. Upéicha ojoaju porãiterei ambue línea ñahesa’ỹijohína ndive, pórke ohechauka Juan-pe ko yvy paha gotyo, Patmos-pe, upépe oguerohoryhápe Jesucristo Revelación. Ha mba’épa pe Mateo aranduka paha rehe?</w:t>
      </w:r>
    </w:p>
    <w:p>
      <w:pPr>
        <w:pStyle w:val="ArticleScripture"/>
        <w:jc w:val="left"/>
      </w:pPr>
      <w:r>
        <w:rPr>
          <w:rFonts w:ascii="Times New Roman" w:hAnsi="Times New Roman" w:eastAsia="Times New Roman" w:cs="Times New Roman"/>
        </w:rPr>
        <w:t>Upéi umi once disípulo oho Galiléape, pe yvyty Jesús omoĩ hague chupekuéra. Ha ohechávo hikuái chupe, omomba'eguasu hikuái chupe; ha peteĩva apytégui ndogueroviái. Upémarõ Jesús oñemboja hendapekuéra ha oñe'ẽ chupekuéra, he'ívo: Opaite pokatu oñeme'ẽ chéve yvágape ha ko yvy ári. Peho, upévare, ha pembo'e opaite tetãnguéra, pehovasávo chupekuéra pe Túva, pe Ta'ýra ha pe Espíritu Santo rérape; pembo'évo chupekuéra ojapo hag̃ua opa mba'e ha'e akomanda va'ekue peẽme. Ha péina ápe, che aime pene ndive opa ára, ko arapaha pahá peve. Amén. Mateo 28:16–20.</w:t>
      </w:r>
    </w:p>
    <w:p>
      <w:pPr>
        <w:pStyle w:val="ArticleBody"/>
        <w:jc w:val="left"/>
      </w:pPr>
      <w:r>
        <w:rPr>
          <w:rFonts w:ascii="Times New Roman" w:hAnsi="Times New Roman" w:eastAsia="Times New Roman" w:cs="Times New Roman"/>
        </w:rPr>
        <w:t>Pe pasáhepe oñeme’ẽ Jesúspe opa poder, ha kóva, por supuesto, ha’éta Ipu’aka apohare. Ha upéi ome’ẽ peteĩ mandamiénto omongarai hag̃ua Túva rérape, Ta’ýra rérape ha avei Espíritu Santo rérape, pe oñemýiva y ári Génesis peteĩpe, ha umi siete espíritu oĩva Tupã tróno renondépe. Ko pasáhe ohechauka umi kristiáno ohechakuaava’erãha umi mbohapy tapicha oĩva pe trío yvagagua apytépe, mbohapy entidad iñambuéva ramo. Mateo paha omoĩve umi líniare, ambue seis ojapoháicha.</w:t>
      </w:r>
    </w:p>
    <w:p>
      <w:pPr>
        <w:pStyle w:val="ArticleScripture"/>
        <w:jc w:val="left"/>
      </w:pPr>
      <w:r>
        <w:rPr>
          <w:rFonts w:ascii="Times New Roman" w:hAnsi="Times New Roman" w:eastAsia="Times New Roman" w:cs="Times New Roman"/>
        </w:rPr>
        <w:t>“Cristo ojapo pe ñemongarai ha’e hag̃ua pe techaukaha jeike hag̃ua Ijára yvypóra’ỹva rréinope. Ha’e omoĩ ko mba’e hag̃ua peteĩ condición porãite opaite oikotevẽva omoañete, umi oipotáva ojehechakuaa hag̃ua oĩha Túva, Ta’ýra ha Espíritu Santo pokatu guýpe. Mboriahu kuimba’e ikatu mboyve ojuhu peteĩ óga pe iglésiape, ohasa mboyve Tupã rréino espiritual rokẽ rugua, omoneĩva’erã hi’ári pe téra divíno kuaapy, ‘Ñande Ruvicha ñande tekojoja.’ Jeremías 23:6.</w:t>
      </w:r>
    </w:p>
    <w:p>
      <w:pPr>
        <w:pStyle w:val="ArticleScripture"/>
        <w:jc w:val="left"/>
      </w:pPr>
      <w:r>
        <w:rPr>
          <w:rFonts w:ascii="Times New Roman" w:hAnsi="Times New Roman" w:eastAsia="Times New Roman" w:cs="Times New Roman"/>
        </w:rPr>
        <w:t>“Pe ñemongarai ha’e peteĩ ñeñemboyke ipohyivévagui ko yvy arigua. Umi oñemongaraíva pe téra mbohapyhápe, Túva, Ta’ýra ha Espíritu Santo rérape, iñepyrũrãitepe hekove cristiano rehegua oporomoherakuã hag̃ua públicamente ohejaha’ekue hikuái Satanás rembiapokue, ha oikoha mburuvicha guasu róga peguarã, yvágape Oisãmbyhýva Ra’y ha Tajýra. Ha’ekuéra ojapo pe tembiapoukapy he’íva: ‘Pesẽ ijapytégui, ha peñembojoavy, … ha ani pepoko mba’e ky’áre.’ Ha hesekuéra oñemoañete pe ñe’ẽme’ẽ: ‘Che pomoguahẽta, ha che ha’éta peẽme g̃uarã Túva, ha peẽ peikóta che Ra’y ha che Rajykuéra ramo, he’i Ñandejára Ipu’akapáva.’ 2 Corintios 6:17, 18.”</w:t>
      </w:r>
    </w:p>
    <w:p>
      <w:pPr>
        <w:pStyle w:val="ArticleScripture"/>
        <w:jc w:val="left"/>
      </w:pPr>
      <w:r>
        <w:rPr>
          <w:rFonts w:ascii="Times New Roman" w:hAnsi="Times New Roman" w:eastAsia="Times New Roman" w:cs="Times New Roman"/>
        </w:rPr>
        <w:t>“Cristianokuéra oñemoĩvo pe rito marangatu vaekuépe, pe jehovasa ype rehegua, Ha’e omoĩ kuatiare pe ñe’ẽme’ẽ ojapóva hikuái hag̃ua hekojerovia hag̃ua Hese. Ko ñe’ẽme’ẽ ha’e hína iñe’ẽme’ẽ py’aguapy rehegua. Oñemongarai hikuái Túva, Ta’ýra ha Espíritu Santo rérape. Péicha oñembojoaju hikuái umi mbohapy tuicha pokatu yvágapegua ndive. Oñeme’ẽ hikuái omboykévo ko yvy arigua ha ojesarekóvo Tupã rréino léipe. Ko’ág̃a guive oguatava’erã hikuái tekove pyahúpe. Ndaiporivéima va’erã osẽ hikuái yvypóra kuéra jepokuaa rapykuéri. Ndaiporivéima va’erã osẽ hikuái tape iñakãme’ẽ’ỹva rapykuéri. Oñe’ẽrenduva’erã hikuái yvága rréino tembiapoukapýpe. Ohekava’erã hikuái Tupã ñemomba’eguasu. Ojeroviáramo hikuái iñe’ẽme’ẽre, oñeme’ẽta chupekuéra gracia ha pokatu ikatútava rupive omohu’ã opa tekojoja. ‘Opavave umi omoguahẽva’ekue chupe, umívape ome’ẽ pokatu oiko hag̃ua Tupã ra’ykuéra, umívape, hérare ogueroviávape.’” Evangelism, 307.</w:t>
      </w:r>
    </w:p>
    <w:p>
      <w:pPr>
        <w:pStyle w:val="ArticleBody"/>
        <w:jc w:val="left"/>
      </w:pPr>
      <w:r>
        <w:rPr>
          <w:rFonts w:ascii="Times New Roman" w:hAnsi="Times New Roman" w:eastAsia="Times New Roman" w:cs="Times New Roman"/>
        </w:rPr>
        <w:t>Jesús omyesakã paha hag̃ua opa paha ñepyrũ rupive Iñe’ẽme, ha’e niko pe Ñe’ẽ, ha ha’e hína pe Alfa ha Omega.</w:t>
      </w:r>
    </w:p>
    <w:p>
      <w:pPr>
        <w:pStyle w:val="ArticleBody"/>
        <w:jc w:val="left"/>
      </w:pPr>
      <w:r>
        <w:rPr>
          <w:rFonts w:ascii="Times New Roman" w:hAnsi="Times New Roman" w:eastAsia="Times New Roman" w:cs="Times New Roman"/>
        </w:rPr>
        <w:t>Oñembyatyvo ko’ã poapy “línea”, oñemopu’ã peteĩ ta’ãnga iporãitereíva ha hesakã porãva pe proceso de comunicación rehegua Tupã ha yvypóra apytépe, heta ambue añetegua iñimportantetereíva ha crítico va’ekue oñemoĩ ha oñemopyenda hag̃ua umi ambue “línea” testígo rupive. Poapy “línea” de profecía ohechaukáva Alpha ha Omega. Ha mba’épa pe libro de Malaquías rehe?</w:t>
      </w:r>
    </w:p>
    <w:p>
      <w:pPr>
        <w:pStyle w:val="ArticleBody"/>
        <w:jc w:val="left"/>
      </w:pPr>
      <w:r>
        <w:rPr>
          <w:rFonts w:ascii="Times New Roman" w:hAnsi="Times New Roman" w:eastAsia="Times New Roman" w:cs="Times New Roman"/>
        </w:rPr>
        <w:t>Malaquías kuatia niko peteĩ ñemoñeʼẽ pohýi ha hakuáva umi paʼi ndorekóiva jerovia rehegua Adventismo-pe. Oñepyrũ ohechauka hag̃ua mokõi atýpe umi omombaʼéva Tupãme Adventismo ryepýpe, arapy pahápe.</w:t>
      </w:r>
    </w:p>
    <w:p>
      <w:pPr>
        <w:pStyle w:val="ArticleScripture"/>
        <w:jc w:val="left"/>
      </w:pPr>
      <w:r>
        <w:rPr>
          <w:rFonts w:ascii="Times New Roman" w:hAnsi="Times New Roman" w:eastAsia="Times New Roman" w:cs="Times New Roman"/>
        </w:rPr>
        <w:t>Peñe’ẽ pohýi Ñandejára ñe’ẽ rehegua Israel-pe guarã, Malakías rupive. Che rohayhu, he’i Ñandejára. Ha peẽ peje: Mba’épe piko orohayhu? Nda’éi piko Esaú Jacob ryvy? he’i Ñandejára; upéicharõ jepe, ahayhu Jacob-pe. Malaquías 1:1, 2.</w:t>
      </w:r>
    </w:p>
    <w:p>
      <w:pPr>
        <w:pStyle w:val="ArticleBody"/>
        <w:jc w:val="left"/>
      </w:pPr>
      <w:r>
        <w:rPr>
          <w:rFonts w:ascii="Times New Roman" w:hAnsi="Times New Roman" w:eastAsia="Times New Roman" w:cs="Times New Roman"/>
        </w:rPr>
        <w:t>Malaquías oikuaauka porãve ñandéve, ko yvy pahápe umi mokõi aty omombaʼéva Tupã hína umi mokõi aty paʼi.</w:t>
      </w:r>
    </w:p>
    <w:p>
      <w:pPr>
        <w:pStyle w:val="ArticleScripture"/>
        <w:jc w:val="left"/>
      </w:pPr>
      <w:r>
        <w:rPr>
          <w:rFonts w:ascii="Times New Roman" w:hAnsi="Times New Roman" w:eastAsia="Times New Roman" w:cs="Times New Roman"/>
        </w:rPr>
        <w:t>Ha ko'ág̃a, pa'i kuéra, ko mandamiénto niko peẽme g̃uarã. Peẽ ndapehyséiramo, ha ndapemoĩriramo pene korasõme pemomba'eguasu hag̃ua che réra, he'i Ñandejára ñorairõhára atykuéra Jára, aiporúta pende ári peteĩ ñemaldesiõ, ha amboja'óta maldesiõ pende jehovasa ári; heẽ, amboja'o maldesiõma hese, ndapemoĩri rupi pene korasõme. Malaquías 2:1, 2.</w:t>
      </w:r>
    </w:p>
    <w:p>
      <w:pPr>
        <w:pStyle w:val="ArticleBody"/>
        <w:jc w:val="left"/>
      </w:pPr>
      <w:r>
        <w:rPr>
          <w:rFonts w:ascii="Times New Roman" w:hAnsi="Times New Roman" w:eastAsia="Times New Roman" w:cs="Times New Roman"/>
        </w:rPr>
        <w:t>Malaquías ñepyrũrã ohechauka hag̃ua Laodicea ha Filadelfia marandu mokõive aty pa’i reheve. Umi pa’i oñemanda hag̃ua “ohendu”. Juan ohechauka umi pa’i ohendúva, ha peteĩ pa’i ohechauka Tupã tavayguakuéra ojeporavo va’ekue pe pacto-pe guarã. Ha’ekuéra oĩma jehovasapy’ỹme ha oñembojehovasapy’ỹ jeýta ndaohendúiramo ha “ndoikemo’ãi” térã “ndoikesevéiramo” “ikorasõme”.</w:t>
      </w:r>
    </w:p>
    <w:p>
      <w:pPr>
        <w:pStyle w:val="ArticleScripture"/>
        <w:jc w:val="left"/>
      </w:pPr>
      <w:r>
        <w:rPr>
          <w:rFonts w:ascii="Times New Roman" w:hAnsi="Times New Roman" w:eastAsia="Times New Roman" w:cs="Times New Roman"/>
        </w:rPr>
        <w:t>Peẽ avei, ita oikovévaicha, pejepyta oñemopuʼã hag̃ua peteĩ óga espiritual ramo, peteĩ saserdósio marangatu ramo, peikuaveʼẽ hag̃ua hag̃ua sacrificio espiritual, Ñandejárape ojeguerohorýva Jesucristo rupive. Upévare avei oĩ Ñandejára Ñeʼẽme: Péina ápe, amoĩ Siónpe peteĩ ita esquina guasu, poravopyre, hepyetereíva; ha pe ogueroviáva hese noñemotĩmoʼãi. Upéicharõ peẽ pejeroviáva hag̃ua g̃uarã, haʼe iporãitereíva; ha umi naiñeʼẽrendúivape g̃uarã, pe ita umi omopuʼãva omboykéva, upevaite oiko pe esquina akãramo, Ha peteĩ ita ñepysanga, ha peteĩ ita guasu omoñepyrũ hag̃ua jehepymeʼẽ, umi oñepysãngóva pe Ñeʼẽre, naiñeʼẽrendúigui; upévape avei oñemoĩkuri hikuái. Peẽ katu peime peteĩ ñemoñare poravopyre, peteĩ saserdósio mburuvicha guasu rehegua, peteĩ tetã marangatu, peteĩ tavaygua ijojahaʼỹva; peikuaaukávo hag̃ua umi mbaʼe porãite pe pene renóiva pytũmbýgui iñesape hechapyrãvape: Ymave ndapeikói vaʼekue tavaygua ramo, koʼág̃a katu peiko Ñandejára tavaygua ramo; ndapehupytýi vaʼekue poriahuvereko, koʼág̃a katu pehupyty poriahuvereko. 1 Pedro 2:5–10.</w:t>
      </w:r>
    </w:p>
    <w:p>
      <w:pPr>
        <w:pStyle w:val="ArticleBody"/>
        <w:jc w:val="left"/>
      </w:pPr>
      <w:r>
        <w:rPr>
          <w:rFonts w:ascii="Times New Roman" w:hAnsi="Times New Roman" w:eastAsia="Times New Roman" w:cs="Times New Roman"/>
        </w:rPr>
        <w:t>Pa'i kuéra ha'e Ñandejára retã ojeporavopyre ojehecháva pe “ita akã yképeguáre” rupive, oĩva pe tupaópe ñepyrũmbype. Pe ita akã yképeguáva hína upe mba'e rehe oñemohenda hag̃ua opaite ambue ita ñepyrũmbygua, ha avei ha'e upe ita ogueraháva opaite pe tupaópe pohýi. Miller rembiporavo ita akã yképeguáramo va'ekue hína pe “poapy ára” Levítico mokõipa poteĩme. Pe ita akã yképeguáva térã pe ita umi omopu'ãva omboyke va'ekue ha'e peteĩ tembiasakue añetéva pe tupaópe ñemopu'ã rehegua, oñemombe'úva hesakã porãiterei Espíritu de Profecía jehaipýpe. Peteĩ mba'e ojehechakuaáva pe peteĩha ita oñemboyke va'ekue rehe ha'e kóva: oñemboyke va'ekue ojerecha vai rire, ha upéi guive umi omopu'ãva pe tupaópe opyta jepi oñepysanga pe ita akã yképeguáre, oñemboyke haguére imba'apo renda ryepýpe. Ha'e va'ekue peteĩ ita omoñepysangáva.</w:t>
      </w:r>
    </w:p>
    <w:p>
      <w:pPr>
        <w:pStyle w:val="ArticleBody"/>
        <w:jc w:val="left"/>
      </w:pPr>
      <w:r>
        <w:rPr>
          <w:rFonts w:ascii="Times New Roman" w:hAnsi="Times New Roman" w:eastAsia="Times New Roman" w:cs="Times New Roman"/>
        </w:rPr>
        <w:t>Malaquías-pe Tupã oikuaauka umi pa’i hekoañávape, ojekuaáva avei virhén Laodicea vyro-rõguáicha, ha’eha oikótava ha voi “omoañete kuri” hese kuéra pe “ñe’ẽ vai”. Omoĩ hese kuéra pe ñe’ẽ vai, ndohendúigui ha ndomoĩséi “ipy’apýpe” pe marandu Elías rehegua. Pe marandu Elías rehegua ombojevýva umi túva kuéra py’a umi ta’ýra kuérape, ha umi ta’ýra kuéra py’a umi túva kuérape. Ojejere hag̃ua ipy’a kuéra he’ise ohenduha pe marandu Elías rehegua, túva ha ta’ýra rehegua, ha’éva pe principio peteĩha ha pahápegua. Ndoikói mante oñehendúnte pe marandu peteĩha ha pahápegua; tekotevẽ oñemoĩ avei py’apýpe. Oñemoneĩ pe marandu Elías rehegua ha’e hína ñamoĩ hag̃ua ñande py’apýpe. Peteĩ pa’i ndohenduséiramo upe principio, oñemoĩta hese pe ñe’ẽ vai.</w:t>
      </w:r>
    </w:p>
    <w:p>
      <w:pPr>
        <w:pStyle w:val="ArticleBody"/>
        <w:jc w:val="left"/>
      </w:pPr>
      <w:r>
        <w:rPr>
          <w:rFonts w:ascii="Times New Roman" w:hAnsi="Times New Roman" w:eastAsia="Times New Roman" w:cs="Times New Roman"/>
        </w:rPr>
        <w:t>Haʼekuéra ogueru pe jehovasaʼỹ hiʼarikuéra voi, 1863-pe oñepyrũrõ guare hikuái pe proceso omboykévo pe añetegua peteĩhaite, fundamentopegua, Miller ojuhu vaʼekue, ha ndaipóri mbaʼeve ojapóva hikuái ndahaʼéiramo osegívo upe ñemboyke ko ára peve. Péro jepe pe jehovasaʼỹ oho hag̃ua tenonderã oñepyrũ 1863-pe, (haʼekuéra niko oĩma jehovasaʼỹ poguýpe), pe jehovasaʼỹ oĩva tenonderãramo guarã, oiko upe jave oñemosẽ ramo hikuái Ñandejára juruégui pe léi domingo-pe. Malaquías ñepyrũ ohechauka paha, pe paha rupi ojehechauka hag̃ua pe ñeʼẽmondo paha omeʼẽvaʼekue arandu ha tavýva paʼikuérape. Umi arandu ha tavýva Malaquías-pe ojehechauka Esaú ha Jacob ramo. Pe tykeʼy ohechaukáva pe ñeʼẽmeʼẽ derécho peteĩha heñoivaʼekue rehegua rupive, oñembojojáva peteĩ kyvy imitãvéva ndive. Pe tykeʼy haʼévo pe peteĩha, ha pe kyvy imitãvéva haʼévo pe pahagua.</w:t>
      </w:r>
    </w:p>
    <w:p>
      <w:pPr>
        <w:pStyle w:val="ArticleBody"/>
        <w:jc w:val="left"/>
      </w:pPr>
      <w:r>
        <w:rPr>
          <w:rFonts w:ascii="Times New Roman" w:hAnsi="Times New Roman" w:eastAsia="Times New Roman" w:cs="Times New Roman"/>
        </w:rPr>
        <w:t>Malaquías-pe, mokõivéva, Esaú ha Jacob ha’e hína Adventista Laodiceagua; upéicharõ jepe, pe ipahapegua ipahaitépe ohendu Ñandejára “ñe’ẽ”, oñembyasy iñangaipágui ha oñemoambue héra Israel-rã. Pe tuichavéva, pe peteĩha, ndohendúi. Jacob ohendu Ñandejára ñe’ẽ upe pyhare ohecha hag̃ua ikérape umi ánhel ojupiha ha oguejyha pe eskaléra ári, ohechaukáva Cristo-pe. Jacob ohechauka umi Adventista Laodiceagua arapaha pegua, ojehepyme’ẽva Laodiceaguágui Filadelfiaguápe ohasávo Apocalipsis peteĩha mbohapy versíkulo peteĩha pegua jehasakue, ojehechaukaháicha Juan rehe ha Jacob ikéra pe eskaléra ári, umi ánhel ojupi ha oguejyhápe. Upe jehasa rehegua omboja pe ñepyrũ Jacob ñemoambue Israel-rã, pe Filadelfiagua. Pe pahaite Jacob ñemoambue rembiasápe ha’e upe oñorairõ jave Cristo ndive Penuel-pe. Upévare, Jacob derécho de primogenitura rembiasápe oñepyrũ Apocalipsis peteĩha kapítulo mbohapy versíkulo peteĩha-pe, oikóvo hína pe oñemboty’ỹ hag̃ua pe marandu pahaite ñehundyrã mombe’uhára, ha opa umi siete plaga pahaite ára jave, pe jejopy asy ára pukukue.</w:t>
      </w:r>
    </w:p>
    <w:p>
      <w:pPr>
        <w:pStyle w:val="ArticleBody"/>
        <w:jc w:val="left"/>
      </w:pPr>
      <w:r>
        <w:rPr>
          <w:rFonts w:ascii="Times New Roman" w:hAnsi="Times New Roman" w:eastAsia="Times New Roman" w:cs="Times New Roman"/>
        </w:rPr>
        <w:t>Opavave ñepyrũ ha opa hag̃uáicha aty, “línea ári línea” ome’ẽ testimónio Jesucristo Revelación rehegua marandúpe. Pe porandu hína umi pa’i vyrorei ohendúta térã nahendumo’ãi hag̃ua.</w:t>
      </w:r>
    </w:p>
    <w:p>
      <w:pPr>
        <w:pStyle w:val="ArticleScripture"/>
        <w:jc w:val="left"/>
      </w:pPr>
      <w:r>
        <w:rPr>
          <w:rFonts w:ascii="Times New Roman" w:hAnsi="Times New Roman" w:eastAsia="Times New Roman" w:cs="Times New Roman"/>
        </w:rPr>
        <w:t>Ovyʼa pe omoñeʼẽva, ha umi ohendúva ko profesía ñeʼẽnguéra, ha oguerekóva umi mbaʼe ojehaíva ipype; pe ára hiʼag̃uíma. Apocalipsis 1:3.</w:t>
      </w:r>
    </w:p>
    <w:p>
      <w:pPr>
        <w:pStyle w:val="ArticleBody"/>
        <w:jc w:val="left"/>
      </w:pPr>
      <w:r>
        <w:rPr>
          <w:rFonts w:ascii="Times New Roman" w:hAnsi="Times New Roman" w:eastAsia="Times New Roman" w:cs="Times New Roman"/>
        </w:rPr>
        <w:t>Pa’i arandúva, ohendúva Espíritu he’íva umi iglésiape, ohendu Elías marandu. Miller ha’e va’ekue Elías, ha oĩ va’ekue ohendúva, ambue katu ndoipotái.</w:t>
      </w:r>
    </w:p>
    <w:p>
      <w:pPr>
        <w:pStyle w:val="ArticleScripture"/>
        <w:jc w:val="left"/>
      </w:pPr>
      <w:r>
        <w:rPr>
          <w:rFonts w:ascii="Times New Roman" w:hAnsi="Times New Roman" w:eastAsia="Times New Roman" w:cs="Times New Roman"/>
        </w:rPr>
        <w:t>“Hetaiterei yvypóra oñemboguata hag̃ua omoneĩ hag̃ua pe añetegua ombo’éva’ekue William Miller, ha tembiguái Tupãgua oñemopu’ãva’ekue Elías espíritu ha pokatupe, oporomoherakuã hag̃ua pe marandu. Juanicha, Jesús renonderãicha, umi ombo’éva ko marandu pohýi oñandu va’erãha omoĩ pe hacha yvyra rapópe, ha ohenói hag̃ua yvypórape ogueru hag̃ua yva oñemohendáva ñembyasýpe g̃uarã. Iñe’ẽtestimónio oreko va’ekue pokatu omombáy ha mbarete reheve oity hag̃ua umi iglésiape, ha ohechauka hag̃ua hikuái mba’éichapa añetehápe hikuái. Ha oñehendu aja pe ñe’ẽmondýi pohýi okañy hag̃ua pe pochýgui oútavagui, heta umi ojoajúva’ekue iglésiare orresivi pe marandu pohãnohára; ohecha hikuái ijehegui ojeheja jey hague tapégui, ha ñande resaýpe ñembyasy ro’ẽ ha pytu’u’ỹ pypukúpe hi’ánga ruguápe, oñemomirĩ Tupã renondépe. Ha Tupã Espíritu opytu’u rire hi’arikuéra, ha’ekuéra oipytyvõ omyasãi hag̃ua pe sapukái: ‘Pekyhyje Tupãgui, ha peme’ẽ chupe mborayhuetépe; og̃uahẽma hag̃ua ára huísio rehegua.’” Early Writings, 233.</w:t>
      </w:r>
    </w:p>
    <w:p>
      <w:pPr>
        <w:pStyle w:val="ArticleBody"/>
        <w:jc w:val="left"/>
      </w:pPr>
      <w:r>
        <w:rPr>
          <w:rFonts w:ascii="Times New Roman" w:hAnsi="Times New Roman" w:eastAsia="Times New Roman" w:cs="Times New Roman"/>
        </w:rPr>
        <w:t>Miller ojehechauka vaʼekue mokõivéva, Elías ha Juan el Bautista rehe; Juan el Bautista niko ombosakoʼi vaʼekue tape Cristo peteĩha oútag̃ua, ha Miller ombosakoʼi vaʼekue tape Cristo oike hag̃ua Pe Tenda Imarangatuvévape pe santuario yvagapeguápe 22 jasypa 1844-pe. Malaquías omombeʼu porãite Juan ha Miller rembiapo.</w:t>
      </w:r>
    </w:p>
    <w:p>
      <w:pPr>
        <w:pStyle w:val="ArticleScripture"/>
        <w:jc w:val="left"/>
      </w:pPr>
      <w:r>
        <w:rPr>
          <w:rFonts w:ascii="Times New Roman" w:hAnsi="Times New Roman" w:eastAsia="Times New Roman" w:cs="Times New Roman"/>
        </w:rPr>
        <w:t>Péina, che amondóta che remimbouka hag̃ua che mensahéro, ha ha’e ombosako’íta tape che renondépe; ha Ñandejára, peẽ pehekáva, oúta pya’e Itupãópe, pe ñe’ẽme’ẽ maranduhára, peẽ pevy’áva hese: péina, ha’e oúta, he’i Ñandejára ipu’akapáva. Ha máva piko ikatúta ogueropu’aka iju’u ára? ha máva piko opytáta oĩ hag̃ua henondépe ojepysóramo? mba’érehepa ha’e ojogua peteĩ omopotĩva tata rehe, ha peteĩ lavandéro jabón rehe: Ha’e oguapýta peteĩ omopotĩva ha omongy’ỹva plátaicha; ha omopotĩta Leví ra’ykuérape, ha omongy’ỹta chupekuéra óro ha pláticha, ikatu hag̃uáicha ogueru Ñandejárape peteĩ ofrénda tekojoja reheve. Upéi Judá ha Jerusalén ofrénda oguerohorýta Ñandejárape, yma guaréicha, ha ary ymaveguaréicha. Ha che aju ne rendápe hag̃ua huísiope; ha cheta peteĩ testígo pya’e opu’ãva umi pajeapohárape, umi oporomoakãratĩvare, umi juramenta japu apohárape, umi ojopývape tembiapohárape hembiapokue hepyme’ẽme, viúda ha mitã tyre’ỹme, ha umi ombotapykuejávape pytaguárape hekojojágui, ha ndokyhyjéi chégui, he’i Ñandejára ipu’akapáva. Che niko ha’e Ñandejára, ndachemoambuéi; upévare peẽ, Jacob ra’ykuéra, napeñehundíri. Malaquías 3:1–6.</w:t>
      </w:r>
    </w:p>
    <w:p>
      <w:pPr>
        <w:pStyle w:val="ArticleBody"/>
        <w:jc w:val="left"/>
      </w:pPr>
      <w:r>
        <w:rPr>
          <w:rFonts w:ascii="Times New Roman" w:hAnsi="Times New Roman" w:eastAsia="Times New Roman" w:cs="Times New Roman"/>
        </w:rPr>
        <w:t>Haʼéramo “ñangarekoha” ramo ihistóriape, Miller rembiapo ohechauka pe templo pyenda ñemopuʼã. Iñepyrũrãme hembiapo tekotevẽ ohechauka ambue tembiapo ohechaukáva pe templo ñemohuʼã. Upéva pahaitepegua rembiapo oikotevẽ ambue ñangarekoha, ombohasávo pe trompéta peteĩ tyapu hesakã porãva reheve. Miller ha pe marandu ángel peteĩhágui omomarandu vaʼekue huísio ñepyrũ, ha pe ñangarekoha Miller ohechaukáva Adventismo pahápe omomarandúta huísio ñemboty.</w:t>
      </w:r>
    </w:p>
    <w:p>
      <w:pPr>
        <w:pStyle w:val="ArticleBody"/>
        <w:jc w:val="left"/>
      </w:pPr>
      <w:r>
        <w:rPr>
          <w:rFonts w:ascii="Times New Roman" w:hAnsi="Times New Roman" w:eastAsia="Times New Roman" w:cs="Times New Roman"/>
        </w:rPr>
        <w:t>Malaquías-pe Ñandejára opromete oguerutaha juicio “umi paje apoha rehe, umi oporomoakãratĩ’ỹva rehe, umi juramento japu rehegua rehe, umi ombojopyva tembiapohárape hembiapo repykue rehe, viúda rehe, ha umi mitãỹvape túva’ỹva rehe, ha umi omboykéva pytaguápe hekojojágui, ha ndokyhyjéi chugui.” Umi ojehechaukáva ko’ápe ha’e umi “ndokyhyjéiva” “Ñandejára de los ejércitos”-gui. William Miller ha’e pe maranduhára ánhel peteĩha rehegua, ohenóiva kuimba’érape “okyhyje hag̃ua Tupãgui.” Oñemboykévo umi pyenda, oñemboyke hína Tupã kyhyje.</w:t>
      </w:r>
    </w:p>
    <w:p>
      <w:pPr>
        <w:pStyle w:val="ArticleScripture"/>
        <w:jc w:val="left"/>
      </w:pPr>
      <w:r>
        <w:rPr>
          <w:rFonts w:ascii="Times New Roman" w:hAnsi="Times New Roman" w:eastAsia="Times New Roman" w:cs="Times New Roman"/>
        </w:rPr>
        <w:t>Péina, ápe ou mba'éichapa pe ára ou, hendýva tatakuaicha; ha opa umi oñemomba'eguasúva, heẽ, ha opa umi ojapóva mba'e vai, ha'éta kapi'ipe piru; ha upe ára oútava ohapypáta chupekuéra, he'i Ñandejára de los ejércitos, ndahejáimo'ãi hag̃ua chupekuéra ni hapo ni hakã. Péro peẽ pejerrespetáva che réra, peẽme guarã osẽta Tekoporã rehegua Kuarahy, ha ipype oĩta pohãno; ha peẽ pesẽta, ha pekakuaáta vaka ra'y kuarahy'ãgui osẽvaicha. Ha pepyrũta umi mba'e vaívape; péva rehe ha'ekuéra oikóta tanimbu peẽ pýva guýpe upe árape che ajapóramo ko mba'e, he'i Ñandejára de los ejércitos. Penemandu'a pe léi Moisés, che rembiguái, rehe, upe ha'e hag̃ua amandáva chupe Horeb-pe opa Israel-pe guarã, umi tembiapoukapy ha umi jehu hag̃ua. Péina, che amondóta peẽme Elías maranduhára guasu, Ñandejára ára guasu ha kyhyjeha mboyve: ha ha'e ombojevýta umi túva korasõ ta'yrakuérape, ha ta'yrakuéra korasõ itúvakuérape, ani hag̃ua aju ha ahundi yvy peteĩ ñe'ẽvai reheve. Malaquías 4:1–6.</w:t>
      </w:r>
    </w:p>
    <w:p>
      <w:pPr>
        <w:pStyle w:val="ArticleListItem"/>
        <w:ind w:left="576" w:hanging="259"/>
        <w:jc w:val="left"/>
      </w:pPr>
      <w:r>
        <w:rPr>
          <w:rFonts w:ascii="Times New Roman" w:hAnsi="Times New Roman" w:eastAsia="Times New Roman" w:cs="Times New Roman"/>
        </w:rPr>
        <w:t>• Pe Biblia ñepyrũha (Génesis) ha pe Biblia paha (Apocalipsis).</w:t>
      </w:r>
    </w:p>
    <w:p>
      <w:pPr>
        <w:pStyle w:val="ArticleListItem"/>
        <w:ind w:left="576" w:hanging="259"/>
        <w:jc w:val="left"/>
      </w:pPr>
      <w:r>
        <w:rPr>
          <w:rFonts w:ascii="Times New Roman" w:hAnsi="Times New Roman" w:eastAsia="Times New Roman" w:cs="Times New Roman"/>
        </w:rPr>
        <w:t>• Ñepyrũha Testaménto Tuja rehegua (Génesis) ha paha Testaménto Tuja rehegua (Malaquías).</w:t>
      </w:r>
    </w:p>
    <w:p>
      <w:pPr>
        <w:pStyle w:val="ArticleListItem"/>
        <w:ind w:left="576" w:hanging="259"/>
        <w:jc w:val="left"/>
      </w:pPr>
      <w:r>
        <w:rPr>
          <w:rFonts w:ascii="Times New Roman" w:hAnsi="Times New Roman" w:eastAsia="Times New Roman" w:cs="Times New Roman"/>
        </w:rPr>
        <w:t>• Ñepyrũrã Testamento Pyahu rehegua (Mateo) ha Testamento Pyahu paha (jey Apocalipsis).</w:t>
      </w:r>
    </w:p>
    <w:p>
      <w:pPr>
        <w:pStyle w:val="ArticleListItem"/>
        <w:ind w:left="576" w:hanging="259"/>
        <w:jc w:val="left"/>
      </w:pPr>
      <w:r>
        <w:rPr>
          <w:rFonts w:ascii="Times New Roman" w:hAnsi="Times New Roman" w:eastAsia="Times New Roman" w:cs="Times New Roman"/>
        </w:rPr>
        <w:t>• Pe ñepyrũ Juan remimombeʼúpe (Juan evangelio) ha Juan remimombeʼu paha (jey Apocalipsis).</w:t>
      </w:r>
    </w:p>
    <w:p>
      <w:pPr>
        <w:pStyle w:val="ArticleListItem"/>
        <w:ind w:left="576" w:hanging="259"/>
        <w:jc w:val="left"/>
      </w:pPr>
      <w:r>
        <w:rPr>
          <w:rFonts w:ascii="Times New Roman" w:hAnsi="Times New Roman" w:eastAsia="Times New Roman" w:cs="Times New Roman"/>
        </w:rPr>
        <w:t>• Malaquías ñepyrũ ha Malaquías paha.</w:t>
      </w:r>
    </w:p>
    <w:p>
      <w:pPr>
        <w:pStyle w:val="ArticleListItem"/>
        <w:ind w:left="576" w:hanging="259"/>
        <w:jc w:val="left"/>
      </w:pPr>
      <w:r>
        <w:rPr>
          <w:rFonts w:ascii="Times New Roman" w:hAnsi="Times New Roman" w:eastAsia="Times New Roman" w:cs="Times New Roman"/>
        </w:rPr>
        <w:t>• Mateo evangelio ñepyrũha ha Mateo evangelio paha.</w:t>
      </w:r>
    </w:p>
    <w:p>
      <w:pPr>
        <w:pStyle w:val="ArticleListItem"/>
        <w:ind w:left="576" w:hanging="259"/>
        <w:jc w:val="left"/>
      </w:pPr>
      <w:r>
        <w:rPr>
          <w:rFonts w:ascii="Times New Roman" w:hAnsi="Times New Roman" w:eastAsia="Times New Roman" w:cs="Times New Roman"/>
        </w:rPr>
        <w:t>• Oñepyrũha Juan evangelio rehegua ha paha Juan evangelio rehegua.</w:t>
      </w:r>
    </w:p>
    <w:p>
      <w:pPr>
        <w:pStyle w:val="ArticleListItem"/>
        <w:ind w:left="576" w:hanging="259"/>
        <w:jc w:val="left"/>
      </w:pPr>
      <w:r>
        <w:rPr>
          <w:rFonts w:ascii="Times New Roman" w:hAnsi="Times New Roman" w:eastAsia="Times New Roman" w:cs="Times New Roman"/>
        </w:rPr>
        <w:t>• Umi irundy marandu porã ñepyrũ ha umi irundy marandu porã paha.</w:t>
      </w:r>
    </w:p>
    <w:p>
      <w:pPr>
        <w:pStyle w:val="ArticleBody"/>
        <w:jc w:val="left"/>
      </w:pPr>
      <w:r>
        <w:rPr>
          <w:rFonts w:ascii="Times New Roman" w:hAnsi="Times New Roman" w:eastAsia="Times New Roman" w:cs="Times New Roman"/>
        </w:rPr>
        <w:t>Ñamoguetérõ jahéi umi ñepyrũ térã paha profético oñeñeʼẽva hese peteĩ jey ári, opyta mbohapyapy porundy línea profética oñembojoajúva ha oñemoĩva’erã Apocalipsis mbohapy jehaipyre peteĩha ári. Mbaʼépa Génesis paha rehe?</w:t>
      </w:r>
    </w:p>
    <w:p>
      <w:pPr>
        <w:pStyle w:val="ArticleBody"/>
        <w:jc w:val="left"/>
      </w:pPr>
      <w:r>
        <w:rPr>
          <w:rFonts w:ascii="Times New Roman" w:hAnsi="Times New Roman" w:eastAsia="Times New Roman" w:cs="Times New Roman"/>
        </w:rPr>
        <w:t>Génesis kapítulo cincuenta opá José mano reheve.</w:t>
      </w:r>
    </w:p>
    <w:p>
      <w:pPr>
        <w:pStyle w:val="ArticleScripture"/>
        <w:jc w:val="left"/>
      </w:pPr>
      <w:r>
        <w:rPr>
          <w:rFonts w:ascii="Times New Roman" w:hAnsi="Times New Roman" w:eastAsia="Times New Roman" w:cs="Times New Roman"/>
        </w:rPr>
        <w:t>Upéicha José omano, oguerekóvo cien ha diez ary; ha hikuái oñe’ẽporã hetereíre, ha oñemoĩ peteĩ arca-pe Egiptope. Génesis 50:26.</w:t>
      </w:r>
    </w:p>
    <w:p>
      <w:pPr>
        <w:pStyle w:val="ArticleBody"/>
        <w:jc w:val="left"/>
      </w:pPr>
      <w:r>
        <w:rPr>
          <w:rFonts w:ascii="Times New Roman" w:hAnsi="Times New Roman" w:eastAsia="Times New Roman" w:cs="Times New Roman"/>
        </w:rPr>
        <w:t>Pe kapítulo mokõipa poapy ohechauka Jacob omanohague. Jacob manoha oĩ raẽ pe kapítulo mokõipa poapýpe ha ogueraha José manoha pe kapítulo po pypukukue paha ayvúpe omoĩ Alpha ha Omega réra gua’u umi mbohapy kapítulo paháre Génesis-pe, ha upéicha ohechauka ko Génesis aranduka paha.</w:t>
      </w:r>
    </w:p>
    <w:p>
      <w:pPr>
        <w:pStyle w:val="ArticleBody"/>
        <w:jc w:val="left"/>
      </w:pPr>
      <w:r>
        <w:rPr>
          <w:rFonts w:ascii="Times New Roman" w:hAnsi="Times New Roman" w:eastAsia="Times New Roman" w:cs="Times New Roman"/>
        </w:rPr>
        <w:t>Umi mokõi mano ojeporu techaukaha ramo Israel rembiguái ñepyrũ ha paha Egíptope. Ñepyrũrã, Jacob rete ojegueraha jevy oñeñotỹ hag̃ua itúva kuéra ndive, ha Moisés osẽvo Egíptogui, ogueru José rete oñeñotỹ hag̃ua umi itúva kuéra ñeñotỹhárõme.</w:t>
      </w:r>
    </w:p>
    <w:p>
      <w:pPr>
        <w:pStyle w:val="ArticleScripture"/>
        <w:jc w:val="left"/>
      </w:pPr>
      <w:r>
        <w:rPr>
          <w:rFonts w:ascii="Times New Roman" w:hAnsi="Times New Roman" w:eastAsia="Times New Roman" w:cs="Times New Roman"/>
        </w:rPr>
        <w:t>Ha Moisés ogueraha José kangue hendive; José niko oñe’ẽ mbarete vaʼekue Israel raʼykuérape, heʼívo: Tupã katuete pende visita vaʼerã; ha peẽ peraháta che kangue koʼágui pene ndive. Éxodo 13:19.</w:t>
      </w:r>
    </w:p>
    <w:p>
      <w:pPr>
        <w:pStyle w:val="ArticleBody"/>
        <w:jc w:val="left"/>
      </w:pPr>
      <w:r>
        <w:rPr>
          <w:rFonts w:ascii="Times New Roman" w:hAnsi="Times New Roman" w:eastAsia="Times New Roman" w:cs="Times New Roman"/>
        </w:rPr>
        <w:t>Ñepyrũrã Génesis rehegua ha’e mbohapy kapítulo paha. Kapítulo 48-pe Jacob (Israel) omoĩ jehovasa hemimbo’e kuimba’e 12 ári, ha umíva ojehechauka hag̃ua directamente profecía ramo upe oikótava umi 12 trívu rehe “ára pahápe” pe huísio investigativo aja.</w:t>
      </w:r>
    </w:p>
    <w:p>
      <w:pPr>
        <w:pStyle w:val="ArticleScripture"/>
        <w:jc w:val="left"/>
      </w:pPr>
      <w:r>
        <w:rPr>
          <w:rFonts w:ascii="Times New Roman" w:hAnsi="Times New Roman" w:eastAsia="Times New Roman" w:cs="Times New Roman"/>
        </w:rPr>
        <w:t>Ha Jacob ohenói itaʼýrape ha he'i: Peñembyaty, ha amombeʼúta peẽme mbaʼépa oikótava pende rehe umi ára pahápe. Peñembyaty, ha pehendu, peẽ Jacob raʼykuéra; ha pehendu Israel pende rupe. Génesis 49:1, 2.</w:t>
      </w:r>
    </w:p>
    <w:p>
      <w:pPr>
        <w:pStyle w:val="ArticleBody"/>
        <w:jc w:val="left"/>
      </w:pPr>
      <w:r>
        <w:rPr>
          <w:rFonts w:ascii="Times New Roman" w:hAnsi="Times New Roman" w:eastAsia="Times New Roman" w:cs="Times New Roman"/>
        </w:rPr>
        <w:t>Umi “ára pahápe” pe huísio investigativo pahápe Ñandejára opromete ombyaty hag̃ua itýra doce, ojehechaukáva umi cien cuarenta y cuatro mil ramo Apocalipsis kuatiañe’ẽme. Ko’ãva hína umi Juan ohechaukáva Apocalipsis kuatiañe’ẽme. Oñembyaty hikuái peteĩ ñehenói rupive Jacob-gui, peteĩ ñehenói iñepyrũmby rembiasakue guive oñehenóiva chupekuéra “ohendu” ha “ohendukuaa hag̃ua” upéva. Umi ára pahápe, umi Jacob ra’ykuéra rehe ojehechaukaramóva “ohendu” peteĩ marandu ha “ohendukuaa”, térã Juan he’iháicha, “oguereko” umi mba’e ojehaíva ipype. Kóva hína peteĩ ñehenói túvagui ta’ýrakuérape guarã; kóva hína pe marandu Elías rehegua. Umi oñehenóiva oñembohéra “Jacob ra’ykuéra”, ha avei tekotevẽ “ohendukuaa Israel-pe” itúva ramo.</w:t>
      </w:r>
    </w:p>
    <w:p>
      <w:pPr>
        <w:pStyle w:val="ArticleBody"/>
        <w:jc w:val="left"/>
      </w:pPr>
      <w:r>
        <w:rPr>
          <w:rFonts w:ascii="Times New Roman" w:hAnsi="Times New Roman" w:eastAsia="Times New Roman" w:cs="Times New Roman"/>
        </w:rPr>
        <w:t>Esaú ha Jacob, Malaquíaspe, ohechauka umi vírgen iñarandúva ha umi vyroreiha. Pe ñehenói ou iTúva Jacob-gui ha iTúva Israel-gui, oikuaauka hag̃ua pe ñehenói paha ojapóramo maymáva ha’eha peteĩ adventista Laodiceagua, ha pe poravo oñemoĩha ijehegui hag̃ua oiko peteĩ ta’ýra Jacob pe mbotavývagui térã Israel pe ipu’akávagui. Pe omoneĩva chupekuéra ojapo hag̃ua peteĩ poravo ha’e pe pu’aka omoheñóiva oĩva pe marandúpe. Pe marandu oñemoñe’ẽ, oñehendu ha oñeñongatúramo, upéicharõ pe pu’aka omoheñóiva peteĩchaguápe, pe oguerúva opa mba’e oikove hag̃ua, ha’ekuéra oñemoambue Israel ra’y hag̃ua. Omboykéramo ohendu, upéva he’ise oñemanteneha Jacob rembiasakue, pe mbotavýva.</w:t>
      </w:r>
    </w:p>
    <w:p>
      <w:pPr>
        <w:pStyle w:val="ArticleBody"/>
        <w:jc w:val="left"/>
      </w:pPr>
      <w:r>
        <w:rPr>
          <w:rFonts w:ascii="Times New Roman" w:hAnsi="Times New Roman" w:eastAsia="Times New Roman" w:cs="Times New Roman"/>
        </w:rPr>
        <w:t>Pe pehẽ ombyaty hag̃ua Jacob ome’ẽva, ha’éva avei pe pehẽ ombyaty hag̃uáva pe marandu ojeipe’áva Apocalipsis-pe, ha’e peteĩ símbolo iñimportánteva oñentende hag̃ua. Pe “mokõi jevy rire siete” Levítico mokõipa poteĩme ombo’e ndaipóriha ñembyaty, ndaipóriramo raẽ peteĩ ñemosarambi. Umi cien cuarenta y cuatro mil ha’e umi oñemosarambíva’ekue voi pe ojehenói mboyve. Ko añetegua oñemombe’u jey jey hag̃ua Biblia-pe.</w:t>
      </w:r>
    </w:p>
    <w:p>
      <w:pPr>
        <w:pStyle w:val="ArticleScripture"/>
        <w:jc w:val="left"/>
      </w:pPr>
      <w:r>
        <w:rPr>
          <w:rFonts w:ascii="Times New Roman" w:hAnsi="Times New Roman" w:eastAsia="Times New Roman" w:cs="Times New Roman"/>
        </w:rPr>
        <w:t>Pehendu Ñandejára ñe'ẽ, peẽ tetãnguéra, ha pemomarandu hag̃ua ypa'ũnguéra mombyrýpe, ha peje: Pe omosarambíva Israel-pe, upéva voi ombyaty jeýta chupe ha oñangarekóta hese, peteĩ pastor oñangarekoháicha ijaty rehe. Jeremías 31:10.</w:t>
      </w:r>
    </w:p>
    <w:p>
      <w:pPr>
        <w:pStyle w:val="ArticleBody"/>
        <w:jc w:val="left"/>
      </w:pPr>
      <w:r>
        <w:rPr>
          <w:rFonts w:ascii="Times New Roman" w:hAnsi="Times New Roman" w:eastAsia="Times New Roman" w:cs="Times New Roman"/>
        </w:rPr>
        <w:t>Pe ñe’ẽme’ẽ oñembopyahúva umi cien cuarenta y cuatro mil ndive oguereko pe promésa Tupã ohaitaitaha iLéi ñande korasõ ári. Péro umi orekóva ko tembiapo apoha ojapóva hesekuéra Ñandejára, ymave voi oñemosarambíma kuri.</w:t>
      </w:r>
    </w:p>
    <w:p>
      <w:pPr>
        <w:pStyle w:val="ArticleScripture"/>
        <w:jc w:val="left"/>
      </w:pPr>
      <w:r>
        <w:rPr>
          <w:rFonts w:ascii="Times New Roman" w:hAnsi="Times New Roman" w:eastAsia="Times New Roman" w:cs="Times New Roman"/>
        </w:rPr>
        <w:t>Ha upe rire Ñandejára ñe’ẽ ou jevy chéve, he’ívo: Yvypóra ra’y, nde joyke’ykuéra, nde joyke’ykuéra tee, nde re’ýi kuimba’ekuéra, ha opa Israel rógaite, ha’e hína umi rehe Jerusalén peguakuéra he’i vaekue: “Pejeho mombyry Ñandejáragui; oréve niko ko yvy oñeme’ẽ vaekue roguerekóramo guarã.” Upévare ere: Péicha he’i Ñandejára Jára; Jepe amoñemombyry chupekuéra tetã ambuegua apytépe, ha jepe amosarambi chupekuéra umi tetãnguéra rupi, upéicharõ jepe che ha’éta chupekuéra peteĩ tupaóicha michĩva umi tetãme oikévo hikuái. Upévare ere: Péicha he’i Ñandejára Jára; Che voi pembyatyta umi tetãnguéra apytégui, ha pemono’õta umi tetãgui peẽ peñemosarambi hague, ha ame’ẽta peẽme Israel yvy. Ha oguahẽta upépe, ha oipe’áta upégui opa mba’e jeguaru ha opa mba’e ñaña vai. Ha ame’ẽta chupekuéra peteĩ py’a, ha amoĩta pende pype peteĩ pytu pyahu; ha aipe’áta ijete guive pe py’a itáva, ha ame’ẽta chupekuéra peteĩ py’a so’o rehegua. Ezequiel 11:14–19.</w:t>
      </w:r>
    </w:p>
    <w:p>
      <w:pPr>
        <w:pStyle w:val="ArticleBody"/>
        <w:jc w:val="left"/>
      </w:pPr>
      <w:r>
        <w:rPr>
          <w:rFonts w:ascii="Times New Roman" w:hAnsi="Times New Roman" w:eastAsia="Times New Roman" w:cs="Times New Roman"/>
        </w:rPr>
        <w:t>Oĩve hag̃ua heta mba’eve gueteri pe aty oñembyatývagui umi cien cuarenta y cuatro mil rehe, pe “ñemosarambipa” ndive iñemoirũháicha; hákatu tenonderã tekotevẽ ñamboaty peteĩhendápe pe ñehesa’ỹijo rehegua pe firma Alpha ha Omega rehegua ko’ã nueve referencia jahesape’a hag̃ua hína.</w:t>
      </w:r>
    </w:p>
    <w:p>
      <w:pPr>
        <w:pStyle w:val="ArticleBody"/>
        <w:jc w:val="left"/>
      </w:pPr>
      <w:r>
        <w:rPr>
          <w:rFonts w:ascii="Times New Roman" w:hAnsi="Times New Roman" w:eastAsia="Times New Roman" w:cs="Times New Roman"/>
        </w:rPr>
        <w:t>Mokõi atýpe ojehechauka Génesis pe mbohapy kapítulo pahápe. Peteĩ atýpe oĩ umi pu’akareíva, ha ambuépe umi arandu. Mokõivéva atýpe ohendu peteĩ ñe’ẽ he’íva: kóva hína tape, peguata pype; hákatu peteĩ atýpe ndojapysakái pe turúpu ñehenóire ha ndoguatái umi tape yma guarépe. Pe aty pu’akareíva Génesis 48 guive 50 peve ojehechauka pe tribu pakõiha mbytépe.</w:t>
      </w:r>
    </w:p>
    <w:p>
      <w:pPr>
        <w:pStyle w:val="ArticleBody"/>
        <w:jc w:val="left"/>
      </w:pPr>
      <w:r>
        <w:rPr>
          <w:rFonts w:ascii="Times New Roman" w:hAnsi="Times New Roman" w:eastAsia="Times New Roman" w:cs="Times New Roman"/>
        </w:rPr>
        <w:t>Yma Israél ymaguaré ñepyrũme oĩ vaʼekue paapy ñemoñareha, ha Israél koʼág̃aguápe ñepyrũme oĩ paapy temimboʼe. Pe peteĩ temimboʼe ojehechauka hag̃ua ambue doce temimboʼégui, (Efraín ojehechauka haguéicha ambue ñemoñarehágui) mokõivéva hína opuʼã hag̃ua techaukaha. Hermana White ombohéra hag̃ua Judas-pe peteĩ virgen tavy.</w:t>
      </w:r>
    </w:p>
    <w:p>
      <w:pPr>
        <w:pStyle w:val="ArticleScripture"/>
        <w:jc w:val="left"/>
      </w:pPr>
      <w:r>
        <w:rPr>
          <w:rFonts w:ascii="Times New Roman" w:hAnsi="Times New Roman" w:eastAsia="Times New Roman" w:cs="Times New Roman"/>
        </w:rPr>
        <w:t>“Oĩ va'ekue ha akóinte oĩta joavy'u trígo apytépe, kuñataĩ vírhen tavy umi arandu ndive, umi ndorekóiva aséite hóga'ípe hendivekuéra ilámpa. Oĩ va'ekue peteĩ Judas avariento pe tupão Cristo omopyendáva'ekuépe ko yvy ári, ha oĩta Judas-kuéra pe tupãópe opaite etapa imandu'a hag̃uáicha hembiasakue ryepýpe.” Signs of the Times, 23 de octubre, 1879.</w:t>
      </w:r>
    </w:p>
    <w:p>
      <w:pPr>
        <w:pStyle w:val="ArticleBody"/>
        <w:jc w:val="left"/>
      </w:pPr>
      <w:r>
        <w:rPr>
          <w:rFonts w:ascii="Times New Roman" w:hAnsi="Times New Roman" w:eastAsia="Times New Roman" w:cs="Times New Roman"/>
        </w:rPr>
        <w:t>Judas Iscariote vaekue peteĩ virgen itavýva; haʼe vaekue peteĩ ñana vai, ha oĩramo virgen itavýva ramo, upéicharõ avei peteĩ Laodiceagua.</w:t>
      </w:r>
    </w:p>
    <w:p>
      <w:pPr>
        <w:pStyle w:val="ArticleScripture"/>
        <w:jc w:val="left"/>
      </w:pPr>
      <w:r>
        <w:rPr>
          <w:rFonts w:ascii="Times New Roman" w:hAnsi="Times New Roman" w:eastAsia="Times New Roman" w:cs="Times New Roman"/>
        </w:rPr>
        <w:t>“Pe estado de la Iglesia ojehechaukáva umi virgen ka’iguýpe, oñeñe’ẽ avei hese estado Laodicense ramo.” Review and Herald, 19 de agosto de 1890.</w:t>
      </w:r>
    </w:p>
    <w:p>
      <w:pPr>
        <w:pStyle w:val="ArticleBody"/>
        <w:jc w:val="left"/>
      </w:pPr>
      <w:r>
        <w:rPr>
          <w:rFonts w:ascii="Times New Roman" w:hAnsi="Times New Roman" w:eastAsia="Times New Roman" w:cs="Times New Roman"/>
        </w:rPr>
        <w:t>José mokõi ta'ýra mokõivéva ohupyty peteĩ jehovasa Jacob-gui Génesis aranduka capítulo cuarenta y ocho-pe, ha upe guive oñehenói chupekuéra “tribu mbyte”. Térãpa ha'e hikuái tribu mbyte, upéicharõ jepe opyta gueteri hikuái triburamo. Judas Iscariote oñemyengovia Matías rehe ikatu hag̃uáicha omyenyhẽ pe tenda papaha doceha yma oguerekova'ekue Judas Iscariote. Judas ha'ekuri peteĩ temimbo'e, ha ko sentido-pe—oĩkuri trece temimbo'e Israel yma guarépe opaha peve, peteĩchaite oĩhaguéicha trece tribu iñepyrũmbyrãme.</w:t>
      </w:r>
    </w:p>
    <w:p>
      <w:pPr>
        <w:pStyle w:val="ArticleBody"/>
        <w:jc w:val="left"/>
      </w:pPr>
      <w:r>
        <w:rPr>
          <w:rFonts w:ascii="Times New Roman" w:hAnsi="Times New Roman" w:eastAsia="Times New Roman" w:cs="Times New Roman"/>
        </w:rPr>
        <w:t>José ra’y Efraín (pe tribu pahaapy) oiko va’ekue símbolo pe ñemboyke rehegua ramo, umi diez tribu yvatepegua oñembyatýramo guare Jeroboam ndive ha omboja’óvo pe reino diez tribu yvatepegua ha mokõi tribu yvy gotyopegua ramo. Mba’érepa ahechauka Efraín, José ra’y, pe ñemboyke símbolo ramo ha ndaha’éi iñermáno Manasés? Pe ñemboyke Efraín rehegua oñepyrũ capítulo cuarenta y ocho-pe, Jacob ovendesi mboyve ita’ýra kuéra doce-pe. Capítulo cuarenta y ocho-pe Jacob tenonderã ovendesi José ra’y mokõime. Manasés hína rupi pe ta’ýra ypykue, José oha’arõ pe ñevendisión peteĩha ita’ýra kuéra rehegua oho va’erã Manasés ári, ha José opu’ã Jacob rehe oiporavóramo Efraín.</w:t>
      </w:r>
    </w:p>
    <w:p>
      <w:pPr>
        <w:pStyle w:val="ArticleBody"/>
        <w:jc w:val="left"/>
      </w:pPr>
      <w:r>
        <w:rPr>
          <w:rFonts w:ascii="Times New Roman" w:hAnsi="Times New Roman" w:eastAsia="Times New Roman" w:cs="Times New Roman"/>
        </w:rPr>
        <w:t>Efraín ñepyrũ, Tupã rembiporavo kuéra rerohoryháicha, oguereko peteĩ testimónio pu’aka rehegua; ha Efraín paha hína Levítico mokõi pa’ẽ poteĩme ojehechaukáva isarambiha “siete veces” ary 723 a.C. guive 1798 peve. Ary 723 a.C.-pe umi diez tribu yvategua, Efraín rréino, (ojekuaáva avei Israel ramo) ohupyty peteĩ herida mortal peteĩ rréino ramo profecía bíblica-pe. Upe herida mortal omoñepyrũ peteĩ profecía aravo rehegua opa va’ekue poder papal ha irréino ohupyty jeyvo peteĩ herida mortal ary 1798-pe. Poder papal herida mortal ary 1798-pe ohechauka typo ramo Babilonia ho’a pahaite, mburuvicha yvate guigua “og̃uahẽtaha ipahápe ha ndaiporimo’ãi avave oipytyvõva ichupe” Daniel capítulo once, versículo cuarenta y cinco-pe he’iháicha. Babilonia pu’aka rehegua ha ho’a rehegua ára pahápe ojehechauka typo ramo poder papal pu’aka rehegua ha ho’a rehegua ary 1798-pe; upéva katu ojehechauka typo ramo Efraín rréino (Israel) pu’aka rehegua ha ho’a rehegua ary 723 a.C.-pe; ha upéva katu ojehechauka typo ramo José pu’aka itúva rehe, inspiración profética rehegua, Génesis paha ohechaukaháicha.</w:t>
      </w:r>
    </w:p>
    <w:p>
      <w:pPr>
        <w:pStyle w:val="ArticleBody"/>
        <w:jc w:val="left"/>
      </w:pPr>
      <w:r>
        <w:rPr>
          <w:rFonts w:ascii="Times New Roman" w:hAnsi="Times New Roman" w:eastAsia="Times New Roman" w:cs="Times New Roman"/>
        </w:rPr>
        <w:t>Pe rebelión Efraín rehechauka hag̃ua oñepyrũkuri itúva José rebelión rehe hógape itúva Jacob ndive. Ipahápe ogueru umi diez trívu yvategua rebeliónpe, ha upéva ogueraha pe “ñemosarambi ojehechaukapyréva” ramo “siete veces” Levítico veintiséis-pe. Pe ára pukukue pe rréino yvategua oñemosarambi hague oñemboja’o mokõi periodo-pe. Peteĩ opa ary 538-pe; ambue periodo katu opa 1798-pe; ha opa mba’e ohechauka pe marandu ojeipe’áva sello-gui mbovymi oĩ mboyve pe gracia rembe’y oñemboty hag̃ua Apocalipsis kuatiápe. Upe marandu ohechauka Babilonia ho’a pahaiteha. Káda waymark-pe Efraín rembiasakue profético-pe oñemarkaha pe rebelión. Péicha avei ojemarka pe discípulo pahapyha, Judas Iscariote rebelión. Ko’ãva mokõi testígo ohechakuaauka hag̃ua pe papapy trece ha’eha peteĩ símbolo rebelión rehegua. Péro ni peteĩva ko’ã añetegua marangatu rehegua ndaikatúi ojehechakuaa peteĩ tapicha noñembo’ýiramo umi Adventismo pyenda ári, umíva oñemopu’ãkuri pe añetegua peteĩha Miller ojuhu va’ekue ári ha pe añetegua peteĩha Adventismo omboyke va’ekue ári.</w:t>
      </w:r>
    </w:p>
    <w:p>
      <w:pPr>
        <w:pStyle w:val="ArticleBody"/>
        <w:jc w:val="left"/>
      </w:pPr>
      <w:r>
        <w:rPr>
          <w:rFonts w:ascii="Times New Roman" w:hAnsi="Times New Roman" w:eastAsia="Times New Roman" w:cs="Times New Roman"/>
        </w:rPr>
        <w:t>Génesis paha oho hag̃ua oñemoĩ porã opaite ambue línea ñane mandu’áva rehe. Ñemohu’ãrãicha:</w:t>
      </w:r>
    </w:p>
    <w:p>
      <w:pPr>
        <w:pStyle w:val="ArticleBody"/>
        <w:jc w:val="left"/>
      </w:pPr>
      <w:r>
        <w:rPr>
          <w:rFonts w:ascii="Times New Roman" w:hAnsi="Times New Roman" w:eastAsia="Times New Roman" w:cs="Times New Roman"/>
        </w:rPr>
        <w:t>Ñepyrũmbype pe mbohapy yvagagua, Túva, Ta’ýra ha Espíritu Santo, ohecha yvága ha yvy jejapo ojejapóva’ekue Ta’ýra rupive, ha’éva avei pe Ñe’ẽ. Pe Ñe’ẽ oiko Túvagui ñe’ẽmondohára ramo yvyporakuérape g̃uarã, ha pe Ñe’ẽ añoite hína pe tape yvyporakuéra ikatúva oñe’ẽ hag̃ua Túvandi. Túva marandu ome’ẽ va’ekue Ta’ýra rupive ánhel Gabríelpe, omoĩva’ekue Lucifer rendaguépe (pe ohesapéva) Lucifer opu’ã rire yvágape. Gabríel ohupyty pe tesape térã marandu ha ogueraha peteĩ maranduhárape, ha’éva pe tekove marangatu ojejapóva oñemoĩva’erã hag̃ua ombohasa pe marandu Túvagui pe ogaygua ojejapo va’ekue ho’ávape. Pe marandu oñeme’ẽva maranduhárape ojehai hag̃ua ha upéi oñembohasa yvyporakuérape. Opaite tembiapo pe ñembohasarãme, pe marandu marangatu, ha upévare umi maranduhára, ha’éva yvypóra ho’a va’ekue, tekotevẽ avei imarangatu. Upe jave pe marandu marangatu oñembohasa vove yvyporakuéra ho’a va’ekue pópe, yvyporakuéra ikatu ojapo pe marandu marangatu rehe ipo ñemomarangatu’ỹvape. Upéicha rupi, pe tesape pe marandu marangatúgui osẽva ogueru mokõivéva, tesape ha pytũ. Pe marandu og̃uahẽ jave umi oĩvape pe ogaygua yvypóra ho’a va’ekuépe, oguereko upe pokatu apopyrã peteĩchaiteva’ekue ojapo va’ekue opa mba’e, ha’éva pe pokatu omboheko hag̃ua pe tekove. Pe ñepyrũ pe ñembohasa rape rehegua ohechauka ipaha pe ñembohasa rape rehegua. Upévare, pe marandu oñehendu, oñemoñe’ẽ ha oñeñongatu ramo, pe marandu omoheñói jey yvyporakuéra ho’a va’ekuépe Ta’ýra ra’ãngápe.</w:t>
      </w:r>
    </w:p>
    <w:p>
      <w:pPr>
        <w:pStyle w:val="ArticleScripture"/>
        <w:jc w:val="left"/>
      </w:pPr>
      <w:r>
        <w:rPr>
          <w:rFonts w:ascii="Times New Roman" w:hAnsi="Times New Roman" w:eastAsia="Times New Roman" w:cs="Times New Roman"/>
        </w:rPr>
        <w:t>Ojehovasáva pe omoñe'ẽva, ha umi ohendúva ko profesía ñe'ẽ, ha oñongatúva umi mba'e ipype ojehaíva; hi'aguĩgui ára. Apocalipsis 1:3.</w:t>
      </w:r>
    </w:p>
    <w:p>
      <w:pPr>
        <w:pStyle w:val="ArticleBody"/>
        <w:jc w:val="left"/>
      </w:pPr>
      <w:r>
        <w:rPr>
          <w:rFonts w:ascii="Times New Roman" w:hAnsi="Times New Roman" w:eastAsia="Times New Roman" w:cs="Times New Roman"/>
        </w:rPr>
        <w:t>Juan ohechauka yvypóra hoʼapỹva “ára pahápe” pe juicio investigador aja, ohendúva peteĩ ñeʼẽ hapykuéri ha ojere hag̃ua oguerohory hag̃ua pe marandu ogueraháva ohasavaʼekuépe. Umi oguerohorýva ha ojapóva pe marandu ndahaʼéi hekove peteĩ vore añónte, ha katu hekove pukukue hag̃uáicha, upépe ha upe jave ojejapovaʼekue hag̃ua hekojojáva. Ojeiko hag̃ua hekojojáva haʼe hína oñemongaraívo. Umi omoñeʼẽva ha ohendúva pe marandu ouvaʼekue Túvagui, omoneĩvo pe marandu ha oñemongaraívo, upéva oiko pe puʼaka apohare oĩva pe marandúpe rupive. Pe puʼaka apohare omohuʼã tembiapo ojapóvo yvypórape hekojojáva, yvypóra ogueroviáramo Abraham ojapohaguéicha. Pe marandu omboʼe chupekuéra ojere hag̃ua ha ohendu hag̃ua pe ñeʼẽ hapykuéri, ogueraháva tape yma guarépe, haʼéva añetegua ypykue. Pe marandu ogueraha chupekuéra opaite añeteguápe, ha oguatávo hikuái umi tape yma guarépe, oguata hína hikuái umi hekojojáva rapére.</w:t>
      </w:r>
    </w:p>
    <w:p>
      <w:pPr>
        <w:pStyle w:val="ArticleScripture"/>
        <w:jc w:val="left"/>
      </w:pPr>
      <w:r>
        <w:rPr>
          <w:rFonts w:ascii="Times New Roman" w:hAnsi="Times New Roman" w:eastAsia="Times New Roman" w:cs="Times New Roman"/>
        </w:rPr>
        <w:t>Ha pe tape hekojojáva rape hína pe tesape omimbipávaicha, overa hag̃ua hetave ha hetave pe ára perfékto peve. Umi iñañáva rape katu pytũmbyicha: ndoikuaái mba’épepa opysyrõ hikuái. Che ra’y, eñatendéke che ñe’ẽre; emboja nde apysa che he’ívare. Ani hag̃ua ojeipe’a nde resa renondégui; eñongatu umíva nde py’a mbytépe. Umíva niko tekove umi ojuhúvape guarã, ha pohã opa iteópe guarã. Eñangareko nde py’áre opa kyre’ỹ reheve; chugui niko osẽ tekove ysyrykuéra. Eipe’a ndehegui juru karẽ, ha tembe heko vaíva emomombyry ndehegui. Nde resa tomaña hag̃uáicha tenonde gotyo, ha nde párpado tohecha porãite nde renondépe. Ehesa’ỹijo nde py guata rape, ha taimbarete opa nde rape. Ani rejeréke akatúa térã asu gotyo: emomombyry nde py ivaívagui. Proverbios 4:18–27.</w:t>
      </w:r>
    </w:p>
    <w:p>
      <w:pPr>
        <w:pStyle w:val="ArticleBody"/>
        <w:jc w:val="left"/>
      </w:pPr>
      <w:r>
        <w:rPr>
          <w:rFonts w:ascii="Times New Roman" w:hAnsi="Times New Roman" w:eastAsia="Times New Roman" w:cs="Times New Roman"/>
        </w:rPr>
        <w:t>Umi ojehekombo'éva pe marandu oguata tape ohechaukáva peteĩ tesape hetave hag̃ua meme; ha upe tesape voi ojapo hag̃ua pe tape hembiapo vaíva rehegua iñypytũvévo oñondive. Pe tesape oñemboja'o pe pytũmbygui. Pe pu'aka apo rehegua omandáva toiko tesape iñepyrũme, omoheñói peteĩchagua efecto yvypórape ipahápe, pe tesape ojapo haguéicha iñepyrũme. Pe aty ombotovéva ohendu hag̃ua pe ñe'ẽ oúva hapykuéri, ha upévare oiporavóva oguata hag̃ua pe tape iñypytũmbymava “opyta hag̃ua” Iñe'ẽ rehe, peteĩ itá pyendaha rehe niko opyta, pe ita yma guive oñeha'ãporãmava. Pe ñe'ẽ ha'e Alfa ha Omega, ha umi ojehekombo'éva ohendúvo umi ñe'ẽ ha omboja'óvo ikorasõ umi ñe'ẽ rehe, oñongatu umi ñe'ẽ ikorasõ mbytépe; Alfa ha Omega niko ombojere ikorasõkuéra túvakuéra gotyo, (pe yma guarã), ha túvakuéra korasõkuéra ohechauka pe paha gotyo.</w:t>
      </w:r>
    </w:p>
    <w:p>
      <w:pPr>
        <w:pStyle w:val="ArticleScripture"/>
        <w:jc w:val="left"/>
      </w:pPr>
      <w:r>
        <w:rPr>
          <w:rFonts w:ascii="Times New Roman" w:hAnsi="Times New Roman" w:eastAsia="Times New Roman" w:cs="Times New Roman"/>
        </w:rPr>
        <w:t>Tapicha reko tekojoja rape katuete; nde, hekojojaetéva, repesa hekojojáva rape. Upéicha avei, nde jehuikuaa rape rupi, ore Ruvicha, roha’arõ ne rehe; ore ánga rembota hína nde réra ha ne mandu’a rehe. Che ánga reheve rohayhueterei nde rehe pyharekue; che espíritu che ryepýpe reheve aikóta romboreka ko’êmbávo: nde jehuikuaa oĩ jave yvy ape ári, yvypóra oikóva ko yvy ape ári oikuaáta tekojoja. Isaías 26:7–9.</w:t>
      </w:r>
    </w:p>
    <w:p>
      <w:pPr>
        <w:pStyle w:val="ArticleBody"/>
        <w:jc w:val="left"/>
      </w:pPr>
      <w:r>
        <w:rPr>
          <w:rFonts w:ascii="Times New Roman" w:hAnsi="Times New Roman" w:eastAsia="Times New Roman" w:cs="Times New Roman"/>
        </w:rPr>
        <w:t>Ñandejára opesa, térã ohuicha umi oguatáva hekojojáva rape rupi, ha upéva ojapo “ára pahápe” opa ára ipoguýpe oĩ jave umi huísio. Umi hekojojáva hína umi ohaʼarõ vaʼekue Ñandejárape, oñekumpli hag̃ua pe ára oñembotapykue ojeʼéva umi diez virgen kuatiañeʼẽme. Umi oguatáva pe rape ojeikuaa hag̃ua hetave ha hetavévo rekávo, hiʼupytyrã hína oikuaa hag̃ua ipypukuvévo Ñandejára réra, héra, heko. Umi ohaʼarõ vaʼekue iJárape hína umi opredikáva pe marandu paha ñemomanduʼa rehegua, pórke haʼe kuéra hína umi opredikáva pe Pyhare Mbyte Sapukái, ha upéva, añetehápe, hína pe peteĩha marandu hyepypegua Apocalipsis dieciocho-pe, upéi oúva pe mokõiha marandu okapegua.</w:t>
      </w:r>
    </w:p>
    <w:p>
      <w:pPr>
        <w:pStyle w:val="ArticleScripture"/>
        <w:jc w:val="left"/>
      </w:pPr>
      <w:r>
        <w:rPr>
          <w:rFonts w:ascii="Times New Roman" w:hAnsi="Times New Roman" w:eastAsia="Times New Roman" w:cs="Times New Roman"/>
        </w:rPr>
        <w:t>Ha upe rire ahecha ambue ánhel oguejyha yvágagui, oguerekóva tuicha pokatu; ha yvy oñemyesakã imimbipa reheve. Ha osapukái mbarete peteĩ ñe’ẽ hatãme, he’ívo: Babilonia guasu ho’a, ho’a, ha oiko aña-kuéra renda ramo, ha opa espíritu ky’a renda, ha opa guyra ky’a ha jeguaru kua ramo. Opa tetãnguéra niko hoy’u iména reko vai pochy rysýigui, ha yvy ruvicha kuéra oporomonda hendive, ha yvy pegua ñemuhára kuéra oñembopirapire heta imba’eporã rehetégui. Ha ahendu ambue ñe’ẽ yvágagui, he’íva: Pesẽ chugui, che retãyguakuéra, ani hag̃uáicha peikévo hembiapo vaípe, ha ani hag̃uáicha pehupyty iplagakuéra. Apocalipsis 18:1–4.</w:t>
      </w:r>
    </w:p>
    <w:p>
      <w:pPr>
        <w:pStyle w:val="ArticleBody"/>
        <w:jc w:val="left"/>
      </w:pPr>
      <w:r>
        <w:rPr>
          <w:rFonts w:ascii="Times New Roman" w:hAnsi="Times New Roman" w:eastAsia="Times New Roman" w:cs="Times New Roman"/>
        </w:rPr>
        <w:t>Pe ánhel Apocalipsis 18-gua oguejy vaʼekue 11 jasyporundy ary 2001-pe, pe tupao Adventista Ára Poteĩha omboyke pe henói paha ou hag̃ua jey tape yma guarépe. Upérõ guive ndoikovéima peteĩ hatĩicha pe protestantismo añeteguáva rehegua Estados Unidos-pe. Upe jave oñepyrũ peteĩ proceso de prueba umi oiporavo vaʼekuépe g̃uarã ogueraha hag̃ua pe marandu ayvu mbaretépe oúva ha hoʼu hag̃ua, Juan ohechauka haguéicha, pe ánhel Apocalipsis 10-gua oguejy ramo guare adventismo ñepyrũmbýpe 11 jasypoapy ary 1840-pe. Pe tetã espiritual oikévaʼekue pe ao joja protestantismo añeteguávape, pe marandu peteĩha pe ánhel rehegua oñemboyke rire, upéi osegi pe protestantismo apóstata pypore adventismo ñepyrũmbýpe.</w:t>
      </w:r>
    </w:p>
    <w:p>
      <w:pPr>
        <w:pStyle w:val="ArticleBody"/>
        <w:jc w:val="left"/>
      </w:pPr>
      <w:r>
        <w:rPr>
          <w:rFonts w:ascii="Times New Roman" w:hAnsi="Times New Roman" w:eastAsia="Times New Roman" w:cs="Times New Roman"/>
        </w:rPr>
        <w:t>Upérõ peve protestánte añetéva upérõ oñeme’ẽ umi ojapyhývape pe marandu oĩva pe lívro michĩme, pe ánhel popegua, Apocalipsis diez-pe. Pe prueba rape oñepyrũva Adventismo ñepyrũrãme ary 1840 guive 1844 peve ohechauka peteĩ prueba rape Adventismo pahápe, septiembre 11, 2001 guive pe léi domingo Estados Unidos-pe peve. Umi tenondegua rembiasápe, 1840 guive 1844 peve, ha pe prueba rape oñepyrũva septiembre 11, 2001-pe, omarka peteĩ transición dispensacional pe aty yma guare ijeroviáva, oguerekóva’ekue Protestantismo ao puku, guive peteĩ pyahu aty ijeroviáva ojapyhýva pe ao puku Protestantismo añetéva rehe.</w:t>
      </w:r>
    </w:p>
    <w:p>
      <w:pPr>
        <w:pStyle w:val="ArticleBody"/>
        <w:jc w:val="left"/>
      </w:pPr>
      <w:r>
        <w:rPr>
          <w:rFonts w:ascii="Times New Roman" w:hAnsi="Times New Roman" w:eastAsia="Times New Roman" w:cs="Times New Roman"/>
        </w:rPr>
        <w:t>Ñane remiandu hag̃ua umi ijehechaukapýva rape rehe, ivaivéva hag̃ua ñane consideración-pe ha’e upe tembiasakue ryepýpe oĩha peteĩ ñembyasy guasu omarkáva pe ára ñembotavy’ỹha ñepyrũ. Umi jeroviapyrekóva oha’arõ hikuái Ijára upe ára jave, ha upéva opa pe marandu Pyhare Mbytegua Sapy’a Hatãva rehegua oñemboja’óvo. Upe prueba rembiapo Adventismo ñepyrũme opa kuri pe marandu Pyhare Mbytegua Sapy’a Hatãva rehegua oñemohu’ãrõ guare 22 jasypa 1844-pe. Pe prueba rembiapo ipahápe oñemohu’ã umi Juan ohechaukáva rehe hag̃ua pe arapokõindy léi Estados Unidos-pe. Pe marandu Pyhare Mbytegua Sapy’a Hatãva rehegua ipahápe oñemohu’ãta avei, yma guaréicha ñepyrũme, ha Adventismo ñepyrũme pe marandu Pyhare Mbytegua Sapy’a Hatãva rehegua oñemboja’o va’ekue tenonderãite pe prueba rembiapo ñemboty mboyve. Pe marandu Pyhare Mbytegua Sapy’a Hatãva rehegua ñepyrũme ko’ág̃a oñemboja’o hína ipahápe.</w:t>
      </w:r>
    </w:p>
    <w:p>
      <w:pPr>
        <w:pStyle w:val="ArticleBody"/>
        <w:jc w:val="left"/>
      </w:pPr>
      <w:r>
        <w:rPr>
          <w:rFonts w:ascii="Times New Roman" w:hAnsi="Times New Roman" w:eastAsia="Times New Roman" w:cs="Times New Roman"/>
        </w:rPr>
        <w:t>Umi kuñakarai arandúva oñembojeporiahúva oike ñe’ẽme’ẽme Tupã ndive, umi kuñakarai arandu’ỹva hembiapo vai vaíva oike aja peteĩ ñe’ẽme’ẽme ñemano rehegua.</w:t>
      </w:r>
    </w:p>
    <w:p>
      <w:pPr>
        <w:pStyle w:val="ArticleScripture"/>
        <w:jc w:val="left"/>
      </w:pPr>
      <w:r>
        <w:rPr>
          <w:rFonts w:ascii="Times New Roman" w:hAnsi="Times New Roman" w:eastAsia="Times New Roman" w:cs="Times New Roman"/>
        </w:rPr>
        <w:t>Upévape he'i va'ekuépe: Kóva hína pe pytu'u, penepytu'uka hag̃ua ikane'õvape; ha kóva hína pe piro'y. Upéicharõ jepe, ndaipotáikuri ohendu. Upévare Ñandejára ñe'ẽ ou chupekuéra peteĩ mbo'epy ári ambue mbo'epy, peteĩ mbo'epy ári ambue mbo'epy; peteĩ línea ári ambue línea, peteĩ línea ári ambue línea; ko'ápe michĩmi, ha amo michĩmi; oho hag̃ua, ha ho'a hag̃ua hapykuépe, oñembyai hag̃ua, oñeñuhã hag̃ua, ha ojepokuaa hag̃ua. Upévare pehendu Ñandejára ñe'ẽ, peẽ kuimba'e ñembohoryhára, peisãmbyhýva ko tetãgua oĩva Jerusalénpe. Pendeje'i haguére: Ore rojapo peteĩ ñe'ẽme'ẽ ñemanóva ndive, ha añaretã ndive ore roime peteĩ ñe'ẽme; pe kastígo osyryguasúva ohasa vove, ndoguahẽmo'ãi orerehe; roguerekógui japúpe ore ñemo'ãrã, ha japu guýpe roñomi orejehe. Upévare péicha he'i Ñandejára Tupã: Péina ápe, amoĩ Siónpe peteĩ ita tepyrãrã, peteĩ ita ojehechapyréva, peteĩ ita esquina rehegua hepyetereíva, peteĩ tepyrã hatã ha jeroviaha: upe ogueroviáva ndopytamo'ãi pya'eterei. Isaías 28:12–16.</w:t>
      </w:r>
    </w:p>
    <w:p>
      <w:pPr>
        <w:pStyle w:val="ArticleBody"/>
        <w:jc w:val="left"/>
      </w:pPr>
      <w:r>
        <w:rPr>
          <w:rFonts w:ascii="Times New Roman" w:hAnsi="Times New Roman" w:eastAsia="Times New Roman" w:cs="Times New Roman"/>
        </w:rPr>
        <w:t>Umi ijojahéva ogueraha pe marandu marangatu Pe Sapukái Pyhare Mbytegua rehegua tupaópe, ha upe rire omombe’u hikuái pe marandu ñe’ẽ mokõiha rehegua ohenóivo yvypórape osẽ hag̃ua Babilóniagui.</w:t>
      </w:r>
    </w:p>
    <w:p>
      <w:pPr>
        <w:pStyle w:val="ArticleScripture"/>
        <w:jc w:val="left"/>
      </w:pPr>
      <w:r>
        <w:rPr>
          <w:rFonts w:ascii="Times New Roman" w:hAnsi="Times New Roman" w:eastAsia="Times New Roman" w:cs="Times New Roman"/>
        </w:rPr>
        <w:t>“Upévare pe tembiapo pahápe, oñeñangareko hag̃uáicha ko yvy rehe, mokõi ñehenói iñambuéva ojapo hag̃ua umi iglésiape. Pe marandu mokõiha ánhel rehegua he’i: ‘Babilonia ho’a, ho’a pe táva guasu, ha’e omboy’u haguére opa tetãme pe vínore ipochyha hekovai rehegua.’ Ha pe sapukái hatãme pe marandu mbohapyha ánhel rehegua, ojehendu peteĩ ñe’ẽ yvágagui he’íva: ‘Pesẽ chugui, che retaygua, ani hag̃ua peike hag̃ua hendive iñangaipápe, ha ani hag̃uáicha pejapyhy avei umi mba’asy vai oúva hi’ári. Pórke iñangaipa og̃uahẽ yvágape, ha Tupã imandu’a hese hembiapo vai rehe.’” Review and Herald, December 6, 1892.</w:t>
      </w:r>
    </w:p>
    <w:p>
      <w:pPr>
        <w:pStyle w:val="ArticleBody"/>
        <w:jc w:val="left"/>
      </w:pPr>
      <w:r>
        <w:rPr>
          <w:rFonts w:ascii="Times New Roman" w:hAnsi="Times New Roman" w:eastAsia="Times New Roman" w:cs="Times New Roman"/>
        </w:rPr>
        <w:t>Umi osẽva Babilóniagui ha ojoajúva umi oguatávare hekojojáva rape ári, oñemoneĩ aty ryepýpe pe ñemongarai y rupive, ojehechaukáva pe mbohapy yvagapegua rérape. Umi ojehekojojapýva, taha’e umi ko’ágã ohendúva pe marandu oñeme’ẽva Juánpe Pátmospe, térã umi upéi ohenoihasévape osẽ hag̃ua Babilóniagui, opavave ojehekojoja pe Espíritu Santo ñemoguahẽ rupive. Pe joaju Espíritu Santo divinidad ha yvypóra humanidad rehegua oñemboguata, techapyrãramo oñemoĩháicha Cristo ogueraha ramo guare hi’ári yvypóra reko. Umi cien cuarenta y cuatro mil oñerepresenta mokõi testígo ári, Jacob ra’ykuéra doce ha umi doce disípulo rehe. Umi aña oñerepresenta pe tribu pahápe mbohapyha ha pe discípulo pahápe mbohapyha rupive. Mokõivéva “pahápe mbohapyha” opaite ko’ã techaukarãme ohenóikuri hag̃ua pa’i Tupãme g̃uarã, ha umi omboykéva upe jehenói oñerepresenta Esaú rupive, ha iñermáno imitãvéva Jacob oñerepresenta umi omoneĩva pe jehenói. Esaú ha Jacob mokõivéva orrepresenta umi Adventista del Séptimo Día Laodicéagua oĩva arapy pahápe. Peteĩ aty omoneĩ pe marandu marangatu oguerúva maranduhára jehaipyre rupive ha oñemoambue Israel-pe, aja Esaú opyta héra reheve.</w:t>
      </w:r>
    </w:p>
    <w:p>
      <w:pPr>
        <w:pStyle w:val="ArticleBody"/>
        <w:jc w:val="left"/>
      </w:pPr>
      <w:r>
        <w:rPr>
          <w:rFonts w:ascii="Times New Roman" w:hAnsi="Times New Roman" w:eastAsia="Times New Roman" w:cs="Times New Roman"/>
        </w:rPr>
        <w:t>Oĩ por supuesto hetaeterei mba’e ko’ã porundy línea Alfa ha Omega reheguape, ko’ãva niko peteĩ mbyky ñemombyky añónte va’ekue umi ñepyrũ ha pahápe guarã Tupã Ñe’ẽme.</w:t>
      </w:r>
    </w:p>
    <w:p>
      <w:pPr>
        <w:pStyle w:val="ArticleBody"/>
        <w:jc w:val="left"/>
      </w:pPr>
      <w:r>
        <w:rPr>
          <w:rFonts w:ascii="Times New Roman" w:hAnsi="Times New Roman" w:eastAsia="Times New Roman" w:cs="Times New Roman"/>
        </w:rPr>
        <w:t>Porundy línia tembiasakue rehegua, ohechaukáva tembiasakue profétika kuéra ñepyrũmby guive pe Mokõiha Jeju peve. Ko’ã porundy línia profétika, ñepyrũmby ha paha rehegua, ojoaju hag̃uaichaite Apocalipsis kapítulo peteĩ ñe’ẽnguéra mbohapy peteĩha ndive. Umi mbohapy ñe’ẽ omombe’u Jesucristo Revelación, ojeipe’áva sello chugui mboyve pe tiempo de gracia oñemboty, ha’eha peteĩ jehechauka Tupã pu’aka omoheñóiva rehegua. Mba’e ambue pu’aka piko ikatu omopu’ã peteĩ testimonio tuichaitereíva, ijapysẽ joaju hag̃uáicha ko mba’eichaitéva, heta testigo ome’ẽva’ekue iñemombe’u Moisés ára guive Juan el Revelador ára peve?</w:t>
      </w:r>
    </w:p>
    <w:p>
      <w:pPr>
        <w:pStyle w:val="ArticleBody"/>
        <w:jc w:val="left"/>
      </w:pPr>
      <w:r>
        <w:rPr>
          <w:rFonts w:ascii="Times New Roman" w:hAnsi="Times New Roman" w:eastAsia="Times New Roman" w:cs="Times New Roman"/>
        </w:rPr>
        <w:t>Eipe’a nde py rehegua, ko yvy niko marangatu.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 Revelación - Mbohapyha hag̃ua</dc:title>
  <dc:subject>Ojehechauka hag̃ua umi Pyenda Profético: Peteĩ Estúdio Apocalipsis rehe ha pe Tape Añetegua rehe</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