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Apocalipsis Jesucristo rehegua - Papapy Trece</w:t>
      </w:r>
    </w:p>
    <w:p>
      <w:pPr>
        <w:pStyle w:val="ArticleSubtitle"/>
        <w:jc w:val="left"/>
      </w:pPr>
      <w:r>
        <w:rPr>
          <w:rFonts w:ascii="Arial" w:hAnsi="Arial" w:eastAsia="Arial" w:cs="Arial"/>
        </w:rPr>
        <w:t>Yvágape yvágape ha umi ára pahápeguáva: Ojekuaaukávo pe aravokuéra marandu marangatúva Apocalipsis 12 ha 13-gui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Ñaime roguereko hína ñande resa renondépe pe ñorairõ yvágape oñemombeʼúva Apocalipsis aranduka capítulo doce-pe. Japoruhápe Cristo rekove reko principio, haʼéva Alfa ha Omega, ñañemboja pe ñorairõ yvágape capítulo doce-pe ojehechaháicha peteĩ tipificación ramo pe ñorairõ yvágape oikóva umi “ára pahápe”. Pe ñeʼẽjoaju “umi ára pahápe” Bibliape ha Espíritu de Profecía-pe heʼise umi ára paháva pe juicio investigador rehegua.</w:t>
      </w:r>
    </w:p>
    <w:p>
      <w:pPr>
        <w:pStyle w:val="ArticleBody"/>
        <w:jc w:val="left"/>
      </w:pPr>
      <w:r>
        <w:rPr>
          <w:rFonts w:ascii="Times New Roman" w:hAnsi="Times New Roman" w:eastAsia="Times New Roman" w:cs="Times New Roman"/>
        </w:rPr>
        <w:t>Rohechakuaa umi mbohapy pokatu satánikova capítulo doce ha trece-pegua, ndaha’éi pokatu ojuhúva iñemohu’ã tembiasakue ohasávape, ha katu umi pokatu ko’ãva ñemohu’ã ko’ãgaguaicha ogueraháva ko yvy Armagedónpe. Pe dragón capítulo doce-pegua ha’e Naciones Unidas, pe tupao católica oikovéva jeyva’erã léi domingo guýpe Estados Unidos-pe ha’e pe mymba guasu yguasúgui osẽva capítulo trece-pegua, ha pe mymba yvyguigua mokõi hatĩ reheve ha’e Estados Unidos.</w:t>
      </w:r>
    </w:p>
    <w:p>
      <w:pPr>
        <w:pStyle w:val="ArticleBody"/>
        <w:jc w:val="left"/>
      </w:pPr>
      <w:r>
        <w:rPr>
          <w:rFonts w:ascii="Times New Roman" w:hAnsi="Times New Roman" w:eastAsia="Times New Roman" w:cs="Times New Roman"/>
        </w:rPr>
        <w:t>Rohechakuaa hína pe ñorairõ, jepivegua oñentendéva capítulo doce-pe ha’éva añoite peteĩ ta’anga Lucifer opu’ãgui yvágape, añetehápe ohechauka peteĩ ñorairõ oikótava ko yvy ariguápe, oñepyrũvo pe pya’e oútava léi domingo rehegua Estados Unidos-pe. Roiporu are hag̃ua rohechauka hag̃ua oĩha peteĩ proceso jehechapyrã rehegua, ojehechaukáva Apocalipsis trece, versículos once guive diecisiete peve, ha upéva oike pe mymba ra’anga ñemoheñói jeikuaa. Pe mymba ra’anga orrepresenta tupão ha estado joaju, pe tupão oguerekóramo pe poguy pe joaju rehe. Tupão oĩ jave control-pe, upéicharõ oipuru pe estado omoañete hag̃ua idoctrínakuéra ha omuña hag̃ua umi ha’e ombohérava hereje. Pe proceso jehechapyrã arapýre guasúva, ojoajúva pe mymba ra’anga ñemoheñóindive, tenonderãite oñemboguata Estados Unidos ryepýpe. Umi característica profética peteĩteĩva ko’ã mokõi proceso jehechapyrã rehegua, añetehápe peteĩcha voi taha’e Estados Unidos térã ko yvy tuichakue.</w:t>
      </w:r>
    </w:p>
    <w:p>
      <w:pPr>
        <w:pStyle w:val="ArticleBody"/>
        <w:jc w:val="left"/>
      </w:pPr>
      <w:r>
        <w:rPr>
          <w:rFonts w:ascii="Times New Roman" w:hAnsi="Times New Roman" w:eastAsia="Times New Roman" w:cs="Times New Roman"/>
        </w:rPr>
        <w:t>Rorekuaa umi mokõi período peteĩchaite orekóva mil mokõiciento sesenta ára, oúva kurusu mboyve ha upéi, peteĩ mokõiha testígo ramo ñemombe’úpe oñemohenda hag̃ua mokõi proceso ojoapykuéri, ta’anga mymbaguasu rehegua, arapy pahápe. Ta’anga mymbaguasu rehegua ñemoheñói Estados Unidos-pe, 11 jasyporundy 2001 guive pe léi domingo hi’aguĩva peve, oiko mboyve ta’anga mymbaguasu rehegua ñemoheñói Naciones Unidas-pe, pe léi domingo hi’aguĩva rire. Pe mil mokõiciento sesenta ára Cristo ministerio rehegua, Iñemongarai guive pe kurusu peve, oiko mboyve pe mil mokõiciento sesenta ára Hemimbo’e kuéra ministerio rehegua, oúva kurusu rire. Umi mokõi línea, mokõivéva oguerekóva mokõi período ohechaukáva peteĩchaite prueba káda períodope, ohechauka pe tema Cristo ra’ãnga térã anticristo ra’ãnga rehegua.</w:t>
      </w:r>
    </w:p>
    <w:p>
      <w:pPr>
        <w:pStyle w:val="ArticleBody"/>
        <w:jc w:val="left"/>
      </w:pPr>
      <w:r>
        <w:rPr>
          <w:rFonts w:ascii="Times New Roman" w:hAnsi="Times New Roman" w:eastAsia="Times New Roman" w:cs="Times New Roman"/>
        </w:rPr>
        <w:t>Mil doscientos sesenta días del ministerio de Cristo, que terminaron en la cruz, comenzaron cuando el Espíritu Santo descendió en su bautismo, en correspondencia con el ángel poderoso de Apocalipsis dieciocho que descendió el 11 de septiembre de 2001.</w:t>
      </w:r>
    </w:p>
    <w:p>
      <w:pPr>
        <w:pStyle w:val="ArticleScripture"/>
        <w:jc w:val="left"/>
      </w:pPr>
      <w:r>
        <w:rPr>
          <w:rFonts w:ascii="Times New Roman" w:hAnsi="Times New Roman" w:eastAsia="Times New Roman" w:cs="Times New Roman"/>
        </w:rPr>
        <w:t>“Koʼág̃a ou pe ñeʼẽ aikuaaukáva hague Nueva York ojeity hag̃ua peteĩ y guasu rembeʼýgui? Kóva arakaʼeve ndaʼeʼíri. Haʼe vaʼekue, amañávo umi óga guasu oñemopuʼãva upépe, piso ári piso, ‘Mbaʼeichaitépa umi mbaʼe vaiete oikóta Ñandejára opuʼã vove omokyreʼỹ hag̃ua kyhyje guasúpe yvy! Upérõ oñekumplíta Apocalipsis 18:1–3 ñeʼẽ.’ Apocalipsis capítulo 18 tuichakue peteĩ ñeñemongeta ñemomanduʼa rehegua umi mbaʼe ou hag̃uáre yvy ári. Péro ndaikuaái mbaʼeve hesakãporãva específicamente mbaʼépa ou Nueva York ári rehe, ndahaʼéi peteĩ mbaʼe añetehápe aikuaáva, peteĩ ára umi óga guasu upépe ojeitytaha yvýre Tupã puʼaka ojere ha ojerejey rupi. Pe tesape oñemeʼẽva chéve rupive, aikuaa ñehundi oĩha ko yvy ape ári. Peteĩ ñeʼẽnte Ñandejáragui, peteĩ pokomiʼinte ipuʼaka mbarete guasúgui, ha koʼã estructura tuichaitéva hoʼáta. Oikóta umi mbaʼe kyhyje hag̃uáva ndaikatúiva ñañeimagina.” Review and Herald, July 5, 1906.</w:t>
      </w:r>
    </w:p>
    <w:p>
      <w:pPr>
        <w:pStyle w:val="ArticleBody"/>
        <w:jc w:val="left"/>
      </w:pPr>
      <w:r>
        <w:rPr>
          <w:rFonts w:ascii="Times New Roman" w:hAnsi="Times New Roman" w:eastAsia="Times New Roman" w:cs="Times New Roman"/>
        </w:rPr>
        <w:t>Pe mil doscientos sesenta ára Cristo rembiasakuepe, opa vaʼekue kurusúre, ohechauka pe ára pukukue oñemohuʼãtava pe domingo leirã oútavape koʼẽrõitéma. Pe kurusu ohechauka pe domingo leirã. Mokõivéva haʼe juicio raʼanga. Mokõivéva ohechauka tetã ñehundi oguahẽtaha pe tetãme oikohápe pe juicio mbaʼe. Mokõivéva oiko vaʼekue Judá yvy porãme. Cristo rembiasakuepe upéva vaʼekue Judá yvy porã tee, ha pe domingo leipe katu haʼe Judá yvy porã espiritual, Tetã peteĩ reko Amérika Joaju. Pe kurusúre, Cristo oñemopuʼã yvate opa tavayguakuérape ogueraha hag̃ua Hendápe.</w:t>
      </w:r>
    </w:p>
    <w:p>
      <w:pPr>
        <w:pStyle w:val="ArticleScripture"/>
        <w:jc w:val="left"/>
      </w:pPr>
      <w:r>
        <w:rPr>
          <w:rFonts w:ascii="Times New Roman" w:hAnsi="Times New Roman" w:eastAsia="Times New Roman" w:cs="Times New Roman"/>
        </w:rPr>
        <w:t>Ha che katu, yvýgui jehupi rire, agueroúta che rendápe opavave tapichápe. Péva he’i, ohechauka hag̃ua mba’eichagua ñemano rupive omano va’erãha. Juan 12:32, 33.</w:t>
      </w:r>
    </w:p>
    <w:p>
      <w:pPr>
        <w:pStyle w:val="ArticleBody"/>
        <w:jc w:val="left"/>
      </w:pPr>
      <w:r>
        <w:rPr>
          <w:rFonts w:ascii="Times New Roman" w:hAnsi="Times New Roman" w:eastAsia="Times New Roman" w:cs="Times New Roman"/>
        </w:rPr>
        <w:t>Pe léi domingope, oñemopuʼã umi tembe’y tee mokõipa irundy ha irundypa mil rehegua, ogueraha hag̃ua opa yvypórape Cristo rendápe.</w:t>
      </w:r>
    </w:p>
    <w:p>
      <w:pPr>
        <w:pStyle w:val="ArticleScripture"/>
        <w:jc w:val="left"/>
      </w:pPr>
      <w:r>
        <w:rPr>
          <w:rFonts w:ascii="Times New Roman" w:hAnsi="Times New Roman" w:eastAsia="Times New Roman" w:cs="Times New Roman"/>
        </w:rPr>
        <w:t>Ha'e omopu'ãta peteĩ poyvi tetãnguéra peguarã mombyrýgui, ha ohenóita chupekuéra yvy apyte guive; ha, péina ápe, ha'ekuéra outa pya'e eterei. Isaías 5:26.</w:t>
      </w:r>
    </w:p>
    <w:p>
      <w:pPr>
        <w:pStyle w:val="ArticleBody"/>
        <w:jc w:val="left"/>
      </w:pPr>
      <w:r>
        <w:rPr>
          <w:rFonts w:ascii="Times New Roman" w:hAnsi="Times New Roman" w:eastAsia="Times New Roman" w:cs="Times New Roman"/>
        </w:rPr>
        <w:t>Pe período mil doscientos sesenta días pe tembiasakue Cristo remiasakue oñemoĩ vaʼekue kurusu rire, opa Miguel opuʼãvo Esteban jejapi itápe jave.</w:t>
      </w:r>
    </w:p>
    <w:p>
      <w:pPr>
        <w:pStyle w:val="ArticleScripture"/>
        <w:jc w:val="left"/>
      </w:pPr>
      <w:r>
        <w:rPr>
          <w:rFonts w:ascii="Times New Roman" w:hAnsi="Times New Roman" w:eastAsia="Times New Roman" w:cs="Times New Roman"/>
        </w:rPr>
        <w:t>Ha’e katu, henyhẽva Espíritu Santo-gui, oma’ẽ hatã yvága gotyo, ha ohecha Tupã mimbipa, ha Jesús oĩha ñembo’ýpe Tupã akatúa gotyo; ha he’i: Péina, ahecha yvága ojepe’aha, ha Yvypóra Ra’y oĩha ñembo’ýpe Tupã akatúa gotyo. Hechos 7:55, 56.</w:t>
      </w:r>
    </w:p>
    <w:p>
      <w:pPr>
        <w:pStyle w:val="ArticleBody"/>
        <w:jc w:val="left"/>
      </w:pPr>
      <w:r>
        <w:rPr>
          <w:rFonts w:ascii="Times New Roman" w:hAnsi="Times New Roman" w:eastAsia="Times New Roman" w:cs="Times New Roman"/>
        </w:rPr>
        <w:t>Pe kuarenta ha mokõi jasy simbólico ta’ãnga pahaguéva mymbaguasu rehegua, ára de prueba pegua, opa Miguel opu’ãvo ha ohechauka yvyporakuéra prueba ára paha.</w:t>
      </w:r>
    </w:p>
    <w:p>
      <w:pPr>
        <w:pStyle w:val="ArticleScripture"/>
        <w:jc w:val="left"/>
      </w:pPr>
      <w:r>
        <w:rPr>
          <w:rFonts w:ascii="Times New Roman" w:hAnsi="Times New Roman" w:eastAsia="Times New Roman" w:cs="Times New Roman"/>
        </w:rPr>
        <w:t>Ha upe ramo oñembo’yta Miguel, pe mburuvicha guasu oñemoĩva nde retãyguakuéra rehehápe; ha oúta peteĩ ára jehasa asy, araka’eve ndoikói haguéicha tetã oĩ haguéguive pe ára peve; ha upe ramo nde retãyguakuéra ojesalváta, opa peteĩ-teĩ ojejuhúva ojehai hag̃ua pe kuatiañe’ẽme. Daniel 12:1.</w:t>
      </w:r>
    </w:p>
    <w:p>
      <w:pPr>
        <w:pStyle w:val="ArticleBody"/>
        <w:jc w:val="left"/>
      </w:pPr>
      <w:r>
        <w:rPr>
          <w:rFonts w:ascii="Times New Roman" w:hAnsi="Times New Roman" w:eastAsia="Times New Roman" w:cs="Times New Roman"/>
        </w:rPr>
        <w:t>Mokõivéva ta’anga mymba guasúpe rehegua prueba rembiapo rape mokõivéva rembiasakue completo oguereko ambue testígo profético hyepypegua. Ojeikuaa hag̃ua hekopete, ha amombe’u sa’ieterei tapicha oikuaáva ko añetegua; ha katu pe peteĩha ta’anga mymba guasúpe rehegua prueba rembiapo, oñembotýva Estados Unidos-pe, oñepyrũkuri septiembre 11, 2001-pe, pe mbohapyha ñembyasy guasu oguahẽ ramo guare tembiasakuepe. Pe léi domingo rehegua, upépe opa pe peteĩha ta’anga mymba guasúpe rehegua prueba rembiapo, ohechauka pe mbohapyha ñembyasy guasu oguahẽha juicio-rupi Estados Unidos rehe, pe léi domingo oñemoneĩ haguére. Upérõ pe mbohapyha ñembyasy guasu oguahẽvo omboaje tetãnguérape ipochýva, Ojehechauka hag̃ua Apocalipsis 11:18 he’iháicha, ha pe ñe’ẽ ypy Islam rembiaporã rehegua ombochýva tetã nguéra profecía bíblica ryepýpe.</w:t>
      </w:r>
    </w:p>
    <w:p>
      <w:pPr>
        <w:pStyle w:val="ArticleScripture"/>
        <w:jc w:val="left"/>
      </w:pPr>
      <w:r>
        <w:rPr>
          <w:rFonts w:ascii="Times New Roman" w:hAnsi="Times New Roman" w:eastAsia="Times New Roman" w:cs="Times New Roman"/>
        </w:rPr>
        <w:t>Haʼe haʼéta peteĩ kuimbaʼe kaʼaguygua; ipo opuʼãta opa kuimbaʼe rehe, ha opa kuimbaʼe po opuʼãta hese; ha oikóta opa ijoykeʼykuéra renondépe. Génesis 16:12.</w:t>
      </w:r>
    </w:p>
    <w:p>
      <w:pPr>
        <w:pStyle w:val="ArticleBody"/>
        <w:jc w:val="left"/>
      </w:pPr>
      <w:r>
        <w:rPr>
          <w:rFonts w:ascii="Times New Roman" w:hAnsi="Times New Roman" w:eastAsia="Times New Roman" w:cs="Times New Roman"/>
        </w:rPr>
        <w:t>Pe léi dominikal oútava ko’ẽrõitéva ha’e pe pahávo pe peteĩha aravo jehechapyre, ha avei pe ñepyrũ pe paháva aravo jehechapyre. Pe paháva aravo jehechapyre opa vove yvypóra tekoresãi ára, ha upe jave umi irundy yvytu, ha’éva peteĩ techaukaha pe mbohapyha ñembyasy guasu rehegua, ojeheja hag̃ua osẽmbaite.</w:t>
      </w:r>
    </w:p>
    <w:p>
      <w:pPr>
        <w:pStyle w:val="ArticleScripture"/>
        <w:jc w:val="left"/>
      </w:pPr>
      <w:r>
        <w:rPr>
          <w:rFonts w:ascii="Times New Roman" w:hAnsi="Times New Roman" w:eastAsia="Times New Roman" w:cs="Times New Roman"/>
        </w:rPr>
        <w:t>«Pe Salvador ohechávo umi hénte judíope tetã Tupãgui oñemondóva ramo, ohecha avei peteĩ Iglesia cristiana oñemombe’úva ijehe ha oñembojoajúva ko yvy rehe ha papado ndive. Ha ha’e opyta haguéicha Olivópe, hasẽvo Jerusalén rehe kuarahy oike peve yvyty kuarahyreike gotyoguápe, upéicha avei ha’e ohasẽ hína ha oñehenói mbarete angaipa apohárape ko’ã ára pahápe. Pya’e he’íta umi ánhelpe, ojokóva umi irundy yvytúpe: “Peheja hag̃ua umi mba’asy vai; toúke pytũ, ñehundi ha mano umi che léi mbyaihárape ári.” ¿Piko ojejokóta hag̃ua he’i umi oguerekóvape tesape guasu ha arandu, he’i haguéicha umi judíope: “Reikuaárire, nde jepe ko nde árape, umi mba’e nde py’aguapýpe guarã! ko’ág̃a katu okañy nde resa-gui”?» Review and Herald, 8 de octubre de 1901.</w:t>
      </w:r>
    </w:p>
    <w:p>
      <w:pPr>
        <w:pStyle w:val="ArticleBody"/>
        <w:jc w:val="left"/>
      </w:pPr>
      <w:r>
        <w:rPr>
          <w:rFonts w:ascii="Times New Roman" w:hAnsi="Times New Roman" w:eastAsia="Times New Roman" w:cs="Times New Roman"/>
        </w:rPr>
        <w:t>Cristo rembiasakuepe, pe primer waymark pe primer período mil mokõisa popa po peteĩ árasa su meme oñepyrũ vaʼekue Iñemongaraihápe, ha upéva haʼe vaʼekue peteĩ símbolo Imano ha Ijeikove jeýpe guarã. Upe período opa vaʼekue Imano ha Ijeikove jeýpe, ha upéva upe jave avei oñepyrũ pe pahápegua período mil mokõisa popa po peteĩ árasa su meme. Upe período opa vaʼekue Esteban mano reheve ha ijeikove jeýta hag̃uáicha oñepromete vaʼekuépe.</w:t>
      </w:r>
    </w:p>
    <w:p>
      <w:pPr>
        <w:pStyle w:val="ArticleBody"/>
        <w:jc w:val="left"/>
      </w:pPr>
      <w:r>
        <w:rPr>
          <w:rFonts w:ascii="Times New Roman" w:hAnsi="Times New Roman" w:eastAsia="Times New Roman" w:cs="Times New Roman"/>
        </w:rPr>
        <w:t>Pe tembiasakue rembe’y ohechaukáva Cristo ra’anga, oguereko peteĩchagua estructura profética pe tembiasakue rembe’y ohechaukáva anticristo ra’anga reheve.</w:t>
      </w:r>
    </w:p>
    <w:p>
      <w:pPr>
        <w:pStyle w:val="ArticleBody"/>
        <w:jc w:val="left"/>
      </w:pPr>
      <w:r>
        <w:rPr>
          <w:rFonts w:ascii="Times New Roman" w:hAnsi="Times New Roman" w:eastAsia="Times New Roman" w:cs="Times New Roman"/>
        </w:rPr>
        <w:t>Tupã Ñe’ẽme, Cristo hína pe añetegua mburuvicha yvategua yvate gotyo guáva, ha Satanás rembiaporã akóinte vaʼekue niko ombota hag̃ua ha ombohovái japu rupi Cristo mburuvicha guasu pokatu.</w:t>
      </w:r>
    </w:p>
    <w:p>
      <w:pPr>
        <w:pStyle w:val="ArticleScripture"/>
        <w:jc w:val="left"/>
      </w:pPr>
      <w:r>
        <w:rPr>
          <w:rFonts w:ascii="Times New Roman" w:hAnsi="Times New Roman" w:eastAsia="Times New Roman" w:cs="Times New Roman"/>
        </w:rPr>
        <w:t>Mba’éichaitepa reguejy yvágagui, Lucifer, ko’ẽmbyte ra’y! mba’éichaitepa reñemboguejy yvýpe, nde remokangy va’ekue tetãnguéra! Nde niko ere va’ekue nde py’apýpe: Ajupi hag̃ua yvágape, amopu’ãta che guapyha Tupã mbyjakuéra ári; aguapýta avei aty renda yvytýre, yvate gotyo mombyryvévape; ajupíta arai yvatekuéra ári; aime hag̃ua pe Yvateteguaicha. Isaías 14:12–14.</w:t>
      </w:r>
    </w:p>
    <w:p>
      <w:pPr>
        <w:pStyle w:val="ArticleBody"/>
        <w:jc w:val="left"/>
      </w:pPr>
      <w:r>
        <w:rPr>
          <w:rFonts w:ascii="Times New Roman" w:hAnsi="Times New Roman" w:eastAsia="Times New Roman" w:cs="Times New Roman"/>
        </w:rPr>
        <w:t>“Yvate gotyopegua” ha’e Jerusalén, pe táva Mburuvicha Guasu mba’éva, upépe oĩhápe Isantuario.</w:t>
      </w:r>
    </w:p>
    <w:p>
      <w:pPr>
        <w:pStyle w:val="ArticleScripture"/>
        <w:jc w:val="left"/>
      </w:pPr>
      <w:r>
        <w:rPr>
          <w:rFonts w:ascii="Times New Roman" w:hAnsi="Times New Roman" w:eastAsia="Times New Roman" w:cs="Times New Roman"/>
        </w:rPr>
        <w:t>Peteĩ Purahéi ha Salmo Corá ra’ykuérape guarã. Tuicha hína Ñandejára, ha tuichaite hag̃uáicha oñemomba’eguasu va’erã ñande Jára táva ryepýpe, imarangatu yvýpe. Iporãite hendaguére, opa yvy ape ári vy’aha, hína Sión yvyty, yvate gotyo, pe Mburuvicha Guasu táva. Salmos 48:1, 2.</w:t>
      </w:r>
    </w:p>
    <w:p>
      <w:pPr>
        <w:pStyle w:val="ArticleBody"/>
        <w:jc w:val="left"/>
      </w:pPr>
      <w:r>
        <w:rPr>
          <w:rFonts w:ascii="Times New Roman" w:hAnsi="Times New Roman" w:eastAsia="Times New Roman" w:cs="Times New Roman"/>
        </w:rPr>
        <w:t>Tupã Ñe’ẽme, umi yvy arigua “mburuvicha kuéra yvate gotyogua” akóinte ojehechauka Tupã retãyguakuéra enemigo ramo. Ha’ekuéra ohechauka Satanás rembiapo ombojojávo añetegua mburuvicha yvate gotyoguápe, oĩva iguapyha ári Jerusalénpe, upéva hína yvate gotyo ykére. Pe línea ohechaukáva mokõi proceso jehechapyrãmegua mymba ra’ãnga rehegua, osyrýva joja pe línea reheve ohechaukáva mokõi proceso jehechapyrãmegua Cristo ra’ãnga rehegua, oguereko mbohapyha testígo pe tema Satanás rembiapo rehegua oipotáva ha’e hag̃ua pe mburuvicha yvate gotyogua oguerekóva sãmbyhy Tupã retãyguakuéra ári.</w:t>
      </w:r>
    </w:p>
    <w:p>
      <w:pPr>
        <w:pStyle w:val="ArticleBody"/>
        <w:jc w:val="left"/>
      </w:pPr>
      <w:r>
        <w:rPr>
          <w:rFonts w:ascii="Times New Roman" w:hAnsi="Times New Roman" w:eastAsia="Times New Roman" w:cs="Times New Roman"/>
        </w:rPr>
        <w:t>Áño 723 a.C.-pe, mburuvicha yvate gotyopegua, ojehechaukáva Asiria rupive, ogueraha Israel retãnguéra nortepegua diezva tembiguáipe, oñemohu’ã hag̃ua Levítico mokõipa poteĩme he’íva “siete tiempo”. Mil doscientos sesenta ary rire, ary 538-pe, mburuvicha yvate gotyopegua, ojehechaukáva upe tembiasakue-pe Roma pagana literal rupive, ome’ẽ pe guapyha papal Rómape, ha upérõ ha’e oiko mburuvicha espiritual yvate gotyopegua ambue mil doscientos sesenta ary pukukue. Upe mokõiha mil doscientos sesenta ary opa ary 1798-pe, mburuvicha espiritual romano yvate gotyopegua ohupytyrõ guare peteĩ herida mortal. Oguerekórõ guare pe papado iherida mortal ary 1798-pe, upéva ohechauka yvypóra oportunidad paha ñemohu’ã, ha upe jave pe papado oñemopu’ã jeýva ipahápe ha opa ára guarã oguahẽta ipahápe avave oipytyvõ’ỹre chupe.</w:t>
      </w:r>
    </w:p>
    <w:p>
      <w:pPr>
        <w:pStyle w:val="ArticleScripture"/>
        <w:jc w:val="left"/>
      </w:pPr>
      <w:r>
        <w:rPr>
          <w:rFonts w:ascii="Times New Roman" w:hAnsi="Times New Roman" w:eastAsia="Times New Roman" w:cs="Times New Roman"/>
        </w:rPr>
        <w:t>Ha haʼe omoĩta ipalásio tavernákulo-kuéra mokõi y rembe’y apytépe, pe yvyty marangatu iporãitévape; upéicharõ jepe, og̃uahẽta ipahápe, ha ndaiporimo’ãi avave oipytyvõva chupe. Ha upe jave opu’ãta Miguel, pe mburuvicha guasu oñembo’ýva nde retayguakuéra rehehápe; ha oikóta peteĩ ára jehasa asy, araka’eve ndojehecháiva peteĩ tetã oĩ haguéguive pe ára peve; ha upe jave nde retayguakuéra oñesãmbyhýta, peteĩ-teĩ ojejuhúva ojehaipyre pe kuatiañe’ẽme. Daniel 11:45, 12:1.</w:t>
      </w:r>
    </w:p>
    <w:p>
      <w:pPr>
        <w:pStyle w:val="ArticleBody"/>
        <w:jc w:val="left"/>
      </w:pPr>
      <w:r>
        <w:rPr>
          <w:rFonts w:ascii="Times New Roman" w:hAnsi="Times New Roman" w:eastAsia="Times New Roman" w:cs="Times New Roman"/>
        </w:rPr>
        <w:t>Pe “siete tiempo”, Levítico mokõi pa’ẽme, ojojáva mokõi sua po cien ha mokõipa ary rehe, ohechauka Asíriape pe mburuvicha yvate gotyogua ramo 723 ary Cristo mboyve; ha ha’e, pe mburuvicha yvate gotyogua ramo, ojapyhy pe rréino “yvate gotyogua” yma guare Israelgua. Upe guive, ñemomba’e tupã’ỹ rehegua, oñepyrũva Asíriagui ha oguahẽva Roma tupã’ỹme, opyrũ ha omoñuhã Tupã tavayguakuérape, pe “ehército” Daniel 8:13-pe, mil mokõiciento sesenta ary pukukue. Ary 538-pe, pe Roma añeteguáva mburuvicha yvate gotyogua, oñemomba’e proféticamente pe Roma espiritual mburuvicha yvate gotyogua rehe, ha upéva opyrũ ha omoñuhã Tupã Israel espiritual rehe ambue mil mokõiciento sesenta ary pukukue. Pe mokõiha ára pukukue oñepyrũhague opyrũ hag̃ua, opa pe Roma espiritual mburuvicha yvate gotyogua ohupytyrõ guare iñekyty ojukáva ary 1798-pe.</w:t>
      </w:r>
    </w:p>
    <w:p>
      <w:pPr>
        <w:pStyle w:val="ArticleBody"/>
        <w:jc w:val="left"/>
      </w:pPr>
      <w:r>
        <w:rPr>
          <w:rFonts w:ascii="Times New Roman" w:hAnsi="Times New Roman" w:eastAsia="Times New Roman" w:cs="Times New Roman"/>
        </w:rPr>
        <w:t>Pe ta’ãngápe Cristo rehegua, pe mbytépe oĩ kurusu, upépe jepe ojekuaa mano. Mokõi aravo pe jehechapy rehegua ta’ãngápe mymba guasu rehegua oñemoheñói hag̃ua, pe mbytépe oĩ yvy mymba guasu ñemano. Pe línea-pe pe mburuvicha yvate gotyogua japu rehegua, pe mbytépe oĩ pe mburuvicha yvate gotyogua romano añeteguáva ñemano.</w:t>
      </w:r>
    </w:p>
    <w:p>
      <w:pPr>
        <w:pStyle w:val="ArticleBody"/>
        <w:jc w:val="left"/>
      </w:pPr>
      <w:r>
        <w:rPr>
          <w:rFonts w:ascii="Times New Roman" w:hAnsi="Times New Roman" w:eastAsia="Times New Roman" w:cs="Times New Roman"/>
        </w:rPr>
        <w:t>Koʼã línea ohechauka mbohapy testígo bíblico, peteĩteĩva oguerekóva mokõi período de tiempo ojojapytéva peteĩ período de tiempo ryepýpe. Káda punto central ojehechauka peteĩ ñemano tee rupive, térã peteĩ reino omanóva profesía bíblica-pe. Cristo reheguape, pe punto central haʼe vaʼekue Hembiʼy ha Jeikove jevy. Pe mymba raʼanga reheguape, pe punto central haʼe pe yvy mymba ñemano, pe sexto reino profesía bíblica rehegua, pe léi dominical-pe. Ha pe línea pe mburuvicha yvate guaʼu reheguape, pe punto central orrepresenta pe mburuvicha yvate romano literal ñemano, pe irundyha reino profesía bíblica rehegua.</w:t>
      </w:r>
    </w:p>
    <w:p>
      <w:pPr>
        <w:pStyle w:val="ArticleBody"/>
        <w:jc w:val="left"/>
      </w:pPr>
      <w:r>
        <w:rPr>
          <w:rFonts w:ascii="Times New Roman" w:hAnsi="Times New Roman" w:eastAsia="Times New Roman" w:cs="Times New Roman"/>
        </w:rPr>
        <w:t>Mokõi testígo Apocalipsis kapítulo once-pe, Hermana White he’iháicha El Conflicto de los Siglos-pe, orrepresenta Tupã Ñe’ẽ. Cristo ha’e Tupã Ñe’ẽ. Umi mokõi testígo oñeme’ẽ chupekuéra pu’aka oprofetisa hag̃ua mil mokõiciento sesenta ára pukukue, ao ajakue reheve. Upéi ojejuka chupekuéra tape mbytére, ha ndopu’ãi jey mbohapy ára ha mbyte aja. “Mil mokõiciento sesenta ára” ha “mbohapy ára ha mbyte” mokõivéva ha’e símbolo pe ára desiérto pegua, doceciento sesenta ary pukukue. Oñepyrũ peteĩ ñemombaretépe, oprofetisahápe hikuái ao ajakue reheve, ha upéva opa ñemanópe. Upéi, pe mismo período profétiko aja, okirirĩ hikuái ha oñemonde ñemanóre, oñemoingove jey peve hag̃ua opresenta hag̃ua pe marandu angél mbohapyháva rehegua, omombe’úva pe gracia ára paha.</w:t>
      </w:r>
    </w:p>
    <w:p>
      <w:pPr>
        <w:pStyle w:val="ArticleBody"/>
        <w:jc w:val="left"/>
      </w:pPr>
      <w:r>
        <w:rPr>
          <w:rFonts w:ascii="Times New Roman" w:hAnsi="Times New Roman" w:eastAsia="Times New Roman" w:cs="Times New Roman"/>
        </w:rPr>
        <w:t>Ko’ã irundy línea profética ojoja irundy testígope. Peteĩteĩva umi irundy testígo estructura profética peteĩchaite. Umi ára ha ára pegua umi poapy período rehegua, oñemboykévo Septiembre 11, 2001 guive pe ley dominical oúvape, ojejuhúva umi irundy línea ryepýpe, ha’e proféticamente peteĩchaite. Mayma punto mbytegua orrepresenta peteĩichagua mano. Mokõi umi línea apytégui oñe’ẽ Cristo rehe, taha’e Ta’ãnga ramo, térã Ñandejára Ñe’ẽ ramo. Ambue mokõi línea orrepresenta pe anticristo, taha’e hembipota rupive ombojojase hag̃ua Cristope yvate gotyo pe rréi ramo, térã ombojojase hag̃ua Cristo sistema de gobierno.</w:t>
      </w:r>
    </w:p>
    <w:p>
      <w:pPr>
        <w:pStyle w:val="ArticleBody"/>
        <w:jc w:val="left"/>
      </w:pPr>
      <w:r>
        <w:rPr>
          <w:rFonts w:ascii="Times New Roman" w:hAnsi="Times New Roman" w:eastAsia="Times New Roman" w:cs="Times New Roman"/>
        </w:rPr>
        <w:t>Ñañeha’ãta ñambojoaju umi cien cuarenta y cuatro mil pe ñorairõ reheve yvága peteĩhápe ñane artículo oútavape. Karai lector térã ohendúva: Tereikese’ỹramo rehecha hag̃ua ko’ã añetegua, térã rehecháramo voi, tekotevẽ ojehechauka hag̃ua pe marandu oñepresentáva ko’ã artículo pukukue javevepe oñemombe’uha ha upéi oñemopyendaha ha oñembareteha pe jeporu rupive, jaiporúvo peteĩ mba’e ñepyrũ hag̃uáicha jaikuaa hag̃ua pe ipaha. Kóva hína Alpha ha Omega marandu profético tee, ha peteĩ mba’e tuicháva Jesucristo Revelación pegua, ko’ág̃a ojeipe’ávape iñembotyha.</w:t>
      </w:r>
    </w:p>
    <w:p>
      <w:pPr>
        <w:pStyle w:val="ArticleScripture"/>
        <w:jc w:val="left"/>
      </w:pPr>
      <w:r>
        <w:rPr>
          <w:rFonts w:ascii="Times New Roman" w:hAnsi="Times New Roman" w:eastAsia="Times New Roman" w:cs="Times New Roman"/>
        </w:rPr>
        <w:t>Umi mbaʼe kañymíva niko Ñandejára ñande Jára pegua; ha umi mbaʼe ojehechaukáva katu ñande ha ñane ñemoñarépe guarã opa ára g̃uarã, jajapo hag̃ua ko léi ñeʼẽnguéra kompletoite. Deuteronomio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Apocalipsis Jesucristo rehegua - Papapy Trece</dc:title>
  <dc:subject>Yvágape yvágape ha umi ára pahápeguáva: Ojekuaaukávo pe aravokuéra marandu marangatúva Apocalipsis 12 ha 13-gui</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