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Papapy Poteĩmbovytevẽ hag̃ua hag̃ua hag̃ua hag̃ua hag̃ua hag̃ua hag̃a’ẽ</w:t>
      </w:r>
    </w:p>
    <w:p>
      <w:pPr>
        <w:pStyle w:val="ArticleSubtitle"/>
        <w:jc w:val="left"/>
      </w:pPr>
      <w:r>
        <w:rPr>
          <w:rFonts w:ascii="Arial" w:hAnsi="Arial" w:eastAsia="Arial" w:cs="Arial"/>
        </w:rPr>
        <w:t>Pe Revelación umi Siete Trueno rehegua: Peteĩ Análisis Profético Revelación ha Historia Oñemimíva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Roikuaauka hína umi mba’e oikótava profétikamente pe orden ojehechaukaháicha pe tembiasakue kañymby umi siete trueno rehegua, oñerrepresentáva Apocalipsis capítulos once guive trece peve. Ndojahupytýi gueteri pe punto ko’ã mba’e oikóva ñemongakuaápe, moõpa ñamoĩ joajúpe pe tembiasakue pe kuára Protestantismo rehegua ha pe kuára Republicanismo rehegua. Ndojejapói gueteri avei peteĩ pyenda ñemohesakãrã ikatu hag̃uáicha jahechauka porã Islam rembiapo pe mensaje del Clamor de Medianoche-pe. Oĩ katu peteĩ añetegua iñimportantetereíva oñembojoajúva ko’ã mba’e ndive, ohechaukáva mba’épa peteĩ tapicha ojapova’erã oñentende jave umi añetegua ojeipe’áva hína. Pe jehovasa Apocalipsis-pe oguereko avei pe tembiaporã ñañangarekova’erãha “umi mba’e ojehaíva”.</w:t>
      </w:r>
    </w:p>
    <w:p>
      <w:pPr>
        <w:pStyle w:val="ArticleBody"/>
        <w:jc w:val="left"/>
      </w:pPr>
      <w:r>
        <w:rPr>
          <w:rFonts w:ascii="Times New Roman" w:hAnsi="Times New Roman" w:eastAsia="Times New Roman" w:cs="Times New Roman"/>
        </w:rPr>
        <w:t>Pe línea tembiasakue ojeipe’a hína ogueru Tupã pu’aka apohare umi ohendúvape, omoñe’ẽvape ha oñongatúvape umi mba’e ojehaíva ipype. Upévare, ko’ág̃a ára jaheja hag̃ua ñande jesareko Isaías marandu profétiko paha rehe, ha Apocalipsis kapítulo once guive trece peve, ikatu hag̃uáicha ñamopyenda mba’éichapa iporãite pe “mbohapy ára ha mbyte” Elías ha Moisés omano hague tape rehe pe marandu rehegua tape guasu ári, ohasáva pe ñu kangue omano ha pirupa rupi. Ko’ág̃a jahechakuaáta pe he’iséva simbólikamente “pe desierto.”</w:t>
      </w:r>
    </w:p>
    <w:p>
      <w:pPr>
        <w:pStyle w:val="ArticleBody"/>
        <w:jc w:val="left"/>
      </w:pPr>
      <w:r>
        <w:rPr>
          <w:rFonts w:ascii="Times New Roman" w:hAnsi="Times New Roman" w:eastAsia="Times New Roman" w:cs="Times New Roman"/>
        </w:rPr>
        <w:t>Pe artíkulo pahápe rohechakuaa irundy testígo profétiko umi mbaʼe oikóva joapykuéri, oñemopyendáva umi siete truéno rembiasakue kañymby rehe. Cristo raʼãnga línea, mokõi testígo línea, mymba raʼãnga línea ha mburuvicha guasu yvate gotyogua japu rehegua línea.</w:t>
      </w:r>
    </w:p>
    <w:p>
      <w:pPr>
        <w:pStyle w:val="ArticleBody"/>
        <w:jc w:val="left"/>
      </w:pPr>
      <w:r>
        <w:rPr>
          <w:rFonts w:ascii="Times New Roman" w:hAnsi="Times New Roman" w:eastAsia="Times New Roman" w:cs="Times New Roman"/>
        </w:rPr>
        <w:t>Pe mokõiha línea pe mburuvicha yvategua ñembotavy rehegua oñepyrũ papado ñemombaretépe ary 538-pe. Upéi papado, pe mburuvicha yvategua espiritual ñembotavy rehegua, opyrũ ha omboity Jerusalén espiritual ha Israel espiritual rehe mil dosientos sesenta ary pukukue.</w:t>
      </w:r>
    </w:p>
    <w:p>
      <w:pPr>
        <w:pStyle w:val="ArticleScripture"/>
        <w:jc w:val="left"/>
      </w:pPr>
      <w:r>
        <w:rPr>
          <w:rFonts w:ascii="Times New Roman" w:hAnsi="Times New Roman" w:eastAsia="Times New Roman" w:cs="Times New Roman"/>
        </w:rPr>
        <w:t>Haʼekuéra hoʼáta kyse puku rembeʼýpe, ha ogueraháta chupekuéra prisionéroramo opa tetãnguére; ha Jerusalén ojepyru hag̃uéta umi tetã ambuegua reheve, peve umi tetã ambuegua ára oñekumplipa hag̃ua. Lucas 21:24.</w:t>
      </w:r>
    </w:p>
    <w:p>
      <w:pPr>
        <w:pStyle w:val="ArticleBody"/>
        <w:jc w:val="left"/>
      </w:pPr>
      <w:r>
        <w:rPr>
          <w:rFonts w:ascii="Times New Roman" w:hAnsi="Times New Roman" w:eastAsia="Times New Roman" w:cs="Times New Roman"/>
        </w:rPr>
        <w:t>Juãme oñemombeʼu tomedi hag̃ua mokõivéva pe tupaópe ha pe atyguasu, ha katu avei oñemombeʼu chupe toheja okápe pe korapy, oñemeʼẽ haguére upéva umi tetã ambuegua pópe mil mokõisa cien sesenta ary pukukue.</w:t>
      </w:r>
    </w:p>
    <w:p>
      <w:pPr>
        <w:pStyle w:val="ArticleScripture"/>
        <w:jc w:val="left"/>
      </w:pPr>
      <w:r>
        <w:rPr>
          <w:rFonts w:ascii="Times New Roman" w:hAnsi="Times New Roman" w:eastAsia="Times New Roman" w:cs="Times New Roman"/>
        </w:rPr>
        <w:t>Ha oñemeʼẽ chéve peteĩ takuapu ojoguáva peteĩ yvyra pukupe; ha pe ánhel opyta heʼívo: Epuʼã, ha emedi Tupã róga marangatu, pe altar, ha umi oporomombaʼe hag̃ua ipype. Ha pe korapy oĩva pe tupaógui okápe eheja hag̃ua, ha ani emedi chupe; oñemeʼẽgui umi tetã ambuegua-pe: ha pe táva marangatu haʼekuéra opyrũta guýpe mokõi ha irundy jasy. Apocalipsis 11:1, 2.</w:t>
      </w:r>
    </w:p>
    <w:p>
      <w:pPr>
        <w:pStyle w:val="ArticleBody"/>
        <w:jc w:val="left"/>
      </w:pPr>
      <w:r>
        <w:rPr>
          <w:rFonts w:ascii="Times New Roman" w:hAnsi="Times New Roman" w:eastAsia="Times New Roman" w:cs="Times New Roman"/>
        </w:rPr>
        <w:t>Juan ha Lucas he’ẽ porãme ohechauka umi gentíl-kuéra “opyrũ guýpe” “Jerusalén,” “mokõi ha irundy jasy pukukue.” Juan omombe’u pe aravo pukukue, ha Lucas ohechauka pe tembiasakue paha. Ko’ã mokõi testígo oñe’ẽ hína pe porandu rehe oĩva Daniel capítulo ocho, versículo trece-pe.</w:t>
      </w:r>
    </w:p>
    <w:p>
      <w:pPr>
        <w:pStyle w:val="ArticleScripture"/>
        <w:jc w:val="left"/>
      </w:pPr>
      <w:r>
        <w:rPr>
          <w:rFonts w:ascii="Times New Roman" w:hAnsi="Times New Roman" w:eastAsia="Times New Roman" w:cs="Times New Roman"/>
        </w:rPr>
        <w:t>Upéi ahendu peteĩ marangatu oñeʼẽrõ, ha ambue marangatu heʼi upe marangatu oñeʼẽvape: Mboy arakaʼe peve piko pe visión pe sacrificio ára ha ára rehegua, ha pe ñembohasa vai oporomongyʼahéva rehegua, oñemeʼẽ hag̃ua mokõivéva pe santuario ha pe ehérsito oñepyrũ hag̃ua ojejopy hag̃ua ipy guýpe? Daniel 8:13.</w:t>
      </w:r>
    </w:p>
    <w:p>
      <w:pPr>
        <w:pStyle w:val="ArticleBody"/>
        <w:jc w:val="left"/>
      </w:pPr>
      <w:r>
        <w:rPr>
          <w:rFonts w:ascii="Times New Roman" w:hAnsi="Times New Roman" w:eastAsia="Times New Roman" w:cs="Times New Roman"/>
        </w:rPr>
        <w:t>Pe porandu ikatu hag̃uápa pe santuario ha pe aty ojejopy hag̃ua py rehe, ohechauka mokõi mbarete ohundíva ojapótava pe jejopy py reheguáva Jerusalén rehe, upéva Danielpe oñerrepresenta “santuario” ramo ha avei “aty” ramo. Pe ñeikũmby ypykue hekopete ko versíkulo rehegua, J. N. Andrews he’iháicha, ha’e pe versíkulo ohechauka mokõi mbarete ohundíva, opyrũva’ekue mokõivéva, pe santuario ha pe aty. Pe peteĩha mbarete ohundíva ojehechaukáva pe versíkulope ha’e pe paganismo, ha pe mokõiha ha’e pe papalismo. Pe ñe’ẽ “aty” ha’e Daniel oipuru hag̃uáicha ohechauka hag̃ua upe Juan ohenóiva “umi omomba’éva” pe témplope, upéva he’iséva Jerusalénpe.</w:t>
      </w:r>
    </w:p>
    <w:p>
      <w:pPr>
        <w:pStyle w:val="ArticleScripture"/>
        <w:jc w:val="left"/>
      </w:pPr>
      <w:r>
        <w:rPr>
          <w:rFonts w:ascii="Times New Roman" w:hAnsi="Times New Roman" w:eastAsia="Times New Roman" w:cs="Times New Roman"/>
        </w:rPr>
        <w:t>“OĨ MOKÕI ‘ÑEMBYAI’ oĩ Daniel 8-pe.—Ko mba’e Josiah Litch omyesakã porãiterei rupi, roikuave’ẽ ijayvu he’íva:”</w:t>
      </w:r>
    </w:p>
    <w:p>
      <w:pPr>
        <w:pStyle w:val="ArticleScripture"/>
        <w:jc w:val="left"/>
      </w:pPr>
      <w:r>
        <w:rPr>
          <w:rFonts w:ascii="Times New Roman" w:hAnsi="Times New Roman" w:eastAsia="Times New Roman" w:cs="Times New Roman"/>
        </w:rPr>
        <w:t>“‘pe sacrificio ára’ ha’e pe jehechakuaa oĩva ko’ág̃a pe texto ingléspe. Péro mba’eveichagua sacrificio ndojejuhúi pe ypykuepe. Kóva ojehechakuaa opavave rehe. Ha’e peteĩ glosa térã peteĩ construcción omoĩva hese umi traduktór. Pe jehechakuaa añetéva ha’e, ‘pe ára ha pe transgresión ñehundiha rehegua,’ ára ha transgresión ojoajuva’ekue “ha” rupive; pe ára ñehundiha ha pe transgresión ñehundiha rehegua. Mokõi mbarete ñehundiha hína, umi va’erãva omongu’i pe santuario ha pe ehérsito.”—Prophetic Expositions, Volumen 1, página 127.</w:t>
      </w:r>
    </w:p>
    <w:p>
      <w:pPr>
        <w:pStyle w:val="ArticleScripture"/>
        <w:jc w:val="left"/>
      </w:pPr>
      <w:r>
        <w:rPr>
          <w:rFonts w:ascii="Times New Roman" w:hAnsi="Times New Roman" w:eastAsia="Times New Roman" w:cs="Times New Roman"/>
        </w:rPr>
        <w:t>“Hesakã porã pe santuario ha pe ehérsito ojejapyrupytýta hag̃ua guýpe pe ára ha pe hembiapo vai ñehundi rehegua rupi. Peteĩ ñemoñe’ẽ porã versíkulo 13-pe ombohovaikuaa ko mba’e. Ha ko añetegua omopyenda ambue mba’e, ha’éva: ko’ã mokõi ñehundi hína umi mokõi tuichavéva ta’ãnga Satanás oipurúva oñeha’ãvo omongu’e hag̃ua Jehová ñemomba’e ha Hembiapo. Karai Miller ñe’ẽ ko’ã mokõi ñe’ẽ he’isévare, ha tape ha’e ojapova’ekue oguahẽ hag̃ua upéva he’isévare, oñemoĩ ko akãme’ẽ guýpe:”</w:t>
      </w:r>
    </w:p>
    <w:p>
      <w:pPr>
        <w:pStyle w:val="ArticleScripture"/>
        <w:jc w:val="left"/>
      </w:pPr>
      <w:r>
        <w:rPr>
          <w:rFonts w:ascii="Times New Roman" w:hAnsi="Times New Roman" w:eastAsia="Times New Roman" w:cs="Times New Roman"/>
        </w:rPr>
        <w:t>“UMI MOKÕI ÑEMBYAIKUÉRA HA’E PAGANISMO HA PAPÁDO”</w:t>
      </w:r>
    </w:p>
    <w:p>
      <w:pPr>
        <w:pStyle w:val="ArticleScripture"/>
        <w:jc w:val="left"/>
      </w:pPr>
      <w:r>
        <w:rPr>
          <w:rFonts w:ascii="Times New Roman" w:hAnsi="Times New Roman" w:eastAsia="Times New Roman" w:cs="Times New Roman"/>
        </w:rPr>
        <w:t>“‘Amoñe’ẽve rire, ndaikatúi ajuhu ambue káso ojejuhuhápe upéva [pe ára ha ára], Daniel-pe añoite. Upérõ [petet ñe’ẽjoavy ryru pytyvõ rupive] ajapyhy umi ñe’ẽ oĩva hendive joajúpe, “oipe’a”; ha’e oipe’áta, “pe ára ha ára”; “pe ára ha ára ojeipe’áta guive”, h.a. Amoñe’ẽve, ha aikuaa che ndajuhumo’ãiha mba’eve tesakã hag̃ua pe texto; ipahápe, aju 2 Tesalonicenses 2:7, 8-pe. “Pe tekovaí remimysterio niko omba’apóma; peteĩnte oĩ ko’ág̃a ojokóva, ojeipe’a peve tapegui, ha upéi ojehechaukáta pe aña,” h.a. Ha oguahẽvo upe texto-pe, ¡ajépa mba’éichapa hesakã ha hechapyrã pe añetegua! ¡Upépe oĩ! ¡Upéva hína “pe ára ha ára”! Añetehápe, mba’épa he’ise Pablo “pe ojokóva ko’ág̃a”, térã pe ombotapykue’ẽva, reheve? “Pe kuimba’e angaipa rehegua” ha “pe aña” rupive, oñe’ẽ hína popería rehe. Upéicharõ, mba’épa pe ojokóva popería ani hag̃ua ojehechauka? Niko pagãnismo; upéicharõ, “pe ára ha ára” he’iseva’erã pagãnismo.’—Second Advent Manual, página 66.” J. N. Andrews, The Sanctuary and the 2300 Days, 33, 34.</w:t>
      </w:r>
    </w:p>
    <w:p>
      <w:pPr>
        <w:pStyle w:val="ArticleBody"/>
        <w:jc w:val="left"/>
      </w:pPr>
      <w:r>
        <w:rPr>
          <w:rFonts w:ascii="Times New Roman" w:hAnsi="Times New Roman" w:eastAsia="Times New Roman" w:cs="Times New Roman"/>
        </w:rPr>
        <w:t>Levítico veinte y seis-pe oñembotýva “siete tiempos” ñekumplípe, paganisismo opyrũ vaʼekue oguerojere ha ombyai pe santuario ha pe hueste mil doscientos sesenta áño aja, ha upéi papalismo ojapo upe tembiapo peteĩ mil doscientos sesenta áño ambuéva pukukue. Papado opyrũ vaʼekue ombyai hag̃ua Jerusalén mil doscientos sesenta áño aja Lucas ha Juan heʼiháicha, pe papado ohupyty pe ikyhyjevéva herida mortal ary 1798-pe peve. Ojeipeʼávo mil doscientos sesenta áño 1798-gui, oñeg̃uahẽ 538-pe. Ojeipeʼávo mil doscientos sesenta áño 538-gui, oñeg̃uahẽ 723 a.C.-pe, upe jave Asiria, pe yvate gotyo rréi tee upérõguare, ogueraha vaʼekue Israel pe rréino yvatepegua ñembiguáipe.</w:t>
      </w:r>
    </w:p>
    <w:p>
      <w:pPr>
        <w:pStyle w:val="ArticleBody"/>
        <w:jc w:val="left"/>
      </w:pPr>
      <w:r>
        <w:rPr>
          <w:rFonts w:ascii="Times New Roman" w:hAnsi="Times New Roman" w:eastAsia="Times New Roman" w:cs="Times New Roman"/>
        </w:rPr>
        <w:t>Juan oñe’ẽnte umi mil dosiento sesenta ary rehe, pe papado opyrũhague pe santuario ha pe aty rehe; Lucas katu oñe’ẽ mokõive umi periodo mil dosiento sesenta ary rehe, paganismo ha papalismo opyrũhague Jerusalén rehe, heʼígui: “peve oñekumpli peve umi ára gentil-kuéra rehegua.” Lucas ohechauka Jerusalén ñembojarupa ndahaʼeiha peteĩnte “ára”, ohenóigui upéva umi gentil-kuéra “ára-kuéra” ñekumplimiento hag̃ua.</w:t>
      </w:r>
    </w:p>
    <w:p>
      <w:pPr>
        <w:pStyle w:val="ArticleBody"/>
        <w:jc w:val="left"/>
      </w:pPr>
      <w:r>
        <w:rPr>
          <w:rFonts w:ascii="Times New Roman" w:hAnsi="Times New Roman" w:eastAsia="Times New Roman" w:cs="Times New Roman"/>
        </w:rPr>
        <w:t>Katuete, ary 1856-pe, pe adventismo Miller guigua ojere Laodicéa-pe, ha siete áño rire omboyke hikuái pe añetegua “siete tiempos”-gua Levítico mokõipa poteĩme, upévare ndaikatúi pe adventismo ohecha koʼã mbaʼe añetegua bíblico hesakãva. Pe hecho aime vaʼekue ahechauka hag̃ua haʼe hína pe tembiasakue kañymby umi siete trueno-gua, ombojekuaáva mbohapy marca tape rehegua, ha peteĩ periodo de tiempo pe primera ha mokõiha marca tape rehegua apytépe, ha upéi peteĩ mokõiha periodo de tiempo pe mokõiha ha mbohapyha marca tape rehegua apytépe, oñerepresenta hag̃ua pe línea profética pe mburuvicha yvate gotyogua japu rehegua ryepýpe.</w:t>
      </w:r>
    </w:p>
    <w:p>
      <w:pPr>
        <w:pStyle w:val="ArticleBody"/>
        <w:jc w:val="left"/>
      </w:pPr>
      <w:r>
        <w:rPr>
          <w:rFonts w:ascii="Times New Roman" w:hAnsi="Times New Roman" w:eastAsia="Times New Roman" w:cs="Times New Roman"/>
        </w:rPr>
        <w:t>Upe línea oñepyrũ 723 a.C.-pe, pe rréino yvate gotyo Israel oho jave tembiguáiramo Asiria ruvicha poguýpe, peteĩ rréi añeteguáva yvate gotyogua. Upéi, 538-pe, pe rréi yvate gotyogua espiritual oñemombarete, ha upéi opyrũmba Jerusalén espiritual rehe ambue mil mokõi sa po’ẽrasy ha sesenta áño pukukue, pe oguereko peve peteĩ herida oporojukáva 1798-pe. 723 a.C. guive, 538 peve, umi pu'aka oguerekóva Israel poguýpe akóinte vaʼekue pu'aka pagáno.</w:t>
      </w:r>
    </w:p>
    <w:p>
      <w:pPr>
        <w:pStyle w:val="ArticleBody"/>
        <w:jc w:val="left"/>
      </w:pPr>
      <w:r>
        <w:rPr>
          <w:rFonts w:ascii="Times New Roman" w:hAnsi="Times New Roman" w:eastAsia="Times New Roman" w:cs="Times New Roman"/>
        </w:rPr>
        <w:t>Cristo rembiapo rechaukaha ohechauka pe mboykuapy añetegua rréi yvate gotyguápe Imongarai jave áño 27-pe, ha mil mokõi ciento sesenta ára maranduhára rire, Haʼe oñemosãingómi kurusúre. Upérõ Hemimboʼekuéra oñemombarete hag̃ua opresenta hag̃ua pe marandu pe rréi añetegua yvate gotyguápe rehegua, Esteban oñemboitapykue peve áño 34-pe. Peteĩnte jey Cristo ndoguatái opaite mil mokõi ciento sesenta ára Iministerio aja, haʼe oike jave Jerusalén-pe pe jeike triumfálpe. Upévare Haʼe opyrũ hag̃ua Jerusalén ári mil mokõi ciento sesenta ára pukukue, ojapoháicha Hemimboʼekuéra kurusu rire. Mokõivéva línea, pe rréi yvate gotyguápe gua’u ha Cristo, pe rréi añetegua yvate gotyguápe, opyrũ Jerusalén ha pe ehérsito ári mil mokõi ciento sesenta ára pukukue.</w:t>
      </w:r>
    </w:p>
    <w:p>
      <w:pPr>
        <w:pStyle w:val="ArticleBody"/>
        <w:jc w:val="left"/>
      </w:pPr>
      <w:r>
        <w:rPr>
          <w:rFonts w:ascii="Times New Roman" w:hAnsi="Times New Roman" w:eastAsia="Times New Roman" w:cs="Times New Roman"/>
        </w:rPr>
        <w:t>Tupã’ỹre rehegua jerovia ha’e va’ekue peteĩ japu joguaha pe adoración rape pe yvy arigua santuario rembiapo rehegua umi judío tee guápe; ha papalismo katu ha’e peteĩ japu joguaha pe yvágape oĩva santuario rembiapo rehegua umi judío espiritual guápe. Tupã’ỹre rehegua jerovia rembe’y mil mokõi sa’i poteĩ ary, ojoja Cristo rembe’y mil mokõi sa’i poteĩ ára ndive; ha papalismo rembe’y mil mokõi sa’i poteĩ ary katu, ojoja temimbo’e kuéra rembe’y mil mokõi sa’i poteĩ ára ndive.</w:t>
      </w:r>
    </w:p>
    <w:p>
      <w:pPr>
        <w:pStyle w:val="ArticleBody"/>
        <w:jc w:val="left"/>
      </w:pPr>
      <w:r>
        <w:rPr>
          <w:rFonts w:ascii="Times New Roman" w:hAnsi="Times New Roman" w:eastAsia="Times New Roman" w:cs="Times New Roman"/>
        </w:rPr>
        <w:t>Mokõive oguereko peteĩcha pe estructura profética historia ñemiguáva rehegua umi siete trueno rehegua, oñepyrũva’ekue ojepe’a hag̃ua opavave renondépe julio, 2023-pe. Pe jepe’a ojejapo peteĩ hendáicha pe Millerita ñemongu’e ñembotavyha peteĩha jehechakuaa rupive. Iñembotavyha peteĩha omoingekuri peteĩ ára pukukue, oñembohérava “pe tiempo de espera” umi diez virgen parábola-pe. Pe “tiempo de espera” opa va’ekue pe aty ñembo’eha Exeter, New Hampshire-pe, pe marandu Midnight Cry rehegua oñemopyendaite rire. Pe aty Exeter-pe oiko pe mokõiha waymark ramo, ha upéi omoinge peteĩ ára pukukue, upépe pe marandu Midnight Cry rehegua oñemoherakuãkuri, pe mbohapyha waymark juicio rehegua ha pe ñembotavyha paha og̃uahẽ meve.</w:t>
      </w:r>
    </w:p>
    <w:p>
      <w:pPr>
        <w:pStyle w:val="ArticleBody"/>
        <w:jc w:val="left"/>
      </w:pPr>
      <w:r>
        <w:rPr>
          <w:rFonts w:ascii="Times New Roman" w:hAnsi="Times New Roman" w:eastAsia="Times New Roman" w:cs="Times New Roman"/>
        </w:rPr>
        <w:t>Umi mbohapy techaukaha ha’e pe ñembotavy peteĩha, pe marandu Sapy’a Pyharepytegua ha pe ñembotavy pahaguéva. Umi mbohapy techaukaha ojokupyty pe ñe’ẽ hebreo “añetegua” ndive, upéva ohechauka pe letra peteĩha, pe pahaapyha ha pe pahaguéva alfabeto hebreopegua. Pe peteĩha ha pe pahaguéva, mokõivéva ñembotavy rupi, ohechauka pe Alpha ha Omega rérañete.</w:t>
      </w:r>
    </w:p>
    <w:p>
      <w:pPr>
        <w:pStyle w:val="ArticleBody"/>
        <w:jc w:val="left"/>
      </w:pPr>
      <w:r>
        <w:rPr>
          <w:rFonts w:ascii="Times New Roman" w:hAnsi="Times New Roman" w:eastAsia="Times New Roman" w:cs="Times New Roman"/>
        </w:rPr>
        <w:t>Ndaipóri representación directa mil mokõi sa po rata ary po ova ára rehegua tembiasakue Millerita-pe, upéicharõ jepe tembiasakue Millerita ha’e pe primer movimiento rembiasakue ha upévare ohechaukarã pe último movimiento. Pe primer desengaño rembiasakue pe último movimiento-pe oñepyrũkuri 18 jasypokõi ary 2020-pe, ha ojehechauka Apocalipsis capítulo once-pe. Apocalipsis capítulo once-pe, umi mokõi testígo ojejuka, upéva ohechaukávo pe primer desengaño pe último movimiento-pe, upe mba’e ojehechaukava’ekue pe primer movimiento rupive.</w:t>
      </w:r>
    </w:p>
    <w:p>
      <w:pPr>
        <w:pStyle w:val="ArticleBody"/>
        <w:jc w:val="left"/>
      </w:pPr>
      <w:r>
        <w:rPr>
          <w:rFonts w:ascii="Times New Roman" w:hAnsi="Times New Roman" w:eastAsia="Times New Roman" w:cs="Times New Roman"/>
        </w:rPr>
        <w:t>Apocalípsis capítulo once-pe, pe ñeñembyasy omoinge peteĩ ára pegua mil mokõi saĩmeme poapy ha peteĩ ary pukukue, ha upéicha umi hete omanóva oĩ tape mbytépe, ohechauka hag̃uáicha pe árape’ẽ pe ñemombe’ugua’u pegua. Iñemoingove jeýpe, ha’ekuéra oñemopu’ã peteĩ techaukaha ramo pe aravoetepe voi, pe huísio léi domingo rehegua ndive. Mokõi testígo rembiasakue oguereko peteĩ ára pegua mil mokõi saĩmeme poapy ha peteĩ ary simbóliko.</w:t>
      </w:r>
    </w:p>
    <w:p>
      <w:pPr>
        <w:pStyle w:val="ArticleBody"/>
        <w:jc w:val="left"/>
      </w:pPr>
      <w:r>
        <w:rPr>
          <w:rFonts w:ascii="Times New Roman" w:hAnsi="Times New Roman" w:eastAsia="Times New Roman" w:cs="Times New Roman"/>
        </w:rPr>
        <w:t>Mbohapy poravopyre ñemýi rehegua ángel mbohapyha pegua tembiasakue kañymby marandurã apokatu rembiapokuépe umi siete trueno rehegua ome’ẽ hetaiteve ñemyesakã umi ambue línea paralela-gui; ha katu ángel mbohapyha línea, mburuvicha añetegua yvate gotyo pegua línea, ha mburuvicha yvate gotyo pegua japu rehegua línea, opavave oguereko peteĩcha umi marandu’ỹme’ẽ gua’u profético rekome’ẽ: peteĩ ñepyrũha, upéi peteĩ tiempo pukukue oguahẽva peteĩ mbyte punto peve, ha upéi ambue tiempo pukukue oguahẽva juicio peve paha punto-pe.</w:t>
      </w:r>
    </w:p>
    <w:p>
      <w:pPr>
        <w:pStyle w:val="ArticleBody"/>
        <w:jc w:val="left"/>
      </w:pPr>
      <w:r>
        <w:rPr>
          <w:rFonts w:ascii="Times New Roman" w:hAnsi="Times New Roman" w:eastAsia="Times New Roman" w:cs="Times New Roman"/>
        </w:rPr>
        <w:t>Umi mil doscientos sesenta ára ha’e peteĩ elemento principal pe tembiasakue ñemigua rehegua umi siete truenopegua. Umi mil doscientos sesenta ára oñembohechauka peteĩ “desierto” ramo Apocalipsis capítulu doce-pe.</w:t>
      </w:r>
    </w:p>
    <w:p>
      <w:pPr>
        <w:pStyle w:val="ArticleScripture"/>
        <w:jc w:val="left"/>
      </w:pPr>
      <w:r>
        <w:rPr>
          <w:rFonts w:ascii="Times New Roman" w:hAnsi="Times New Roman" w:eastAsia="Times New Roman" w:cs="Times New Roman"/>
        </w:rPr>
        <w:t>Ha pe kuña okañy ñu mbytépe, upépe oguereko peteĩ tenda Tupã ombosako’íva chupe guarã, upépe oñangarekóvo hese mil mokõi sa’y ha poteĩ ára pukukue. Apocalipsis 12:6.</w:t>
      </w:r>
    </w:p>
    <w:p>
      <w:pPr>
        <w:pStyle w:val="ArticleBody"/>
        <w:jc w:val="left"/>
      </w:pPr>
      <w:r>
        <w:rPr>
          <w:rFonts w:ascii="Times New Roman" w:hAnsi="Times New Roman" w:eastAsia="Times New Roman" w:cs="Times New Roman"/>
        </w:rPr>
        <w:t>Pe tupao oho ñu ka’aguyme okañy hag̃ua pe pokatu papal opyrũ haguére hi’ári mil mokõi sa po’ẽ ha poteĩ ary pukukue. Pe versíkulo catorce ome’ẽ ambue testígo.</w:t>
      </w:r>
    </w:p>
    <w:p>
      <w:pPr>
        <w:pStyle w:val="ArticleScripture"/>
        <w:jc w:val="left"/>
      </w:pPr>
      <w:r>
        <w:rPr>
          <w:rFonts w:ascii="Times New Roman" w:hAnsi="Times New Roman" w:eastAsia="Times New Roman" w:cs="Times New Roman"/>
        </w:rPr>
        <w:t>Ha kuñáme oñemeʼẽ mokõi pepo peteĩ taguato guasu rehegua, ikatu hag̃uáicha oveve yvy ojeikoʼỹháme, hendápe, upépe oñemongaru hag̃uáicha chupe peteĩ ára, ha ára kuéra, ha mbyte ára pukukue, mbói rova-gui. Apocalipsis 12:14.</w:t>
      </w:r>
    </w:p>
    <w:p>
      <w:pPr>
        <w:pStyle w:val="ArticleBody"/>
        <w:jc w:val="left"/>
      </w:pPr>
      <w:r>
        <w:rPr>
          <w:rFonts w:ascii="Times New Roman" w:hAnsi="Times New Roman" w:eastAsia="Times New Roman" w:cs="Times New Roman"/>
        </w:rPr>
        <w:t>Pe iglesia oñani mbói guasu ha papado persecusión-gui mil mokõi saĩ póva ary pukukue, upévare “desiérto” ha’e peteĩ símbolo umi mil mokõi saĩ ára rehegua. Pe papapy ojehecha hag̃ua sieté jey directa Daniel ha Apocalipsis kuatiañe’ẽnguérape, ha katu oñerrepresenta avei heta ambue hendáicha Ñandejára Ñe’ẽme. Káda kásope, upéva orrepresenta umi “siete tiempo” Levítico veintiséis-peguápe.</w:t>
      </w:r>
    </w:p>
    <w:p>
      <w:pPr>
        <w:pStyle w:val="ArticleBody"/>
        <w:jc w:val="left"/>
      </w:pPr>
      <w:r>
        <w:rPr>
          <w:rFonts w:ascii="Times New Roman" w:hAnsi="Times New Roman" w:eastAsia="Times New Roman" w:cs="Times New Roman"/>
        </w:rPr>
        <w:t>Taha'e paganisrõ oipyso ipypegua ha pe aty oĩva upépe áño 723 a.C. guive áño 538 peve, térã papado opyrũ hag̃ua yvýre Jerusalén espiritual ha umi upépe omomba'eguasúva, upéva ha'e va'ekue peteĩ techaukaha Tupã tavayguakuéra oñemosarambiha, ha upéva oiko va'ekue Tupã tavayguakuéra ombyai rupi pe joaju ñe'ẽ “yvy sabbat-kuéra rehegua” ojehechaukáva Levítico kapítulo 25 ha 26-pe. Pe kapítulo 26-pe oñehenói chupe Tupã joaju ñe'ẽ ñorairõ.</w:t>
      </w:r>
    </w:p>
    <w:p>
      <w:pPr>
        <w:pStyle w:val="ArticleScripture"/>
        <w:jc w:val="left"/>
      </w:pPr>
      <w:r>
        <w:rPr>
          <w:rFonts w:ascii="Times New Roman" w:hAnsi="Times New Roman" w:eastAsia="Times New Roman" w:cs="Times New Roman"/>
        </w:rPr>
        <w:t>Ha aguerúta pende ári peteĩ kyse puku, omyengoviátava che ñe’ẽme’ẽ ñorairõ; ha peñembyaty vove pene táva kuérape, amondoíta pende apytépe mba’asy vai, ha peẽme oñeme’ẽta enemigo pópe. Levítico 26:25.</w:t>
      </w:r>
    </w:p>
    <w:p>
      <w:pPr>
        <w:pStyle w:val="ArticleBody"/>
        <w:jc w:val="left"/>
      </w:pPr>
      <w:r>
        <w:rPr>
          <w:rFonts w:ascii="Times New Roman" w:hAnsi="Times New Roman" w:eastAsia="Times New Roman" w:cs="Times New Roman"/>
        </w:rPr>
        <w:t>Ñepu’ã Tupã ñe’ẽme’ẽ rehegua ogueru Tupã tavayguakuérape tembiguái reko ha ñemosarambi, ojehechaukáva “che ñe’ẽme’ẽ joavy” ramo. Oñentende’ỹ rehe pe castígo, Daniel ohenóiva Moisés “maldición” ha “juramento”, ha upéva avei oñembohérava “che ñe’ẽme’ẽ joavy”, ombohesape’ỹ peteĩ tapichápe ohecha hag̃ua Cristo rembiapo he’ise pypukuvéva, ojehechaukaháicha Daniel kapítulo nueve-pe. Peteĩ jehechakuaa joja Tupã tavayguakuéra rehegua oĩva Laodicea rehegua pytũmby ára guáicha Ellen White jehaipykuérape ha’e hikuái ndaikatuiha “oñemoñe’ẽ mba’érepa, mba’e oikóva peve.” Ikatu remombe’u rentendeha mil mokõi saĩnte ary poteĩpa jehupytyre pe Ypytũ Ára pukukue, ha katu nerentendéiramo pe “mba’érepa” upe ñemomboriahu guýpe, nde reiko pytũmbýpe.</w:t>
      </w:r>
    </w:p>
    <w:p>
      <w:pPr>
        <w:pStyle w:val="ArticleScripture"/>
        <w:jc w:val="left"/>
      </w:pPr>
      <w:r>
        <w:rPr>
          <w:rFonts w:ascii="Times New Roman" w:hAnsi="Times New Roman" w:eastAsia="Times New Roman" w:cs="Times New Roman"/>
        </w:rPr>
        <w:t>Ha haʼe omoañetéta pe ñe’ẽme’ẽ heta ndive peteĩ semánape g̃uarã; ha pe semána mbytépente ojapóta hag̃ua opa pe mymbajuka ha pe ofrénda, ha pe ñemongyʼa vai ojepyso hag̃uére ojapóta hag̃ua chugui peteĩ tenda ojeheja hag̃uáicha, pe huʼã meve, ha upe ojehechakuaáva oñeñohẽta pe tenda ojeheja hag̃uáicha ári. Daniel 9:27.</w:t>
      </w:r>
    </w:p>
    <w:p>
      <w:pPr>
        <w:pStyle w:val="ArticleBody"/>
        <w:jc w:val="left"/>
      </w:pPr>
      <w:r>
        <w:rPr>
          <w:rFonts w:ascii="Times New Roman" w:hAnsi="Times New Roman" w:eastAsia="Times New Roman" w:cs="Times New Roman"/>
        </w:rPr>
        <w:t>Cristo omoañete hag̃ua pe pehẽngue ojoajúva directamente pe “ñorairõ ipactogui” rehe. Pe “maldición” pukukue ha’e mokõi su po po mokõi arýpa, ha pe Cristo omoañetéva upe mismo pacto pukukue ha’e mokõi su po po mokõi ára. Oñembojoajúvo pe ñe’ẽ hebreo “añetegua” rehe, ome’ẽva pe estructura pe tembiasakue ñemiguáva umi siete trueno rehegua, pe semana profética Cristo omoakãrapu’ã va’erãkuri ipacto oguerekókuri mbohapy techaukaha ojehechaukáva pe alfabeto hebreo ñe’ẽrã peteĩha, pa’ũmbyhaapyha ha pahague rupive.</w:t>
      </w:r>
    </w:p>
    <w:p>
      <w:pPr>
        <w:pStyle w:val="ArticleBody"/>
        <w:jc w:val="left"/>
      </w:pPr>
      <w:r>
        <w:rPr>
          <w:rFonts w:ascii="Times New Roman" w:hAnsi="Times New Roman" w:eastAsia="Times New Roman" w:cs="Times New Roman"/>
        </w:rPr>
        <w:t>Pe peteĩha ára rechaukaha pe arapokõindýpe ha’e vaʼekue Ibautísmo, pe mokõiha rechaukaha ha’e vaʼekue kurusu, ha pe pahague ha’e vaʼekue Estévan rembimanó. Ndojehechakuaaséiramo umi “pokõi jevy” oĩva Levítico veintiséis-pe, yvága guigua ánhel kuéra omboguatárõ guare William Miller-pe ohecha hag̃ua umi “pokõi jevy”, upéva oipeʼa pe katupyry ojehecha porãmbaité hag̃ua voi pe profesía oĩhápe Cristo oñohẽvaʼekue Huguýpe ha omoneĩva pe voi pacto Ipueblo ymaite guaréva hechapyrãite omboykévaʼekue. Maymáva ipahápe oñesalvátava orekóta añoite peteĩ ñehesakã pehẽngue ha ndoikopáiva pe “añeteguáre”. Péro avave ndojesalvái ojaposéramo voi omboyke hag̃ua ohecha pe “añetegua”. Oĩ peteĩ tape añoite ogueraháva Túvape, ha upéva ha’e Jesús rupive, ha Jesús ha’e pe “añetegua”.</w:t>
      </w:r>
    </w:p>
    <w:p>
      <w:pPr>
        <w:pStyle w:val="ArticleBody"/>
        <w:jc w:val="left"/>
      </w:pPr>
      <w:r>
        <w:rPr>
          <w:rFonts w:ascii="Times New Roman" w:hAnsi="Times New Roman" w:eastAsia="Times New Roman" w:cs="Times New Roman"/>
        </w:rPr>
        <w:t>Kóva ha’e peteĩ ñemyesakã iporãva oñeñandu hag̃ua, mba’ére piko oñe’ẽ pe pacto Levítico mokõi pa po ha mokõi pa peteĩme. Pe “maldición” umi “siete tiempo” rehegua oguahẽ va’ekue Israel yma guarépe, he’iséva Israel tee, iñe’ẽrenduse’ỹ rupive omoañete hag̃ua umi ñe’ẽmondo oñeme’ẽ va’ekue yvy topytu’u hag̃ua, ha omoañete hag̃ua umi mbo’epy Jubileo rehegua. Kóva ha’e va’ekue peteĩ angaipa ojejapo’ỹ rupi. Pe maldición oguahẽ hi’ári kuéra oheja hag̃uére peteĩ tembiapo ojapo va’erã hikuái, ndaha’éi rupi ombohovake hag̃uére peteĩ mandamiento he’íva, techapyrãrõ: nde rejuka’ỹva’erã térã nde remonda’ỹva’erã. Ha’ekuéra oheja rei mante umi ñe’ẽmondo oñondivehápe pe yvy topytu’u hag̃ua. Umi Adventista ndogueroviáiva mante pe “siete tiempo” (umi ánhel ogueraha va’ekue William Millerpe oikuaa hag̃ua) oimeraẽ mba’e ndotupãguáva rehehápe, ha araka’eve nomboyke’ỹiva tiempo añetehápe ohesa’ỹijo hag̃ua pe añetegua, ojapo hína upeichagua jepe’a ojejapo’ỹ rupi, omboykévo umi marandu pacto rehegua peteĩchaguaite umi Israel yma guare, he’iséva Israel tee, omboyke hague. Pe ñepyrũ ohechauka pe paha.</w:t>
      </w:r>
    </w:p>
    <w:p>
      <w:pPr>
        <w:pStyle w:val="ArticleBody"/>
        <w:jc w:val="left"/>
      </w:pPr>
      <w:r>
        <w:rPr>
          <w:rFonts w:ascii="Times New Roman" w:hAnsi="Times New Roman" w:eastAsia="Times New Roman" w:cs="Times New Roman"/>
        </w:rPr>
        <w:t>Umi mil doscientos sesenta ára Apocalipsis doce-pe ojehechaukáva “desiérto” ramo, ha’e peteĩ símbolo umi “siete tiempo”-pegua. Mokõivéva, umi mil doscientos sesenta ára Cristo ministerio rehegua, ha umi mil doscientos sesenta ára temimbo’ekuéra ministerio rehegua, ohechauka pe semána pukukue oñemombaretévo pe konvénio. Ha mokõivéva, umi mil doscientos sesenta ary paganisimo opyrũ hag̃ua Tupã retãyguáre, ha umi mil doscientos sesenta ary papalismo opyrũ hag̃ua Tupã retãyguáre, ohechauka pe “siete tiempo” pukukue pe maldición Moisés reheguápe.</w:t>
      </w:r>
    </w:p>
    <w:p>
      <w:pPr>
        <w:pStyle w:val="ArticleBody"/>
        <w:jc w:val="left"/>
      </w:pPr>
      <w:r>
        <w:rPr>
          <w:rFonts w:ascii="Times New Roman" w:hAnsi="Times New Roman" w:eastAsia="Times New Roman" w:cs="Times New Roman"/>
        </w:rPr>
        <w:t>Apocalipsis kapítulo once-pe, mil mokõi cien sesenta ára rire, kangue omano vaʼekue oñemoingove jey, oike hag̃ua pe ñeʼẽmeʼẽme umi cien cuarenta y cuatro mil ramo. Ha ikatu hag̃uáicha ohupyty hikuái upe joaju ñeʼẽmeʼẽ rehegua, tekotevẽ hikuái omohuʼã umi ñeʼẽmeʼẽ rembiapoukapy, Daniel ojapo haguéicha kapítulo nueve-pe. Umi “siete tiempos” ñeʼẽmeʼẽ rembiapoukapy oguereko mboʼepyrãkuéra hesakã porãva umi ojejuhúva enemigo retãme g̃uarã. Umi opáyva pe añetehápe, oikuaa hag̃ua oñemosarambi hague, ha oipotáva ojevy Ñandejárape, Levítico veintiséis omeʼẽ mboʼepyrã mbaʼéichapa ojevy vaʼerã hikuái.</w:t>
      </w:r>
    </w:p>
    <w:p>
      <w:pPr>
        <w:pStyle w:val="ArticleScripture"/>
        <w:jc w:val="left"/>
      </w:pPr>
      <w:r>
        <w:rPr>
          <w:rFonts w:ascii="Times New Roman" w:hAnsi="Times New Roman" w:eastAsia="Times New Roman" w:cs="Times New Roman"/>
        </w:rPr>
        <w:t>Ha umi oikovéva pende apytépe ikangýta hína iñañáme pende enemigo-kuéra yvýpe; ha avei itúva kuéra rembiapo vaikue rupi ikangýta hendivekuéra. Ha’e kuéra omombe’úrõ iñañáme, ha itúva kuéra rembiapo vaikue, hembiavy vai ojapo vaekue che rehe, ha avei oiko hague che kóntrape; ha che avei aiko hague hesekuéra che kóntrape, ha amondo hague chupekuéra iñenemigo-kuéra retãme; upérõ, ikorasõ ndojeapi’oiva oñemomirĩrõ, ha ha’e kuéra upérõ omoneĩrõ iñañáme ñembojepy: upéicharõ che mandu’áta che ñe’ẽme’ẽ rehe Jacob ndive, ha avei che ñe’ẽme’ẽ rehe Isaac ndive, ha avei che mandu’áta che ñe’ẽme’ẽ rehe Abraham ndive; ha che mandu’áta pe yvy rehe. Levítico 26:39–42.</w:t>
      </w:r>
    </w:p>
    <w:p>
      <w:pPr>
        <w:pStyle w:val="ArticleBody"/>
        <w:jc w:val="left"/>
      </w:pPr>
      <w:r>
        <w:rPr>
          <w:rFonts w:ascii="Times New Roman" w:hAnsi="Times New Roman" w:eastAsia="Times New Roman" w:cs="Times New Roman"/>
        </w:rPr>
        <w:t>Ñe’ẽjoaju “ipiru hag̃ua” Ñandejára Ñe’ẽme he’ise oñembyai, oñembogua ha oñehundi hag̃uaite. Ipiru hag̃ua he’ise oñembyai hag̃ua umi kangue omanóva ha pirúva-pe. Ha pe ñembo’e térã tembiapoukapy omombe’u mano rehegua, péva ogueraháicha umi opáyva ohechakuaa hag̃ua hekoha oĩha “pende rovái kuéra yvýpe.”</w:t>
      </w:r>
    </w:p>
    <w:p>
      <w:pPr>
        <w:pStyle w:val="ArticleScripture"/>
        <w:jc w:val="left"/>
      </w:pPr>
      <w:r>
        <w:rPr>
          <w:rFonts w:ascii="Times New Roman" w:hAnsi="Times New Roman" w:eastAsia="Times New Roman" w:cs="Times New Roman"/>
        </w:rPr>
        <w:t>Pe ipahápe oñehundíta va’erãva enemigo ha’e hína ñemano. 1 Corintios 15:26.</w:t>
      </w:r>
    </w:p>
    <w:p>
      <w:pPr>
        <w:pStyle w:val="ArticleBody"/>
        <w:jc w:val="left"/>
      </w:pPr>
      <w:r>
        <w:rPr>
          <w:rFonts w:ascii="Times New Roman" w:hAnsi="Times New Roman" w:eastAsia="Times New Roman" w:cs="Times New Roman"/>
        </w:rPr>
        <w:t>18 jasypokõi ary 2020-pe oiko pe ñembyasy peteĩha pe mbohapyha ánhel remiandu ryepýpe. Kóva ojehechauka ymaite guive opa ambue ñembyasy peteĩha rehe umi marandu marangatu profético ñemyatyrõ rape-kuérape. Ezequiel kapítulo treinta y siete omombe’u Tupã tavayguakuérape ára pahápe oñemboja’opa hague, oñembyaipa ha oñehundi hag̃ua peve opyta hag̃uánte peteĩ ñu kangue piru omanóva reheguaicha. Ha’ekuéra oĩ enemígo retãme, upéva hína ñemano retã. Apocalipsis once-pe, mokõi testígo ojejuka ha ojeheja tape ári. Opa proféta oñemoĩ peteĩ ñe’ẽme. Upévare Moisés oñe’ẽ umi omanóva tape ári oĩvape, pe tape ohasa hag̃ua Ezequiel ñu rupi. Iñembyasykue ryepýpe oñeme’ẽ chupekuéra mbo’e jerovia rehegua Jeremías rupive.</w:t>
      </w:r>
    </w:p>
    <w:p>
      <w:pPr>
        <w:pStyle w:val="ArticleScripture"/>
        <w:jc w:val="left"/>
      </w:pPr>
      <w:r>
        <w:rPr>
          <w:rFonts w:ascii="Times New Roman" w:hAnsi="Times New Roman" w:eastAsia="Times New Roman" w:cs="Times New Roman"/>
        </w:rPr>
        <w:t>Upévare, péicha he’i Ñandejára: Rejevy ramo, ajeruraháta ndejey, ha repytáta che renondépe; ha reipe’a ramo pe iporãva pe ivaívagui, nde reiko hag̃ua che juruicha; tojevy hikuái nde rendápe; ani hag̃ua nde rejevy chupekuéra. Jeremías 15:19.</w:t>
      </w:r>
    </w:p>
    <w:p>
      <w:pPr>
        <w:pStyle w:val="ArticleBody"/>
        <w:jc w:val="left"/>
      </w:pPr>
      <w:r>
        <w:rPr>
          <w:rFonts w:ascii="Times New Roman" w:hAnsi="Times New Roman" w:eastAsia="Times New Roman" w:cs="Times New Roman"/>
        </w:rPr>
        <w:t>Jeremías oikuaa hag̃ua, oiméramo oipota oñeʼẽ hag̃ua Tupã rehehápe, tekotevẽha ojevy, ha upéicha ojapóvo omboykévaʼerã pe hepykue guasu pe ivaívagui. Pe pasáhe contexto ohechauka porã pe ivaíva haʼeha umi ndovjevýivaʼerã hendápe. Ha pe pasáhepe oñerrepresenta ramo chupe iñembyasy ha iñakãtavy hag̃uáicha, haʼe he’i hína haʼeñoite hague.</w:t>
      </w:r>
    </w:p>
    <w:p>
      <w:pPr>
        <w:pStyle w:val="ArticleScripture"/>
        <w:jc w:val="left"/>
      </w:pPr>
      <w:r>
        <w:rPr>
          <w:rFonts w:ascii="Times New Roman" w:hAnsi="Times New Roman" w:eastAsia="Times New Roman" w:cs="Times New Roman"/>
        </w:rPr>
        <w:t>Ndapytaikuri umi oñembohoryha aty apytépe, ni ndavy’ái; che apyta cheaño nde po rupi, rehenyhẽgui chepy’a pochýgui. Jeremías 15:17.</w:t>
      </w:r>
    </w:p>
    <w:p>
      <w:pPr>
        <w:pStyle w:val="ArticleBody"/>
        <w:jc w:val="left"/>
      </w:pPr>
      <w:r>
        <w:rPr>
          <w:rFonts w:ascii="Times New Roman" w:hAnsi="Times New Roman" w:eastAsia="Times New Roman" w:cs="Times New Roman"/>
        </w:rPr>
        <w:t>Jeremías ndoikéiva pe “aty oñembohoryháva” apytépe, haʼe oguapy hag̃uáicha peteĩme año. Ndojehejavéiri hag̃ua umi kyʼa vaʼekuéra rendápe, haʼéva pe aty oñembohoryháva. Áño 1863-pe, pe Adventismo oñepyrũ ijere jey pe “aty oñembohoryháva” gotyo, ojere jey rupi umi Babilonia rajykuéra rembiapokue bíblico rape, ikatu hag̃uáicha omboyke Moisés “siete veces”. Jeremías katu, Millerita rembiaságui rangue, oñeʼẽve porã umi ára paháre. Umi oĩva kanguekue omanóva ñuáme, oikuaávo añetehápe oĩha hikuái umi enemigo retãme, arakaʼeve ndojevyjeymoʼãi umi ovyʼavaʼekuépe imano rehe tape mbytépe. Upe aty ikatu ojere Jeremías gotyo, haʼe katu ndaikatúi ojere hikuái gotyo.</w:t>
      </w:r>
    </w:p>
    <w:p>
      <w:pPr>
        <w:pStyle w:val="ArticleBody"/>
        <w:jc w:val="left"/>
      </w:pPr>
      <w:r>
        <w:rPr>
          <w:rFonts w:ascii="Times New Roman" w:hAnsi="Times New Roman" w:eastAsia="Times New Roman" w:cs="Times New Roman"/>
        </w:rPr>
        <w:t>Ha katu, ojevýramo hag̃ua jevy, ha’ekuéra avei omoañeteva’erã umi mbo’ehára’e oje’éva Moisés rupive, ojoajúva directamente umi “siete tiempo” rehe. Umi omanóva tape ári Apocalipsis capítulo once-pe, omanóma mbohapy ha mbyte ára pukukue, ha upéva, proféticamente, hína pe “desierto”.</w:t>
      </w:r>
    </w:p>
    <w:p>
      <w:pPr>
        <w:pStyle w:val="ArticleBody"/>
        <w:jc w:val="left"/>
      </w:pPr>
      <w:r>
        <w:rPr>
          <w:rFonts w:ascii="Times New Roman" w:hAnsi="Times New Roman" w:eastAsia="Times New Roman" w:cs="Times New Roman"/>
        </w:rPr>
        <w:t>Upévare pe omanóva ñemombáy ñepyrũgua ojejapo peteĩ marandu rupive omoheñóiva kanguekuéra oñembojoaju hag̃ua, péro gueteri ndoikovéi. Oikotevẽ irundy yvytu marandu rehe, ha’éva pe marandu sella rehegua, omoambuévo chupekuéra peteĩ ehérsito mbarete guasúpe. Pe marandu peteĩha ombyatýva chupekuéra ou peteĩ “ñe’ẽ”gui.</w:t>
      </w:r>
    </w:p>
    <w:p>
      <w:pPr>
        <w:pStyle w:val="ArticleScripture"/>
        <w:jc w:val="left"/>
      </w:pPr>
      <w:r>
        <w:rPr>
          <w:rFonts w:ascii="Times New Roman" w:hAnsi="Times New Roman" w:eastAsia="Times New Roman" w:cs="Times New Roman"/>
        </w:rPr>
        <w:t>“Pembopy’a, pembopy’a che retãme”, he’i pendejára. “Peñe’ẽ porã Jerusalénpe, ha pehenduuka chupe, opa hague iñorairõ, ojeperdona hague hembiapo vai; Ñandejára po guive ojapyhy hague mokõi jey opa iñangaipakuérare.” Oĩ peteĩ ñe’ẽ osapukáiva desiértope: “Pembosako’i Ñandejára rape, pejapo tape porãite ñu rupi ñande Járape guarã. Opa yvyty’i yvýva oñemopu’ãta, ha opa yvyty ha cerro oñemomichĩta; umi ikarẽva oñembojeguakata, ha umi tape vai oñemopyrũ porãta.” Isaías 40:1–4.</w:t>
      </w:r>
    </w:p>
    <w:p>
      <w:pPr>
        <w:pStyle w:val="ArticleBody"/>
        <w:jc w:val="left"/>
      </w:pPr>
      <w:r>
        <w:rPr>
          <w:rFonts w:ascii="Times New Roman" w:hAnsi="Times New Roman" w:eastAsia="Times New Roman" w:cs="Times New Roman"/>
        </w:rPr>
        <w:t>Pe ñe’ẽ ou pe desiérto guive, ha upéva ha’e peteĩ símbolo pe ñemosarambipa rehegua “siete tiempo” aja. Upe ñe’ẽ oĩ pe desiértope, pórke Ezequiel-pe avei ojegueraha kuri umi kanguekue omanóva ñu-me. Haʼe otestifika hína kuri pe ñu mbyté guive voi, ndaha’éi mombyry guive.</w:t>
      </w:r>
    </w:p>
    <w:p>
      <w:pPr>
        <w:pStyle w:val="ArticleScripture"/>
        <w:jc w:val="left"/>
      </w:pPr>
      <w:r>
        <w:rPr>
          <w:rFonts w:ascii="Times New Roman" w:hAnsi="Times New Roman" w:eastAsia="Times New Roman" w:cs="Times New Roman"/>
        </w:rPr>
        <w:t>Tupã Ñandejára po oĩ che ári, ha cheguenohẽ Ñandejára Espíritu rupi, ha chemoĩ pe ñu mbyte, henyhẽva kanguekuégui. Ezequiel 37:1.</w:t>
      </w:r>
    </w:p>
    <w:p>
      <w:pPr>
        <w:pStyle w:val="ArticleBody"/>
        <w:jc w:val="left"/>
      </w:pPr>
      <w:r>
        <w:rPr>
          <w:rFonts w:ascii="Times New Roman" w:hAnsi="Times New Roman" w:eastAsia="Times New Roman" w:cs="Times New Roman"/>
        </w:rPr>
        <w:t>Pe ñu ningo ha’e pe desiérto mbohapy ára ha mbytegua rehegua. Pe ñe’ẽ promésa he’i Jerusalén rembiapoangaipa ojeheja hague chupe ha opa hague hekovia ñorairõ. Pe promésa ohechauka pe sella ojejapóva umi cien cuarenta y cuatro mil rehegua, oñemyatyrõva ára pahápe. Péro pe oñeheja hag̃ua chupe hembiapoangaipa ojoaju hína hese ojerrecibi hag̃ua “mokõi jey” opa hag̃ua hembiapoangaipa rehe. Pe pohãno Moisés ome’ẽva ojerure peteĩ je confesión ndaha’éi añoite hembiapoangaipa rehe, ha katu avei itúva kuéra rembiapoangaipa rehe. Oikóramo hikuái omohu’ã upe tembiapoukapy, oñehejáta chupekuéra hembiapoangaipa.</w:t>
      </w:r>
    </w:p>
    <w:p>
      <w:pPr>
        <w:pStyle w:val="ArticleBody"/>
        <w:jc w:val="left"/>
      </w:pPr>
      <w:r>
        <w:rPr>
          <w:rFonts w:ascii="Times New Roman" w:hAnsi="Times New Roman" w:eastAsia="Times New Roman" w:cs="Times New Roman"/>
        </w:rPr>
        <w:t>Rojapoʼýpe ñamboguatave koʼã añetegua.</w:t>
      </w:r>
    </w:p>
    <w:p>
      <w:pPr>
        <w:pStyle w:val="ArticleScripture"/>
        <w:jc w:val="left"/>
      </w:pPr>
      <w:r>
        <w:rPr>
          <w:rFonts w:ascii="Times New Roman" w:hAnsi="Times New Roman" w:eastAsia="Times New Roman" w:cs="Times New Roman"/>
        </w:rPr>
        <w:t>Ha, opaite Israel oñembyai nde léi rehe, ojei hag̃uáicha hese, ani hag̃ua ohendu nde ñe’ẽ; upévare oñeñohẽ ore ári pe mba’e vai jehovasa’ỹ ha pe ñe’ẽme’ẽ añetegua ojehaíva Moisés, Tupã rembiguái, léipe, roñangaipa haguére hese. Ha’e omboaje umi ñe’ẽ he’íva ore rehe, ha ore huéskéra ore husgáva rehe, oguerúvo ore ári peteĩ mba’e vai tuicha; yvága guýpe ndaipóri araka’eve ojejapóva pe ojejapohaguéicha Jerusalén rehe. Ojehaívaicha Moisés léipe, ko’ã mba’e vai opaite ou ore ári; upéicharamo jepe, ndajajeruréi ñandejára Tupã renondépe, jajere hag̃ua ore rembiapo vaikuegui, ha jaikuaa hag̃ua nde añetegua.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Papapy Poteĩmbovytevẽ hag̃ua hag̃ua hag̃ua hag̃ua hag̃ua hag̃ua hag̃a’ẽ</dc:title>
  <dc:subject>Pe Revelación umi Siete Trueno rehegua: Peteĩ Análisis Profético Revelación ha Historia Oñemimíva rehegua</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