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Jejucristo Ñemombe’upa — Papapy Paapyha Irundy (18)</w:t>
      </w:r>
    </w:p>
    <w:p>
      <w:pPr>
        <w:pStyle w:val="ArticleSubtitle"/>
        <w:jc w:val="left"/>
      </w:pPr>
      <w:r>
        <w:rPr>
          <w:rFonts w:ascii="Arial" w:hAnsi="Arial" w:eastAsia="Arial" w:cs="Arial"/>
        </w:rPr>
        <w:t>Túvakuéra Angaipa hag̃ua hag̃uáicha hag̃uatáva ári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Áño 1856-pe, pe Adventismo Millerita yma Philadelphia-gua ojekuaa James ha Ellen White rupive Laodicea-pegua ramo. Upe rire, James White oñepyrũ omyasãi Laodicea marandu pe movimiento-pe Review and Herald rupive. Upe kuatiahaipýpe avei, upe mismo áñope, ojehechauka hetave tesape “siete tiempos” rehegua Levítico mokõi paapy seis-pe, peteĩ serie de ocho artículos rupive Hiram Edson ohaíva, pe Whites ohecharamoiterei vaekue, upévare ombohéra hikuái chupe héra rupi iñemoñare ypykuépe. Pe serie opa vaekue peteĩ ñe’ẽme’ẽ reheve, oñemohu’ãtaha tenonderãme, ha araka’eve ndajehechajeyvéi. Pe punto de transición-pe, pe movimiento pe ángel peteĩha rehegua, Philadelphia-gui Laodicea-pe, pe movimiento oñepysanga “siete tiempos” Levítico mokõi paapy seis-pe rehe, orepresentáva pe profecía de tiempo peteĩhaite, Tupã remimboukuéra omyakã vaekue William Miller-pe oikuaa ha omombe’u hag̃ua.</w:t>
      </w:r>
    </w:p>
    <w:p>
      <w:pPr>
        <w:pStyle w:val="ArticleBody"/>
        <w:jc w:val="left"/>
      </w:pPr>
      <w:r>
        <w:rPr>
          <w:rFonts w:ascii="Times New Roman" w:hAnsi="Times New Roman" w:eastAsia="Times New Roman" w:cs="Times New Roman"/>
        </w:rPr>
        <w:t>Pe “siete tiémpo” ha’e va’ekue pe ita iñakãitéva tenondegua oñemopyendahápe pe témplo Millerita. Opa ta’anga profétika peteĩ pyenda marangatu rehegua ha’e peteĩ ta’anga Cristo rehegua, ndaikatúigui oñemoĩ ambue pyenda Cristo-gui okápe.</w:t>
      </w:r>
    </w:p>
    <w:p>
      <w:pPr>
        <w:pStyle w:val="ArticleScripture"/>
        <w:jc w:val="left"/>
      </w:pPr>
      <w:r>
        <w:rPr>
          <w:rFonts w:ascii="Times New Roman" w:hAnsi="Times New Roman" w:eastAsia="Times New Roman" w:cs="Times New Roman"/>
        </w:rPr>
        <w:t>Ndaipóri ambue fundamento avave ikatúva omoĩ pe oñemoĩmava ári; ha upéva hína Jesucristo. 1 Corintios 3:11.</w:t>
      </w:r>
    </w:p>
    <w:p>
      <w:pPr>
        <w:pStyle w:val="ArticleBody"/>
        <w:jc w:val="left"/>
      </w:pPr>
      <w:r>
        <w:rPr>
          <w:rFonts w:ascii="Times New Roman" w:hAnsi="Times New Roman" w:eastAsia="Times New Roman" w:cs="Times New Roman"/>
        </w:rPr>
        <w:t>Ndaha’éi Cristo añoite pe fundamento, ha’e avei pe ita pyenda umi omopu’ãva omboykéva ha upe rire oñepysanga hese. Ha’e pe ita ipahápe oikóva pe ángulo akãrã. Temimoĩmby Millerita rembiasakue-pe, “umi siete tiempos” ha’e va’ekue pe ta’ãnga pe ita ángulo akãrã rehegua.</w:t>
      </w:r>
    </w:p>
    <w:p>
      <w:pPr>
        <w:pStyle w:val="ArticleBody"/>
        <w:jc w:val="left"/>
      </w:pPr>
      <w:r>
        <w:rPr>
          <w:rFonts w:ascii="Times New Roman" w:hAnsi="Times New Roman" w:eastAsia="Times New Roman" w:cs="Times New Roman"/>
        </w:rPr>
        <w:t>Cristo omoañete pe ñeʼẽmeʼẽ heta ndive peteĩ semana pukukue. Pe profecía “siete tiempos” rehegua, oñemoĩva Israel rréino yvate gotyo rehe, (Hiram Edson ohechakuaa hague umi ocho artículo opaʼỹvape), ojereproduci pe estructura peteĩchaitéva pe semana profética rehegua, Cristo omoañetéva pe ñeʼẽmeʼẽ oñekumplívo Daniel kapítulo nueve, versículo veintisiete. Pe semana Cristo ombyaty haguépe Israel haʼe hína pe estructura peteĩchaitéva pe semana Cristo omosarambi haguépe Israel. Pe sarambi Israel yma guare rehegua haʼe mokõi mil quinientos veinte ary, ha pe ñembyaty Israel espiritual rehegua haʼe mokõi mil quinientos veinte ára. Haʼe ombyaty Israel omoañete hag̃ua pe ñeʼẽmeʼẽ, ha omosarambi Israel pe iñeʼẽmeʼẽ joavy rupi. Ojehechakuaávo pe “siete tiempos” pe ita pyenda ramo pe témplo millerita rehegua, upéva oĩmbaite peteĩ ñe concordancia perfecta-pe ojehechakuaávo Cristo pe ita pyenda ramo. Oñemboykévo upe ita, oñemboyke Cristo-pe.</w:t>
      </w:r>
    </w:p>
    <w:p>
      <w:pPr>
        <w:pStyle w:val="ArticleBody"/>
        <w:jc w:val="left"/>
      </w:pPr>
      <w:r>
        <w:rPr>
          <w:rFonts w:ascii="Times New Roman" w:hAnsi="Times New Roman" w:eastAsia="Times New Roman" w:cs="Times New Roman"/>
        </w:rPr>
        <w:t>Cristo, ary 1856-pe, tekove kristiáno rembiasakue pukukue javeve, oñembo’y ypyeterei Laodicéa rokẽme ombota hag̃ua, ohekávo omoheñói hag̃ua peteĩ kuaapy jehepyme’ẽ ita ñepysangápe umi omopu’ãva oĩva kuri omombo hag̃uáicha. Siete ary rire, térã ikatu hag̃uáicha ere, mokõi su hapy mokõipa ára simbóliko rire, adventísmo Laodiceagua omboty rokẽ. Ñembyasýpe, adventísmo ndohechakuaaséi pe kuaapy jehepyme’ẽ. Peteĩ ita rehe reikytĩva ha’e peteĩ ita nde ndohecháiva, péro upéicharõ jepe oĩ gueteri.</w:t>
      </w:r>
    </w:p>
    <w:p>
      <w:pPr>
        <w:pStyle w:val="ArticleScripture"/>
        <w:jc w:val="left"/>
      </w:pPr>
      <w:r>
        <w:rPr>
          <w:rFonts w:ascii="Times New Roman" w:hAnsi="Times New Roman" w:eastAsia="Times New Roman" w:cs="Times New Roman"/>
        </w:rPr>
        <w:t>Che retakuéra oñehundi arandu’ỹ rehe: nde rejei rupi pe arandu, che avei romboykéta, ani hag̃uáicha nde pa’i chéve guarã: rehechávo nderesarái hague nde Jára léigui, che avei cheresaráita ne membykuéragui. Oseas 4:6.</w:t>
      </w:r>
    </w:p>
    <w:p>
      <w:pPr>
        <w:pStyle w:val="ArticleBody"/>
        <w:jc w:val="left"/>
      </w:pPr>
      <w:r>
        <w:rPr>
          <w:rFonts w:ascii="Times New Roman" w:hAnsi="Times New Roman" w:eastAsia="Times New Roman" w:cs="Times New Roman"/>
        </w:rPr>
        <w:t>Pe “mokombyre umi siete vése”, oúva pe reino yvy gotyo Judá rehe, oñepyrũkuri ary 677 a.C. ha opa 22 jasypa 1844-pe, oñondive umi mokõi sua po cien ary Daniel kapítulo ocho, versíkulo catorce-pegua ndive. Umi “siete vése” ha’e peteĩ parte voi upe profesía ojehechakuaáva peicha “pyenda ha yta mbyte” movimiento adventista-pe. Pe pyenda ha pe yta mbyte Adventismo rehegua oñekumplikuri upe mismo arýpe heta ambue profesía ndive. Umi “siete vése”, umi mokõi sua po cien ára, Malaquías kapítulo tres, Daniel kapítulo siete, versíkulo trece, ha pe parábola Mateo veinte y cinco-pegua umi diez virgen rehegua, maymáva oñekumplikuri 22 jasypa 1844-pe. Pe fecha 22 jasypa 1844 ha’e pe ára pyenda movimiento adventista rehegua, ha upe fecha rehe oñembojoajúva ndive, peteĩnte mandamiento ojehechakuaákuri.</w:t>
      </w:r>
    </w:p>
    <w:p>
      <w:pPr>
        <w:pStyle w:val="ArticleScripture"/>
        <w:jc w:val="left"/>
      </w:pPr>
      <w:r>
        <w:rPr>
          <w:rFonts w:ascii="Times New Roman" w:hAnsi="Times New Roman" w:eastAsia="Times New Roman" w:cs="Times New Roman"/>
        </w:rPr>
        <w:t>Ha pe ánhel ahecha vaekue oñembo’yva guasu ári ha yvy ári, omopu’ã ipo yvágape, ha oñe’ẽme’ẽ upe oikovéva tapia hag̃uápe, ojapo vaekue yvága, ha opa mba’e ipype oĩva, ha yvy, ha opa mba’e ipype oĩva, ha guasu, ha opa mba’e ipype oĩva, ndaiporimo’ãveiha aravo. Apocalipsis 10:5, 6.</w:t>
      </w:r>
    </w:p>
    <w:p>
      <w:pPr>
        <w:pStyle w:val="ArticleBody"/>
        <w:jc w:val="left"/>
      </w:pPr>
      <w:r>
        <w:rPr>
          <w:rFonts w:ascii="Times New Roman" w:hAnsi="Times New Roman" w:eastAsia="Times New Roman" w:cs="Times New Roman"/>
        </w:rPr>
        <w:t>Hermana White ombojekuaa pe ánhel Apocalipsis kapítulo diezpegua, opyta vaʼekue yvy ári ha yguasúre, haʼeha Jesucristo.</w:t>
      </w:r>
    </w:p>
    <w:p>
      <w:pPr>
        <w:pStyle w:val="ArticleScripture"/>
        <w:jc w:val="left"/>
      </w:pPr>
      <w:r>
        <w:rPr>
          <w:rFonts w:ascii="Times New Roman" w:hAnsi="Times New Roman" w:eastAsia="Times New Roman" w:cs="Times New Roman"/>
        </w:rPr>
        <w:t>“Pe ánhel ipokatúva ombo’éva Juánpe ndaha’éi ambue avave ndohasáiva Jesucristo-gui. Omoĩvo Ipy akatúa y ári, ha Ipy asu yvy aña ári, ohechauka pe tembiapo Ha’e ojejapóva pe ñorairõ guasu paha gotyópe Satanás ndive. Ko ñemoĩha he’ise Ipu’aka ha Iporokuái yvypóra tuichakue ári.” The Seventh-day Adventist Bible Commentary, volumen 7, 971.</w:t>
      </w:r>
    </w:p>
    <w:p>
      <w:pPr>
        <w:pStyle w:val="ArticleBody"/>
        <w:jc w:val="left"/>
      </w:pPr>
      <w:r>
        <w:rPr>
          <w:rFonts w:ascii="Times New Roman" w:hAnsi="Times New Roman" w:eastAsia="Times New Roman" w:cs="Times New Roman"/>
        </w:rPr>
        <w:t>Cristo oiporavo y ári ha yvy ári ohechauka hag̃ua Ipu’aka pavẽ. Upéi omopu’ã ipo ha omanda “ndaiporimo’ãiha ára guive.” Cristo oike kuri pe ñe’ẽme’ẽme umi Millerita ndive ha ome’ẽ chupekuéra peteĩ tembiapoukapy, péicha avei ome’ẽ haguéicha Abraham-pe oike jave hendive pe ñe’ẽme’ẽme. Omandákuri Abraham-pe omongarai’o hag̃ua kuimba’e mitãnguéra. Oike jave pe ñe’ẽme’ẽme peteĩ tavaygua ojeporavóva ndive Moisés rembiasakuepe, ome’ẽ heta tembiapoukapy, ha umi tembiapoukapy apytépe oĩkuri pe mboguata he’íva pa’ikuérante ikatuha opoko pe árka rehe. Omopu’ã ipo ha oñe’ẽme’ẽ asy 22 jasypateĩ 1844-pe, ára profétikogua ndaikevéimaha hag̃ua marandu hag̃uáicha umi marandupyre bíblicape. Jesús oñe’ẽmava’ekue pe mba’e “ára ha áraitére” ojupi jave yvágape peteĩ arai anhelkuéra reheve, upéicha ohechauka hag̃ua mokõi testígo ojupiha techaukaha ramo. Upe omandakuri upérõ ha’ékuri “ára ha áraite” rehegua.</w:t>
      </w:r>
    </w:p>
    <w:p>
      <w:pPr>
        <w:pStyle w:val="ArticleScripture"/>
        <w:jc w:val="left"/>
      </w:pPr>
      <w:r>
        <w:rPr>
          <w:rFonts w:ascii="Times New Roman" w:hAnsi="Times New Roman" w:eastAsia="Times New Roman" w:cs="Times New Roman"/>
        </w:rPr>
        <w:t>Upévare, oñembyatýma rire hikuái, oporandu chupe hikuái, he’ívo: Karai, ¿ko árapepa remopyahu jeýta pe rréino Israel-pe g̃uarã? Ha he’i chupekuéra: Ndaha’éi peẽme g̃uarã peikuaa hag̃ua umi ára térã umi ára ha aravo, pe Túva omoĩ va’ekue ipoguýpe voi. Péro peẽ pejapóta pokatu, Espíritu Santo oúvo pende ári; ha peẽta che testígo Jerusalénpe, ha opa Judea pukukue, ha Samáriape, ha yvy apy peve. Hechos 1:6–8.</w:t>
      </w:r>
    </w:p>
    <w:p>
      <w:pPr>
        <w:pStyle w:val="ArticleBody"/>
        <w:jc w:val="left"/>
      </w:pPr>
      <w:r>
        <w:rPr>
          <w:rFonts w:ascii="Times New Roman" w:hAnsi="Times New Roman" w:eastAsia="Times New Roman" w:cs="Times New Roman"/>
        </w:rPr>
        <w:t>Jesús no he’i vaʼekue ndaiporiha ára ha tiémpo, pórke oñeʼẽvo Salomón rupive omboaje vaʼekue oĩha “ára ha tiémpo”.</w:t>
      </w:r>
    </w:p>
    <w:p>
      <w:pPr>
        <w:pStyle w:val="ArticleScripture"/>
        <w:jc w:val="left"/>
      </w:pPr>
      <w:r>
        <w:rPr>
          <w:rFonts w:ascii="Times New Roman" w:hAnsi="Times New Roman" w:eastAsia="Times New Roman" w:cs="Times New Roman"/>
        </w:rPr>
        <w:t>Opa mbaʼépe g̃uarã oĩ peteĩ ára, ha opa tembiaporã yváguy guýpe g̃uarã peteĩ ára: Eclesiastés 3:1.</w:t>
      </w:r>
    </w:p>
    <w:p>
      <w:pPr>
        <w:pStyle w:val="ArticleBody"/>
        <w:jc w:val="left"/>
      </w:pPr>
      <w:r>
        <w:rPr>
          <w:rFonts w:ascii="Times New Roman" w:hAnsi="Times New Roman" w:eastAsia="Times New Roman" w:cs="Times New Roman"/>
        </w:rPr>
        <w:t>Oĩ “ára ha araro’y” oĩva kuatiañe’ẽ Bíblico ryepýpe ha’e testimónio Palmoní rehegua, pe “Papaha Porãite”, ha katu 22 jasypa, 1844 guive, Tupã tavayguakuérape oñemandáma ani hag̃ua araka’eve ojehechauka jey peteĩ marandu profético oñemopyendáva ára rehe. Jesús ñe’ẽmondo umi temimbo’épe ojupi mboyve yvágape ta’ãngahai historia oikótava michĩmi mboyve Itavaygua oñemopotĩmava oñemopu’ã hag̃ua techaukaháramo Apocalipsis kapítulo once-pe, ha upéva oñemoĩ porã pe tembiapoukapy ome’ẽ va’ekue 22 jasypa, 1844-pe ndive. Pe ára iñepyrũha Adventismo-pe, Cristo omanda ndaiporiveimaha va’erãha marandu profético oñemopyendáva ára rehe, ha Ijupívo yvágape, ohechaukáva umi mokõi testígo ojupiha Apocalipsis once-pe, Ha’e ombojoapy jey upe tembiapoukapy.</w:t>
      </w:r>
    </w:p>
    <w:p>
      <w:pPr>
        <w:pStyle w:val="ArticleScripture"/>
        <w:jc w:val="left"/>
      </w:pPr>
      <w:r>
        <w:rPr>
          <w:rFonts w:ascii="Times New Roman" w:hAnsi="Times New Roman" w:eastAsia="Times New Roman" w:cs="Times New Roman"/>
        </w:rPr>
        <w:t>“Ta topavave opa ñane ryvy ha ñane reindykuéra oñangarekóke oimeraẽva rehe omoĩsévagui peteĩ ára térã peteĩ tiempo Ñandejára omohu’ã hag̃ua Iñe’ẽ ijey rehegua, térã oimeraẽ ambue promésa ojapóvape, ha’éva mba’e iñimportánteetereíva. ‘Ndaha’éi pende mba’e peikuaa hag̃ua umi tiempo térã umi ára, Túva omoĩva’ekue Ipu’akápe voi.’ Mbo’ehára japu ikatu ojehechauka hikuái kyre’ỹetereiha Tupã rembiapo rehe, ha ikatu omba’apoguasu ha ogasta recurso omoĩ hag̃ua hekotekuéra yvy arigua renondépe ha pe iglesia renondépe; ha katu, ombojehe’ávo jejavy añeteguándi, imarandu ha’e peteĩ ñembotavy, ha ogueraháta ánga kuérape tape japu rupi. Tekotevẽ oñembohovái ha oñemoĩ hag̃ua hesekuéra, ndaha’éi kuimba’e vai haguére, síno mbo’ehára japu haguére ha oñeha’ãgui omoĩ hag̃ua pe japu ári pe sello añetegua rehegua.” Testimonies to Ministers, 55.</w:t>
      </w:r>
    </w:p>
    <w:p>
      <w:pPr>
        <w:pStyle w:val="ArticleBody"/>
        <w:jc w:val="left"/>
      </w:pPr>
      <w:r>
        <w:rPr>
          <w:rFonts w:ascii="Times New Roman" w:hAnsi="Times New Roman" w:eastAsia="Times New Roman" w:cs="Times New Roman"/>
        </w:rPr>
        <w:t>Hermana White he’i porã va’ekue araka’eve ndajajapomo’ãi hag̃ua peteĩ marandu ára rehegua ohechaukáva mba’eve iñimportánte hag̃ua peteĩichagua, ndaha’éi añónte Ijuvy Mokõiha. Aravo marandu’i, ha’éva pe tema pe movimiento Millerita-pe, opa kuri 22 jasypa 1844-pe, ha pe tembiapoukapy añoite ojoajúva upe ára pyenda rehe ha’e va’ekue aravo araka’eve ndojepuruvéitaha Tupã marandu ñemombe’úpe.</w:t>
      </w:r>
    </w:p>
    <w:p>
      <w:pPr>
        <w:pStyle w:val="ArticleBody"/>
        <w:jc w:val="left"/>
      </w:pPr>
      <w:r>
        <w:rPr>
          <w:rFonts w:ascii="Times New Roman" w:hAnsi="Times New Roman" w:eastAsia="Times New Roman" w:cs="Times New Roman"/>
        </w:rPr>
        <w:t>Pe peteĩ ángel peteĩha rembiapo ñepyrũrãme, pe transición exacta puntope Filadelfiágui Laodiceápe, ome'ẽve tesape pe añetegua yvyrakanguére oñemopyendáva movimiento Millerita rehe. Siete ary rire, térã mokõi mil po cien veinte ára simbólico rire, térã peteĩ “desierto” rire, ary 1863-pe, pe ita pyenda guasu “siete tiempos” rehegua ojeheja ykére umi omopu'ãva hag̃ua.</w:t>
      </w:r>
    </w:p>
    <w:p>
      <w:pPr>
        <w:pStyle w:val="ArticleBody"/>
        <w:jc w:val="left"/>
      </w:pPr>
      <w:r>
        <w:rPr>
          <w:rFonts w:ascii="Times New Roman" w:hAnsi="Times New Roman" w:eastAsia="Times New Roman" w:cs="Times New Roman"/>
        </w:rPr>
        <w:t>Mbohapyha ángel rembiapo pahápe, pe jere peteĩhárupi Laodicea-gui Philadelphia-pe, oñeme’ẽ peteĩ prueba ogueraháva pype túvakuéra angaipa remombe’u. Umi túvakuéra pegua fundamento prueba ha’eva’ekue “siete tiempos”, ha upéva hína pe ita pyenda imba’éva. ¿Pe rembiapo paha oheja rei va’erãpa pe tembiapoukapy añoite ojoajúva pe ára pyenda rehe, he’iháicha itúva kuéra oheja reígui hikuái ita pyenda?</w:t>
      </w:r>
    </w:p>
    <w:p>
      <w:pPr>
        <w:pStyle w:val="ArticleBody"/>
        <w:jc w:val="left"/>
      </w:pPr>
      <w:r>
        <w:rPr>
          <w:rFonts w:ascii="Times New Roman" w:hAnsi="Times New Roman" w:eastAsia="Times New Roman" w:cs="Times New Roman"/>
        </w:rPr>
        <w:t>Heẽ. Añetehápe ojapo hikuái upe mba’e tee. Ojejavy jey hikuái itúva kuéra angaipa rehe.</w:t>
      </w:r>
    </w:p>
    <w:p>
      <w:pPr>
        <w:pStyle w:val="ArticleBody"/>
        <w:jc w:val="left"/>
      </w:pPr>
      <w:r>
        <w:rPr>
          <w:rFonts w:ascii="Times New Roman" w:hAnsi="Times New Roman" w:eastAsia="Times New Roman" w:cs="Times New Roman"/>
        </w:rPr>
        <w:t>Ituvakuéra ndopy'araíri pe ára ypykue ñemopyenda rehe, ambue mba'e apytépe, gueteri niko ha'ekuéra Filadelfiagua pe ára ypykue ñemopyendápe. Ituvakuéra ndojapói porãirõ hekopete pe prueba ypykue oñemopyendáva hi'ári, oñemoambuévo Laodicea-pe ha omboykévo umi “siete tiempos” hendive pe tesakã oñembohetavéva.</w:t>
      </w:r>
    </w:p>
    <w:p>
      <w:pPr>
        <w:pStyle w:val="ArticleBody"/>
        <w:jc w:val="left"/>
      </w:pPr>
      <w:r>
        <w:rPr>
          <w:rFonts w:ascii="Times New Roman" w:hAnsi="Times New Roman" w:eastAsia="Times New Roman" w:cs="Times New Roman"/>
        </w:rPr>
        <w:t>Ijejavy ypykue 1863-pe, oñemotenonde kuri siete ary aja Cristo ombota hag̃ua okẽ iñakãrapu’ã Laodiceagua korasõ rokẽme. Siete ary ohechauka hag̃ua simbolikamente “siete tiempo” ha “desierto”. Upe “desierto” rire, 1856 guive 1863 peve, ha’ekuéra ofalla ikatupyryrã ypykuépe.</w:t>
      </w:r>
    </w:p>
    <w:p>
      <w:pPr>
        <w:pStyle w:val="ArticleBody"/>
        <w:jc w:val="left"/>
      </w:pPr>
      <w:r>
        <w:rPr>
          <w:rFonts w:ascii="Times New Roman" w:hAnsi="Times New Roman" w:eastAsia="Times New Roman" w:cs="Times New Roman"/>
        </w:rPr>
        <w:t>Pe ñembyasyha peteĩha pe ángel mbohapyha rembiapopeguape, Ñandejára tavayguakuéra opeka, omboykévo pe tembiapoukapy añoite ojoajúva hag̃ua directo umi ára moñepyrũrã ndive. Haʼekuéra oiporavo omoinge hag̃ua aravo ñeʼẽmarandu pe marandu proféticope, oikuaáramo jepe porãve mbaʼépa ojapovaʼerã. Péicha ojapóvo, haʼekuéra ombojoavyjey Moisés rembiapo angaipa, omboykévo omongoñepyrũ hag̃ua itaʼýrape, ha avei Uzá rembiapo angaipa, opokóvo pe árkare, haʼe oikuaáramo jepe ndojapói vaʼerãha upéva. Pe ángel mbohapyha rembiapo ojapo pe haʼekuéra oikuaa porãva ndaikatuiha hekojoja! Oiméramo avave oipota omoakãrapuʼã upe añetegua, upéicharõ toiporu pe okytáva tinte ryrupegua, ojahoʼi hag̃ua pe añetegua heʼíva Moisés ha Uzá mokõivéva opeka hague ha ohechauka hague ñemoĩ Ñandejára rembipota rehe, ohechaukáramo guare pe ñembyasyha peteĩha umi reforma rape apytépe, pe ipahaitéva opaite reforma rape apytégui—pe reforma rape opaite reforma rape ohechaukavaʼekue tenonderã gotyo. Umi taʼanga ohechaukáva pe ñembyasyha peteĩha umi reforma rape apytépe oguereko Alfa ha Omega firma, ha pe jehaipyre oĩ upépe Ñandejára tavayguakuéra rehehápe, jepe Ñandejára tavayguakuéra ndopytyvõseiramo upévagui.</w:t>
      </w:r>
    </w:p>
    <w:p>
      <w:pPr>
        <w:pStyle w:val="ArticleBody"/>
        <w:jc w:val="left"/>
      </w:pPr>
      <w:r>
        <w:rPr>
          <w:rFonts w:ascii="Times New Roman" w:hAnsi="Times New Roman" w:eastAsia="Times New Roman" w:cs="Times New Roman"/>
        </w:rPr>
        <w:t>Pe ángel peteĩha rembiapo oñeme’ẽ kuri chupe peteĩ periodo siete ary rehegua, ha’éva peteĩ símbolo pe desierto rehegua umi “siete tiempos”, omoneĩ hag̃ua pe marandu Laodiceagua ndive pe tesape umi “siete tiempos” rehegua. Pe maldición umi “siete tiempos” rehegua ha’e pe maldición jaity hag̃ua Yára jurúgui. Áño 1863-pe, haʼekuéra ombojevy pe tembiapo ojeyvy hag̃ua Jericó, peteĩ tembiapo oguerekóva peteĩ “maldición”. Umi siete ary 1856 guive 1863 peve ha’e peteĩ ta’anga michĩva pe ñemopu’ã ypykuéra Israel yma guare angaipa rehegua, oguerúva ári chupekuéra pe maldición umi “siete tiempos” rehegua. Israel ko árape ojevyjey ypykuéra angaipa 1863-pe.</w:t>
      </w:r>
    </w:p>
    <w:p>
      <w:pPr>
        <w:pStyle w:val="ArticleBody"/>
        <w:jc w:val="left"/>
      </w:pPr>
      <w:r>
        <w:rPr>
          <w:rFonts w:ascii="Times New Roman" w:hAnsi="Times New Roman" w:eastAsia="Times New Roman" w:cs="Times New Roman"/>
        </w:rPr>
        <w:t>Pe tercer ánhel rembiapo okañy pe prueba peteĩha jejavy guasu rehegua, ojapoháicha avei Moisés ha Uza. Upérõ ojejuka chupekuéra umi tape rupi peteĩ ára mbohapy ha mbyte “desiérto”-pegua aja. Koʼág̃a oñemoheñói hikuái teteháicha pe Consolador puʼaka rupi. Pe Consolador puʼaka oñemeʼẽ hína pe “ñeʼẽ” rupive pe desiérto-pe, ha koʼág̃a oĩ hikuái pe prueba renondépe, ndahaʼéi aravo moĩmby rehegua, síno umi “mokõiha poapy ára” rehegua. Haʼekuéra ymaite guive ofalla vaʼekue pe prueba aravo moĩmby rehegua.</w:t>
      </w:r>
    </w:p>
    <w:p>
      <w:pPr>
        <w:pStyle w:val="ArticleBody"/>
        <w:jc w:val="left"/>
      </w:pPr>
      <w:r>
        <w:rPr>
          <w:rFonts w:ascii="Times New Roman" w:hAnsi="Times New Roman" w:eastAsia="Times New Roman" w:cs="Times New Roman"/>
        </w:rPr>
        <w:t>Ndojehecháiñe ojekuaa hag̃ua oguerovia térã nahániri pe “siete tiempo” ha’eha peteĩ añetegua porã, pórke ymaite guive ome’ẽma testimonio ogueroviaha pe “siete tiempo” ha’eha peteĩ profecía añetegua. Ha’ekuéra omombe’úma ogueroviaha pe profecía mokõi mil po cien veinte ary ñemosarambi rehegua. Péro ikatu hína ndoikuaái gueteri oĩha peteĩ tesape pyahu peteĩ prueba rehegua pe “siete tiempo” rehe. Ha’ekuéra oñembo’y pe tenda itúva kuéra oñembo’y hague 1856-pe. Pe tesape pyahu ha’e pe mbohapy ára ha mbyte Revelación 11-pe ndaha’éi añónte ohechauka hag̃ua pe Revolución Francesa, ha katu ko’ág̃a ha’e peteĩ añetegua ko’ág̃a guarã.</w:t>
      </w:r>
    </w:p>
    <w:p>
      <w:pPr>
        <w:pStyle w:val="ArticleBody"/>
        <w:jc w:val="left"/>
      </w:pPr>
      <w:r>
        <w:rPr>
          <w:rFonts w:ascii="Times New Roman" w:hAnsi="Times New Roman" w:eastAsia="Times New Roman" w:cs="Times New Roman"/>
        </w:rPr>
        <w:t>¿Pe mokõi testígo añetépa hína pe ojepe’a hag̃ua pe tembiasakue ñemiguáva umi siete trueno rehegua, ha pe ojepe’a hag̃ua pe séptimo sello, ohechauka hag̃ua ko’ág̃a oñeñepyrũha ojepe’a pe Revelación de Jesucristo? Péicha ramo, añetépa upéicharõ pe lívro Revelación tuichakue oñe’ẽha umi ára paháre? Upéva añete ramo, upéicharõpa umi mbohapy árape mbyte ohechauka pe aravo oñeha’arõva pe parábola umi vírgen reheguápe? Péicha ramo, upéicharõpa pe pohã “siete veces” añetéte ohechauka peteĩ mandamiénto ojejapova’erãva umi oike va’ekuépe pe predicción Nashville-pe guare 18 de julio de 2020-pe?</w:t>
      </w:r>
    </w:p>
    <w:p>
      <w:pPr>
        <w:pStyle w:val="ArticleBody"/>
        <w:jc w:val="left"/>
      </w:pPr>
      <w:r>
        <w:rPr>
          <w:rFonts w:ascii="Times New Roman" w:hAnsi="Times New Roman" w:eastAsia="Times New Roman" w:cs="Times New Roman"/>
        </w:rPr>
        <w:t>¡Mba'éichapa! Oĩ peteĩ jehovasa'ỹrã ndeve g̃uarã! Umi opáyva ha ohechakuaáva oĩha hikuái pe aravo oñeha'arõha ryepýpe, añetehápepa tekotevẽ oñembyasy hag̃ua iñangaipakuérare, ha itúva kuéra angaipakuérare, umi mbohapy ára ha mbyte pahápe? Añetehápepa angaipa raka'e oñemboyke hag̃ua pe mandamiento he'íva ani hag̃ua ojepuru aravo peteĩ predicción-pe?</w:t>
      </w:r>
    </w:p>
    <w:p>
      <w:pPr>
        <w:pStyle w:val="ArticleBody"/>
        <w:jc w:val="left"/>
      </w:pPr>
      <w:r>
        <w:rPr>
          <w:rFonts w:ascii="Times New Roman" w:hAnsi="Times New Roman" w:eastAsia="Times New Roman" w:cs="Times New Roman"/>
        </w:rPr>
        <w:t>Umi oipyhyva’ekuépe pe marandu vaiete Nashville pegua, ha upe rire oñeha’ãva’erã gueteri omombarete upe je’epy, che amoĩséta ambue ñehesa’ỹijo, pe angaipa oĩva Tupã profesíape aravo jeporu ári ári. Pe oikova’ekue Nashville marandu japu rehegua ndaha’éi va’ekue añoite peteĩ jehechauka Cristo rembiapoukapy rehegua 1844-pe ñemoĩ vaiha; upéva avei ha’e va’ekue peteĩ tembiapo he’íva umi oĩvape Adventismo okápe pe Espíritu de Profecía-pe ojeguerekóva predicción-kuéra ndoikoporãiha. Upéva ha’e va’ekue peteĩ ñemotĩ Espíritu de Profecía jehaipyre ári. Ome’ẽ prueba umi yvypóra ko yvy arigua-pe ĝuarã Ellen White jehaipyrekuéra tuicha hag̃uaicha José Smith térã Nostradamus jehaipyrekuéraicha. Ellen White ñe’ẽ hepyetéva oñembyai ore ñe’ẽ ñaña, ore pu’aka’ỹre ñemoĩ vai reheve. Ndaha’éi va’ekue añoite peteĩ ñemoĩ vai Cristo rehe, ha’éva Tupã Ñe’ẽ; péicha avei, peteĩ jave, ha’e va’ekue peteĩ ñemoĩ vai Espíritu de Profecía rehe. Juan ojepersegui hína pe ypa’ũ héravape Patmos, ndaha’éi hag̃ua omoĩ haguére ijeheguínte oporomandu’a Biblia ha Espíritu de Profecía ári, síno ojapógui hekopete umi mokõi testígo rembipota.</w:t>
      </w:r>
    </w:p>
    <w:p>
      <w:pPr>
        <w:pStyle w:val="ArticleScripture"/>
        <w:jc w:val="left"/>
      </w:pPr>
      <w:r>
        <w:rPr>
          <w:rFonts w:ascii="Times New Roman" w:hAnsi="Times New Roman" w:eastAsia="Times New Roman" w:cs="Times New Roman"/>
        </w:rPr>
        <w:t>Che, Juan, pende ryvy avei, ha pene irũ jehasa asýpe, ha Jesús Cristo rréinope ha ipy’aguasúpe, aime vaʼekue pe ypaʼũ héravape Patmos, Tupã ñeʼẽ rehe, ha Jesucristo testimónio rehe. Apocalipsis 1:9.</w:t>
      </w:r>
    </w:p>
    <w:p>
      <w:pPr>
        <w:pStyle w:val="ArticleBody"/>
        <w:jc w:val="left"/>
      </w:pPr>
      <w:r>
        <w:rPr>
          <w:rFonts w:ascii="Times New Roman" w:hAnsi="Times New Roman" w:eastAsia="Times New Roman" w:cs="Times New Roman"/>
        </w:rPr>
        <w:t>Ñande ñambue jey vaʼekue ñande ru Moisés rembiapo angaipa ñane ñembotavy peteĩha jave, ha tekotevẽ ñamombeʼu ko mbaʼe. Tekotevẽ ñamombeʼu ko mbaʼe, koʼág̃a ñaimégui 1856-pe. Koʼág̃a oĩ tesape pyahu “poapy jey” rehegua, upérõ guáicha avei. Koʼág̃a ñaiméva Laodicea-gui Philadelphia-pe ñembohasápe, oñepyrũrõ guare pe movimiento, haʼe vaʼekue Philadelphia-gui Laodicea-pe ñembohasápe ary 1856-pe. Ary 1856-pe, ñande ru kuéra omboyke pe ñemyasãi pe arandu hetave hag̃ua rehegua “poapy jey” rehe. Ikatu hag̃uáicha ndajaikuaái ñamomombyry hag̃ua pe ñemyasãi pe tesape rehegua, péro añetehápe ikatu ñamboty ñane korasõ rokẽ ko tesape renondépe. Ikatu jajapoguáicha, umi omopuʼã vaʼekue ypykue pe Iglesia Adventista del Séptimo Día, pe ita ndahaʼéi hague añetehápe upépe, ha ñande jajepyso meme hiʼári. Ñande apañuãi niko ndorekóiha hetave peteĩ siglo ñamoinge hag̃ua ñane akã yvykuápe; umi juicio niko oñepyrũma hína.</w:t>
      </w:r>
    </w:p>
    <w:p>
      <w:pPr>
        <w:pStyle w:val="ArticleBody"/>
        <w:jc w:val="left"/>
      </w:pPr>
      <w:r>
        <w:rPr>
          <w:rFonts w:ascii="Times New Roman" w:hAnsi="Times New Roman" w:eastAsia="Times New Roman" w:cs="Times New Roman"/>
        </w:rPr>
        <w:t>Jajeporamo Alpha ha Omega tohechauka ñandéve pe principio rupive, peteĩ mba’e paha ojehechauka hag̃ua peteĩ mba’e ñepyrũ rupive, ikatu pya’e jahecha Alpha ha Omega ohechaukaha pe Nashville ñe’ẽmarandu ojehechaukaha’ekue ñande ru kuéra rupive. Ñamoneĩ vove ko añetegua, upéicharõ jajuhúta peteĩ añetegua renondépe: upe ñe’ẽmarandu guive, opa tembiapo ojejapóva hag̃ua oĩramo jepe peteĩ lógica yvypóra rehegua ombohovái hag̃ua pe ñe’ẽmarandu ndoikopáiva, ndaipóriha mba’eve ambuéva peteĩ higo rogue añónte. Upéi jahecháta Tupã ndoikói hague ñanendive jaĩ aja ñande enemigo retãme. Ha’e oĩkuri upépe, ha katu peteĩ sentido-pe añoite: omboty mbotývo korasõ rokẽnguéra, oheka hag̃ua oike hag̃ua. Pe higo rogue lógica yvypóra rehegua oñemboguejýramo, upéicharõ ikatúta avei jahecha pe ñembotove térã pe lógica yvypóra ivaíva jaipurúva ñamombe’u porã hag̃uáicha pe Nashville ñe’ẽmaranduha, ha’eha peteĩ techaukaha jaiko hague Cristo ndive ojoavy hag̃uáicha.</w:t>
      </w:r>
    </w:p>
    <w:p>
      <w:pPr>
        <w:pStyle w:val="ArticleBody"/>
        <w:jc w:val="left"/>
      </w:pPr>
      <w:r>
        <w:rPr>
          <w:rFonts w:ascii="Times New Roman" w:hAnsi="Times New Roman" w:eastAsia="Times New Roman" w:cs="Times New Roman"/>
        </w:rPr>
        <w:t>Áño 1856-pe, pe Adventismo Filadelfiagua ojetransforma Laodicea-pe, ha ha’ekuéra oikuaa upéva. Ñandejára omoneĩkuri upéva profetisa ñe’ẽ rupive ha iména rupive. Oñembo’y umi korasõ Laodiceagua rokẽme, Cristo oikuave’ẽ oike hag̃ua ha karu hag̃ua hendivekuéra. Temi’u Ha’e oguerúva oñekaru hag̃ua hína pe ita pytãrã opyta hag̃uaicha umi “siete tiempos” rehegua. Ha’ekuéra ombotove.</w:t>
      </w:r>
    </w:p>
    <w:p>
      <w:pPr>
        <w:pStyle w:val="ArticleBody"/>
        <w:jc w:val="left"/>
      </w:pPr>
      <w:r>
        <w:rPr>
          <w:rFonts w:ascii="Times New Roman" w:hAnsi="Times New Roman" w:eastAsia="Times New Roman" w:cs="Times New Roman"/>
        </w:rPr>
        <w:t>Áño 2023-pe, pe movimiento paha ko'ág̃a ohasa hína Laodiceágui Filadelfia peve, pórke pe tupao poapýha oĩ umi siete tupao apytépe. Ñandejára Alfa ha Omega omoneĩ ko mba'e Iñe'ẽ “añetegua” rupive. Cristo ko'ág̃a oĩ oñembo'y umi kangue piru omanóva ramoite rokẽme, oikuave'ẽvo oike ha karu hendivekuéra; ha pe tembi'u Ha'e oipotáva okomparti hendivekuéra ha'e upe tembi'uete voi Ha'e oñeha'ãkuri okomparti hag̃ua itúva kuérandi ary 1856-pe. Ndaha'éi añónte pe doctrina “siete tiempos” rehegua estructura térã elemento básico, oikoháicha itúva kuérape guarã ary 1856-pe. Nahániri, ha'e pe pohã ro'yrõva “siete tiempos” rehegua, ha pe pohã oikotevẽ peichagua ñemomirĩ rehe, heta jey hasýva hag̃ua oñemokõ hag̃ua.</w:t>
      </w:r>
    </w:p>
    <w:p>
      <w:pPr>
        <w:pStyle w:val="ArticleScripture"/>
        <w:jc w:val="left"/>
      </w:pPr>
      <w:r>
        <w:rPr>
          <w:rFonts w:ascii="Times New Roman" w:hAnsi="Times New Roman" w:eastAsia="Times New Roman" w:cs="Times New Roman"/>
        </w:rPr>
        <w:t>Ñandejára ñe’ẽ ou jeýkuri che rendápe, he’ívo: Yvypóra ra’y, ere Týro ruvichápe: Péicha he’i Ñandejára Guasu: Nde py’a oñemomba’eguasu haguére, ha ere haguére: Che ha’e Tupã, aguapy Tupã guapýpe, umi yguasu mbytépe; upéicharõ jepe, nde ha’e yvypóra, ha ndaha’éi Tupã, nde py’a remoĩramo jepe Tupã py’áicha. Ma’ẽke, nde aranduve Daniel-gui; ndaipóri mba’e kañy ikatúva oñemokañy ndéve. Ezequiel 28:1–3.</w:t>
      </w:r>
    </w:p>
    <w:p>
      <w:pPr>
        <w:pStyle w:val="ArticleBody"/>
        <w:jc w:val="left"/>
      </w:pPr>
      <w:r>
        <w:rPr>
          <w:rFonts w:ascii="Times New Roman" w:hAnsi="Times New Roman" w:eastAsia="Times New Roman" w:cs="Times New Roman"/>
        </w:rPr>
        <w:t>Ikatúnepa umi ore apytégua opartisipáva’ekue pe Nashville predicción-pe iñaranduve Daniel-gui?</w:t>
      </w:r>
    </w:p>
    <w:p>
      <w:pPr>
        <w:pStyle w:val="ArticleScripture"/>
        <w:jc w:val="left"/>
      </w:pPr>
      <w:r>
        <w:rPr>
          <w:rFonts w:ascii="Times New Roman" w:hAnsi="Times New Roman" w:eastAsia="Times New Roman" w:cs="Times New Roman"/>
        </w:rPr>
        <w:t>Ha’e oñepyrũhápe imburuvicharã, che Daniel aikuaa hag̃ua kuatiakuéra rupive mba’éichapa pe ára papapy, rehegua Ñandejára ñe’ẽ ou va’ekue maranduhára Jeremíaspe, ojapopa hag̃uáicha setenta ary Jerusalén ñehundi rehe. Upémarõ amboja che resa Ñandejára Tupã gotyo, aheka hag̃ua ñembo’e ha jerure rupive, ayuno reheve, ao vosa ha tanimbu reheve. Ha añembo’e Ñandejára che Tupãpe, ajapo che remombe’u hag̃ua che angaipa, ha ha’e: Ñandejára, Tupã guasu ha kyhyje hag̃ua, reñongatúva ñe’ẽme’ẽ ha poriahuvereko umi nde rayhúva ha umi ojapóva ne mandamiénto; ore roñangaipa, rojapo tekojoja’ỹ, rojapo vai, ha ropu’ã nderehe, rojehekýi hag̃ua ne rembiapoukapy ha ne huísio-gui. Ndaorohendúi avei nde rembiguái maranduhárape, oñe’ẽ va’ekue nde rérape ore ruvichakuéra, ore mburuvichakuéra, ore ru ypykuéra ha opa tetãygua yvy pegua ndive. Ñandejára, tekojoja niko nde mba’e, ha ore mba’e katu tĩndy rova rehegua, ko árape ojehechaháicha; Judá kuimba’ekuéra rehe, Jerusalén pegua rehe, ha opa Israel rehe, umi hi’aguĩva ha umi mombyryva, opa tetãme remosarambi haguépe chupekuéra, iñakãhatã haguére nde rovake. Ñandejára, ore mba’e tĩndy rova rehegua, ore ruvichakuéra mba’e, ore mburuvichakuéra mba’e, ha ore ru ypykuéra mba’e, roñangaipa haguére nendive. Ñandejára ore Tupã mba’e niko poriahuvereko ha perdón, jepe ropu’ãkuri hese; ndaorojapói avei Ñandejára ore Tupã ñe’ẽ, jaguata hag̃ua hembiapoukapykuérape, omoĩ va’ekue ore renondépe hembiguái maranduhára rupive. Añetehápe, opa Israel ohasa nde léi rehe, ojehekýivo ani hag̃ua ohendu ne ñe’ẽ; upévare ho’a ore ári pe maldisión, ha pe ñe’ẽme’ẽ hatã ojehaíva Moisés, Tupã rembiguái, léipe, roñangaipa haguére hese. Ha’e omboaje hag̃ua iñe’ẽnguéra, he’i va’ekue ore rehe ha ore hués kuéra rehe, oisãmbyhy va’ekue ore rehe, oguerúva ore ári peteĩ jehasa asy tuicháva; yvága guýpe entero ningo ndaipóri mba’e ojejapo va’ekue Jerusalén rehe ojejapo haguéicha.</w:t>
      </w:r>
    </w:p>
    <w:p>
      <w:pPr>
        <w:pStyle w:val="ArticleScripture"/>
        <w:jc w:val="left"/>
      </w:pPr>
      <w:r>
        <w:rPr>
          <w:rFonts w:ascii="Times New Roman" w:hAnsi="Times New Roman" w:eastAsia="Times New Roman" w:cs="Times New Roman"/>
        </w:rPr>
        <w:t>Oĩháicha ojehai Moisés léipe, opa ko mba’e vai ou ore ári; upéicharõ jepe ndajajeruréiva’ekue ñandejára Ñandejára ore Jára renondépe, ikatu hag̃uáicha jaheja ore rembiapo vai, ha jaikuaa nde añetegua. Upévare Ñandejára oñatende va’ekue ko mba’e vai rehe, ha ogueru ore ári; Ñandejára ñande Jára niko hekojoja opaite hembiapópe ojapóva; ndorojapói rupi iñe’ẽ. Ha ko’ág̃a, Ore Jára Ñandejára, nde reguenohẽ va’ekue nde tavayguakuérape Egipto retãgui nde po mbarete rupive, ha rejapo nde réra herakuã, ko árape peve; ore roñangaipa, rojapo tekoaña. Ore Jára, opaite nde rekojoja reheháicha, ajerure ndéve, tojepe’a nde poxy ha nde pochy guasu nde táva Jerusalén-gui, nde yvyty marangatu-gui; ore angaipakuéra ha ore ru ypykuéra rembiapo vaikuére rupi, Jerusalén ha nde tavaygua oiko ñemotĩrã opavave ore jerére guarã. Ko’ág̃a, upévare, Ore Ru Ñandejára, ehendu nde rembiguái ñembo’e ha ijerure asy, ha embokaja nde rova ne tupaóre oñembyaipáva, Ñandejára rehehápe. Che Jára, emboja nde apysa ha ehendu; eipe’a nde resa ha ema’ẽ ore ñembyaikuéra rehe, ha pe táva oñembohérava nde rérape; ndoromoĩri ore jerure nde renondépe ore rekojoja rehe jeroviávo, síno nde poriahuvereko tuichaitére. Ore Jára, ehendu; Ore Jára, eperdona; Ore Jára, ejapysaka ha ejapo; ani remboarei, nde rehehápe voi, che Jára; nde táva ha nde tavaygua niko oñembohéra nde rérape. Ha che añe’ẽ aja gueteri, añembo’e ha amombe’u che angaipa ha che retã Israel angaipa, ha amoĩ che jerure Ñandejára che Jára renondépe che Jára yvyty marangatu rehehápe; héẽ, che añe’ẽ aja gueteri ñembo’épe, pe kuimba’e Gabriel, ahecha va’ekue visión-pe iñepyrũme, oveve pya’eterei hag̃uáicha oñemboupyre, opoko cherehe ka’aru mymbajuka jave rupi. Ha’e chembo’e, oñe’ẽ chendive, ha he’i: Daniel, ko’ág̃a aime asẽ hag̃uáicha rome’ẽ hag̃ua arandu ha ñemyesakã.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Jejucristo Ñemombe’upa — Papapy Paapyha Irundy (18)</dc:title>
  <dc:subject>Túvakuéra Angaipa hag̃ua hag̃uáicha hag̃uatáva ári</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