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Mba’épa pe Añetegua? — Peteĩha Número</w:t>
      </w:r>
    </w:p>
    <w:p>
      <w:pPr>
        <w:pStyle w:val="ArticleSubtitle"/>
        <w:jc w:val="left"/>
      </w:pPr>
      <w:r>
        <w:rPr>
          <w:rFonts w:ascii="Arial" w:hAnsi="Arial" w:eastAsia="Arial" w:cs="Arial"/>
        </w:rPr>
        <w:t>Añetegua Renda: Revelación, Paralelismo Profético ha Alfa ha Omega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Ñañepyrũ mboyve ñañeʼẽ hag̃ua pe mbaʼe añetegua rehe, jahechakuaa ñañepyrũ hague ko tembi’étude Apocalipsis peteĩha kapítulo mbohapy peteĩha versíkulo reheve, ha upéi ñamoĩ peteĩ artíkulo Elías rehegua. Koʼã estudio rehegua amog̃uʼe peteĩva haʼe jaikuaa hag̃ua Estados Unidos rembiapo profecíape, jaipeʼa hag̃ua Jesucristo Revelación marandu, jahechakuaa hag̃ua profétakuéra rembiapo Tupã tavayguakuéra símbolo ramo, ha ñamyesakã hag̃ua mbaʼépa heʼise Jesús haʼeha Alfa. Jahechauka vaʼekue Apocalipsis mbohapy peteĩha versíkulo oñemoĩ porãha ha ojokupytyha umi versíkulo pahápe Apocalipsis pegua ndive; ha mokõivéva, ñepyrũme ha pahápe, Jesús ojekuaauka ijehe voi Alfa ha Omega ramo, ñepyrũha ha paha, peteĩha ha pahague.</w:t>
      </w:r>
    </w:p>
    <w:p>
      <w:pPr>
        <w:pStyle w:val="ArticleBody"/>
        <w:jc w:val="left"/>
      </w:pPr>
      <w:r>
        <w:rPr>
          <w:rFonts w:ascii="Times New Roman" w:hAnsi="Times New Roman" w:eastAsia="Times New Roman" w:cs="Times New Roman"/>
        </w:rPr>
        <w:t>Roiporu peteĩ ñomongeta mbykymi Elías rehegua mokõiha estudiope, ikatu hag̃uáicha jahechauka umi versíkulo ñepyrũgua Biblia-pe oĩha peteĩ ñe'ẽme umi versíkulo paha rehegua mokõive Testamento Tuja ha Pyahu ndive; ha hi'arive, umi versíkulo ñepyrũgua Testamento Pyahu peguáva avei oĩ peteĩ ñe'ẽme pe ñepyrũ térã pe paha ndive, taha'e hag̃uáicha pe modo reporomo'ã hag̃ua Biblia, taha'e hag̃ua peteĩ tetãmeicha ite rehecha ramo térã mokõi Testamento ramo.</w:t>
      </w:r>
    </w:p>
    <w:p>
      <w:pPr>
        <w:pStyle w:val="ArticleBody"/>
        <w:jc w:val="left"/>
      </w:pPr>
      <w:r>
        <w:rPr>
          <w:rFonts w:ascii="Times New Roman" w:hAnsi="Times New Roman" w:eastAsia="Times New Roman" w:cs="Times New Roman"/>
        </w:rPr>
        <w:t>Ambue punto jaheka hag̃ua ñamboheko porã hag̃ua hína kóva: Tupãrekotee omba’apo hague mbeguekatúpe oikuaaukave hag̃ua pe Tupãrekotee rembiporuha tetãnguéra rembiasakue pukukue javeve. Upévare ñamombe’u kuri, ára ohasávo pe ñe’ẽporãme ojeguerekóva pe ñe’ẽme’ẽ rembiasakue bíblicape, Tupã, peteĩteĩ rupive, oikuaaukave ha oikuaaukave hague Ijeko tee, hetaichagua téra oguerekóva simbolismo rupive. Pe Tupã Ipu’akapáva oñe’ẽ va’ekue Abraham ndive, ha upe Tupãete voi oñe’ẽ Moisés ndive; hákatu oikuaauka Moiséspe, upe guive gueteri, Héra ojekuaava’erãha Jehová ramo. Upéi, Cristo ou rire, Ha’e ojeikuaauka peteĩ téra reheve ndojekuaáiva Antiguo Testamento-pe, peteĩ je’ẽnte ndaha’éiramo upe téra rehegua peteĩ Babiloniagua ojeporúva Daniel kapítulo mbohapyhápe. Jesús ndaha’éi añónte ojehechauka hague Túva Ra’y peteĩete ramo, síno avei upe tembiasakue particular pe ñe’ẽme’ẽ rehegua ryepýpe ojeikuaauka hague Yvypóra Ra’y ramo. Tupã avei ome’ẽ Millerita Adventismo-pe peteĩ téra, oike jave ñe’ẽme’ẽme pe Adventismo ñepyrũ ndive.</w:t>
      </w:r>
    </w:p>
    <w:p>
      <w:pPr>
        <w:pStyle w:val="ArticleScripture"/>
        <w:jc w:val="left"/>
      </w:pPr>
      <w:r>
        <w:rPr>
          <w:rFonts w:ascii="Times New Roman" w:hAnsi="Times New Roman" w:eastAsia="Times New Roman" w:cs="Times New Roman"/>
        </w:rPr>
        <w:t>“Ko tiempo-pe, ñaimetévo opaha hag̃uáicha, ñande piko jajoguátaite ko yvy ariguápe ñande reko rupive, ha upéicha rupi tapicha kuéra oheka rei hag̃ua Tupã retãyguakuéra hérava? Oĩta piko avave ovendéva ñande rekotee ijojaha’ỹva, Tupã tapicha poravopyréicha, peteĩ mba’eporã rehehápe ko yvy arigua ikatúva ome’ẽ? Ojehecháta piko tuicha mba’évaramo umi ombohasávape Tupã léi favor? Umi Ñandejára ombohériva Itavayguakuéra, oimo’ãta piko oĩha peteĩ pu’aka yvatevéva pe Che Aime Guasu gui? Ñañeha’ãta piko jaipe’a hag̃ua umi jerovia mombe’upyrã ñande rehegua ijojaha’ỹva, umi ojapóva ñandéve Adventista Ára Pokoindýpeguáicha?” Evangelism, 121.</w:t>
      </w:r>
    </w:p>
    <w:p>
      <w:pPr>
        <w:pStyle w:val="ArticleBody"/>
        <w:jc w:val="left"/>
      </w:pPr>
      <w:r>
        <w:rPr>
          <w:rFonts w:ascii="Times New Roman" w:hAnsi="Times New Roman" w:eastAsia="Times New Roman" w:cs="Times New Roman"/>
        </w:rPr>
        <w:t>Pe téra oñeme'ẽva’ekue Adventista-kuérape, séptimo ára pegua, Ñandejára ome'ẽ va’ekue, ha Hermana White heta jey ombohéra Adventista-kuérape Tupã retãygua oñembohérava’ekue ramo. “Oñembohérava” he’ise oñeme'ẽ hague peteĩ téra. Mokõi iglesia añoite Hermana White ohechauka Tupã retãygua oñembohérava’ekue ramo: Israel yma guare ha Israel ko’ág̃agua.</w:t>
      </w:r>
    </w:p>
    <w:p>
      <w:pPr>
        <w:pStyle w:val="ArticleBody"/>
        <w:jc w:val="left"/>
      </w:pPr>
      <w:r>
        <w:rPr>
          <w:rFonts w:ascii="Times New Roman" w:hAnsi="Times New Roman" w:eastAsia="Times New Roman" w:cs="Times New Roman"/>
        </w:rPr>
        <w:t>Upévare, ñañemotenondévo ñane estudio-pe Apocalipsis aranduka rehe, aikuaaukase hína pe “téra pyahu” ojehechaukáva Filadelfia-pegua kuérape, ha avei ojehechaukáva chupekuéra pe cien cuarenta y cuatro mil ramo, ha’eha peteĩ tuicha vore pe secreto profético ojepe’áva mboty’ỹre’i mboyve pe tiempo de prueba.</w:t>
      </w:r>
    </w:p>
    <w:p>
      <w:pPr>
        <w:pStyle w:val="ArticleScripture"/>
        <w:jc w:val="left"/>
      </w:pPr>
      <w:r>
        <w:rPr>
          <w:rFonts w:ascii="Times New Roman" w:hAnsi="Times New Roman" w:eastAsia="Times New Roman" w:cs="Times New Roman"/>
        </w:rPr>
        <w:t>Pe ipu’akávape ajapóta che Jára tupãope peteĩ yta guasu yvyrarãicha, ha no-sẽvéi hag̃ua araka’eve upe guive; ha aháita hese che Jára réra, ha che Jára táva réra, péva hína Jerusalén pyahu, oguejýva yvágagui che Jára guive; ha aháita avei hese che réra pyahu. Pe orekóva apysa, tohendu mba’épa Espíritu he’i umi iglésiakuérape. Apocalipsis 3:12, 13.</w:t>
      </w:r>
    </w:p>
    <w:p>
      <w:pPr>
        <w:pStyle w:val="ArticleBody"/>
        <w:jc w:val="left"/>
      </w:pPr>
      <w:r>
        <w:rPr>
          <w:rFonts w:ascii="Times New Roman" w:hAnsi="Times New Roman" w:eastAsia="Times New Roman" w:cs="Times New Roman"/>
        </w:rPr>
        <w:t>Pe marandu paha ñemomarandu rehegua ha’e Jesucristo Revelación marandu, ha ha’e peteĩ jehechauka Ikaraktermba’e rehegua.</w:t>
      </w:r>
    </w:p>
    <w:p>
      <w:pPr>
        <w:pStyle w:val="ArticleScripture"/>
        <w:jc w:val="left"/>
      </w:pPr>
      <w:r>
        <w:rPr>
          <w:rFonts w:ascii="Times New Roman" w:hAnsi="Times New Roman" w:eastAsia="Times New Roman" w:cs="Times New Roman"/>
        </w:rPr>
        <w:t>“Umi oha’arõva pe Novio ou hag̃uã hína, he’i va’erã tavayguápe: ‘Pema’ẽ pendejára rehe.’ Pe mimbipa pahague tesape poriahuverekogua, pe marandu paha poriahuverekogua oñeme’ẽva’erãva ko yvy ape ári, ha’e hína peteĩ jehechauka Hembiayhu rekokatu rehegua. Tupã ra’ykuéra ohechauka va’erã Iglória. Ijeheguiete rekovépe ha hekoitépe oikuaauka va’erã mba’épa Tupã gracia ojapo hesekuéra.” Christ’s Object Lessons, 415, 416.</w:t>
      </w:r>
    </w:p>
    <w:p>
      <w:pPr>
        <w:pStyle w:val="ArticleBody"/>
        <w:jc w:val="left"/>
      </w:pPr>
      <w:r>
        <w:rPr>
          <w:rFonts w:ascii="Times New Roman" w:hAnsi="Times New Roman" w:eastAsia="Times New Roman" w:cs="Times New Roman"/>
        </w:rPr>
        <w:t>Oreko hetave ñamoĩ hag̃ua kuatiápe Jesús rehegua pe Ñe’ẽ ramo; ko’ág̃a katu ñañepyrũta pe ñe’ẽ “añetegua” rehe. Pe ñentendekuaa “añetegua” rehegua, avei pe ñe’ẽ “añetegua” rehegua, ha avei umi tai ojeporúva oñemoheñói hag̃ua “pe añetegua ñe’ẽ”, ha’e peteĩ ñentendekuaa Cristo reko rehegua.</w:t>
      </w:r>
    </w:p>
    <w:p>
      <w:pPr>
        <w:pStyle w:val="ArticleScripture"/>
        <w:jc w:val="left"/>
      </w:pPr>
      <w:r>
        <w:rPr>
          <w:rFonts w:ascii="Times New Roman" w:hAnsi="Times New Roman" w:eastAsia="Times New Roman" w:cs="Times New Roman"/>
        </w:rPr>
        <w:t>Upévare Pilato he’i chupe: ¿Nde piko upéicharõ peteĩ mburuvicha guasu? Jesús ombohovái: Nde ere che ha’eha mburuvicha guasu. Upévarã añemoñesẽ, ha upévare aju ko yvy ári, amombe’u hag̃ua añetegua rehegua. Opaite pe oĩva añeteguápe ohendu che ñe’ẽ. Pilato he’i chupe: ¿Mba’épa añetegua? Ha he’i rire kóva, osẽ jey judíokuérape, ha he’i chupekuéra: Che ndaikuaái ipype mba’eveichagua jejavy. Juan 18:37, 38.</w:t>
      </w:r>
    </w:p>
    <w:p>
      <w:pPr>
        <w:pStyle w:val="ArticleBody"/>
        <w:jc w:val="left"/>
      </w:pPr>
      <w:r>
        <w:rPr>
          <w:rFonts w:ascii="Times New Roman" w:hAnsi="Times New Roman" w:eastAsia="Times New Roman" w:cs="Times New Roman"/>
        </w:rPr>
        <w:t>Pe ñe’ẽ griego oñembohasáva “añetegua” ramo pe versíkulope ojejapyhy peteĩ ñe’ẽ hebreogui, ha upéva avei ha’e peteĩ taikuéra ha jepe peteĩ papapy. Pe taikuéra peteĩha pe alfabeto hebreogua rehegua hína “aleph”. Añetehápe, mokõi taikuéra peteĩha pe alfabeto hebreogua rehegua hína “aleph” ha “beth”, ha umíva ojoguaite mokõi taikuéra peteĩha griegoguápe, ha’éva alpha ha beta. Oñondivekuéra omoheñói pe ypykue ñe’ẽ “alfabeto” rehegua. Upévare, pe ñe’ẽ “alpha” (úva pe taikuéra hebreogua aleph-gui) ojepuru peteĩ taikuéra ramo, peteĩ ñe’ẽ ramo, peteĩ papapy ramo ha avei peteĩva umi heta téra Jesús rehegua apytégui.</w:t>
      </w:r>
    </w:p>
    <w:p>
      <w:pPr>
        <w:pStyle w:val="ArticleBody"/>
        <w:jc w:val="left"/>
      </w:pPr>
      <w:r>
        <w:rPr>
          <w:rFonts w:ascii="Times New Roman" w:hAnsi="Times New Roman" w:eastAsia="Times New Roman" w:cs="Times New Roman"/>
        </w:rPr>
        <w:t>Pilato oporandu rire pe porandu, “Mba’épa pe añetegua?”, Jesús oikuaaukáma vaʼekue chupe mbaʼérepa Haʼe “ou ko múndope”, ha avei mbaʼérepa “onase” vaʼekue: hag̃ua omeʼẽ hag̃ua testimonio pe “añetegua” rehe. Upéi heʼive kuri: “opaite oĩva añeteguágui ohendu” Iñeʼẽ.</w:t>
      </w:r>
    </w:p>
    <w:p>
      <w:pPr>
        <w:pStyle w:val="ArticleScripture"/>
        <w:jc w:val="left"/>
      </w:pPr>
      <w:r>
        <w:rPr>
          <w:rFonts w:ascii="Times New Roman" w:hAnsi="Times New Roman" w:eastAsia="Times New Roman" w:cs="Times New Roman"/>
        </w:rPr>
        <w:t>Ojehovasáva pe omoñe'ẽva, ha umi ohendúva ko marandu profético ñe'ẽ, ha ojapóva umi mba'e ojehaíva ipype; hi'aguĩgui pe ára. Apocalipsis 1:3.</w:t>
      </w:r>
    </w:p>
    <w:p>
      <w:pPr>
        <w:pStyle w:val="ArticleBody"/>
        <w:jc w:val="left"/>
      </w:pPr>
      <w:r>
        <w:rPr>
          <w:rFonts w:ascii="Times New Roman" w:hAnsi="Times New Roman" w:eastAsia="Times New Roman" w:cs="Times New Roman"/>
        </w:rPr>
        <w:t>AÑETEGUA: G225—G227-gui; añetegua: – añetegua, X añetehápe, añetegua, añeteguaite. G227—G1-gui (partíkula negativa ramo) ha G2990-gui; añetegua (ndoñomi rupi): – añetegua, añetehápe, añetegua. G1; Α. Hebréo ypykuegui; alfabéto pegua peteĩha letra: ta’ãnga hag̃ua añoite (iporu haguére papapy ramo) peteĩha. Alfa.</w:t>
      </w:r>
    </w:p>
    <w:p>
      <w:pPr>
        <w:pStyle w:val="ArticleScripture"/>
        <w:jc w:val="left"/>
      </w:pPr>
      <w:r>
        <w:rPr>
          <w:rFonts w:ascii="Times New Roman" w:hAnsi="Times New Roman" w:eastAsia="Times New Roman" w:cs="Times New Roman"/>
        </w:rPr>
        <w:t>Jesús he'i chupe: Che hína pe tape, pe añetegua ha pe tekove; avave ndoúi Túva rendápe ndaha'éirõ che rupive. Juan 14:6.</w:t>
      </w:r>
    </w:p>
    <w:p>
      <w:pPr>
        <w:pStyle w:val="ArticleBody"/>
        <w:jc w:val="left"/>
      </w:pPr>
      <w:r>
        <w:rPr>
          <w:rFonts w:ascii="Times New Roman" w:hAnsi="Times New Roman" w:eastAsia="Times New Roman" w:cs="Times New Roman"/>
        </w:rPr>
        <w:t>Jesús he’i rire: “Che hína… pe añetegua”, he’íva hína Ha’eha peteĩ letra, peteĩ papapy ha peteĩ ñe’ẽ pe letra alfa rehegua; ha pe ñe’ẽ alfa, ha pe papapy alfa, opavave hína “añetegua”. Daniel kuatiañe’ẽme, Cristo ojehechauka ijehe peteĩ Papapykuaa Porãiterei ramo, upéva hína pe ñe’ẽ hebreo “Palmoni” he’iséva; ha upéva oñembohasa hag̃ua “pe marangatu añetehápe oñe’ẽva” ramo, Daniel 8-pe.</w:t>
      </w:r>
    </w:p>
    <w:p>
      <w:pPr>
        <w:pStyle w:val="ArticleScripture"/>
        <w:jc w:val="left"/>
      </w:pPr>
      <w:r>
        <w:rPr>
          <w:rFonts w:ascii="Times New Roman" w:hAnsi="Times New Roman" w:eastAsia="Times New Roman" w:cs="Times New Roman"/>
        </w:rPr>
        <w:t>Upéi ahendu peteĩ marangatu oñeʼẽha, ha ambue marangatu heʼi upe marangatu oñeʼẽvape: Mboy arakaʼe peve piko oikóta pe visión pe sacrificio ára ha ára rehegua, ha pe ñemboyke oporomongyʼáva rehegua, omeʼẽ hag̃uáicha mokõivéva pe santuario ha pe ehérsito oñembohasa hag̃ua ipype py guýpe? Ha haʼe heʼi chéve: Mokõi mil trescientos ára peve; upérõ pe santuario oñemopotĩta. Daniel 8:13, 14.</w:t>
      </w:r>
    </w:p>
    <w:p>
      <w:pPr>
        <w:pStyle w:val="ArticleBody"/>
        <w:jc w:val="left"/>
      </w:pPr>
      <w:r>
        <w:rPr>
          <w:rFonts w:ascii="Times New Roman" w:hAnsi="Times New Roman" w:eastAsia="Times New Roman" w:cs="Times New Roman"/>
        </w:rPr>
        <w:t>Pe “marangatu” versíkulo trece-pe oĩva héra “Palmoni” — pe papahára hechapyrãva, térã umi mba’e kañyva papahára. Ko’ã mokõi versíkulope oñemoĩ tenonderã pe profesía 2300 ary rehegua ha umi mokõi profesía 2520 ary rehegua. Pe 2300 ary rehegua oñe’ẽ pe “santuario” rehe, ha umi mokõi profesía 2520 ary rehegua oñe’ẽ pe “ehérsito” rehe, pórke mokõive, pe santuario ha pe ehérsito, Roma opyrũta hi’ári. Pe profesía 2520 ary rehegua ohechauka Tupã santuario ha ipuévlo oñemboguejy ha oñepyrũ hag̃ua hi’ári. Mbohapy profesía ipypukúva, ojoajúva oñondive aravo rehe, upe punto-pe voi la Biblia-pe Jesús oñepresenta hag̃ua ijehe pe papahára hechapyrãva ramo umi mba’e kañyva rehegua. Ndaha’éi añónte ha’e oiporavo hague ko’ã mokõi versíkulo oñepresenta hag̃ua pe Aravo Jára ramo, síno umi mokõi versíkulope ojekuaauka haguépe ijehe ohechauka avei pe aravo ha’e oike haguã pe ñe’ẽme’ẽme Israel espiritual moderno ndive, ha ko’ã mokõi versíkulo avei hína Adventismo pyenda ha itajúra mbytégua.</w:t>
      </w:r>
    </w:p>
    <w:p>
      <w:pPr>
        <w:pStyle w:val="ArticleScripture"/>
        <w:jc w:val="left"/>
      </w:pPr>
      <w:r>
        <w:rPr>
          <w:rFonts w:ascii="Times New Roman" w:hAnsi="Times New Roman" w:eastAsia="Times New Roman" w:cs="Times New Roman"/>
        </w:rPr>
        <w:t>“Pe Escritúrape, opaite ambuekuégui ári, oikóva’ekue mokõivéva Advento jeroviapy pyenda ha iñemoĩmby mbytegua, ha’e va’ekue ko ñe’ẽ: ‘Mokõi mil trescientos ára peve; upéi pe tupaópe oñemopotĩta.’ [Daniel 8:14.]” The Great Controversy, 409.</w:t>
      </w:r>
    </w:p>
    <w:p>
      <w:pPr>
        <w:pStyle w:val="ArticleBody"/>
        <w:jc w:val="left"/>
      </w:pPr>
      <w:r>
        <w:rPr>
          <w:rFonts w:ascii="Times New Roman" w:hAnsi="Times New Roman" w:eastAsia="Times New Roman" w:cs="Times New Roman"/>
        </w:rPr>
        <w:t>Ipaha opaha hag̃ua ary 1798-pe, Daniel kuatiañe’ẽ oñemboty’ỹjey, ha pe ánhel peteĩha marandu og̃uahẽ tembiasakue-pe, ohechaukávo mba’éichapa okakuaa profecía rehegua arandu oiko va’ekue pe movimiento Millerita tiempope, upéva ha’égui Séptimo Día Adventismo ñepyrũ. Daniel kuatiañe’ẽ oñemboty’ỹjey ramo umi Millerita-pe g̃uarã, peteĩ marandu Palmonígui—peteĩ marandu ára rehegua—oñentende. Tupã Ñe’ẽ araka’eve ndojavyi, ha akóinte ombojoaju paha iñepyrũ ndive. Upévare, Adventismo paha aja oĩta katuete Ikarakter rehegua peteĩ jehechauka, oiko haguéicha tembiasakue Millerita-pe. Ko añetegua oñemopyenda Adventismo ñepyrũ ha paha rehe, ha avei oñemopyenda Daniel kuatiañe’ẽ ha Apocalipsis kuatiañe’ẽ joaju rehe oje’e hag̃uáicha. Daniel ha Apocalipsis orrepresenta peteĩ kuatiañe’ẽ, ha upe representación-pe ha’ekuéra mokõi testígo, pe peteĩha ha’éva Daniel ha pe paháva ha’éva Apocalipsis.</w:t>
      </w:r>
    </w:p>
    <w:p>
      <w:pPr>
        <w:pStyle w:val="ArticleScripture"/>
        <w:jc w:val="left"/>
      </w:pPr>
      <w:r>
        <w:rPr>
          <w:rFonts w:ascii="Times New Roman" w:hAnsi="Times New Roman" w:eastAsia="Times New Roman" w:cs="Times New Roman"/>
        </w:rPr>
        <w:t>“Daniel ha Apocalipsis kuatiañe’ẽ peteĩnte hína. Peteĩva peteĩ profesía, ambuéva peteĩ revelación; peteĩva peteĩ kuatiañe’ẽ oñembotýva, ambuéva katu peteĩ kuatiañe’ẽ ojepe’áva.” Seventh-day Adventist Bible Commentary, volumen 7, 972.</w:t>
      </w:r>
    </w:p>
    <w:p>
      <w:pPr>
        <w:pStyle w:val="ArticleBody"/>
        <w:jc w:val="left"/>
      </w:pPr>
      <w:r>
        <w:rPr>
          <w:rFonts w:ascii="Times New Roman" w:hAnsi="Times New Roman" w:eastAsia="Times New Roman" w:cs="Times New Roman"/>
        </w:rPr>
        <w:t>Daniel ha Apocalipsis mokõi aranduka ha’e peteĩ arandúka añoite, peteĩchaite Biblia ha’égui peteĩ arandúka oñemboja’óva Antiguo ha Nuevo-pe, térã ñepyrũ ha paha-pe. Apocalipsis 11-pe mokõi testígo oñehechauka hag̃ua Moisés ha Elías ramo ha’e hína Antiguo ha Nuevo Testamento.</w:t>
      </w:r>
    </w:p>
    <w:p>
      <w:pPr>
        <w:pStyle w:val="ArticleScripture"/>
        <w:jc w:val="left"/>
      </w:pPr>
      <w:r>
        <w:rPr>
          <w:rFonts w:ascii="Times New Roman" w:hAnsi="Times New Roman" w:eastAsia="Times New Roman" w:cs="Times New Roman"/>
        </w:rPr>
        <w:t>“Mokõi testígo rehegua, maranduhára he’i avei péicha: ‘Ko’ãva hína mokõi olívo yvyra ha mokõi kandelerokuéra oñembo’ýva yvy Jára renondépe.’ ‘Nde ñe’ẽ,’ he’i salmísta, ‘ha’e peteĩ arapysã che pykuérape guarã, ha peteĩ tesape che rape peguarã.’ Apocalipsis 11:4; Salmo 119:105. Mokõi testígo ohechauka Ñandejára Ñe’ẽryru Tupãme’ẽme oĩva Antiguo ha Nuevo Testamento-pe.” El Conflicto de los Siglos, 267.</w:t>
      </w:r>
    </w:p>
    <w:p>
      <w:pPr>
        <w:pStyle w:val="ArticleBody"/>
        <w:jc w:val="left"/>
      </w:pPr>
      <w:r>
        <w:rPr>
          <w:rFonts w:ascii="Times New Roman" w:hAnsi="Times New Roman" w:eastAsia="Times New Roman" w:cs="Times New Roman"/>
        </w:rPr>
        <w:t>Daniel ha Juan mokõi testígo hína, mokõivéva ojepersegíva’ekue, mokõivéva ojegueraha hag̃ua prisionéroramo, mokõivévape oñeme’ẽva’ekue peteĩchaite línea tembiasakue profesíagua oñongatu hag̃ua kuatiare, mokõivéva orrepresentáva cien cuarenta y cuatro mil-pe, mokõivéva oikóva Jerusalén ñehundipa rire, mokõivéva ñemano ha jeikove jey símbolo, (Juan pe aceite opupu asývagui ha Daniel león kuéra itakuáguio).</w:t>
      </w:r>
    </w:p>
    <w:p>
      <w:pPr>
        <w:pStyle w:val="ArticleBody"/>
        <w:jc w:val="left"/>
      </w:pPr>
      <w:r>
        <w:rPr>
          <w:rFonts w:ascii="Times New Roman" w:hAnsi="Times New Roman" w:eastAsia="Times New Roman" w:cs="Times New Roman"/>
        </w:rPr>
        <w:t>Daniel ohechauka peteĩ revelasión especial Cristo reko rehegua, ha ojapo upéva mokõi versíkulope pe inspiración ombohérava “pilar mbytegua ha pyenda” Iglesia Adventista del Séptimo Día-pe g̃uarã. Umi mokõi versíkulo ha’eva’ekue pe “itaju pahaite” pe ita paha omoĩva hikuái umi pyendakuérape ojehechaukáva William Miller rembiapokuére. Pe itaju pahaite ogueru hendive pe ñehesa’ỹijo pe santuario yvagapegua rehegua, Tupã léi, pe sábado, pe juicio investigador ha mbohapy ánhel Apocalipsis catorcepegua. Daniel ha’e pe ñepyrũ pe lívrope, Juan ha’e paha.</w:t>
      </w:r>
    </w:p>
    <w:p>
      <w:pPr>
        <w:pStyle w:val="ArticleBody"/>
        <w:jc w:val="left"/>
      </w:pPr>
      <w:r>
        <w:rPr>
          <w:rFonts w:ascii="Times New Roman" w:hAnsi="Times New Roman" w:eastAsia="Times New Roman" w:cs="Times New Roman"/>
        </w:rPr>
        <w:t>Juan rembiapokue ohechaukáta peteĩ revelación Cristo rekokatu rehegua Adventísmo paha árape. Israel moderno ñepyrũme, Ha’e ojekuaauka vaekue peteĩ Numerador Maravilloso ramo, opa mba’e matemático Apohare ramo; ha Israel moderno paha árape ojekuaauka hína peteĩ lingüista maravilloso ramo. Ha’e hína opa mba’e ñe’ẽ rehegua Apohare, taha’e pe ñe’ẽ ñemohenda, pe gramática regla-kuéra, ñe’ẽnguéra ha jepe alfabeto letra-kuéra. Ha’e ojapo vaekue comunicación oñemotenondéva ñe’ẽ rupive, oisãmbyhýva gramática regla-kuéra, ojehai térã oñeñe’ẽramo, ojehaíva peteĩ alfabeto reheve Ha’e diseño rupive; ha opa umíva ári—Ha’e hína pe Ñe’ẽ. Upe Ñe’ẽ rupive Ha’e omoambue Laodiceagua kuéra pytũmby ha nda’ipreparáivape Filadelfiagua kuéra santifikádope.</w:t>
      </w:r>
    </w:p>
    <w:p>
      <w:pPr>
        <w:pStyle w:val="ArticleScripture"/>
        <w:jc w:val="left"/>
      </w:pPr>
      <w:r>
        <w:rPr>
          <w:rFonts w:ascii="Times New Roman" w:hAnsi="Times New Roman" w:eastAsia="Times New Roman" w:cs="Times New Roman"/>
        </w:rPr>
        <w:t>Emomarangatu chupekuéra nde añetegua rupive: ne ñe'ẽ ha’e añetegua. Juan 17:17.</w:t>
      </w:r>
    </w:p>
    <w:p>
      <w:pPr>
        <w:pStyle w:val="ArticleBody"/>
        <w:jc w:val="left"/>
      </w:pPr>
      <w:r>
        <w:rPr>
          <w:rFonts w:ascii="Times New Roman" w:hAnsi="Times New Roman" w:eastAsia="Times New Roman" w:cs="Times New Roman"/>
        </w:rPr>
        <w:t>Pe ñeʼẽ oñembohasáva “santificar” ramo heʼise ojapo hag̃ua imarangatu hag̃ua. Umi cien cuarenta y cuatro mil imarangatúta ha oguerekóta upe tekokatu reko pe “añetegua” rupive térã ikatu hag̃uáicha ere, iñeʼẽ “rupive”, pórke Jesús hína pe Ñeʼẽ ha Haʼe hína pe Añetegua.</w:t>
      </w:r>
    </w:p>
    <w:p>
      <w:pPr>
        <w:pStyle w:val="ArticleScripture"/>
        <w:jc w:val="left"/>
      </w:pPr>
      <w:r>
        <w:rPr>
          <w:rFonts w:ascii="Times New Roman" w:hAnsi="Times New Roman" w:eastAsia="Times New Roman" w:cs="Times New Roman"/>
        </w:rPr>
        <w:t>Ñepyrũmbýpe oĩ vaʼekue pe Ñeʼẽ, ha pe Ñeʼẽ oĩ vaʼekue Tupã ndive, ha pe Ñeʼẽ hína vaʼekue Tupã. Kóva oĩ vaʼekue ñepyrũmbýpe Tupã ndive. Opa mbaʼe ojejapo haʼe rupive; ha haʼeʼỹre ndaipóri ni peteĩ mbaʼe ojejapóva apytégui ojeporavo hag̃uáicha. Juan 1:1–3.</w:t>
      </w:r>
    </w:p>
    <w:p>
      <w:pPr>
        <w:pStyle w:val="ArticleBody"/>
        <w:jc w:val="left"/>
      </w:pPr>
      <w:r>
        <w:rPr>
          <w:rFonts w:ascii="Times New Roman" w:hAnsi="Times New Roman" w:eastAsia="Times New Roman" w:cs="Times New Roman"/>
        </w:rPr>
        <w:t>Ema’ẽ porã kóva ha’eha pe mba’e peteĩha Juan ohai ivaʼekue iEvangelio-pe. Kóva, añetehápe, ojogueraha pe mba’e peteĩha ojehaíva Génesis-pe. Ombojoapy pe testimónio, ohechauka hag̃ua hesakãve mba’épa he’íva Génesis peteĩha-pe.</w:t>
      </w:r>
    </w:p>
    <w:p>
      <w:pPr>
        <w:pStyle w:val="ArticleScripture"/>
        <w:jc w:val="left"/>
      </w:pPr>
      <w:r>
        <w:rPr>
          <w:rFonts w:ascii="Times New Roman" w:hAnsi="Times New Roman" w:eastAsia="Times New Roman" w:cs="Times New Roman"/>
        </w:rPr>
        <w:t>Ñepyrũmbype Tupã ojapo yvága ha yvy. Génesis 1:1.</w:t>
      </w:r>
    </w:p>
    <w:p>
      <w:pPr>
        <w:pStyle w:val="ArticleBody"/>
        <w:jc w:val="left"/>
      </w:pPr>
      <w:r>
        <w:rPr>
          <w:rFonts w:ascii="Times New Roman" w:hAnsi="Times New Roman" w:eastAsia="Times New Roman" w:cs="Times New Roman"/>
        </w:rPr>
        <w:t>Pe ñe’ẽ oñembohasáva “Tupã” ramo peteĩha versíkulope oĩ hetaitepe, upéicha rupi oikuaauka voi pe “ñepyrũmby” guive Tupã ndaha’eiha peteĩnte. “Ñepyrũmbyme”, Juan marandu porãme, pe Ñe’ẽ oĩ va’ekue Tupã ndive ha ha’e va’ekue Tupã. Ha pe Ñe’ẽva’ekue pe Apohare.</w:t>
      </w:r>
    </w:p>
    <w:p>
      <w:pPr>
        <w:pStyle w:val="ArticleBody"/>
        <w:jc w:val="left"/>
      </w:pPr>
      <w:r>
        <w:rPr>
          <w:rFonts w:ascii="Times New Roman" w:hAnsi="Times New Roman" w:eastAsia="Times New Roman" w:cs="Times New Roman"/>
        </w:rPr>
        <w:t>Jesús ha’e pe Ñe’ẽ, ha Ha’e omoheñói pe Biblia ombojoajúvo Tupã reko yvypóra rekóndi—Tupã reko ojehechauka Espíritu Santo rupive ha yvypóra reko ojehechauka umi tapicha omoĩva’ekue ñe’ẽ umi aranduka kuérape oñemondo va’erã umi iglésia-pe. Upévare, pe Biblia ha’e peteĩ joaju yvypóra rekogua ha Tupã rekogua, Jesús-ichaite. Pe Biblia, jepevérõ oĩ ipype yvypóra ho’áva, so’o rekópe oikóva, ha’e marangatúma; ha upéicha avei umi kuimba’e ohai va’ekue ipype, marangatúkuri avei.</w:t>
      </w:r>
    </w:p>
    <w:p>
      <w:pPr>
        <w:pStyle w:val="ArticleScripture"/>
        <w:jc w:val="left"/>
      </w:pPr>
      <w:r>
        <w:rPr>
          <w:rFonts w:ascii="Times New Roman" w:hAnsi="Times New Roman" w:eastAsia="Times New Roman" w:cs="Times New Roman"/>
        </w:rPr>
        <w:t>Oreko avei pe ñeʼẽ profétika iñañetévéva; peẽ pejapo porã pehendu hag̃ua hese, peteĩ tesape omimbi hag̃uáicha peteĩ hendápe pytũmbýpe, pe ára koʼẽ meve, ha pe mbyja koʼẽgua osẽ peẽme pende pyʼapýpe: Peikuaávo ko mbaʼe tenonderãite, ndaipóriha mavave profecía Escritúragua oĩva interpretación privada rehe. Pe profecía ndoumoʼãi vaʼekue yma yvypóra rembipota rupi: ha katu kuimbaʼe marangatu Tupãgua oñeʼẽ vaʼekue, oñemonguʼévo chupekuéra Espíritu Santo. 2 Pedro 1:19–21.</w:t>
      </w:r>
    </w:p>
    <w:p>
      <w:pPr>
        <w:pStyle w:val="ArticleBody"/>
        <w:jc w:val="left"/>
      </w:pPr>
      <w:r>
        <w:rPr>
          <w:rFonts w:ascii="Times New Roman" w:hAnsi="Times New Roman" w:eastAsia="Times New Roman" w:cs="Times New Roman"/>
        </w:rPr>
        <w:t>Jepémo umi proféta kuéra karai marangatu, upéicharamo jepe haʼekuéra gueteri yvypóra hoʼáva, pórke maymáva niko opeka ha ndohupytýi Tupã mimbipa. Upéicharamo jepe, la Biblia haʼe peteĩ joaju Tupã reko ha yvypóra rekóva, ha imarangatu, pórke Tupã Ñeʼẽ ou ohechauka hag̃ua Hekovépe ha Iñeʼẽ ojehaívape yvypóra reko oñembojoajúvo Tupã rekóre ndoupeka moʼãiha. Pe añetegua oikóva la Biblíare, upéva añete avei Cristo rehe, pórke Haʼe hína la Biblia.</w:t>
      </w:r>
    </w:p>
    <w:p>
      <w:pPr>
        <w:pStyle w:val="ArticleBody"/>
        <w:jc w:val="left"/>
      </w:pPr>
      <w:r>
        <w:rPr>
          <w:rFonts w:ascii="Times New Roman" w:hAnsi="Times New Roman" w:eastAsia="Times New Roman" w:cs="Times New Roman"/>
        </w:rPr>
        <w:t>Jesús oipota voi he’ári pype pe so’o angaipa rehegua ha araka’eve ndojapói angaipa; upéicha ome’ẽvo techapyrã yvypóra reko oñembojoajúva Tupã rekóre ndaha’éi ojapóva angaipa.</w:t>
      </w:r>
    </w:p>
    <w:p>
      <w:pPr>
        <w:pStyle w:val="ArticleScripture"/>
        <w:jc w:val="left"/>
      </w:pPr>
      <w:r>
        <w:rPr>
          <w:rFonts w:ascii="Times New Roman" w:hAnsi="Times New Roman" w:eastAsia="Times New Roman" w:cs="Times New Roman"/>
        </w:rPr>
        <w:t>“Belén rembiasakue peteĩ ñe’ẽmbyry ikatu hag̃uáicha ndojepáiva araka’eve. Ipype oñemokañy ‘Tupã arandu ha iñarandueta mba’erepy pypukuite.’ Romanos 11:33. Ñande ñañemondýi ñamomba’eguasúvo pe Salvador jejopy asy rehe, ojerekuévo yvágagui pe tenda guasu guapyhágui pe mitãrusu renda peve, ha umi ánhel oku’e ha omomba’éva iñirũnguéragui mymbakuéra kotýpe oĩvape peve. Yvypóra ñemomba’eguasu ha ijeheguiete jerovia ojejoko hag̃ua hese renondépe. Upéicharõ jepe, kóva añoite vaekue iñepyrũ hechapyrãva iñemomirĩ guasu rehegua. Ta’anga’ỹrõ guáicha peteĩ ñemomirĩ opave’ỹva pe Tupã Ra’y rehe g̃uarã ogueraha hag̃ua yvypóra reko, Adán oĩramo jepe heko potĩme Edénpe. Ha Jesús omoneĩ yvypóra rekotee, pe yvypóra ñemoñare ikangypámarõ guare irundy mil ary angaipa rupi. Opa Adán ra’yicha, Ha’e ogueraha pe léi tuichavéva ñemoñare rape rupive omba’apóva rembiapokue. Mba’éichapa umi rembiapokue ojehechauka hína umi iñemoñare yvy arigua rembiasakue rupi. Ha’e oukuri upe ñemoñare reheve okomparti hag̃ua ñande ñembyasy ha ñande jepy’apy, ha ome’ẽ hag̃ua ñandéve techapyrã peteĩ tekove angaipa’ỹva.” The Desire of Ages, 48.</w:t>
      </w:r>
    </w:p>
    <w:p>
      <w:pPr>
        <w:pStyle w:val="ArticleBody"/>
        <w:jc w:val="left"/>
      </w:pPr>
      <w:r>
        <w:rPr>
          <w:rFonts w:ascii="Times New Roman" w:hAnsi="Times New Roman" w:eastAsia="Times New Roman" w:cs="Times New Roman"/>
        </w:rPr>
        <w:t>Jesús ha’e pe Ñe’ẽ, ha mokõivéva, Jesús ha la Biblia, peteĩ joaju yvyporáva ha Tupãgua. Jesús omoheñóirõ guare la Biblia heta siglo pukukue, omoĩ ipype tembiapoukapy ikatu hag̃uáicha umi ohendútava, ohendu. Umi mbojojaha oisãmbyhýva la Biblia ha’e avei ijehegua rekotee.</w:t>
      </w:r>
    </w:p>
    <w:p>
      <w:pPr>
        <w:pStyle w:val="ArticleScripture"/>
        <w:jc w:val="left"/>
      </w:pPr>
      <w:r>
        <w:rPr>
          <w:rFonts w:ascii="Times New Roman" w:hAnsi="Times New Roman" w:eastAsia="Times New Roman" w:cs="Times New Roman"/>
        </w:rPr>
        <w:t>“Pe Apocalípsispe oñembojoaju ha og̃uahẽ ipahápe opaite Biblia aranduka. Ko’ápe oĩ Daniel aranduka rembiapo mopahãha.” Hechos de los Apóstoles, 585.</w:t>
      </w:r>
    </w:p>
    <w:p>
      <w:pPr>
        <w:pStyle w:val="ArticleBody"/>
        <w:jc w:val="left"/>
      </w:pPr>
      <w:r>
        <w:rPr>
          <w:rFonts w:ascii="Times New Roman" w:hAnsi="Times New Roman" w:eastAsia="Times New Roman" w:cs="Times New Roman"/>
        </w:rPr>
        <w:t>Pe ñe’ẽ “complemento” he’ise ogueru hag̃ua mba’e oguahẽ hag̃ua iperfecciónpe. Daniel rembipykuái opa Apocalípsipe, upéicha rupi Daniel rembipykuái ha’e ñepyrũ, ha Apocalipsis ha’e paha. Apocalipsis ñepyrũ oñembojevy Apocalipsis pahápe, ha Daniel kapítulo peteĩ ñe’ẽpehẽ peteĩhápe oĩ ñorairõ Israel tee ha Babilonia tee apytépe, upépe Babilonia ogana; ha mba’e rechaukarã rembiasakue probationaria pahápe, Daniel 11:45, 12:1-pe, Babilonia espiritual oĩ ñorairõme Israel espiritual ndive, ha ipahápe Babilonia operde ha Israel ipu’aka. Ojehuháicha Juan ndive Apocalípsipe, Daniel rembipykuái ñepyrũ oñemoĩ peteĩ ñe’ẽme hembykue paha ndive. Upéicharõ, mba’épa añetegua?</w:t>
      </w:r>
    </w:p>
    <w:p>
      <w:pPr>
        <w:pStyle w:val="ArticleBody"/>
        <w:jc w:val="left"/>
      </w:pPr>
      <w:r>
        <w:rPr>
          <w:rFonts w:ascii="Times New Roman" w:hAnsi="Times New Roman" w:eastAsia="Times New Roman" w:cs="Times New Roman"/>
        </w:rPr>
        <w:t>Pe ñe’ẽ “doctrina” ohechauka mba’épa peteĩ aty ojeroviáva oikuaa ha’e hag̃ua añetegua. Hembipota térã jeporu ndaha’éi ojejokóva Bíbliare térã Cristianísmore año. Pe héravagui Cristianísmo-pe, ikatu hag̃uáicha oĩ hetave “doctrina” japu añetéva-gui, pórke Babilonia espiritual, papado, ha’e peteĩ kavaju’i opa guyra ky’a ha jeguaru rembiporavoha, ha umi guyra ohechauka ivaíva, ha upéva umi iglesia oipytyvõ ha omokañy doctrina japu rupive, techapyrãramo pe léi oñemboguepa hague. Péro oĩ doctrina añetegua.</w:t>
      </w:r>
    </w:p>
    <w:p>
      <w:pPr>
        <w:pStyle w:val="ArticleScripture"/>
        <w:jc w:val="left"/>
      </w:pPr>
      <w:r>
        <w:rPr>
          <w:rFonts w:ascii="Times New Roman" w:hAnsi="Times New Roman" w:eastAsia="Times New Roman" w:cs="Times New Roman"/>
        </w:rPr>
        <w:t>Umi bereano-kuéra akã noñembotyivaʼekue prejuísore. Haʼekuéra oĩvaʼekue dispuésto oikuaase hag̃ua añetépa umi doctrina omboʼéva apóstol-kuéra. Ohesaʼỹijo hikuái la Biblia, ndahaʼéi curiosidágui, síno ikatu hag̃uáicha oikuaa mbaʼépa ojehaívaʼekue pe Mesías oñepromete vaʼekue rehe. Káda ára ohesaʼỹijo hikuái umi kuatiañeʼẽ inspiráda, ha omojojávo Escritura Escritura ndive, umi ánhel yvagapegua oĩvaʼekue hendivekuéra, omyesakãvo iñarandu ha omoingévo ipyʼapýpe.</w:t>
      </w:r>
    </w:p>
    <w:p>
      <w:pPr>
        <w:pStyle w:val="ArticleScripture"/>
        <w:jc w:val="left"/>
      </w:pPr>
      <w:r>
        <w:rPr>
          <w:rFonts w:ascii="Times New Roman" w:hAnsi="Times New Roman" w:eastAsia="Times New Roman" w:cs="Times New Roman"/>
        </w:rPr>
        <w:t>“Oimeraẽ pe marandu porã añetegua oñemombeʼu, umi oipota añetehápe ojapo iporãva ojereraha hag̃ua peteĩ ñehaʼãmbaretepy rehe ojeheka hag̃ua Ñandejára Ñeʼẽ Marangatu. Ha, ko yvy rembiasakue pahápe, umi oñemombeʼuhápe añetegua ojehechaporã hag̃uame omoirũrire bereagua kuéra ehémplo, oheka meme hag̃ua Ñandejára Ñeʼẽ Marangatu káda ára, ha ombojojávo Ñandejára Ñeʼẽ rehe umi marandu oguerúva chupekuéra, ko árape hetaiterei oĩvaʼerãmoʼãta ijeroviáva Ñandejára léi rembiapoukapykuérare, koʼág̃a saʼieterei oĩhápe hendaguépe. Péro oñepresentávo umi añetegua Bíblica ndohoryvéiva heta tapichápe, heta oĩ ombotovéva ojapo ko jehekapy. Jepe ndaikatúi ombohovái hag̃ua Ñandejára Ñeʼẽ poravopyre hesakãva, upéicharõ jepe ohechauka hikuái tuichaite hag̃ua ndoipotaiha ohesaʼỹijo umi mbaʼe rechaukaha oñemeʼẽva chupekuéra. Oĩ heʼíva ndaje koʼã doctrina añete ramo jepe, saʼieterei mbaʼe oimporta hag̃ua omoneĩ térã nahániri pe tesape pyahu, ha ojokose hikuái umi mombeʼu porã ombohorýva, pe enemigo oiporúva ombotavy hag̃ua umi ánga. Péicha iñakãgui oñemoĩ pytũ jejavy rupi, ha oñembojaʼo yvágagui.</w:t>
      </w:r>
    </w:p>
    <w:p>
      <w:pPr>
        <w:pStyle w:val="ArticleScripture"/>
        <w:jc w:val="left"/>
      </w:pPr>
      <w:r>
        <w:rPr>
          <w:rFonts w:ascii="Times New Roman" w:hAnsi="Times New Roman" w:eastAsia="Times New Roman" w:cs="Times New Roman"/>
        </w:rPr>
        <w:t>“Opaite ojehusgáta pe tesakã oñeme'ẽva'ekue rireháicha. Ñandejára omondo hemimondoha kuérape peteĩ marandu ñepysyrõ rehegua reheve, ha umi ohendúva chupekuéra ojapóta responsable mba'éichapa ojapo hemimbiguái kuéra ñe'ẽ rehe. Umi añetehápe ohekáva pe añetegua ojapóta peteĩ jehechajey porãite, Tupã Ñe'ẽ tesakãme, umi doctrina ojehechaukáva chupekuéra rehe.” Acts of the Apostles, 231, 232.</w:t>
      </w:r>
    </w:p>
    <w:p>
      <w:pPr>
        <w:pStyle w:val="ArticleBody"/>
        <w:jc w:val="left"/>
      </w:pPr>
      <w:r>
        <w:rPr>
          <w:rFonts w:ascii="Times New Roman" w:hAnsi="Times New Roman" w:eastAsia="Times New Roman" w:cs="Times New Roman"/>
        </w:rPr>
        <w:t>Oĩ “doctrína” ha’éva “marandu porã añetegua”, ha tekotevẽ oñehesa’ỹijo. Oĩva’ekue, (ndaha’éiramo maymáva) ha’e “añetegua porãha’ãrã”. Pe sábado ha’e peteĩ añetegua porãha’ãrã hesakã hag̃uáicha ndahasýiva. Oĩ doctrína añetegua ha japu. Oĩ doctrína añetegua apytépe umi ome’ẽva peteĩ prueba umi ohendúvape g̃uarã. Oĩ avei peteĩichagua añetegua ojejapóva peteĩ ára térã aravo pegua hag̃ua. Ko’ã añetegua héra “añetegua ko’ag̃agua”.</w:t>
      </w:r>
    </w:p>
    <w:p>
      <w:pPr>
        <w:pStyle w:val="ArticleScripture"/>
        <w:jc w:val="left"/>
      </w:pPr>
      <w:r>
        <w:rPr>
          <w:rFonts w:ascii="Times New Roman" w:hAnsi="Times New Roman" w:eastAsia="Times New Roman" w:cs="Times New Roman"/>
        </w:rPr>
        <w:t>“Oĩ heta añetegua iporãitereíva oĩva Tupã Ñeʼẽme, hákatu ‘añetegua koʼág̃agua’ haʼe pe ovecha aty oikotevẽva koʼág̃a. Ahecha vaʼekue pe peligro umi marandu rerahaha osẽ hag̃ua mombyry umi punto iñimportántevagui pe añetegua koʼág̃aguápe, ojepytaso hag̃ua umi mbaʼe rehe ndojeguerekoivaʼekue hag̃ua ombojoaju pe ovecha aty ha omongarai hag̃ua pe ánga. Satanás koʼápe oiporúta opaite ventaja ikatúva oity hag̃ua pe tembiapo.”</w:t>
      </w:r>
    </w:p>
    <w:p>
      <w:pPr>
        <w:pStyle w:val="ArticleScripture"/>
        <w:jc w:val="left"/>
      </w:pPr>
      <w:r>
        <w:rPr>
          <w:rFonts w:ascii="Times New Roman" w:hAnsi="Times New Roman" w:eastAsia="Times New Roman" w:cs="Times New Roman"/>
        </w:rPr>
        <w:t>“Péro umi mba’e, pe santuario rehegua, ojoajúva umi 2300 ára ndive, Tupã rembiapoukapykuéra ha Jesús jerovia, oĩ porãiterei omyesakã hag̃ua pe movimiento Advento yma guare ha ohechauka hag̃ua mba’épa ñande posición ko’ág̃a, omopyenda hag̃ua pe jerovia umi ikyhyjéva ha ome’ẽ hag̃ua certeza pe futuro glorioso rehe. Ko’ãva, che ahecha jepi vaʼekue, haʼe umi tema principal umi mensahérokuéra oiko vaʼerã hese.” Early Writings, 63.</w:t>
      </w:r>
    </w:p>
    <w:p>
      <w:pPr>
        <w:pStyle w:val="ArticleBody"/>
        <w:jc w:val="left"/>
      </w:pPr>
      <w:r>
        <w:rPr>
          <w:rFonts w:ascii="Times New Roman" w:hAnsi="Times New Roman" w:eastAsia="Times New Roman" w:cs="Times New Roman"/>
        </w:rPr>
        <w:t>Umi Adventista pyʼỹinte oiporu ko jehaipyre ojehekýi hag̃ua pe heʼíva añetévare. Heʼi hikuái opa mbaʼe ñambohasakuaavaʼerã ñane marandu “añetegua koʼág̃aguápe” haʼeha pe tupaópegua marangatu, umi 2300 ára, umi tembiapoukapy ha Jesucristo jerovia. Ko mbaʼe heʼi hikuái ojehekýi hag̃uánte pe ojehechauka hag̃ua koʼã irundy mbaʼe rehegua.</w:t>
      </w:r>
    </w:p>
    <w:p>
      <w:pPr>
        <w:pStyle w:val="ArticleBody"/>
        <w:jc w:val="left"/>
      </w:pPr>
      <w:r>
        <w:rPr>
          <w:rFonts w:ascii="Times New Roman" w:hAnsi="Times New Roman" w:eastAsia="Times New Roman" w:cs="Times New Roman"/>
        </w:rPr>
        <w:t>Koʼã irundy tuicha añetegua rembipotápe oĩ, “oñekalkula porãite hag̃ua omyesakã hag̃ua pe movimiento adventista yma guare ha ohechauka hag̃ua mbaʼépa hína ñande ñemohenda koʼág̃agua, omopyenda hag̃ua pe jerovia umi mokõihávape, ha omeʼẽ hag̃ua certeza pe futuro glorioso rehe.” Koʼã irundy doctrina añetegua koʼág̃agua oñembosakoʼi ohechauka hag̃ua pe Adventismo ñepyrũ (pe movimiento adventista yma guare) oikuaaukaha Adventismo paha (ñande ñemohenda koʼág̃agua). Umi irundy doctrina tenondegua “oñekalkula porãite” omyesakã hag̃ua pe principio heʼíva pe paha ojehechaukaha pe ñepyrũ rupive. Ko pasáhe inspiración rehegua heʼiháicha, kóva hína pe “añetegua koʼág̃agua” pe “aty oikotevẽva koʼág̃a.”</w:t>
      </w:r>
    </w:p>
    <w:p>
      <w:pPr>
        <w:pStyle w:val="ArticleBody"/>
        <w:jc w:val="left"/>
      </w:pPr>
      <w:r>
        <w:rPr>
          <w:rFonts w:ascii="Times New Roman" w:hAnsi="Times New Roman" w:eastAsia="Times New Roman" w:cs="Times New Roman"/>
        </w:rPr>
        <w:t>Israel yma guare yma’ẽva, ha Israel ko’ág̃agua hína ipaha. Israel yma guare, literalhápe, ohechauka hag̃ua peteĩ tipo tavayguakuéra Adventista del Séptimo Día rehegua, ára paha guive 1798-pe, pe léi domingo peve. Cristo ou mboyve peteĩha jey, pe “añetegua ko’ag̃agua” ndojehechái va’ekue umi judío rupive, ha’ekuéra niko oĩgui akãpytũme (Laodicea-icha) jepokuaa ha tradisión rehe ojeroviágui.</w:t>
      </w:r>
    </w:p>
    <w:p>
      <w:pPr>
        <w:pStyle w:val="ArticleScripture"/>
        <w:jc w:val="left"/>
      </w:pPr>
      <w:r>
        <w:rPr>
          <w:rFonts w:ascii="Times New Roman" w:hAnsi="Times New Roman" w:eastAsia="Times New Roman" w:cs="Times New Roman"/>
        </w:rPr>
        <w:t>“Ñande jaikuaase pe ára oĩhápe jaiko. Ndaikatúi ñantende porã ni mbyte rupi. Ndaikatúi avei jahechakuaa porã ni mbyte rupi. Che py’a oryryi che ryepýpe apensávo mba’eichaitépa tuicha pe ñane enemigo jajotopava’erã, ha mba’eichaitépa sa’i ñaimembyaty hag̃uáicha jajovake hag̃ua chupe. Israel ra’ykuéra jehasa asykuéra, ha iñemongu’e Cristo ou mboyve peteĩha jey, ojehechauka chéve jey jey hag̃ua ojeillustrá hag̃ua Tupã tavayguakuéra ñemohenda ijehasakue pukukue Cristo ou mboyve mokõiha jey—mba’éichapa pe enemigo ohekámi opaite oportunidad oguereko hag̃ua poguy pe judío-kuéra apytu’ũre, ha ko árape oheka hína omokañy hag̃ua Tupã rembijokuái apytu’ũ, ani hag̃ua ikatu ohechakuaa pe añetegua iporãitereíva.” Selected Messages, lívro 2, 406.</w:t>
      </w:r>
    </w:p>
    <w:p>
      <w:pPr>
        <w:pStyle w:val="ArticleBody"/>
        <w:jc w:val="left"/>
      </w:pPr>
      <w:r>
        <w:rPr>
          <w:rFonts w:ascii="Times New Roman" w:hAnsi="Times New Roman" w:eastAsia="Times New Roman" w:cs="Times New Roman"/>
        </w:rPr>
        <w:t>Ore referénsia oúvape he’iháicha, umi hudío okañy hesa-gui pe “Añete tee Tupãgui ouva”, ha upe añete tee ypykue umi hudíope g̃uarã va’ekue hína pe tembiasakue jejora rehegua Egíptogui. Pe tembiasakue upe jejora rehegua ha’eva’ekue iñañete tee ypykue, ha’eva’ekue pe añete oñembo’eva’erã va’ekue chupekuéra ombo’e hag̃ua ita’ýra ha itajýrape opa ijatykuérape. Ha’ekuéra ofalla, Adventismo ojapoháicha avei. Oñepresenta hag̃ua pe añete umi hudío ára pytũmbypývape, Jesús omoĩ pe añete peteĩ marco ryepýpe.</w:t>
      </w:r>
    </w:p>
    <w:p>
      <w:pPr>
        <w:pStyle w:val="ArticleScripture"/>
        <w:jc w:val="left"/>
      </w:pPr>
      <w:r>
        <w:rPr>
          <w:rFonts w:ascii="Times New Roman" w:hAnsi="Times New Roman" w:eastAsia="Times New Roman" w:cs="Times New Roman"/>
        </w:rPr>
        <w:t>“Pe Salvador ára, umi judío ojaho’iite kuri añetegua ita iporãitéva tetãgua jehe’a ha mombe’upy guigua yty reheve, upéicha rupi ndaikatúi kuri ojehechakuaa mba’épa añete ha mba’épa japu. Pe Salvador ou va’ekue omopotĩ hag̃ua upe yty superstición ha jejavy yma guive oñeñongatúva, ha omoĩ hag̃ua Tupã Ñe’ẽ ita iporãitéva añetegua marco-pe. Mba’épa ojapóta mo’ã pe Salvador ou ramo ñandéve ko’ág̃a, ojapo haguéicha umi judío rehe? Tekotevẽta chupe ojapo hag̃ua peteĩ tembiapo ojoguáva, omopotĩvo tradición ha ceremonia yty. Umi judío tuicha ojepy’apy kuri ha’e ojapo ramo guare ko tembiapo. Ha’ekuéra ndohesavéi kuri Tupã añetegua ypykue rehe, péro Cristo ogueru jey chupe ojehecha hag̃ua. Ñande rembiapo hína ñamosãso Tupã añetegua iporãitéva superstición ha jejavy-gui.”</w:t>
      </w:r>
    </w:p>
    <w:p>
      <w:pPr>
        <w:pStyle w:val="ArticleScripture"/>
        <w:jc w:val="left"/>
      </w:pPr>
      <w:r>
        <w:rPr>
          <w:rFonts w:ascii="Times New Roman" w:hAnsi="Times New Roman" w:eastAsia="Times New Roman" w:cs="Times New Roman"/>
        </w:rPr>
        <w:t>“Añetegua porãite oĩ vaʼekue oñemi jeýma tesaráipe, ha jejavy ha mbaʼekuaarã rei rupive ojeguerova haʼe hag̃ua mbaʼe hendyʼỹva ha ndoporoguerohorýiva. Jesús ohechauka Tupã resape, ha oguenohẽ añetegua omimbiporãva opa imarangatuete divino mimbipápe. Umi iñeʼẽpotĩva apytuʼũ henyhẽ ñemombaʼeguasúgui. Ipyʼa ojejoko mborayhu marangatúpe hese, upe oguenohẽ vaʼekue añetegua jeguaka ha ohechauka vaʼekue umívape iñentendimientópe.”</w:t>
      </w:r>
    </w:p>
    <w:p>
      <w:pPr>
        <w:pStyle w:val="ArticleScripture"/>
        <w:jc w:val="left"/>
      </w:pPr>
      <w:r>
        <w:rPr>
          <w:rFonts w:ascii="Times New Roman" w:hAnsi="Times New Roman" w:eastAsia="Times New Roman" w:cs="Times New Roman"/>
        </w:rPr>
        <w:t>“Umi judío-kuéra oikuaa vaʼekue peteĩ hendami pe añetegua rehegua, ha omboʼe Ñeʼẽ Ñandejára rehegua peteĩ párte; ha katu ndoikuaái pe Tupã léi rekove pukukue guasúva. Cristo omopotĩ umi tekorei ñemboʼe ypykue rehegua, ha ohechauka pe añetegua apytépe oĩva, ha pe korasõite umi Ñandejára rembiapo rembipota rehegua. Ha ojapo jave upéva, ipochy eterei hikuái ha ndaikatúi ojoko ijehe. Omosarambi hikuái marandu japu peteĩ távagui ambuépe, Cristo ohundiha Ñandejára rembiapo. Péro Jesús oipeʼa ramo jepe umi yma guare forma, omoĩjey umi yma guare añetegua, omoĩvo chupekuéra pe añetegua ryepýpe. Omojoaju ha ombojoaju porã umi mbaʼe peteĩrehe, ojapóvo chugui peteĩ sistema añetegua rehegua completo ha jojaiteva. Kóva hína pe tembiapo ñande Salvador ojapo vaʼekue; ha koʼág̃a, mbaʼépa jajapóta ñande? Ndajajapói vaʼerã piko tembiapo Cristo ndive peteĩ ñeʼẽme? Ñamboguata vaʼerã piko ñehendu rehe? Jahejáta piko ñane remiandu tee omoñemi ñandehegui Ñandejára resape? Jalee vaʼerã kyreʼỹme, ñahendu vaʼerã kuaaporãme, ha ñamboʼe avei ambuépe umi mbaʼe ñaaprende vaʼekue. Tekotevẽ ñande pyʼaguapyʼỹ hag̃uáicha tapia ñandeñembyahýi pe mbujape tekove rehegua rehe, tapia ñaheka pe y oikovéva ha Líbano rory, ikatu hag̃uáicha jagueraha tavayguakuérape umi y oikovéva, ombopiroʼýva, pe Yvu Añetegua rehegua guive.” Review and Herald, 4 de junio de 1889.</w:t>
      </w:r>
    </w:p>
    <w:p>
      <w:pPr>
        <w:pStyle w:val="ArticleBody"/>
        <w:jc w:val="left"/>
      </w:pPr>
      <w:r>
        <w:rPr>
          <w:rFonts w:ascii="Times New Roman" w:hAnsi="Times New Roman" w:eastAsia="Times New Roman" w:cs="Times New Roman"/>
        </w:rPr>
        <w:t>Ijuvýrõ guive peteĩha, Jesús “omoĩjey umi añetegua yma guaréva, omoĩvo umívape pe añetegua atyhápe. Ombojoja ha ombojoaju chupekuéra ojuehe, ojapóvo peteĩ sistema añetegua tuichakue ha joja porãva.” Jesús oiporu vaʼekue pe tembiasakue ñepyrũme Israel yma guaréva rehegua ikatu hag̃uáicha omoĩjey umi añetegua yma guaréva, ha ojapo upéva ombojojávo umi añetegua (mboʼepy rehehápe) ha ombojoajúvo chupekuéra ojuehe (jojáva rupive, línea ári línea). Ojapo upéva ikatu hag̃uáicha omosãso umi hudíope umi jepokuaa ha teko yma guaréva omopytũ vaʼekue chupekuéra. Upe tembiasakue haʼe vaʼekue Israel literal rembiasakue paha.</w:t>
      </w:r>
    </w:p>
    <w:p>
      <w:pPr>
        <w:pStyle w:val="ArticleBody"/>
        <w:jc w:val="left"/>
      </w:pPr>
      <w:r>
        <w:rPr>
          <w:rFonts w:ascii="Times New Roman" w:hAnsi="Times New Roman" w:eastAsia="Times New Roman" w:cs="Times New Roman"/>
        </w:rPr>
        <w:t>Pe Adventismo ojapo jey yma Israél yma guaré paha rembe’apoha, ha pe mba’epyrã oñemoĩ hag̃uáicha pype añetegua ikatu hag̃uáicha ojeipe’a pe Laodicea rehegua ára pytũ ymaite guive ouva’ekue jepokuaa ha teko ypykuégui, oñemboguata ko’ág̃aicha voi, Cristo oñomongeta haguéicha umi judío ndive. Umi “añetegua yma guaréva” oñemoĩva’erã pe “mba’epyrã” añetegua rehegua pype, ikatu hag̃uáicha oñembojoaju hag̃ua umi marandu profético rapykuere ambue marandu profético rapykuere rehe, “tái ári tái”, ojoguaháicha ojupe, ikatu hag̃uáicha ikatu rupi ojejora peteĩ Laodiceagua ijapysaka’ỹgui. Cristo ha’e ñande techapyrã opa mba’épe.</w:t>
      </w:r>
    </w:p>
    <w:p>
      <w:pPr>
        <w:pStyle w:val="ArticleBody"/>
        <w:jc w:val="left"/>
      </w:pPr>
      <w:r>
        <w:rPr>
          <w:rFonts w:ascii="Times New Roman" w:hAnsi="Times New Roman" w:eastAsia="Times New Roman" w:cs="Times New Roman"/>
        </w:rPr>
        <w:t>Oĩ añetegua Biblia-pe ojehechakuaáva doctrina ramo, ha “oĩ heta añetegua iporãitereíva,” péro oĩ avei “añetegua ko’ág̃agua” ha’éva peteĩ “pruéva tavayguakuérape g̃uarã” pe “ñemoñare” oikovévape upe añetegua ojehechauka jave. Maranduhaiykue rehegua rupi kóva oiko Adventísmo pe irundyha ñemoñarépe, ha pe “añetegua ko’ág̃agua” “ha’éva peteĩ pruéva ko ñemoñarépe g̃uarã” ndaha’éi vaʼekue peteĩ pruéva Adventísmo ñemoñare ypykuépe g̃uarã.</w:t>
      </w:r>
    </w:p>
    <w:p>
      <w:pPr>
        <w:pStyle w:val="ArticleScripture"/>
        <w:jc w:val="left"/>
      </w:pPr>
      <w:r>
        <w:rPr>
          <w:rFonts w:ascii="Times New Roman" w:hAnsi="Times New Roman" w:eastAsia="Times New Roman" w:cs="Times New Roman"/>
        </w:rPr>
        <w:t>“Oĩva Ñandejára Ñe’ẽme peteĩteĩ mba’e ijetu’úva hag̃ua oñentende, ha umíva, Pedro ñe’ẽme he’iháicha, umi iñaranduhẽva ha ndopytáiva mbarete oguerekóva hikuái ojavy hag̃ua, ombohape hag̃ua ijehundi tee. Ikatu hag̃uáicha ndajaikuaái ko tekovépe ñamyesakãmba hag̃ua peteĩteĩ jehaipyre marandu Ñandejára Ñe’ẽ pegua rembipota; ha katu ndaipóri peteĩva jepe añetegua praktiko iñimportantevéva oñemo’ãtava ñemimby rupi. Oguãhẽvo ára, Tupã providénsia rupi, ko yvy tuichakue oñeha’ã hag̃ua pe añetegua upe ára pegua rehe, tapicha akãkuéra oñemongu’éta Ijespíritu rupi oheka hag̃ua Ñandejára Ñe’ẽ, hag̃ua jepe ayuno ha ñembo’e ndive, pe joaju peteĩteĩva ojejuhu peve ha oñembojoaju peteĩ cadena perfecta-pe. Mayma mba’e añeteguáva oguerekóva pya’e hag̃ua almas ñesalvasión rehegua oñemyesakã porãitereíta, ikatu hag̃uáicha avave ndojavyi ni ndoguatái pytũmbýpe.”</w:t>
      </w:r>
    </w:p>
    <w:p>
      <w:pPr>
        <w:pStyle w:val="ArticleScripture"/>
        <w:jc w:val="left"/>
      </w:pPr>
      <w:r>
        <w:rPr>
          <w:rFonts w:ascii="Times New Roman" w:hAnsi="Times New Roman" w:eastAsia="Times New Roman" w:cs="Times New Roman"/>
        </w:rPr>
        <w:t>“Ñande rapykue jaha rire maranduhai joaju rupi, añetegua ojehechaukapyréva ñane ararã ojehecha porã ha oñemyesakã porã. Ñande jarekóta ñemombeʼu hag̃ua umi mbaʼe porã jahupytývare ha pe tesape omimbíva ñande rape ári rehe. Umi oikovaʼekue ymaguare ñemoñarekuérape avei oikéta kuri ñemombeʼu hag̃ua pe tesape oñemeʼẽ vaʼekue ichupekuéra omimbi hag̃ua hiʼári. Iñakãnguéra ombaʼapo vaʼekue Tupã Ñeʼẽ pehẽnguekuéra rehe, umi mbaʼe ohaʼãvaʼekue chupekuéra. Haʼekuéra katu noikuaái vaʼekue umi añetegua ñande jaikuaaháicha koʼág̃a. Ndaikatúi vaʼekue oñemoĩ hiʼári kuéra pe tesape noñemeʼẽivaʼekue chupekuéra. Haʼekuéra oguereko vaʼekue la Biblia, ñande jajogua hag̃uáicha; ha katu aravo oñemboty hag̃ua añetegua especial oñeʼẽva ko yvy rembiasakue pahaite rehe, upéva hína umi paha ñemoñare oikovéva gueteri yvy ári aja.”</w:t>
      </w:r>
    </w:p>
    <w:p>
      <w:pPr>
        <w:pStyle w:val="ArticleScripture"/>
        <w:jc w:val="left"/>
      </w:pPr>
      <w:r>
        <w:rPr>
          <w:rFonts w:ascii="Times New Roman" w:hAnsi="Times New Roman" w:eastAsia="Times New Roman" w:cs="Times New Roman"/>
        </w:rPr>
        <w:t>“Añetegua peteĩchagua ojejapo hag̃ua oñemohenda umi generación-kuéra rekove rehehápe, oiko haguéicha. Pe añetegua ko’ág̃a guare, ha’éva peteĩ prueba ko generacióngua tavayguakuérape g̃uarã, ndaha’éikuri peteĩ prueba umi generación ymaite guivegua tavayguakuérape g̃uarã. Pe tesape ko’ág̃a omimbi ñande ári, pe sábado rehegua, pe irundyha mandamiéntopegua, oñeme’ẽ rire va’ekue umi generación yma guarépe, Tupã ombojegueroviakuaa va’erãmo’ã chupekuéra upe tesape rehe.” Testimonies, volume two, 692, 693.</w:t>
      </w:r>
    </w:p>
    <w:p>
      <w:pPr>
        <w:pStyle w:val="ArticleBody"/>
        <w:jc w:val="left"/>
      </w:pPr>
      <w:r>
        <w:rPr>
          <w:rFonts w:ascii="Times New Roman" w:hAnsi="Times New Roman" w:eastAsia="Times New Roman" w:cs="Times New Roman"/>
        </w:rPr>
        <w:t>Umi ikatúva oimbaséramo oñembotove oĩha irundy ñemoñare Adventismo rembiasakuepe, amondo peẽme Habacuc Táblape. Peteĩ tape iporãetereíva oñentende hag̃ua ko añetegua ha’e kóva: pe téra Laodicea he’ise peteĩ tetãygua oñehusgáva. Adventismo ñepyrũme oñemombe’u kuri huísio jepe’aha, ha Adventismo paha omombe’u huísio ñemboty. Pe huísio ñemboty oiko mbohapyha ha irundyha ñemoñarépe.</w:t>
      </w:r>
    </w:p>
    <w:p>
      <w:pPr>
        <w:pStyle w:val="ArticleScripture"/>
        <w:jc w:val="left"/>
      </w:pPr>
      <w:r>
        <w:rPr>
          <w:rFonts w:ascii="Times New Roman" w:hAnsi="Times New Roman" w:eastAsia="Times New Roman" w:cs="Times New Roman"/>
        </w:rPr>
        <w:t>Ani hag̃ua nejehe peteĩ ta’ãnga ojepytasóva, térã mba’eve joguaha oĩva yvágape yvate, térã yvy ape gotyo, térã y ryepýpe yvy guýpe: ani reñesũ hag̃ua henondépekuéra, ni remomba’e hag̃ua chupekuéra: che niko hína Ñandejára nde Jára, Tupã akãhatãva, aiporuáva túvakuéra rembiapo vaikue ta’ýra kuéra ári pe mbohapyha ha irundyha ñemoñare peve umi che rayhu’ỹvape; ha ahechauka hag̃ua che poriahuvereko hetaitereípe umi che rayhúva ha oñangarekóva che mandamientokuéra rehe. Éxodo 20:4–6.</w:t>
      </w:r>
    </w:p>
    <w:p>
      <w:pPr>
        <w:pStyle w:val="ArticleBody"/>
        <w:jc w:val="left"/>
      </w:pPr>
      <w:r>
        <w:rPr>
          <w:rFonts w:ascii="Times New Roman" w:hAnsi="Times New Roman" w:eastAsia="Times New Roman" w:cs="Times New Roman"/>
        </w:rPr>
        <w:t>Mandu’a hu’ã opávo, pe generación paha Adventismo Laodiceagua (peteĩ tetã ojehusgáva) rehegua ojehusgáta ha oñemosẽta Ñandejára juruégui, yma Israel yma guaréicha Jerusalén ñehundípe. Doctrina bíblica-kuéra ha’e añetegua, ha oĩ avei añetegua ojehechaukáva hag̃ua, ha upéi oĩ añetegua ko’ág̃agua. Pe añetegua ko’ág̃agua akóinte ha’e peteĩ añetegua ojehechaukáva hag̃uáicha, ha katu omombe’u hag̃ua peteĩ añetegua ojehechaukáva hag̃uáicha oñembosako’i hag̃uáicha pe generación oikovévape g̃uarã ko’ag̃aite. Upéicharõ jepe, añetehápe, ikatu hag̃uáicha oje’e, oiméne hag̃uaicha pe añetegua Ñandejára Ñe’ẽgui ñande jaiporavóva jaheja hag̃uáicha, upéva voi oiko ramo peteĩ añetegua ojehechaukáva hag̃uáicha, ha upévape ñande ñañembojavyma.</w:t>
      </w:r>
    </w:p>
    <w:p>
      <w:pPr>
        <w:pStyle w:val="ArticleBody"/>
        <w:jc w:val="left"/>
      </w:pPr>
      <w:r>
        <w:rPr>
          <w:rFonts w:ascii="Times New Roman" w:hAnsi="Times New Roman" w:eastAsia="Times New Roman" w:cs="Times New Roman"/>
        </w:rPr>
        <w:t>Jesús ha’e Tupã Ñe’ẽ, ha ha’e pe añetegua. Ha’e omomarandu vaekue Pilátope mba’érepa Ha’e “ou” “ko yvy ape ári”: “ohechauka hag̃ua añetegua”; ha opa umi ohendúva Iñe’ẽ, “oĩ añeteguápe”. Pe ñe’ẽ “añetegua” rehe Piláto ha Jesús oñe’ẽ vaekue ou peteĩ ñe’ẽ hebreo-gui, oñembohasáva “añetegua” ramo, ha ojejuhu cien veintisiete jey Antiguo Testamento-pe. Upe ñe’ẽ hebreo (H571) oñembohasa heta ñe’ẽ inglés-pe, péro Antiguo Testamento-pe oñembohasa noventa y dos jey “truth” ramo. Ha’e peteĩ umi ñe’ẽ ipoder mbareteetéva, heta nivel-pe.</w:t>
      </w:r>
    </w:p>
    <w:p>
      <w:pPr>
        <w:pStyle w:val="ArticleBody"/>
        <w:jc w:val="left"/>
      </w:pPr>
      <w:r>
        <w:rPr>
          <w:rFonts w:ascii="Times New Roman" w:hAnsi="Times New Roman" w:eastAsia="Times New Roman" w:cs="Times New Roman"/>
        </w:rPr>
        <w:t>Pe ñe’ẽ oñembohasáva “añetegua” ramo pe Antiguo Testamento-pe ojejapo mbohapy letra hebreo-gui, ha umi letra hebreo rehegua, peteĩteĩva oreko ijeheguiete he’iséva; upévare pe ñe’ẽ ojejapóva umi letra-gui ombojehe’a peteĩteĩ letra he’iséva oñondive, ojegueru hag̃ua pe ñe’ẽ he’ise pahaite. Pe ñe’ẽ “añetegua” ojejapo mbohapy letra hebreo-gui: pe peteĩha letra alfabeto hebreo-pe, peteĩ letra oĩva mbytepe, ha pe paha letra alfabeto hebreo-pe. Pe “añetegua” pe Antiguo Testamento-pe ojehechauka pe peteĩha ha pe paha letra alfabeto reheve, peteĩ letra mbytepegua ndive!</w:t>
      </w:r>
    </w:p>
    <w:p>
      <w:pPr>
        <w:pStyle w:val="ArticleBody"/>
        <w:jc w:val="left"/>
      </w:pPr>
      <w:r>
        <w:rPr>
          <w:rFonts w:ascii="Times New Roman" w:hAnsi="Times New Roman" w:eastAsia="Times New Roman" w:cs="Times New Roman"/>
        </w:rPr>
        <w:t>Kóva hína pe definición pe “regla bíblica de la primera mención” rehegua. Pe peteĩha jey peteĩ mba’e oñepresenta ha’e pe ñe’ẽme guarã pe referencia iñimportantevéva, pe ñemoñareicha, ha oguereko ipype opaite ADN tekotevẽva oñemoheñói hag̃ua tembiasakue pukukue. Pe mokõiha referencia iñimportantevéva pe “regla de la primera mención” ryepýpe ha’e pe pahaitegua referencia, upépe niko oñembojoaju opaite tembiasakue osẽva ñepyrũmby ha paha apytépe. “Pe Revelación-pe oñembojoaju ha oñemohu’ã opaite Biblia aranduka”, ha Revelación ha’e pe Biblia pahaite aranduka.</w:t>
      </w:r>
    </w:p>
    <w:p>
      <w:pPr>
        <w:pStyle w:val="ArticleBody"/>
        <w:jc w:val="left"/>
      </w:pPr>
      <w:r>
        <w:rPr>
          <w:rFonts w:ascii="Times New Roman" w:hAnsi="Times New Roman" w:eastAsia="Times New Roman" w:cs="Times New Roman"/>
        </w:rPr>
        <w:t>Pe ñe’ẽ hebreo “añetegua” jahechahína oñepyrũ pe letra “Aleph”-pe; pe letra pahaapyha ha mbohapyha ha’e “Mem”, ha pe mokõipa mokõiha ha pahaite ha’e “Tav”. Katuete, oĩ heta mba’e’i iñambuéva ko’ã letra ñemyesakãme, odependeháicha mba’e ñe’ẽkuaahárape rejeruréta pe ñemyesakã; upéicharõ jepe, umi ñemyesakã jepivegua tuicha omyesakã porã.</w:t>
      </w:r>
    </w:p>
    <w:p>
      <w:pPr>
        <w:pStyle w:val="ArticleBody"/>
        <w:jc w:val="left"/>
      </w:pPr>
      <w:r>
        <w:rPr>
          <w:rFonts w:ascii="Times New Roman" w:hAnsi="Times New Roman" w:eastAsia="Times New Roman" w:cs="Times New Roman"/>
        </w:rPr>
        <w:t>א (Aleph): Peteĩha letra alfabeto hebreopegua, ha heta jey oñembojoaju peteĩre, ha ohechauka pe Divíno ha opa’ỹva, ohechaukávo joaju Tupã ha tekohakuéra apytépe.</w:t>
      </w:r>
    </w:p>
    <w:p>
      <w:pPr>
        <w:pStyle w:val="ArticleBody"/>
        <w:jc w:val="left"/>
      </w:pPr>
      <w:r>
        <w:rPr>
          <w:rFonts w:ascii="Times New Roman" w:hAnsi="Times New Roman" w:eastAsia="Times New Roman" w:cs="Times New Roman"/>
        </w:rPr>
        <w:t>מ (Mem): Paapykuéra ha’éva letra pahaapyha mbohapyha alfabeto hebreo-pe ha heta jey oñembojoaju y rehe.</w:t>
      </w:r>
    </w:p>
    <w:p>
      <w:pPr>
        <w:pStyle w:val="ArticleBody"/>
        <w:jc w:val="left"/>
      </w:pPr>
      <w:r>
        <w:rPr>
          <w:rFonts w:ascii="Times New Roman" w:hAnsi="Times New Roman" w:eastAsia="Times New Roman" w:cs="Times New Roman"/>
        </w:rPr>
        <w:t>ת (Tav): Peteĩ letra alfabéto hebreopegua, ha oguereko he’iséva “techaukaha” térã “señal”. Heta jey oñembojoaju pe concepto “ñemohu’ã” rehe térã “sello” tekopyahu rehegua ndive. Hebreo yma guarépe, pe letra Tav oguereko va’ekue peteĩ kurusu ra’anga.</w:t>
      </w:r>
    </w:p>
    <w:p>
      <w:pPr>
        <w:pStyle w:val="ArticleBody"/>
        <w:jc w:val="left"/>
      </w:pPr>
      <w:r>
        <w:rPr>
          <w:rFonts w:ascii="Times New Roman" w:hAnsi="Times New Roman" w:eastAsia="Times New Roman" w:cs="Times New Roman"/>
        </w:rPr>
        <w:t>Pe ñe’ẽ hebreo oñembohasáva “añetegua” ramo, ñahesa’ỹijohína, ojejapo mbohapy tai reheve, ha umíva oñondive ohechauka pe marandu porã opa’ỹva. Mba’e? Kóva hasy’ỹ hag̃uáicha ojekuaa, rehechakuaáramo umi mbohapy ánhel rembipota ha’eha pe marandu porã opa’ỹva. Ojekuaa hag̃ua, umi mbohapy tai rembihe’iséva ohechauka umi mbohapy ánhel rembipota.</w:t>
      </w:r>
    </w:p>
    <w:p>
      <w:pPr>
        <w:pStyle w:val="ArticleBody"/>
        <w:jc w:val="left"/>
      </w:pPr>
      <w:r>
        <w:rPr>
          <w:rFonts w:ascii="Times New Roman" w:hAnsi="Times New Roman" w:eastAsia="Times New Roman" w:cs="Times New Roman"/>
        </w:rPr>
        <w:t>Pe ánhel peteĩha Apocalipsis catorcepegua omombe’u pe evangelio opave’ỹva ha upéi he’i ko yvy tuichakuepe okyhyje hag̃ua Tupãgui ha omomba’eguasu hag̃ua chupe ñamomba’évo pe Apohárape. Pe ñe’ẽtekuaa (Aleph) pe peteĩha umi mbohapy letra apytégui he’ise “pe Tupã divíno, opa ára guarãva, ha yvyporakuéra Apoha ramo, pe Tupã kuimba’e ha kuñanguéra okyhyje hag̃ua chugui peteĩ jerovia guasu reheve ha omomba’e hag̃ua chupe.”</w:t>
      </w:r>
    </w:p>
    <w:p>
      <w:pPr>
        <w:pStyle w:val="ArticleBody"/>
        <w:jc w:val="left"/>
      </w:pPr>
      <w:r>
        <w:rPr>
          <w:rFonts w:ascii="Times New Roman" w:hAnsi="Times New Roman" w:eastAsia="Times New Roman" w:cs="Times New Roman"/>
        </w:rPr>
        <w:t>Álef ohechauka pe ánhel peteĩha marandu.</w:t>
      </w:r>
    </w:p>
    <w:p>
      <w:pPr>
        <w:pStyle w:val="ArticleBody"/>
        <w:jc w:val="left"/>
      </w:pPr>
      <w:r>
        <w:rPr>
          <w:rFonts w:ascii="Times New Roman" w:hAnsi="Times New Roman" w:eastAsia="Times New Roman" w:cs="Times New Roman"/>
        </w:rPr>
        <w:t>Pe ánhel mokõihápegua marandu ohenói yvypórape osẽ hag̃ua Babilóniagui, ohechauka araka’épa oñehẽmba Espíritu Santo, ha omombe’u porã Babilonia pu’aka’ẽ. Pe ñe’ẽryru he’iséva (Mem) ojoaju y rehe (ta’anga ohechaukáva Espíritu oñehẽmba hag̃ua), ha ha’e pe papiapyrygua papapy paapyha, ha pe papapy paapyha ha’e peteĩ ta’anga pu’aka’ẽ rehegua, upévare ojehechauka Babilonia. Mem orrepresenta pe ánhel mokõihápegua marandu.</w:t>
      </w:r>
    </w:p>
    <w:p>
      <w:pPr>
        <w:pStyle w:val="ArticleBody"/>
        <w:jc w:val="left"/>
      </w:pPr>
      <w:r>
        <w:rPr>
          <w:rFonts w:ascii="Times New Roman" w:hAnsi="Times New Roman" w:eastAsia="Times New Roman" w:cs="Times New Roman"/>
        </w:rPr>
        <w:t>Pe ánhel mbohapyha omomarandu kuérape ani hag̃ua oguerovia térã ohupyty mburuvicha vai mba’e rechaukaha, ohechauka mokõi aty omomba’éva ha Tupã pochy. Pe ñe’ẽñemyesakã (Tav) rehegua ha’e ombohekoha peteĩ “rechaukaha” ramo, (pe mymba mba’e rechaukaha); ha avei ohechauka tekove apo hag̃ua sãsoha (Tupã sello). Pe letra voi ojoguaiterei kurusúre. Tav ohechauka pe ánhel mbohapyha marandu.</w:t>
      </w:r>
    </w:p>
    <w:p>
      <w:pPr>
        <w:pStyle w:val="ArticleScripture"/>
        <w:jc w:val="left"/>
      </w:pPr>
      <w:r>
        <w:rPr>
          <w:rFonts w:ascii="Times New Roman" w:hAnsi="Times New Roman" w:eastAsia="Times New Roman" w:cs="Times New Roman"/>
        </w:rPr>
        <w:t>“¿Mba’épa pe Tupã oikovéva sél, oñemoĩva Itavayguakuéra renondépe? Ha’e peteĩ techaukaha umi ánhel ikatúva omoñe’ẽ, péro ndaha’éi yvypóra resa; pe ánhel ohundíva ohechava’erã niko ko techaukaha ñepysyrõ rehegua. Pe akã arandu ohechakuaa kuri kurusu Calvario guigua techaukaha umi Ñandejára ra’y ha tajýra oñemomba’éva ári. Oñembogue pe angaipa, léi Tupã rehegua ñemboyke rupive ojejapova’ekue. Ha’ekuéra oguereko pe ao ñemendaha rehegua, ha iñe’ẽrendu ha jerovia hag̃ua opaite Tupã tembiapoukapýpe.”</w:t>
      </w:r>
    </w:p>
    <w:p>
      <w:pPr>
        <w:pStyle w:val="ArticleScripture"/>
        <w:jc w:val="left"/>
      </w:pPr>
      <w:r>
        <w:rPr>
          <w:rFonts w:ascii="Times New Roman" w:hAnsi="Times New Roman" w:eastAsia="Times New Roman" w:cs="Times New Roman"/>
        </w:rPr>
        <w:t>“Pe Ñandejára ndoheja mo’ãi ojejoko hag̃ua umi oikuaáva pe añetegua, noñe’ẽme térã tembiapópe naiñe’ẽrendúiramo Iñe’ẽmondokuérare.” Maranatha, 243.</w:t>
      </w:r>
    </w:p>
    <w:p>
      <w:pPr>
        <w:pStyle w:val="ArticleBody"/>
        <w:jc w:val="left"/>
      </w:pPr>
      <w:r>
        <w:rPr>
          <w:rFonts w:ascii="Times New Roman" w:hAnsi="Times New Roman" w:eastAsia="Times New Roman" w:cs="Times New Roman"/>
        </w:rPr>
        <w:t>Pe ñe’ẽ hebreo oñembohasáva “añetegua” ramo oguereko mbohapy letra, ha peteĩteĩva oguereko he’iséva tee. Umi mbohapy he’iséva ha’e avei umi mbohapy ánhel rembiayhu marandu he’iséva. Ha’e avei peteĩha ánhel marandu he’iséva, peteĩha ánhel marandu niko pe marandu va’ekue Adventísmo ñepyrũme, ha mbohapyha ánhel marandu ha’e pe marandu Adventísmo pahápe. Jesucristo ohechauka rupi pe pahápe oikóva pe ñepyrũ rupive, pe peteĩha ánhel oguereko opa umi techaukaha profético mbohapyha ánhel marandu rehegua. Péicha rupi, umi mbohapy letra hebrea he’iséva oiko techaukaha ramo ndaha’éi pe mbohapyha ánhel marandu año rehegua, ha katu avei peteĩha ánhel marandu rehegua.</w:t>
      </w:r>
    </w:p>
    <w:p>
      <w:pPr>
        <w:pStyle w:val="ArticleBody"/>
        <w:jc w:val="left"/>
      </w:pPr>
      <w:r>
        <w:rPr>
          <w:rFonts w:ascii="Times New Roman" w:hAnsi="Times New Roman" w:eastAsia="Times New Roman" w:cs="Times New Roman"/>
        </w:rPr>
        <w:t>Juanpe, pe Revelación-pe, oñemombe’u vaʼekue ohai hag̃ua umi mbaʼe upéramo oikóva; ha upéicha ojapóvo, peteĩcha avei ohai vaʼerãmoʼã umi mbaʼe oikótava tenonderãme. Haʼe ohai vaʼekue ñepyrũ hag̃ua ohechauka hag̃ua paha. Hesakã porãiterei hag̃uáicha, umi Adventista del Séptimo Día oñemomarandu vaʼekue tostudia ha toikuaauka hag̃ua umi Millerita kuéra marandu, haʼéva pe ángel peteĩha marandu. Jaikuaávo ha jaikuaaukávo umi añetegua ha upe tembiasakue, jaikuaauka hína pe ángel mbohapyha marandu ha jey hag̃ua pe ángel peteĩha rembiasakue.</w:t>
      </w:r>
    </w:p>
    <w:p>
      <w:pPr>
        <w:pStyle w:val="ArticleScripture"/>
        <w:jc w:val="left"/>
      </w:pPr>
      <w:r>
        <w:rPr>
          <w:rFonts w:ascii="Times New Roman" w:hAnsi="Times New Roman" w:eastAsia="Times New Roman" w:cs="Times New Roman"/>
        </w:rPr>
        <w:t>“Ñandejára ndoikói omeʼẽvo ñandéve peteĩ marandu pyahu. Ñande jaikuaa hag̃ua japroklama vaʼerã pe marandu, 1843 ha 1844-pe, oguenohẽ vaʼekue ñandéve ambue iglésiakuéragui.” Review and Herald, 19 jasypokõi, 1905.</w:t>
      </w:r>
    </w:p>
    <w:p>
      <w:pPr>
        <w:pStyle w:val="ArticleScripture"/>
        <w:jc w:val="left"/>
      </w:pPr>
      <w:r>
        <w:rPr>
          <w:rFonts w:ascii="Times New Roman" w:hAnsi="Times New Roman" w:eastAsia="Times New Roman" w:cs="Times New Roman"/>
        </w:rPr>
        <w:t>“Mayma ñe’ẽmondo oñeme’ẽ va’ekue 1840–1844 guive oñembarete va’erã ko’ág̃a, oĩgui heta tapicha okañýva hikuái ijehegui. Umi ñe’ẽmondo ohova’erã opaite tupãópe.” Manuscript Releases, volúmen 21, 437.</w:t>
      </w:r>
    </w:p>
    <w:p>
      <w:pPr>
        <w:pStyle w:val="ArticleScripture"/>
        <w:jc w:val="left"/>
      </w:pPr>
      <w:r>
        <w:rPr>
          <w:rFonts w:ascii="Times New Roman" w:hAnsi="Times New Roman" w:eastAsia="Times New Roman" w:cs="Times New Roman"/>
        </w:rPr>
        <w:t>“Pe añetegua ñande jarresivíva’ekue 1841-pe, 1842-pe, 1843-pe ha 1844-pe koʼág̃a oñehesaʼỹijovaʼerã ha oñemoherakuãvaʼerã.” Manuscript Releases, volume 15, 371.</w:t>
      </w:r>
    </w:p>
    <w:p>
      <w:pPr>
        <w:pStyle w:val="ArticleScripture"/>
        <w:jc w:val="left"/>
      </w:pPr>
      <w:r>
        <w:rPr>
          <w:rFonts w:ascii="Times New Roman" w:hAnsi="Times New Roman" w:eastAsia="Times New Roman" w:cs="Times New Roman"/>
        </w:rPr>
        <w:t>“Pe ñemomarandu oúma: Mba’eve ndojehejamo’ãi oike hag̃ua omyengoviáva pe jerovia rapykuere ñemopyenda, hi’ári ñamopu’ã hague ñande rembiapo pe marandu ou guive ary 1842, 1843 ha 1844-pe. Che aimekuri ko marandúpe, ha upéguive añembo’yva’ekue ko yvy ape ári, añemombaretévo pe tesape Ñandejára ome’ẽ vaekuére oréve. Ndorojaposei roipe’a ore py pe plataforma-gui, hi’ári oñemoĩ hague, káda ára rojere asývo Ñandejára rendápe ñembo’e py’aite reheve, roheka hag̃ua tesape. Peimo’ãpa ikatutaha che aheja rei pe tesape Ñandejára ome’ẽ vaekue chéve? Upéva oikóta Araka’evegua Itaicha. Upéva chemboguata va’ekue guive oñeme’ẽ hague chéve.” Review and Herald, 14 de abril de 1903.</w:t>
      </w:r>
    </w:p>
    <w:p>
      <w:pPr>
        <w:pStyle w:val="ArticleBody"/>
        <w:jc w:val="left"/>
      </w:pPr>
      <w:r>
        <w:rPr>
          <w:rFonts w:ascii="Times New Roman" w:hAnsi="Times New Roman" w:eastAsia="Times New Roman" w:cs="Times New Roman"/>
        </w:rPr>
        <w:t>Pe ángel peteĩha marandu ha pe tembiasakue upépe ojekuaaukahague upe marandu ojoavy’ỹ ha ohechauka ñane rembiasakue ko’ág̃agua — oĩramo jepe peteĩha profétika ñemombe’u peteĩva’ekue. Mokõivéva umi tembiasakue avei ojehechauka umi mbohapy letra rupive oipurúva pe Ñe’ẽkuaahára Divíno omoheñói hag̃ua pe ñe’ẽ “añetegua”. Ha upe ñe’ẽ “añetegua” ohechauka pe evanhélio opa’ỹva.</w:t>
      </w:r>
    </w:p>
    <w:p>
      <w:pPr>
        <w:pStyle w:val="ArticleBody"/>
        <w:jc w:val="left"/>
      </w:pPr>
      <w:r>
        <w:rPr>
          <w:rFonts w:ascii="Times New Roman" w:hAnsi="Times New Roman" w:eastAsia="Times New Roman" w:cs="Times New Roman"/>
        </w:rPr>
        <w:t>Millerita-kuéra rembiasakue, adventísmo ñepyrũmbyme, ohechauka pe ánhel peteĩha; ha pe rembiasakue, adventísmo pahaite gotyo, ojehechaukáva pe ánhel mbohapyháva rupive, ha’e tembiasakue ojoguáva ojupe, péro oguereko avei mokõi hag̃ua iñambueha.</w:t>
      </w:r>
    </w:p>
    <w:p>
      <w:pPr>
        <w:pStyle w:val="ArticleBody"/>
        <w:jc w:val="left"/>
      </w:pPr>
      <w:r>
        <w:rPr>
          <w:rFonts w:ascii="Times New Roman" w:hAnsi="Times New Roman" w:eastAsia="Times New Roman" w:cs="Times New Roman"/>
        </w:rPr>
        <w:t>Pe ánhel peteĩha oikuaauka pe juicio ñepyrũ, ha pe ánhel mbohapyha oikuaauka pe juicio ñemboty. Pe estructura profética ári oñemboguata hague Adventismo rembiasakue ojoguaite ipyrũmbýpe ha ipahápe avei. Mokõivéva iñepyrũ ha ipaha ikatu ojehechauka oseguiha umi mbohapy paso umi mbohapy ánhelgua, oikévo tembiasakue ryepýpe. Ha umi mbohapy ánhel avei hína umi mbohapy letra. Upévare, pe sucesión profética umi mba’e oikóva Adventismo mokõive ipýpe oñemopyenda umi mbohapy paso umi mbohapy ánhelgua rehe, ha’éva techaukaha tape rehegua, ha avei oñerrepresentáva umi mbohapy letra hebrea omoheñóiva pe ñe’ẽ “añetegua.”</w:t>
      </w:r>
    </w:p>
    <w:p>
      <w:pPr>
        <w:pStyle w:val="ArticleBody"/>
        <w:jc w:val="left"/>
      </w:pPr>
      <w:r>
        <w:rPr>
          <w:rFonts w:ascii="Times New Roman" w:hAnsi="Times New Roman" w:eastAsia="Times New Roman" w:cs="Times New Roman"/>
        </w:rPr>
        <w:t>Alfa ha’e Adventismo ñepyrũ; Omega, Adventismo paha; ha pe letra mbytégua, ha’éva pe letra pahaapyha, upéicha ohechauka Adventismo pu’aka’ẽ’yha iñepyrũmby guive ipahápe peve.</w:t>
      </w:r>
    </w:p>
    <w:p>
      <w:pPr>
        <w:pStyle w:val="ArticleBody"/>
        <w:jc w:val="left"/>
      </w:pPr>
      <w:r>
        <w:rPr>
          <w:rFonts w:ascii="Times New Roman" w:hAnsi="Times New Roman" w:eastAsia="Times New Roman" w:cs="Times New Roman"/>
        </w:rPr>
        <w:t>Ñanemboʼe oĩha Tupã rape:</w:t>
      </w:r>
    </w:p>
    <w:p>
      <w:pPr>
        <w:pStyle w:val="ArticleScripture"/>
        <w:jc w:val="left"/>
      </w:pPr>
      <w:r>
        <w:rPr>
          <w:rFonts w:ascii="Times New Roman" w:hAnsi="Times New Roman" w:eastAsia="Times New Roman" w:cs="Times New Roman"/>
        </w:rPr>
        <w:t>Nde rape, Tupã, oĩ pe tupaópe: máva piko tuichaite peteĩ Tupã ñandejára Tupãicha? Salmos 77:13.</w:t>
      </w:r>
    </w:p>
    <w:p>
      <w:pPr>
        <w:pStyle w:val="ArticleBody"/>
        <w:jc w:val="left"/>
      </w:pPr>
      <w:r>
        <w:rPr>
          <w:rFonts w:ascii="Times New Roman" w:hAnsi="Times New Roman" w:eastAsia="Times New Roman" w:cs="Times New Roman"/>
        </w:rPr>
        <w:t>Pe santuário-pe jajuhu Tupã rapeha ha’eha umi mbohapy tembiapo peteĩcha umi mbohapy ánhel marandu rehegua ndive. Okápe, Tupã kyhyje ogueraha peteĩme ome’ẽ hag̃ua mymbajuka ha omohenda hag̃ua pe jehechauka hekojojáva. Pe tenda marangatupe, ñemomarangatu ojehechauka pe ñembo’e rekove rupive ojehechaukáva pe insiénso altar rehe, pe estudio rekove rupive ojehechaukáva pe mbujape jehechaukarã mesa rehe ha pe tembiapo rekove rupive ojehechaukáva umi tataendy renda rehe. Pe Tenda Marangatuetéva ohechauka pe juicio. Jaguerekóramo Tupã kyhyje, ojehechaukaháicha pe peteĩha ánhel marandúpe, jaheka pe jehechauka hekojojáva kurusu py guive, pe okápe. Jahechauka hekojojávo (ñandejapo hekojoja) jaguata pe tekove pyahu oñemomarangatúva reheve (okakuaa marangatu hag̃uáicha), ojehechaukaháicha pe tenda marangatupe. Pe tenda marangatu ohechauka pe cristiano rembiapo, ojejapohaguéicha umi Millerita-kuéra rupive pe mokõiha ánhel marandu aja, omoirũva pe Pyhare Mbyte Sapukái. Ojehechauka hekojojáma ha oñemomarangatúma rupi, ñaimema ñasẽ hag̃uáicha pe juiciope, ojehechaukáva pe Tenda Marangatuetéva rupive. Mbohapy santuario rembiapo rape, ohechaukáva ambue mba’e apytépe mbohapy ñe’ẽ teológico—jehechauka hekojojáva, ñemomarangatu ha mbojeglorifika—ha avei ohechaukáva umi mbohapy ánhel marandu, ha katuete avei ohechaukáva pe peteĩha ánhel marandu ha katuete avei umi mbohapy letra ojeporúva oñemoheñói hag̃ua pe ñe’ẽ “añetegua.”</w:t>
      </w:r>
    </w:p>
    <w:p>
      <w:pPr>
        <w:pStyle w:val="ArticleBody"/>
        <w:jc w:val="left"/>
      </w:pPr>
      <w:r>
        <w:rPr>
          <w:rFonts w:ascii="Times New Roman" w:hAnsi="Times New Roman" w:eastAsia="Times New Roman" w:cs="Times New Roman"/>
        </w:rPr>
        <w:t>Pe tupaópe, jajuhu avei umi mbohapy paso. Pe peteĩha paso oike hag̃ua pe tupaópe ohechaukavaʼerã pe pahápeguáicha pe tupaópegua, peteĩháicha pe ánhel peteĩha ojoja pe ánhel mbohapyháre. Pe peteĩha paso pe tupaópe okápe hína pe mymbajuka ofrendáramo hag̃ua, ohechaukáva pe ñembojere. Pe mokõiha paso hína pe ñejohéiha, upépe oñeipeʼa pe kyrakue (angaipa) ha oñemopotĩ pe ofrénda umi paso pahaguã mboyve. Pe y pe ñejohéihapegua hína peteĩ mbaʼe rechaukaha pe mokõiha pasogua. Pe mbohapyha paso hína pe ofrénda jehapy añeteguáva, omoheñóiva Cristo rehe pe kurusúre, upépe ojejapo vaʼekue pe juicio. Umi mbohapy paso peteĩchagua oĩ pe peteĩha paso tupaópeguápe, peteĩháicha umi mbohapy paso peteĩchagua oĩ pe ánhel peteĩha marandupe. Pe principio alfa ha omega rehegua oĩ pe tupaópe, oĩháicha umi mbohapy ánhel marandupe, ha oĩháicha umi letra omoheñóiva pe ñeʼẽ “añetegua.”</w:t>
      </w:r>
    </w:p>
    <w:p>
      <w:pPr>
        <w:pStyle w:val="ArticleBody"/>
        <w:jc w:val="left"/>
      </w:pPr>
      <w:r>
        <w:rPr>
          <w:rFonts w:ascii="Times New Roman" w:hAnsi="Times New Roman" w:eastAsia="Times New Roman" w:cs="Times New Roman"/>
        </w:rPr>
        <w:t>Pe profesía de 2300 ary oguereko pe estructura peteĩchaitéva. Pe profesía oñepyrũ mbohapy decreto reheve ha opa pe tercer ángel marandu og̃uahẽvo 22 de octubre de 1844-pe. Pe profesía omoĩ tenonderã po línea profética, ha pe tembiasakue oĩva pe iñepyrũme pe profesía de 2300 ary rehegua orrepresenta pe historia paha peteĩteĩva umi po profesía rehegua. Pe iñepyrũ ha pe ipaha pe profesía kompleta de 2300 ary rehegua oguereko mbohapy decreto, ha opa mbohapy marandu reheve.</w:t>
      </w:r>
    </w:p>
    <w:p>
      <w:pPr>
        <w:pStyle w:val="ArticleBody"/>
        <w:jc w:val="left"/>
      </w:pPr>
      <w:r>
        <w:rPr>
          <w:rFonts w:ascii="Times New Roman" w:hAnsi="Times New Roman" w:eastAsia="Times New Roman" w:cs="Times New Roman"/>
        </w:rPr>
        <w:t>Ñepyrũme pe profesía rehegua ary 457 a.C.pe oiko ára hasývape ha ome’ẽ vaʼekue umi hudíope tojevy ha tomopuʼãjey hag̃ua pe témplo ha pe táva. Oñemoneĩ hag̃uáicha pe prediksión ndive, 49 ary rire pe tembiapo oñepyrũ vaʼekue ary 457 a.C.pe, oñemohuʼã ára hasývape. Pe ñepyrũ 49 ary rehegua ohechauka pe paha 49 ary rehegua.</w:t>
      </w:r>
    </w:p>
    <w:p>
      <w:pPr>
        <w:pStyle w:val="ArticleBody"/>
        <w:jc w:val="left"/>
      </w:pPr>
      <w:r>
        <w:rPr>
          <w:rFonts w:ascii="Times New Roman" w:hAnsi="Times New Roman" w:eastAsia="Times New Roman" w:cs="Times New Roman"/>
        </w:rPr>
        <w:t>457 a.C. ohechauka pe profecía ñepyrũ omombe'úva Cristo jejepohanoha iñemongarai jave. Ijejepohano ohechauka va'ekue iñepyrũha hembiapo oñembyaty hag̃ua peteĩ tetãyguakuéra oikótava Táva Pyahu Jerusalénpe, ndaha'éi Jerusalén Tuja-peguáicha, péichaite yma Israel yma guare oñembyaty va'ekue omoñepyrũ jey hag̃ua Jerusalén tee 457 a.C.-pe.</w:t>
      </w:r>
    </w:p>
    <w:p>
      <w:pPr>
        <w:pStyle w:val="ArticleBody"/>
        <w:jc w:val="left"/>
      </w:pPr>
      <w:r>
        <w:rPr>
          <w:rFonts w:ascii="Times New Roman" w:hAnsi="Times New Roman" w:eastAsia="Times New Roman" w:cs="Times New Roman"/>
        </w:rPr>
        <w:t>457 ary mboyve Cristo ojejukáta hag̃ua kurusúre. Hermana White ombohysýi kurusu rembiasakue pe Ñembyasy Guasu 22 jasypa 1844-pegua ndive, ha avei ombojoaju Yguasu Pytã jehasa rembiasakue pe Ñembyasy Guasu ndive. Áño 457 Cristo mboyve oiko vaekue peteĩ ñembyasy ohechaukáva pe ñembyasy hebreokuéra oguerekóva’ekue Yguasu Pytãme, pe Ñembyasy Guasu adventistakuérape guarã, pe ñembyasy umi temimbo’ére kurusúpe, ha Ezra rehegua ary 457 Cristo mboyvépe.</w:t>
      </w:r>
    </w:p>
    <w:p>
      <w:pPr>
        <w:pStyle w:val="ArticleScripture"/>
        <w:jc w:val="left"/>
      </w:pPr>
      <w:r>
        <w:rPr>
          <w:rFonts w:ascii="Times New Roman" w:hAnsi="Times New Roman" w:eastAsia="Times New Roman" w:cs="Times New Roman"/>
        </w:rPr>
        <w:t>“Esdras oha'arõ kuri hetaiterei ojevyha Jerusalénpe, ha katu imbovyeterei umi ombohováiva pe ñehenói. Heta umi oguerekóva ógakuéra ha yvykuéra ndorekói va'ekue deseo ojejopy hag̃ua oheja hag̃ua ko'ã mba'e oguerekóva. Ohayhu hikuái tekove pytu'u ha vy'apavẽ, ha opyta hag̃uánte oime porãiterei. Iñehempleokuéra ojapo peteĩ joko hag̃ua ambuépe, oiporavóne va'ekue ambue hendáicha ombojoaju hag̃ua heko umi ndive tenonderãme ohóva jerovia rupive.” Profetas y Reyes, 612.</w:t>
      </w:r>
    </w:p>
    <w:p>
      <w:pPr>
        <w:pStyle w:val="ArticleBody"/>
        <w:jc w:val="left"/>
      </w:pPr>
      <w:r>
        <w:rPr>
          <w:rFonts w:ascii="Times New Roman" w:hAnsi="Times New Roman" w:eastAsia="Times New Roman" w:cs="Times New Roman"/>
        </w:rPr>
        <w:t>457 ary mboyve Cristo ohechauka avei pe profesía ñepyrũha omombe’úva araka’épa Israel yma guare oñemondótaha Tupãgui ha pe evanhélio oguerahataha umi gentil-kuérape, upéicha oñemohu’ãvo peteĩ ára especial de prueba de 490 ary, peteĩchaite Israel yma guarépe g̃uarã. Upévare, 457 ary mboyve Cristo ohechauka iñepyrũha pe tiempo de prueba orekóva hikuái, ha 34 ary rire Cristo ohechauka ipaha; péva ha’e peteĩ ta’anga profética ohechaukáva Adventismo rembiapo tiempo de prueba oñepyrũ hague 1844-pe ha opaha pe léi domingo-pe.</w:t>
      </w:r>
    </w:p>
    <w:p>
      <w:pPr>
        <w:pStyle w:val="ArticleBody"/>
        <w:jc w:val="left"/>
      </w:pPr>
      <w:r>
        <w:rPr>
          <w:rFonts w:ascii="Times New Roman" w:hAnsi="Times New Roman" w:eastAsia="Times New Roman" w:cs="Times New Roman"/>
        </w:rPr>
        <w:t>Oĩ mbovymi profecía aravo rehegua hyepýpe oĩva profecía 2300 ary reheguápe, hákatu opaite oguereko pe firma Alpha ha Omega rehegua. Iñepyrũmbykuéra ohechauka ipahakuéra.</w:t>
      </w:r>
    </w:p>
    <w:p>
      <w:pPr>
        <w:pStyle w:val="ArticleBody"/>
        <w:jc w:val="left"/>
      </w:pPr>
      <w:r>
        <w:rPr>
          <w:rFonts w:ascii="Times New Roman" w:hAnsi="Times New Roman" w:eastAsia="Times New Roman" w:cs="Times New Roman"/>
        </w:rPr>
        <w:t>Tuicha hag̃ua ko mba’e iñimportanteha: Israel yma guare oñemoĩ vaʼekue Tupã léi ñangarekorãramo, ha Israel koʼág̃agua oñemoĩ ndahaʼéi iLéi ñangarekorãnte hag̃ua, síno avei iñeʼẽ maranduhára ñangarekorãramo. Ñandejára oike vove ñeʼẽme’ẽme Israel yma guaréndi, omoĩ chupekuéra pe Diez Mandamientos ñangarekorãramo, ojehaírami mokõi ita tablape. Ha oike jey vove ñeʼẽme’ẽme Israel koʼág̃aguándi historia Millerita-pe, omoĩ chupekuéra iñeʼẽ maranduhára ñangarekorãramo, ojehechaukaháicha Habacuc mokõi tabla rupive, ojehechaukáva 1843 ha 1850 ary pionero kuatiarogue atýpe. Israel yma guare ñepyrũ ohechauka Israel koʼág̃agua ñepyrũ.</w:t>
      </w:r>
    </w:p>
    <w:p>
      <w:pPr>
        <w:pStyle w:val="ArticleScripture"/>
        <w:jc w:val="left"/>
      </w:pPr>
      <w:r>
        <w:rPr>
          <w:rFonts w:ascii="Times New Roman" w:hAnsi="Times New Roman" w:eastAsia="Times New Roman" w:cs="Times New Roman"/>
        </w:rPr>
        <w:t>“Tupã ohenói vaʼekue Itavayguakuéra Israel-pe, ha omboyke chupekuéra ko yvy arigua apytégui, omoĩ hag̃uáicha ipópekuéra peteĩ ñemoĩmby marangatúva. Haʼe ojapo chupekuéra ilei ñongatuhára ramo; ha oipota vaʼekue, haʼekuéra rupive, oñeñongatu hag̃ua yvyporakuéra apytépe jeikuaa Chugui rehegua. Haʼekuéra rupive yvágagui tesape osẽvaʼerã vaʼekue omimbi hag̃ua ko yvy renda iñypytũháme, ha peteĩ ñeʼẽ ohendukavaʼerã vaʼekue opavave tetãnguéra-pe, ohenóiva chupekuéra ojevy hag̃ua iñaʼangirũgui ha omombaʼe hag̃ua Tupã oikovéva ha añetéva.”</w:t>
      </w:r>
    </w:p>
    <w:p>
      <w:pPr>
        <w:pStyle w:val="ArticleScripture"/>
        <w:jc w:val="left"/>
      </w:pPr>
      <w:r>
        <w:rPr>
          <w:rFonts w:ascii="Times New Roman" w:hAnsi="Times New Roman" w:eastAsia="Times New Roman" w:cs="Times New Roman"/>
        </w:rPr>
        <w:t>“Umi hebreo-kuéra ojepytasóne vaʼekue jerovia hag̃uáicha oñemeʼẽ vaʼekuépe, haʼekuéra oikóta vaʼekue peteĩ puʼaka ko yvy ape ári. Tupã-ta vaʼekue iñangarekoha ha ñemoʼã, ha Haʼe omoĩta vaʼekue chupekuéra opa ambue tetã ári. Ipuʼaka ha Iñañetegua ojekuaáta vaʼekue hesekuéra rupive, ha haʼekuéra ojehechaukáta vaʼekue Ijapyhy arandu ha marangatu guýpe, techapyrãramo ohechaukáva Igovierno yvateveha opaichagua taʼãnga ñemombaʼe arigua ári. Péro haʼekuéra ndojokói iñeʼẽme Tupã ndive ojapo vaʼekuépe. Oho hikuái ambue tetãnguéra rembiapo taʼãnga ñemombaʼe rehe, ha upévare, hekohápe omoherakuã hag̃ua Ijapohare réra ñemombaʼerãramo yvy ape ári, ogueru hikuái hese hag̃ua ñemomirĩ ha ñemombaʼeguasuʼỹ.”</w:t>
      </w:r>
    </w:p>
    <w:p>
      <w:pPr>
        <w:pStyle w:val="ArticleScripture"/>
        <w:jc w:val="left"/>
      </w:pPr>
      <w:r>
        <w:rPr>
          <w:rFonts w:ascii="Times New Roman" w:hAnsi="Times New Roman" w:eastAsia="Times New Roman" w:cs="Times New Roman"/>
        </w:rPr>
        <w:t>“Upéicharõ jepe, Ñandejára rembipota ojehupytyva’erã. Yvórape oñeme’ẽva’erã pe kuaapy Ivoluntad rehegua. Ñandejára omoĩ ipoguýpe jejopy vai Ipueblo ári, ha omosarambi chupekuéra prisionéroramo tetãnguéra apytépe. Jehasa asýpe heta heseguikuéra oñembyasy hikuái hembiapo vai rehe, ha oheka Ñandejárape. Péicha, isarambípyramo tetãnguéra ndogueroviáiva apytépe, omyasãi hikuái pe kuaapy Ñandejára añetegua rehegua.”</w:t>
      </w:r>
    </w:p>
    <w:p>
      <w:pPr>
        <w:pStyle w:val="ArticleScripture"/>
        <w:jc w:val="left"/>
      </w:pPr>
      <w:r>
        <w:rPr>
          <w:rFonts w:ascii="Times New Roman" w:hAnsi="Times New Roman" w:eastAsia="Times New Roman" w:cs="Times New Roman"/>
        </w:rPr>
        <w:t>“Ko árape, Tupã ohenói hagueicha yma Israél ymaguarepe, ohenói avei Itupaope oñemoĩ hag̃ua tesape ramo yvy ape ári. Añetegua kysepuku mbarete rupive,—umi marandu ángel peteĩha, mokõiha ha mbohapyha rehegua,—oipe’a peteĩ tavayguakuérape umi tupãógui ha arapýgui, ogueru hag̃ua chupekuéra peteĩ ag̃uieterei marangatuhápe Hendápe. Ha’e ojapo chupekuéra Iley ñongatuhára ramo, ha omoĩ ijapópekuéra ko ára guarã umi tuicha añetegua marandu’ypy rehegua. Umi ñe’ẽ marangatu oñeme’ẽ haguéicha yma Israél ymaguarépe, ko’ãva avei ha’e peteĩ jerovia marangatu oñembohasáva’erã ko yvy ariguápe.”</w:t>
      </w:r>
    </w:p>
    <w:p>
      <w:pPr>
        <w:pStyle w:val="ArticleScripture"/>
        <w:jc w:val="left"/>
      </w:pPr>
      <w:r>
        <w:rPr>
          <w:rFonts w:ascii="Times New Roman" w:hAnsi="Times New Roman" w:eastAsia="Times New Roman" w:cs="Times New Roman"/>
        </w:rPr>
        <w:t>“Maranduhára he’i pe ánhel peteĩha ome’ẽtaha iñemyasãi ‘opa tetãme, ñemoñare, ñe’ẽ ha tavayguápe’. Pe marandu ñemongyhyje ñandejáraha pe ánhel mbohapyha rehegua, ha’éva peteĩ parte pe tembiapo marandu mbohapy joapývagui, ha ha’éva ko ára guarã, ndaiporimo’ãi michĩvéva iñemosarambi. Pe poyvi ojehaihápe, ‘Tupã rembiapoukapy ha Jesús jerovia’, oñembo’yva’erã yvate. Pe mbarete orekóva pe peteĩha ha mokõiha marandu oñembaretetaveva’erã pe mbohapyhápe. Maranduhárape ojehechauka oñemyasãiha ñe’ẽ hatãme peteĩ ánhel ovevéva yvága mbytépe, ha upéva oguerútaha yvy ape arigua aténsion.”</w:t>
      </w:r>
    </w:p>
    <w:p>
      <w:pPr>
        <w:pStyle w:val="ArticleScripture"/>
        <w:jc w:val="left"/>
      </w:pPr>
      <w:r>
        <w:rPr>
          <w:rFonts w:ascii="Times New Roman" w:hAnsi="Times New Roman" w:eastAsia="Times New Roman" w:cs="Times New Roman"/>
        </w:rPr>
        <w:t>“Pe ñe’ẽmondo kyhyjevéva ojehúva yvypórape oĩ mbohapyha ánhel ñe’ẽmondópe. Upéva ha’eva’erã angaipa vaietereíva oguerúva Tupã poxy, poriahuvereko’ỹre oñembojehe’áva reheve. Péro yvyporakuéra ndojehejái pytũmbýpe ko mba’e tuichakue rehegua; tekotevẽ oñeme’ẽ ko yvy ape ári pe ñemongeta ñemomandu’a mymba ñarõ ha ta’ãnga ñemomba’e guasu rehegua Tupã jehu hag̃ua umi huísio mboyve, opavave oikuaa hag̃uáicha mba’érepa umi huísio oñemboúva, ha toguereko hag̃ua pa’ũ ojehekýi hag̃ua chuguikuéra.” Signs of the Times, January 25, 1910.</w:t>
      </w:r>
    </w:p>
    <w:p>
      <w:pPr>
        <w:pStyle w:val="ArticleBody"/>
        <w:jc w:val="left"/>
      </w:pPr>
      <w:r>
        <w:rPr>
          <w:rFonts w:ascii="Times New Roman" w:hAnsi="Times New Roman" w:eastAsia="Times New Roman" w:cs="Times New Roman"/>
        </w:rPr>
        <w:t>Mokõi tabla jejapo, oñemoañetévo Habacuc capítulo mokõi, ha’e va’ekue heta profecía ñemoañete.</w:t>
      </w:r>
    </w:p>
    <w:p>
      <w:pPr>
        <w:pStyle w:val="ArticleScripture"/>
        <w:jc w:val="left"/>
      </w:pPr>
      <w:r>
        <w:rPr>
          <w:rFonts w:ascii="Times New Roman" w:hAnsi="Times New Roman" w:eastAsia="Times New Roman" w:cs="Times New Roman"/>
        </w:rPr>
        <w:t>Añemboʼéta hag̃ua che ñangarekorãme, ha añemoĩta tórre ári, ha amañáta ahecha hag̃ua mbaʼépa heʼíta chéve, ha mbaʼépa ambohováita oñeñeʼẽ jey ramo cherehe. Ha Ñandejára ombohovái chéve ha heʼi: Ehai pe visión, ha emboporu porã itablakuéra ári, ikatu hag̃uáicha odipara pe omoñeʼẽva. Pe visión niko gueteri peteĩ ára oñemoĩporãva peguarã; ha ipahápe oñeʼẽta, ha ndijapumoʼãi: jepe ipukáramo, ehaʼarõ chupe; añetehápe ou porãta, ndipukamoʼãi.</w:t>
      </w:r>
    </w:p>
    <w:p>
      <w:pPr>
        <w:pStyle w:val="ArticleScripture"/>
        <w:jc w:val="left"/>
      </w:pPr>
      <w:r>
        <w:rPr>
          <w:rFonts w:ascii="Times New Roman" w:hAnsi="Times New Roman" w:eastAsia="Times New Roman" w:cs="Times New Roman"/>
        </w:rPr>
        <w:t>Péina, umi ha’e ombojeroviavéva ijehe, ndaha’éi hekojojáva ipype; pe hekojoja katu oikovéta ijerovia rupi. Habacuc 2:1–4.</w:t>
      </w:r>
    </w:p>
    <w:p>
      <w:pPr>
        <w:pStyle w:val="ArticleBody"/>
        <w:jc w:val="left"/>
      </w:pPr>
      <w:r>
        <w:rPr>
          <w:rFonts w:ascii="Times New Roman" w:hAnsi="Times New Roman" w:eastAsia="Times New Roman" w:cs="Times New Roman"/>
        </w:rPr>
        <w:t>Pe ta’ãngakue mokõiha, 1843-pegua pionero kuéra rembiasakue ha 1850-pegua pionero kuéra rembiasakue, oiko va’ekue peteĩ profesía ñemohu’ãramo. Habacuc Kuatiañe’ẽ Táva rehegua ñehesa’ỹijo ome’ẽ hetaite mba’e rechaukaha ko mba’épe. Péro pe pasáhe oĩva Habacuc-pe oguereko peteĩ jehepyme’ẽ iñimportantetereíva ko punto ñane ñomongetápe.</w:t>
      </w:r>
    </w:p>
    <w:p>
      <w:pPr>
        <w:pStyle w:val="ArticleScripture"/>
        <w:jc w:val="left"/>
      </w:pPr>
      <w:r>
        <w:rPr>
          <w:rFonts w:ascii="Times New Roman" w:hAnsi="Times New Roman" w:eastAsia="Times New Roman" w:cs="Times New Roman"/>
        </w:rPr>
        <w:t>“Ahecha ojehechakuaa hague pe kuatia’atã 1843-pegua oñembohape hague Ñandejára po rupive, ha ndova’erãi oñemoambue; papapykuéra katu oĩ hague Ha’e oipota haguéicha; ha Ipo oĩ hague hi’ári ha omokañy peteĩ jejavy umi papapy apytépe, avave ikatu hag̃uáicha ndohechái, peve Ipo oñemboyke.” Early Writings, 74, 75.</w:t>
      </w:r>
    </w:p>
    <w:p>
      <w:pPr>
        <w:pStyle w:val="ArticleBody"/>
        <w:jc w:val="left"/>
      </w:pPr>
      <w:r>
        <w:rPr>
          <w:rFonts w:ascii="Times New Roman" w:hAnsi="Times New Roman" w:eastAsia="Times New Roman" w:cs="Times New Roman"/>
        </w:rPr>
        <w:t>1843 rire guive Ñandejára omoakãkuri ojapo hag̃ua ambue ta’anga, péro pe ta’anga peteĩha (1843) ndoñemoambuéiva’erã, ndaha’éiramo ñe’ẽñemongu’e rupive.</w:t>
      </w:r>
    </w:p>
    <w:p>
      <w:pPr>
        <w:pStyle w:val="ArticleScripture"/>
        <w:jc w:val="left"/>
      </w:pPr>
      <w:r>
        <w:rPr>
          <w:rFonts w:ascii="Times New Roman" w:hAnsi="Times New Roman" w:eastAsia="Times New Roman" w:cs="Times New Roman"/>
        </w:rPr>
        <w:t>“Ahecha pe añetegua oñemyesakãva’erãha mesakuéra ári, ko yvy ha opa mba’e ipype oĩva niko Ñandejára mba’eha, ha umi tembiporu tekotevẽva ndopytaiva’erãi oñemboykégui oñemyesakã hag̃ua. Ahecha pe ta’anga yma guaréva oñembohape hague Ñandejárape, ha ndaikatuiha oñemoambue chugui ni peteĩ ta’ãngamimi jepe, ndaha’éiramo inspiración rupive. Ahecha pe ta’anga ryru rehegua ta’ãngakuéra oĩha Ñandejára oipotaháicha, ha Ipo oĩ hague hi’ári ha omokañy peteĩ jejavy umi ta’ãngakuéra apytépe, avave ani hag̃uáicha ohecha, pe Ipo oñemboguejy peve.” Spalding and Magan, 2.</w:t>
      </w:r>
    </w:p>
    <w:p>
      <w:pPr>
        <w:pStyle w:val="ArticleBody"/>
        <w:jc w:val="left"/>
      </w:pPr>
      <w:r>
        <w:rPr>
          <w:rFonts w:ascii="Times New Roman" w:hAnsi="Times New Roman" w:eastAsia="Times New Roman" w:cs="Times New Roman"/>
        </w:rPr>
        <w:t>Oikovévo hína ermáno Nichols ndive (ha’e ojapova’ekue pe kuatia’atã 1850 pegua), pe tiempo ha’e ojapo jave pe kuatia’atã, Hermana White he’i ohechaha pe kuatia’atã 1850 pegua la Bíbliape.</w:t>
      </w:r>
    </w:p>
    <w:p>
      <w:pPr>
        <w:pStyle w:val="ArticleScripture"/>
        <w:jc w:val="left"/>
      </w:pPr>
      <w:r>
        <w:rPr>
          <w:rFonts w:ascii="Times New Roman" w:hAnsi="Times New Roman" w:eastAsia="Times New Roman" w:cs="Times New Roman"/>
        </w:rPr>
        <w:t>“Ahechakuaa Tupã oĩ hague pe ta’angahai ñemoherakuãme ojapova’ekue Hermano Nichols. Ahechakuaa oĩ hague peteĩ profesía ko ta’angahai rehegua Biblia-pe, ha pe ko ta’angahai ojejapo ramo Tupã tavayguakuérape g̃uarã, iporãmbaitéramo peteĩme g̃uarã, upéicha avei ambuépe g̃uarã; ha peteĩ oikotevẽramo peteĩ ta’angahai pyahu oñepinta hag̃ua tuichavéva escala-pe, opavave oikotevẽ upéva péichaite avei.” Manuscript Releases, volumen 13, 359.</w:t>
      </w:r>
    </w:p>
    <w:p>
      <w:pPr>
        <w:pStyle w:val="ArticleBody"/>
        <w:jc w:val="left"/>
      </w:pPr>
      <w:r>
        <w:rPr>
          <w:rFonts w:ascii="Times New Roman" w:hAnsi="Times New Roman" w:eastAsia="Times New Roman" w:cs="Times New Roman"/>
        </w:rPr>
        <w:t>Habacuc ojapouka vaʼekue: “Ehai pe visión, ha emoĩ hesakã hag̃uáicha yvyrarogue ári.” Mokõi yvyrarogue Habacuc pegua haʼe vaʼekue pe símbolo pe ñemoĩmeʼẽ Tupã ojapovaʼekue Adventismo ndive, omoĩrõ guare chupekuéra hembiporurãramo oñongatu hag̃ua iprofecíakuéra, peteĩchaite ojapo haguéicha oike jave ñemoĩmeʼẽme Israel yma guarã ndive ha omeʼẽ chupe mokõi yvyrarogue léi rehegua ha pe tembiapo oñongatu hag̃ua pe léi. Péro Habacuc ohechauka mokõi aty omombaʼéva Tupãme umi yvyrarogue rehegua, umi omyesakã vaʼerã pe visión. Peteĩ aty, “hiʼálma oñembojeguasúva” ha “ndahaʼéi hekojoja”; ha ambue aty, ojekuaaukáva “umi hekojojáva” ramo, “oikovéva ijerovia rupi.”</w:t>
      </w:r>
    </w:p>
    <w:p>
      <w:pPr>
        <w:pStyle w:val="ArticleBody"/>
        <w:jc w:val="left"/>
      </w:pPr>
      <w:r>
        <w:rPr>
          <w:rFonts w:ascii="Times New Roman" w:hAnsi="Times New Roman" w:eastAsia="Times New Roman" w:cs="Times New Roman"/>
        </w:rPr>
        <w:t>Pe contexto de Habacuc oikuaauka umi ojehechaukáva hekojojáva oikoveha peteĩ jerovia rehe oñemopyendáva ñe’ẽ maranduhára rehe, ojehechaukaháicha umi mokõi tabla rupive, ha upévare umi ndaha’éiva hekojojáva omboyke Adventismo ñepyrũmby. Pe punto aikuaaukaseva oñemopyenda peteĩ pasáhe rehe ñahesa’ỹijo va’ekue ymave. He’i kóicha:</w:t>
      </w:r>
    </w:p>
    <w:p>
      <w:pPr>
        <w:pStyle w:val="ArticleScripture"/>
        <w:jc w:val="left"/>
      </w:pPr>
      <w:r>
        <w:rPr>
          <w:rFonts w:ascii="Times New Roman" w:hAnsi="Times New Roman" w:eastAsia="Times New Roman" w:cs="Times New Roman"/>
        </w:rPr>
        <w:t>“Umi mba’e ojejuhúva pe santuario rehe, ojoajúvo umi 2300 ára rehe, Tupã rembiapoukapykuéra ha Jesús jerovia rehe, oĩ porãiterei omyesakã hag̃ua pe movimiento adventista ohasava’ekue ha ohechauka hag̃ua mba’épa hína ñande ñemohenda ko’ág̃a, omopyenda hag̃ua jerovia umi ikangývape, ha ome’ẽ hag̃ua katuete pe ára tenonderã glorioso rehe. Ko’ãva, heta jey ahecha haguéicha, ha’e umi tema principal umi mensahérokuéra oikove hag̃ua hese.” Early Writings, 63.</w:t>
      </w:r>
    </w:p>
    <w:p>
      <w:pPr>
        <w:pStyle w:val="ArticleBody"/>
        <w:jc w:val="left"/>
      </w:pPr>
      <w:r>
        <w:rPr>
          <w:rFonts w:ascii="Times New Roman" w:hAnsi="Times New Roman" w:eastAsia="Times New Roman" w:cs="Times New Roman"/>
        </w:rPr>
        <w:t>Ñamohendapaite koʼág̃a opaite irundy añetegua koʼãva rehegua: pe tupaópegua, umi 2300 ára, Ñandejára mandamiénto ha Jesús jerovia. Romoĩ umi irundy añetegua koʼãva pe añetegua ryepýpe, “oñekalkula porãmbaitéva omyesakã hag̃ua pe movimiento advénto yma guare ha ohechauka hag̃ua mbaʼépa hína ñande ñemohenda koʼág̃a”. Upéva haʼe “pe mbojojaha peteĩha ñeʼẽme”, haʼe Alpha ha Omega firma, ha haʼe pe añetegua ryepypegua, pórke pe ñeʼẽ “añetegua” oguereko upe firmaite avei opaite umi irundy añetegua oguerekoháicha, umi oñemombeʼúva “añetegua koʼag̃agua” ramo, oñemoĩvaʼekue omyesakã hag̃ua advénto ñepyrũmby.</w:t>
      </w:r>
    </w:p>
    <w:p>
      <w:pPr>
        <w:pStyle w:val="ArticleBody"/>
        <w:jc w:val="left"/>
      </w:pPr>
      <w:r>
        <w:rPr>
          <w:rFonts w:ascii="Times New Roman" w:hAnsi="Times New Roman" w:eastAsia="Times New Roman" w:cs="Times New Roman"/>
        </w:rPr>
        <w:t>Ndaha’éiramo ambue mba’e, kóva he’ise pe ñe’ẽ ñambohasáva “añetegua” ramo, jahechahína va’ekue, ha’eha pe marandu porã opa’ỹvape g̃uarã ñemopyenda, ha’eha avei pe marandu ñemomarandu paha ñemopyenda, ha’eha pe ángel mbohapyha marandu ñemopyenda, ha’eha avei peteĩ tuicha vore Jesucristo Ñemurãgui.</w:t>
      </w:r>
    </w:p>
    <w:p>
      <w:pPr>
        <w:pStyle w:val="ArticleBody"/>
        <w:jc w:val="left"/>
      </w:pPr>
      <w:r>
        <w:rPr>
          <w:rFonts w:ascii="Times New Roman" w:hAnsi="Times New Roman" w:eastAsia="Times New Roman" w:cs="Times New Roman"/>
        </w:rPr>
        <w:t>Marandu ñemomarã paha ojehechaukáva Jesucristo Revelación ramo Apocalipsis peteĩha kapítulo mbohapy versíkulo peteĩha-pe oñemombe’u jeýma mokõihápe Apocalipsis paha gotyo. Apocalipsis paha ohechauka Testamento Tuja versíkulo peteĩha ha avei Testamento Tuja versíkulo pahaguéva. Umi irundy ñe’ẽmondo rupive ikatu oñemboguapy, ojeporúvo pe tembiapoukapy Tupãgui oñemoĩ hag̃ua línea profética ári línea profética, marandu ñemomarã paha oguerekoha mba’e ojapóva Apohare jeikovejoaju rehe Ijapopyre ndive. Oguereko mba’eve hag̃ua Ipu’aka apo rehe. Oguereko mba’eve hag̃ua mba’éichapa Ipu’aka apo oñembohasa Itupaope. Oguereko mba’eve hag̃ua pe Tupãreko mba’e tee ombojekuaáva paha oñondive iñepyrũmby ndive. Ha’e peteĩ marandu oguahẽva mboyve toñemboty pe ára py’aguapy renda ha heta mba’eveve. Oñehesa’ỹijóramo oñondivepa, ha’e Tupã pu’aka apo rehegua! Ha pe ñe’ẽñepyrũ peteĩha Ipu’aka apo rehegua oĩ Génesis peteĩ ñepyrũme, peteĩha versíkulogui mokõiha kapítulo mbohapyha versíkulo peve.</w:t>
      </w:r>
    </w:p>
    <w:p>
      <w:pPr>
        <w:pStyle w:val="ArticleScripture"/>
        <w:jc w:val="left"/>
      </w:pPr>
      <w:r>
        <w:rPr>
          <w:rFonts w:ascii="Times New Roman" w:hAnsi="Times New Roman" w:eastAsia="Times New Roman" w:cs="Times New Roman"/>
        </w:rPr>
        <w:t>Ñepyrũrã Tupã ojapo yvága ha yvy. Ha yvy niko ndahekoichéiva ha nandi; ha pytũ oĩ y pypuku rova ári. Ha Tupã Espíritu oguata y rova ári.</w:t>
      </w:r>
    </w:p>
    <w:p>
      <w:pPr>
        <w:pStyle w:val="ArticleScripture"/>
        <w:jc w:val="left"/>
      </w:pPr>
      <w:r>
        <w:rPr>
          <w:rFonts w:ascii="Times New Roman" w:hAnsi="Times New Roman" w:eastAsia="Times New Roman" w:cs="Times New Roman"/>
        </w:rPr>
        <w:t>Ha Tupã he’i: Toiko tesape; ha oiko tesape. Ha Tupã ohecha tesape iporãha; ha Tupã omboja’o tesape pytũmbýgui. Ha Tupã ombohéra pe tesape Ára, ha pe pytũmby katu ombohéra Pytũ. Ha ka’aru ha pyhareve ojapo ára peteĩha.</w:t>
      </w:r>
    </w:p>
    <w:p>
      <w:pPr>
        <w:pStyle w:val="ArticleScripture"/>
        <w:jc w:val="left"/>
      </w:pPr>
      <w:r>
        <w:rPr>
          <w:rFonts w:ascii="Times New Roman" w:hAnsi="Times New Roman" w:eastAsia="Times New Roman" w:cs="Times New Roman"/>
        </w:rPr>
        <w:t>Ha Tupã he’i: Toiko peteĩ firmamento y mbytépe, ha toñemboja’o ykuéra ykuéragui. Ha Tupã ojapo pe firmamento, ha omboja’o umi y oĩva pe firmamento guýpe umi y oĩvagui pe firmamento ári; ha upéicha oiko. Ha Tupã ombohéra pe firmamento Yvága. Ha ka’aru ha pyhareve ha’e va’ekue ára mokõiha.</w:t>
      </w:r>
    </w:p>
    <w:p>
      <w:pPr>
        <w:pStyle w:val="ArticleScripture"/>
        <w:jc w:val="left"/>
      </w:pPr>
      <w:r>
        <w:rPr>
          <w:rFonts w:ascii="Times New Roman" w:hAnsi="Times New Roman" w:eastAsia="Times New Roman" w:cs="Times New Roman"/>
        </w:rPr>
        <w:t>Ha Tupã he'i: Toñembyatypa peteĩ hendápe y yvága guýpe oĩva, ha tojehechauka yvy piru; ha oiko upéicha. Ha Tupã ombohéra yvy pirúpe Yvy; ha y aty oñembyatývape ombohéra Para; ha Tupã ohecha iporãha. Ha Tupã he'i: Yvy tome'ẽ ñana, ka'avo ra'ỹi oguerúva, ha yvyra hi'a oguerúva yva hekoha rupi, ipype orekóva ta'ỹi, yvy ári; ha oiko upéicha. Ha yvy ome'ẽ ñana, ka'avo ra'ỹi oguerúva hekoha rupi, ha yvyra hi'a oguerúva yva, ipype orekóva ta'ỹi, hekoha rupi; ha Tupã ohecha iporãha. Ha ka'aru ha pyhareve oiko ára mbohapyha.</w:t>
      </w:r>
    </w:p>
    <w:p>
      <w:pPr>
        <w:pStyle w:val="ArticleScripture"/>
        <w:jc w:val="left"/>
      </w:pPr>
      <w:r>
        <w:rPr>
          <w:rFonts w:ascii="Times New Roman" w:hAnsi="Times New Roman" w:eastAsia="Times New Roman" w:cs="Times New Roman"/>
        </w:rPr>
        <w:t>Ha Tupã he’i: Toiko mba’e resape yvága ape ári omboja hag̃ua ára pyharegui; ha toiko hikuái techaukaha-rã, aravo-kuéra-rã, ára-kuéra-rã ha ary-kuéra-rã. Ha toiko hikuái mba’e resape-rã yvága ape ári omyesakã hag̃ua yvy ári; ha upéicha oiko. Ha Tupã ojapo mokõi mba’e resape tuicháva; pe mba’e resape tuichavéva ojapo hag̃ua sãmbyhy ára, ha pe michĩvéva ojapo hag̃uáicha sãmbyhy pyhare: ojapo avei mbyjakuérape. Ha Tupã omoĩ chupekuéra yvága ape ári omyesakã hag̃ua yvy ári, Ha osãmbyhy hag̃ua ára ári ha pyhare ári, ha omboja hag̃ua tesape pytũmbýgui; ha Tupã ohecha iporãha. Ha ka’aru ha pyhareve oiko hína ára irundyha.</w:t>
      </w:r>
    </w:p>
    <w:p>
      <w:pPr>
        <w:pStyle w:val="ArticleScripture"/>
        <w:jc w:val="left"/>
      </w:pPr>
      <w:r>
        <w:rPr>
          <w:rFonts w:ascii="Times New Roman" w:hAnsi="Times New Roman" w:eastAsia="Times New Roman" w:cs="Times New Roman"/>
        </w:rPr>
        <w:t>Ha Tupã he’i: Toĩ y rembe’ýgui osẽ heta tekove oguýva oikovéva, ha guyra ovevéva yvy ári yvága pegua ñemoasãijára renda guasúpe. Ha Tupã ojapo umi pira guasu, ha opaichagua tekove oikovéva oguýva, umi y osẽmbyre hetaiterei ijoguaháicha, ha opaichagua guyra ipepóva ijoguaháicha: ha Tupã ohecha iporãha. Ha Tupã ohovasa chupekuéra, he’ívo: Peñemoñare, peheta, ha pehenyhẽ ykuéra umi para rupi, ha toñemoheta guyrakuéra yvy ári. Ha pytũmby ha ko’ẽ oiko; upéva hína ára poha.</w:t>
      </w:r>
    </w:p>
    <w:p>
      <w:pPr>
        <w:pStyle w:val="ArticleScripture"/>
        <w:jc w:val="left"/>
      </w:pPr>
      <w:r>
        <w:rPr>
          <w:rFonts w:ascii="Times New Roman" w:hAnsi="Times New Roman" w:eastAsia="Times New Roman" w:cs="Times New Roman"/>
        </w:rPr>
        <w:t>Ha Tupã he'i: Toikove yvygui mymba iñáva peteĩ-teĩ ipypegua, mymba rymba, mba'e otyryrýva, ha mymba ka'aguygua, peteĩ-teĩ ipypegua; ha upéicha oiko. Ha Tupã ojapo mymba ka'aguygua peteĩ-teĩ ipypegua, mymba rymba peteĩ-teĩ ipypegua, ha opa mba'e otyryrýva yvy ári peteĩ-teĩ ipypegua; ha Tupã ohecha iporãha. Ha Tupã he'i: Jajapo yvypórape ñande ra'ãngáicha, ñande joguaha hag̃uáicha; ha toguereko hikuái mburuvicha guasu pira para pegua ári, guyra yvágapegua ári, mymba rymba ári, opa yvy ári, ha opa mba'e otyryrýva yvy ári ári. Upévare Tupã ojapo yvypórape ijeheguiete ra'ãngápe; Tupã ra'ãngápe ojapo chupe; kuimba'e ha kuña ojapo chupekuéra. Ha Tupã ohovasa chupekuéra, ha Tupã he'i chupekuéra: Peñemoña ha peheta, pemyenyhẽ yvy, ha peipojái; ha peguereko mburuvicha guasu pira para pegua ári, guyra yvágapegua ári, ha opa mba'e oikovéva oguatáva yvy ári ári. Ha Tupã he'i: Péina ápe ame'ẽ peẽme opa ka'avo iñemoñãva ra'ỹi reheve, oĩva opa yvy ape ári, ha opa yvyramáta, hi'a orekóva ra'ỹi; peẽme guarãta tembi'urã. Ha opa mymba yvy arigua, opa guyra yvágapegua, ha opa mba'e otyryrýva yvy ári, ipype oĩháme tekove, ame'ẽ opa ka'avo hovy tembi'urã; ha upéicha oiko. Ha Tupã ohecha opa mba'e ojapova'ekue, ha péina, iporãiterei. Ha ka'aru ha pyhareve oiko ára poteĩha. Upéicha oñemboty yvága ha yvy, ha opa iñembyatykuéra. Ha ára sietehápe Tupã omohu'ã hembiapo ojapova'ekue; ha opytu'u ára sietehápe opa hembiapo ojapova'ekuégui. Ha Tupã ohovasa ára sietehápe ha omarangatu chupe; pype opytu'úgui opa hembiapo Tupã ojapo ha omboheñóiva'ekue. Génesis 1:1–2:3.</w:t>
      </w:r>
    </w:p>
    <w:p>
      <w:pPr>
        <w:pStyle w:val="ArticleBody"/>
        <w:jc w:val="left"/>
      </w:pPr>
      <w:r>
        <w:rPr>
          <w:rFonts w:ascii="Times New Roman" w:hAnsi="Times New Roman" w:eastAsia="Times New Roman" w:cs="Times New Roman"/>
        </w:rPr>
        <w:t>Umi versíkulo mboyvegua ohechauka opaite mba’e oikovéva remimombe’u, omomba’eguasúvo Ñandejára ñe’ẽ oguerekohápe pu’aka omoheñói hag̃ua.</w:t>
      </w:r>
    </w:p>
    <w:p>
      <w:pPr>
        <w:pStyle w:val="ArticleScripture"/>
        <w:jc w:val="left"/>
      </w:pPr>
      <w:r>
        <w:rPr>
          <w:rFonts w:ascii="Times New Roman" w:hAnsi="Times New Roman" w:eastAsia="Times New Roman" w:cs="Times New Roman"/>
        </w:rPr>
        <w:t>To kyvy tomondyky tokyhyje Ñandejáragui; toñemondýi hese opa umi yvypóra oikóva ko yvy ape ári. Ha’e oñe’ẽ, ha oiko; ha’e omanda, ha opyta hatã. Salmos 33:8, 9.</w:t>
      </w:r>
    </w:p>
    <w:p>
      <w:pPr>
        <w:pStyle w:val="ArticleBody"/>
        <w:jc w:val="left"/>
      </w:pPr>
      <w:r>
        <w:rPr>
          <w:rFonts w:ascii="Times New Roman" w:hAnsi="Times New Roman" w:eastAsia="Times New Roman" w:cs="Times New Roman"/>
        </w:rPr>
        <w:t>Pe pu’akapáva pokatu ojapo va’ekue ko yvy arapy niko Cristo oipuru yvypórape omoambue hag̃ua.</w:t>
      </w:r>
    </w:p>
    <w:p>
      <w:pPr>
        <w:pStyle w:val="ArticleScripture"/>
        <w:jc w:val="left"/>
      </w:pPr>
      <w:r>
        <w:rPr>
          <w:rFonts w:ascii="Times New Roman" w:hAnsi="Times New Roman" w:eastAsia="Times New Roman" w:cs="Times New Roman"/>
        </w:rPr>
        <w:t>Pe pokatu rapo’ẽ ohenóiva’ekue yvóra-kuérape oiko hag̃ua, oĩ Tupã ñeʼẽme. Ko ñeʼẽ omeʼẽ pokatu; omoheñói tekove. Mayma tembiapoukapy haʼe peteĩ ñeʼẽmeʼẽ; pe voluntad omoneĩramo, ha oñemoguahẽramo ángape, ogueru hendive pe Tekove pe Opaʼỹva rehegua. Omoambue tekove reko ha omoheñói jey ánga Tupã raʼanga ypýpe.</w:t>
      </w:r>
    </w:p>
    <w:p>
      <w:pPr>
        <w:pStyle w:val="ArticleScripture"/>
        <w:jc w:val="left"/>
      </w:pPr>
      <w:r>
        <w:rPr>
          <w:rFonts w:ascii="Times New Roman" w:hAnsi="Times New Roman" w:eastAsia="Times New Roman" w:cs="Times New Roman"/>
        </w:rPr>
        <w:t>“Upéicha avei oñemantene pe tekove oñemeʼẽva. ‘Opa ñeʼẽ osẽva Tupã jurúgui’ rupi (Mateo 4:4) oikovéta yvypóra.” Education, 126.</w:t>
      </w:r>
    </w:p>
    <w:p>
      <w:pPr>
        <w:pStyle w:val="ArticleBody"/>
        <w:jc w:val="left"/>
      </w:pPr>
      <w:r>
        <w:rPr>
          <w:rFonts w:ascii="Times New Roman" w:hAnsi="Times New Roman" w:eastAsia="Times New Roman" w:cs="Times New Roman"/>
        </w:rPr>
        <w:t>Jesucristo Revelación omomba’e mba’éichapa Ñandejára Ñe’ẽ oñemoguahẽ yvyporakuérape. Ou Túvagui, Ta’ýrape, peteĩ ánhelpe, peteĩ profétape ombohaíva ha omondóva umi iglésiakuérape. Pe proceso ñe’ẽmondo rehegua oñemopyenda hag̃ua Revelación aranduka ñepyrũme ha pahápe avei ojehechauka Jacob escaléra rupive, umi ánhel ojeupi ha oguejývo hese. Ojehechauka avei Zacarías mokõi tubo órova rupive oguerúva pe aséite pe santuario-pe. Pe proceso ñe’ẽmondo rehegua Ñandejára ha yvypóra apytépe ha’e peteĩ tema profecía bíblica rehegua, ha pe marandu oñemondo hag̃uápe oguereko pe mbarete omoheñóiva’ekue ko arapy. Pe proceso ñe’ẽmondo rehegua Revelación peteĩha kapítulope, ojekuaa va’erã pe marandu oñembohasáva umi iglésiakuérape oguerekoha pe pokatu omoambuéva peteĩ Laodiceaguápe ojapo hag̃ua chugui peteĩ Filadelfiaguápe.</w:t>
      </w:r>
    </w:p>
    <w:p>
      <w:pPr>
        <w:pStyle w:val="ArticleBody"/>
        <w:jc w:val="left"/>
      </w:pPr>
      <w:r>
        <w:rPr>
          <w:rFonts w:ascii="Times New Roman" w:hAnsi="Times New Roman" w:eastAsia="Times New Roman" w:cs="Times New Roman"/>
        </w:rPr>
        <w:t>Taha’e jahecha hag̃ua ñepyrũ térã paha pe Antiguo térã pe Nuevo Testamento-pe, peteîchante pe marandu. Tupã oikuaauka hína pe marandu pahaite ñembo’e hag̃ua, ha upéva oguereko Tupã pokatu apohare oñehendúramo ha oñeñongatúramo umi ohendúva rupive. Pe marandu omohu’ãva ko mba’e oñemoĩ pe marco divino ryepýpe, pe Alfa ha Omega rehegua. Ñepyrũ, mbyte ha paha. Umi mbohapy letra hebrea oñondivepa ojapo hag̃ua pe ñe’ẽ “añetegua” hína pe evangelio opa’ỹva, ha umi letra ha he’iséva, ha pe ñe’ẽ osẽva oñembojoajúramo peteĩteĩ rehe, ohechauka pe principio ha avei pe Oĩva Alfa ha Omega ramo. Kóva omombarete Ipu’akapavẽ apohare. Umi mbohapy ñe’ẽ paha pe tembiasakue apopy rehegua, peteĩteĩ oñepyrũ umi mbohapy letra rehe, pe orden ojapóva pe ñe’ẽ “añetegua”.</w:t>
      </w:r>
    </w:p>
    <w:p>
      <w:pPr>
        <w:pStyle w:val="ArticleBody"/>
        <w:jc w:val="left"/>
      </w:pPr>
      <w:r>
        <w:rPr>
          <w:rFonts w:ascii="Times New Roman" w:hAnsi="Times New Roman" w:eastAsia="Times New Roman" w:cs="Times New Roman"/>
        </w:rPr>
        <w:t>Umi mbohapy ñe’ẽ oĩva ñepyrũme pe tembiasakue jejapo rehegua oñepyrũ umi mbohapy letra rehe, oñondive ojapóva pe ñe’ẽ “añetegua”. Umi mbohapy ñe’ẽ paha pe versíkulo rehegua oñepyrũ umi letra א (Aleph), מ (Mem) ha ת (Tav) rehe, peteĩchaite hendápe. Umi mbohapy ñe’ẽ oñemoñe’ẽva “Tupã”, “ojapo” ha “omoheñói” ramo. Ko’ã mbohapy ñe’ẽ peteĩteĩ oñepyrũ avei umi letra א (Aleph), מ (Mem) ha ת (Tav) rehe upe ordenpe, ha upéva omomba’eguasuve pe jejapo rehegua tembiasakue rehegua mokõive: ipaiteha ha iñembosako’i porãha. Ko patrón ojehechakuaa umi comentarista judío-kuéra apytépe peteĩ mba’e iñinteresánteva ramo, ñe’ẽnguéra rehegua mba’etéva pe texto hebreo-pe.</w:t>
      </w:r>
    </w:p>
    <w:p>
      <w:pPr>
        <w:pStyle w:val="ArticleBody"/>
        <w:jc w:val="left"/>
      </w:pPr>
      <w:r>
        <w:rPr>
          <w:rFonts w:ascii="Times New Roman" w:hAnsi="Times New Roman" w:eastAsia="Times New Roman" w:cs="Times New Roman"/>
        </w:rPr>
        <w:t>Pe ñe’ẽmondo ñepyrũrã oñepyrũ umi ñe’ẽ “iñepyrũme” reheve ha opa mbohapy ñe’ẽ reheve ohechaukáva Alpha ha Omega, iñepyrũ ha ipaha, peteĩha ha pahagua. Pe pu’akapavẽ apohare ojehechaukáva Génesis ñe’ẽtestimóniope oñepyrũ ha opa pe ñe’ẽkuaaiterei mba’eporãite rérajehai reheve.</w:t>
      </w:r>
    </w:p>
    <w:p>
      <w:pPr>
        <w:pStyle w:val="ArticleBody"/>
        <w:jc w:val="left"/>
      </w:pPr>
      <w:r>
        <w:rPr>
          <w:rFonts w:ascii="Times New Roman" w:hAnsi="Times New Roman" w:eastAsia="Times New Roman" w:cs="Times New Roman"/>
        </w:rPr>
        <w:t>Peteĩ mba’e ñepyrũ ohechauka hag̃ua upe mba’e paha ha’e pe marandu profetiko Juan ombojoja vaʼekue, ha’e ohaívo upe upérõ oĩva, upéicha avei peteĩ jave ohaíkuri mba’épa oikótava.</w:t>
      </w:r>
    </w:p>
    <w:p>
      <w:pPr>
        <w:pStyle w:val="ArticleBody"/>
        <w:jc w:val="left"/>
      </w:pPr>
      <w:r>
        <w:rPr>
          <w:rFonts w:ascii="Times New Roman" w:hAnsi="Times New Roman" w:eastAsia="Times New Roman" w:cs="Times New Roman"/>
        </w:rPr>
        <w:t>Pe marandu ñemomarandu pahaite Elías rehegua, ojehechaukáva Testamento Tuja paha rupi, omombe’u upe principio profético peteĩchagua, pe jehasa asy léi domingo rehegua ryepýpe ha umi siete plaga paha og̃uahẽmbotaitéva reheve.</w:t>
      </w:r>
    </w:p>
    <w:p>
      <w:pPr>
        <w:pStyle w:val="ArticleBody"/>
        <w:jc w:val="left"/>
      </w:pPr>
      <w:r>
        <w:rPr>
          <w:rFonts w:ascii="Times New Roman" w:hAnsi="Times New Roman" w:eastAsia="Times New Roman" w:cs="Times New Roman"/>
        </w:rPr>
        <w:t>Pe “regla de la primera mención” ha opa mba’e ha’e ohechaukáva hína pe “marco” ryepýpe oñemoĩva’erãhápe pe “verdad presente”. Upe marco ha’e “pe regla de la primera mención”, ha upéva avei peteĩva Tupã rekome’ẽnguéra apytégui.</w:t>
      </w:r>
    </w:p>
    <w:p>
      <w:pPr>
        <w:pStyle w:val="ArticleBody"/>
        <w:jc w:val="left"/>
      </w:pPr>
      <w:r>
        <w:rPr>
          <w:rFonts w:ascii="Times New Roman" w:hAnsi="Times New Roman" w:eastAsia="Times New Roman" w:cs="Times New Roman"/>
        </w:rPr>
        <w:t>Pe lívro Daniel ohechaukáva Adventísmo ñepyrũrã, ha pe lívro Apocalipsis ohechaukáva Adventísmo paha, jajuhu paralelismo hechapyrãva ñama’ẽvo hese pe principio rupive: pe peteĩha ohechauka hag̃ua pe pahápe oikótava. Pe lívro Daniel omoĩ tenonderã peteĩ atributo Jesús rehegua ojeporúramo héra Palmoni, he’iséva pe papahára hechapyrãva umi mba’e ñemigua rehegua. Daniel avei oikuaauka Jesúspe Miguel arcángel ramo. Juan oñemomba’apo ojapo hag̃ua upéicha avei Daniel-icha, ha ha’e ohechauka ndaha’éi matemátika jára térã umi ánhel ruvicha, síno ñe’ẽnguéra jára. Ñahesa’ỹijóramo Jesúspe alfabeto Jára ramo, tekotevẽ ñapensa Salmos 119 rehe, pe kapítulo ipukuvéva Biblia-pe.</w:t>
      </w:r>
    </w:p>
    <w:p>
      <w:pPr>
        <w:pStyle w:val="ArticleBody"/>
        <w:jc w:val="left"/>
      </w:pPr>
      <w:r>
        <w:rPr>
          <w:rFonts w:ascii="Times New Roman" w:hAnsi="Times New Roman" w:eastAsia="Times New Roman" w:cs="Times New Roman"/>
        </w:rPr>
        <w:t>Salmos 119 ha’e peteĩ acróstico alfabético, he’iséva umi peteĩteĩ aty oguerekóva poapy versíkulo ñepyrũrã letra ojepuru peteĩchante. Pe alfabeto hebreo oguereko mokõi pa letra, upévare oĩ mokõipa mokõi pehẽngue, peteĩteĩva poapy versíkulo reheve. Káda pehẽngue oñepyrũ pe letra alfabetopegua rehe, alfabeto porãitépe oñemohenda hag̃uaicha, ha upéi káda peteĩva umi poapy versíkulo oñeme’ẽva upe letrape oñepyrũ avei upe letrápe. Oĩ poapy versíkulo káda letrápe g̃uarã; upéicha rupi, poapy versíkulo jeývo mokõipa mokõi letra alfabeto hebreo rehe, ome’ẽ cien setenta y seis líña. Ko Salmo omomba’eguasu ñe’ẽrendúpe peteĩ Tupã ndive, ha’éva peteĩ Tupã orden rehegua (upévare pe estructura acróstica), ndaha’éi caos rehegua.</w:t>
      </w:r>
    </w:p>
    <w:p>
      <w:pPr>
        <w:pStyle w:val="ArticleBody"/>
        <w:jc w:val="left"/>
      </w:pPr>
      <w:r>
        <w:rPr>
          <w:rFonts w:ascii="Times New Roman" w:hAnsi="Times New Roman" w:eastAsia="Times New Roman" w:cs="Times New Roman"/>
        </w:rPr>
        <w:t>Salmo 119-pe ojehechauka avei peteĩ tema tuicha mba’éva: pe añetegua ipypukuha Ñandejára Ñe’ẽ ha’eha opa mba’erã ikatu hag̃uáicha oñemboguata. Ko Salmo pukukue javeve ojepuru poapy ñe’ẽ iñambuéva ojere hag̃ua Ñandejára Ñe’ẽ rehe: léi, testimónio, mbo’epy, estatúto, mandamiénto, huísio, ñe’ẽ ha ordenánsa. Haimete opa versíkulope oñemombe’u Ñandejára Ñe’ẽ. Salmo 119 omombarete ndaha’éi añónte Ñandejára Ñe’ẽ Porãite rekotee, ha katu avei omombarete Ñandejára Ñe’ẽ ogueraha ha ohechauka hag̃ua pe Ñandejára voi rekotee. Ehechakuaa ko’ã Ñandejára reko tee ojehechaukáva Salmo 119-pe:</w:t>
      </w:r>
    </w:p>
    <w:p>
      <w:pPr>
        <w:pStyle w:val="ArticleListItem"/>
        <w:ind w:left="576" w:hanging="259"/>
        <w:jc w:val="left"/>
      </w:pPr>
      <w:r>
        <w:rPr>
          <w:rFonts w:ascii="Times New Roman" w:hAnsi="Times New Roman" w:eastAsia="Times New Roman" w:cs="Times New Roman"/>
        </w:rPr>
        <w:t>1. Tekojoja (versículos 7, 62, 75, 106, 123, 138, 144, 160, 164, 172)</w:t>
      </w:r>
    </w:p>
    <w:p>
      <w:pPr>
        <w:pStyle w:val="ArticleListItem"/>
        <w:ind w:left="576" w:hanging="259"/>
        <w:jc w:val="left"/>
      </w:pPr>
      <w:r>
        <w:rPr>
          <w:rFonts w:ascii="Times New Roman" w:hAnsi="Times New Roman" w:eastAsia="Times New Roman" w:cs="Times New Roman"/>
        </w:rPr>
        <w:t>2. Jeroviaha (versíkulo 42)</w:t>
      </w:r>
    </w:p>
    <w:p>
      <w:pPr>
        <w:pStyle w:val="ArticleListItem"/>
        <w:ind w:left="576" w:hanging="259"/>
        <w:jc w:val="left"/>
      </w:pPr>
      <w:r>
        <w:rPr>
          <w:rFonts w:ascii="Times New Roman" w:hAnsi="Times New Roman" w:eastAsia="Times New Roman" w:cs="Times New Roman"/>
        </w:rPr>
        <w:t>3. Añetegua (versículos 43, 142, 151, 160)</w:t>
      </w:r>
    </w:p>
    <w:p>
      <w:pPr>
        <w:pStyle w:val="ArticleListItem"/>
        <w:ind w:left="576" w:hanging="259"/>
        <w:jc w:val="left"/>
      </w:pPr>
      <w:r>
        <w:rPr>
          <w:rFonts w:ascii="Times New Roman" w:hAnsi="Times New Roman" w:eastAsia="Times New Roman" w:cs="Times New Roman"/>
        </w:rPr>
        <w:t>4. Jerovia (versíkulo 86)</w:t>
      </w:r>
    </w:p>
    <w:p>
      <w:pPr>
        <w:pStyle w:val="ArticleListItem"/>
        <w:ind w:left="576" w:hanging="259"/>
        <w:jc w:val="left"/>
      </w:pPr>
      <w:r>
        <w:rPr>
          <w:rFonts w:ascii="Times New Roman" w:hAnsi="Times New Roman" w:eastAsia="Times New Roman" w:cs="Times New Roman"/>
        </w:rPr>
        <w:t>5. Ndoikovéi (versíkulo 89)</w:t>
      </w:r>
    </w:p>
    <w:p>
      <w:pPr>
        <w:pStyle w:val="ArticleListItem"/>
        <w:ind w:left="576" w:hanging="259"/>
        <w:jc w:val="left"/>
      </w:pPr>
      <w:r>
        <w:rPr>
          <w:rFonts w:ascii="Times New Roman" w:hAnsi="Times New Roman" w:eastAsia="Times New Roman" w:cs="Times New Roman"/>
        </w:rPr>
        <w:t>6. Tapia’ỹre (versículos 90, 152)</w:t>
      </w:r>
    </w:p>
    <w:p>
      <w:pPr>
        <w:pStyle w:val="ArticleListItem"/>
        <w:ind w:left="576" w:hanging="259"/>
        <w:jc w:val="left"/>
      </w:pPr>
      <w:r>
        <w:rPr>
          <w:rFonts w:ascii="Times New Roman" w:hAnsi="Times New Roman" w:eastAsia="Times New Roman" w:cs="Times New Roman"/>
        </w:rPr>
        <w:t>7. Mimbi (versíkulo 105)</w:t>
      </w:r>
    </w:p>
    <w:p>
      <w:pPr>
        <w:pStyle w:val="ArticleListItem"/>
        <w:ind w:left="576" w:hanging="259"/>
        <w:jc w:val="left"/>
      </w:pPr>
      <w:r>
        <w:rPr>
          <w:rFonts w:ascii="Times New Roman" w:hAnsi="Times New Roman" w:eastAsia="Times New Roman" w:cs="Times New Roman"/>
        </w:rPr>
        <w:t>8. Mopotĩ (versículo 140)</w:t>
      </w:r>
    </w:p>
    <w:p>
      <w:pPr>
        <w:pStyle w:val="ArticleBody"/>
        <w:jc w:val="left"/>
      </w:pPr>
      <w:r>
        <w:rPr>
          <w:rFonts w:ascii="Times New Roman" w:hAnsi="Times New Roman" w:eastAsia="Times New Roman" w:cs="Times New Roman"/>
        </w:rPr>
        <w:t>Salmo oñepyrũ mokõi jehovasápe. “Ojehovasáva” hína umi tape ndaiporihápe mba’e vai, oikóva Tupã léi he’iháicha, oñongatúva Iñe’ẽme’ẽnguéra ha ohekáva chupe opaite ipy’aite guive. Ko’ãva hína pe ñembo’epy ñandéve g̃uarã ko Salmo tuichaitépe. Tupã Ñe’ẽ ha’e suficiente ñandeapo hag̃ua arandu hag̃ua, ñanembo’e hag̃ua tekojoja rehe, ha ñanequipá hag̃ua opa tembiapo porãrãpe g̃uarã (2 Timoteo 3:15–17).</w:t>
      </w:r>
    </w:p>
    <w:p>
      <w:pPr>
        <w:pStyle w:val="ArticleBody"/>
        <w:jc w:val="left"/>
      </w:pPr>
      <w:r>
        <w:rPr>
          <w:rFonts w:ascii="Times New Roman" w:hAnsi="Times New Roman" w:eastAsia="Times New Roman" w:cs="Times New Roman"/>
        </w:rPr>
        <w:t>Ñetehápe, Salmos 119 oĩ peteĩ mba’e ryepýpe, ha upéva hína peteĩ tema hetaiterei guive ndojehechakuaaporãi gueteri pe mundo religioso-pe. Upéva ojapo hag̃ua mba’éichapa ojekuaa hag̃ua máva hína pe versíkulo mbytegua Biblia-pe ha máva hína pe kapítulo mbytegua Biblia-pe. Reheka hag̃ua internet-pe, rejuhúta opaichagua ñe’argumento oñemopyendáva mba’e Biblia-pa ojepuru ha ambue mba’e rehe. Pe apañuãi opavave posición oĩvape pe ñe’argumento-pe ningo hína kóva: pe definición pe mbytépe oĩva Biblia-pe, taha’e versíkulo térã kapítulo, ojehechakuaava’erã pe Biblia Apohare rehe, ndaha’éi pe temimbo’e térã crítico yvypóra pe Biblia rehegua.</w:t>
      </w:r>
    </w:p>
    <w:p>
      <w:pPr>
        <w:pStyle w:val="ArticleBody"/>
        <w:jc w:val="left"/>
      </w:pPr>
      <w:r>
        <w:rPr>
          <w:rFonts w:ascii="Times New Roman" w:hAnsi="Times New Roman" w:eastAsia="Times New Roman" w:cs="Times New Roman"/>
        </w:rPr>
        <w:t>La Biblia ombo’e opa mba’épe oĩha iñepyrũ ha ipaha. Opa mba’épe g̃uarã oĩ peteĩ ára.</w:t>
      </w:r>
    </w:p>
    <w:p>
      <w:pPr>
        <w:pStyle w:val="ArticleScripture"/>
        <w:jc w:val="left"/>
      </w:pPr>
      <w:r>
        <w:rPr>
          <w:rFonts w:ascii="Times New Roman" w:hAnsi="Times New Roman" w:eastAsia="Times New Roman" w:cs="Times New Roman"/>
        </w:rPr>
        <w:t>Opa mba’e oguereko hi’ára, ha peteĩ ára opa tembiaporãme yváguy guýpe: peteĩ ára oñemoñarai hag̃ua, ha peteĩ ára omano hag̃ua; peteĩ ára oñotỹ hag̃ua, ha peteĩ ára oñembogue hag̃ua pe oñeñotỹmava’ekue. Eclesiastés 3:1, 2.</w:t>
      </w:r>
    </w:p>
    <w:p>
      <w:pPr>
        <w:pStyle w:val="ArticleBody"/>
        <w:jc w:val="left"/>
      </w:pPr>
      <w:r>
        <w:rPr>
          <w:rFonts w:ascii="Times New Roman" w:hAnsi="Times New Roman" w:eastAsia="Times New Roman" w:cs="Times New Roman"/>
        </w:rPr>
        <w:t>Oĩ peteĩ ára ñanase hag̃ua ha peteĩ ára ñamano hag̃ua, upéicharõ jepe oĩ avei pe tekove oikóva ñande rekove ñepyrũ ha paha mbytépe. Ñanaseha ha’e peteĩ sapy’ami mbykymi aravópe, ha upéicha avei mano. Tekove ha’e pe mbyte, ha jepiveguáicha oguereko hetaiteve tembiasakue hendive ojoajúva pe aravo ñanase haguépe ha pe aravo ñamano haguépe rangue.</w:t>
      </w:r>
    </w:p>
    <w:p>
      <w:pPr>
        <w:pStyle w:val="ArticleBody"/>
        <w:jc w:val="left"/>
      </w:pPr>
      <w:r>
        <w:rPr>
          <w:rFonts w:ascii="Times New Roman" w:hAnsi="Times New Roman" w:eastAsia="Times New Roman" w:cs="Times New Roman"/>
        </w:rPr>
        <w:t>Pe “regla de primera mención”-pe, pe mbyte jepivegua oguereko hetaiteve testimonio pe peteĩha ha paháguagui. Ojeheka hag̃ua peteĩ versíkulo térã kapítulo añoite Biblia-pe ha oñemyesakã hag̃ua upéva ha’eha pe mbyte, upéva hína oñemboyke hag̃ua pe evidencia bíblica, jepe pe ñepyrũha ha pe paha ha’éramo esencialmente ára mombyrykuéra; pe mbyte katu jepivegua ha’e peteĩ periodo de tiempo. Añetehápe, pe ñepyrũha, pe paha ha pe mbyte ojoajúta ojupe ndive, jepe heta jey pe waymark peteĩchaite oĩva pahápe ha’e pe ñepyrũha rovái.</w:t>
      </w:r>
    </w:p>
    <w:p>
      <w:pPr>
        <w:pStyle w:val="ArticleBody"/>
        <w:jc w:val="left"/>
      </w:pPr>
      <w:r>
        <w:rPr>
          <w:rFonts w:ascii="Times New Roman" w:hAnsi="Times New Roman" w:eastAsia="Times New Roman" w:cs="Times New Roman"/>
        </w:rPr>
        <w:t>Jesús ohechakuaa Juan el Bautístape Elíasramo, ha mokõivéva ohechauka pe misma secuencia profética umi mbaʼe oikóva rehegua; ha katu Elías oñemyakãratĩ peteĩ kuña aña (Jezabel) rupive, ohekáva omoinge chupe kárselpe ha ojuka Elíaspe, péro araka’eve ndojapói upéva. Juan, ha’éva peteĩ símbolo Elías rehegua, oñeheka vaʼekue avei peteĩ kuña aña (Herodías) rupive omoinge hag̃ua chupe kárselpe ha ojuka hag̃ua chupe, ha ojapo upéva. Elías ha Juan ha’e símbolos ojuehe ikatúva oñemoambue, péro oguereko hikuái algunas características proféticas ha’éva opuestas, jepémo upéicha ojoja ojoapytépe. Elías nomanói araka’eve; Juan katu omano. Ñantende hag̃ua umi marca proféticas ojoajúva ojuehe ndive heta jey ha’eha opuestos, oheja umi oipotávape ohecha hag̃ua pe mbyte Biblia rehegua ha’eha Salmos 118.</w:t>
      </w:r>
    </w:p>
    <w:p>
      <w:pPr>
        <w:pStyle w:val="ArticleBody"/>
        <w:jc w:val="left"/>
      </w:pPr>
      <w:r>
        <w:rPr>
          <w:rFonts w:ascii="Times New Roman" w:hAnsi="Times New Roman" w:eastAsia="Times New Roman" w:cs="Times New Roman"/>
        </w:rPr>
        <w:t>Japurúva ñambojapo jave pe principio de gobierno de primera mención rehegua, ñamyesakã haguéicha, jajuhu pe mbyte ñepyrũha pe Biblia-pe ha’eha Salmos 117, pe kapítulo mbykymivéva Biblia tuichakue javeve, orekóva mokõi versículo. Upéi ou pe kapítulo 118, ha’éva pe mbyte pe Biblia-pe, ha pe kapítulo 118 rire ou pe 119, ha’éva pe kapítulo ipukuvéva Biblia-pe ha pe mbyte paha pe Biblia-pe. Pe Linguista Maravilloso ombohéra pe ñepyrũ pe kapítulo mbykymivéva rupive, ha upéicha avei ombohéra pe paha pe kapítulo ipukuvéva rupive. Umíva mokõi kapítulo ojoavyetereíva. Pe ñepyrũ ha’e pe ta’ỹi, ha pe paha ha’e pe ka’avo ojererahápe iñakãrapu’ãmbáma, ha upépe opa umi testimonio oĩva pe mbyte ryepýpe oñembojoaju joa. Ema’ẽmi Salmos 117 rehe.</w:t>
      </w:r>
    </w:p>
    <w:p>
      <w:pPr>
        <w:pStyle w:val="ArticleScripture"/>
        <w:jc w:val="left"/>
      </w:pPr>
      <w:r>
        <w:rPr>
          <w:rFonts w:ascii="Times New Roman" w:hAnsi="Times New Roman" w:eastAsia="Times New Roman" w:cs="Times New Roman"/>
        </w:rPr>
        <w:t>Pemomba'e Ñandejárape, opa tetãnguéra; pemomba'e chupe, opa tavayguakuéra. Yma hag̃ua ñanderehe iporã ha ipy'a porã eterei; ha Ñandejára añetegua opyta opa ára g̃uarã. Pemomba'e Ñandejárape. Salmos 117:1, 2.</w:t>
      </w:r>
    </w:p>
    <w:p>
      <w:pPr>
        <w:pStyle w:val="ArticleBody"/>
        <w:jc w:val="left"/>
      </w:pPr>
      <w:r>
        <w:rPr>
          <w:rFonts w:ascii="Times New Roman" w:hAnsi="Times New Roman" w:eastAsia="Times New Roman" w:cs="Times New Roman"/>
        </w:rPr>
        <w:t>Pe ñe'ẽ ñahesa'ỹijóva, ojejapóva mbohapy tai reheve, oñemoñe'ẽ “añetegua” ramo versíkulo mokõihápe, ha ohechauka pe ñepyrũ mbytegua Biblia pegua, (Biblia mbytegua ha'e Salmos 117–119). Pe mbytegua paha ha'e Salmos 119. Salmos 118 ha'e pe mbytegua mbytegua. Salmos 118 oĩ mbytepe pe kapítulo mbykymivéva ha pe ipukuvéva Biblia-pe, ha pe mbykymivéva, ha'éva pe ñepyrũ, omoĩ tenonderã pe ñe'ẽ “añetegua”, ojejapóva mbohapy tai reheve, ha umíva ohechauka pe evangelio opa'ỹva mbohapy hatua, ha hikuái hína pe añetegua ñentendekuaaty. Pe ñentendekuaaty ha'éva pe principio ohechaukáva Cristo rekokatu Alpha ha Omega ramo.</w:t>
      </w:r>
    </w:p>
    <w:p>
      <w:pPr>
        <w:pStyle w:val="ArticleBody"/>
        <w:jc w:val="left"/>
      </w:pPr>
      <w:r>
        <w:rPr>
          <w:rFonts w:ascii="Times New Roman" w:hAnsi="Times New Roman" w:eastAsia="Times New Roman" w:cs="Times New Roman"/>
        </w:rPr>
        <w:t>Pe mbytépegua paha, ha'éva Salmo 119, peteĩ acrostico alfabético oñemoĩva Ñandejára Ñe'ẽ mbytépe, omomba'eguasúvo pe Ñe'ẽkuaa hechapyrãva. Irundy jey Salmo 119-pe pe ñe'ẽ peteĩete oñembohasa añeteguáramo.</w:t>
      </w:r>
    </w:p>
    <w:p>
      <w:pPr>
        <w:pStyle w:val="ArticleScripture"/>
        <w:jc w:val="left"/>
      </w:pPr>
      <w:r>
        <w:rPr>
          <w:rFonts w:ascii="Times New Roman" w:hAnsi="Times New Roman" w:eastAsia="Times New Roman" w:cs="Times New Roman"/>
        </w:rPr>
        <w:t>Ani etei che juruguigua peve nde ñe'ẽ añetegua che juru-gui; aikógui ajerovia ne rembiapoukapykuérape. Versículo 43.</w:t>
      </w:r>
    </w:p>
    <w:p>
      <w:pPr>
        <w:pStyle w:val="ArticleScripture"/>
        <w:jc w:val="left"/>
      </w:pPr>
      <w:r>
        <w:rPr>
          <w:rFonts w:ascii="Times New Roman" w:hAnsi="Times New Roman" w:eastAsia="Times New Roman" w:cs="Times New Roman"/>
        </w:rPr>
        <w:t>Nde rekojoja opa ára pegua, ha nde léi hína pe añetegua. Versíkulo 142.</w:t>
      </w:r>
    </w:p>
    <w:p>
      <w:pPr>
        <w:pStyle w:val="ArticleScripture"/>
        <w:jc w:val="left"/>
      </w:pPr>
      <w:r>
        <w:rPr>
          <w:rFonts w:ascii="Times New Roman" w:hAnsi="Times New Roman" w:eastAsia="Times New Roman" w:cs="Times New Roman"/>
        </w:rPr>
        <w:t>Nde reime, Ñandejára; ha opa ne mandamiénto añetegua hína. Verso 151.</w:t>
      </w:r>
    </w:p>
    <w:p>
      <w:pPr>
        <w:pStyle w:val="ArticleScripture"/>
        <w:jc w:val="left"/>
      </w:pPr>
      <w:r>
        <w:rPr>
          <w:rFonts w:ascii="Times New Roman" w:hAnsi="Times New Roman" w:eastAsia="Times New Roman" w:cs="Times New Roman"/>
        </w:rPr>
        <w:t>Ne ñe’ẽ añete ypy guive; ha peteĩteĩ ne juicio joja opyta opa ára guarã. Versículo 160.</w:t>
      </w:r>
    </w:p>
    <w:p>
      <w:pPr>
        <w:pStyle w:val="ArticleBody"/>
        <w:jc w:val="left"/>
      </w:pPr>
      <w:r>
        <w:rPr>
          <w:rFonts w:ascii="Times New Roman" w:hAnsi="Times New Roman" w:eastAsia="Times New Roman" w:cs="Times New Roman"/>
        </w:rPr>
        <w:t>Koʼã versíkulope pe añetegua haʼe peteĩ léi profesía bíblicape omombeʼúva paha ypy guive, ha pe añetegua oĩva umi versíkulope haʼe pe Alfa ha Omega omoĩ hague Is firma la Biblia mbytépe, ojapo haguéicha iñepyrũme ha ipahápe avei. Pe peteĩha ha pahaguéva firma haʼe pe “marco” oñepresenta hag̃ua pe marandu ñemongyhyje paha ángel mbohapyhagua rehegua. Pe mbyte pahaguáva oguereko irundy versíkulo oiporúva pe ñeʼẽ oñembohasáva “añetegua” ramo, jepe pe irundyha referencia oñembohasa hag̃uante “añete” ramo. Pe pahave paha umi irundy versíkulogui heʼi porã “ñepyrũ guive” pe ñeʼẽ haʼeha “añetegua”.</w:t>
      </w:r>
    </w:p>
    <w:p>
      <w:pPr>
        <w:pStyle w:val="ArticleBody"/>
        <w:jc w:val="left"/>
      </w:pPr>
      <w:r>
        <w:rPr>
          <w:rFonts w:ascii="Times New Roman" w:hAnsi="Times New Roman" w:eastAsia="Times New Roman" w:cs="Times New Roman"/>
        </w:rPr>
        <w:t>Ñepyrũmby, Génesis peteĩ ha mokõihápe oĩva mba’ejejapo rembiasakuépe, pe ñe’ẽ “añetegua”, jepe nojehaíri hag̃ua peteĩchaite, ojehechauka pe tembiasakue jejapopy rehegua pahápe umi mbohapy ñe’ẽ rupive; peteĩteĩ ñe’ẽ oñepyrũgui, oñondivepa, umi tai ojapo hag̃ua pe ñe’ẽ “añetegua”. Ñepyrũmby guive oĩ va’ekue pe Ñe’ẽ, ha hese rupive opa mba’e ojejapo; ha Génesis-pe pe jejapo rehegua testimónio oñepyrũ umi ñe’ẽ “Ñepyrũmby” reheve ha opa mbohapy ñe’ẽ reheve, umíva ohechaukáva umi añetegua ojoajúva peteĩ Cristo reko hag̃ua, ha Isaías-pe upéva oñemyesakãva kóicha: ha’eha pe techaukaha ha’eha pe Tupã peteĩ ha añónte.</w:t>
      </w:r>
    </w:p>
    <w:p>
      <w:pPr>
        <w:pStyle w:val="ArticleBody"/>
        <w:jc w:val="left"/>
      </w:pPr>
      <w:r>
        <w:rPr>
          <w:rFonts w:ascii="Times New Roman" w:hAnsi="Times New Roman" w:eastAsia="Times New Roman" w:cs="Times New Roman"/>
        </w:rPr>
        <w:t>Mbyte rehegua téxto mbyte pegua (Salmos 117–119) oñepyrũ capítulo 117-pe ojapo hag̃ua referencia upe añetegua rehe, pe ñepyrũ ohechaukaha pe paha, oiporu rupi pe ñe'ẽ “añetegua”. Ko ñe'ẽ ojejapo mbohapy letra reheve, ha umíva ohechauka pe evangelio opa'ỹva ha pe mbohapy ánhel rembiapo marandu, ha omohu'ã pe jejapo rembiasakue paha. Pe mbyte rehegua téxto mbyte pegua paha hína peteĩ alfabeto jehechauka, pe ñe'ẽkuaa porãite apohare ojapova'ekue omopyenda hag̃ua pe entendimiento ko'ág̃a ojehechauka hag̃ua iva'ekue Ikarácter rehegua, oĩha peteĩcha pe ñe'ẽ revelación ñemyesakã ndive; pe Jesucristo Revelación niko peteĩ marandu ojeporavóva ojehechauka hag̃ua peteĩ aspecto Cristo carácter rehegua, ko'ág̃a peve ndaje ojekuaa porãmbaitéva'ỹ térã ndaikatúiramo jepe. Pe revelación oñemoĩ porã pe pacto rembiasakue rape ndive, pe pacto rembiasakue oguerekógui prueba Tupã ñeha'ã rehegua ojehechauka hag̃ua hekotee téra rupive, Hembiasakue oñesẽ aja.</w:t>
      </w:r>
    </w:p>
    <w:p>
      <w:pPr>
        <w:pStyle w:val="ArticleScripture"/>
        <w:jc w:val="left"/>
      </w:pPr>
      <w:r>
        <w:rPr>
          <w:rFonts w:ascii="Times New Roman" w:hAnsi="Times New Roman" w:eastAsia="Times New Roman" w:cs="Times New Roman"/>
        </w:rPr>
        <w:t>“Léi tuichavéva léipe joáva, Tupã rekove tee guive, oñemoingove ha oñemoañete Cristo ñe’ẽme, yvytý ári he’íva. Oimeraẽva omopu’ãva hi’óga hese, Cristo ári omopu’ã, pe Ita Aréma guaréva ári. Ñamoguahẽvo pe ñe’ẽ, ñamoguahẽ Cristope. Ha umi oguerohorýva péicha iñe’ẽnguéra añoite hína omopu’ãva hikuái hese. ‘Ambue fundamento ndaikatúi avave omoĩ, pe oñemoĩmava rangue, ha’éva Jesucristo.’ 1 Corintios 3:11. ‘Ndaipóri ambue téra yvága guýpe, oñeme’ẽva yvyporakuéra apytépe, upévare jahupyty hag̃uáicha ñande jehovasa.’ Hechos 4:12. Cristo, pe Ñe’ẽ, Tupã jehechauka,—hekopy, ilei, imborayhu, hekove jehechauka,—ha’eñoite pe fundamento ikatúva ñamopu’ã hag̃ua peteĩ tekopy oĩ hag̃uáicha opa ára.” Monte de las Bienaventuranzas, 148.</w:t>
      </w:r>
    </w:p>
    <w:p>
      <w:pPr>
        <w:pStyle w:val="ArticleBody"/>
        <w:jc w:val="left"/>
      </w:pPr>
      <w:r>
        <w:rPr>
          <w:rFonts w:ascii="Times New Roman" w:hAnsi="Times New Roman" w:eastAsia="Times New Roman" w:cs="Times New Roman"/>
        </w:rPr>
        <w:t>Oĩ por supuesto heta mba’eve gueteri oñe’ẽ hag̃uáicha ko añetegua rehe, ha katu ko’ápe rojokóta.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Mba’épa pe Añetegua? — Peteĩha Número</dc:title>
  <dc:subject>Añetegua Renda: Revelación, Paralelismo Profético ha Alfa ha Omega</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