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Mba’épa pe Añetegua? - Papapy Irundy</w:t>
      </w:r>
    </w:p>
    <w:p>
      <w:pPr>
        <w:pStyle w:val="ArticleSubtitle"/>
        <w:jc w:val="left"/>
      </w:pPr>
      <w:r>
        <w:rPr>
          <w:rFonts w:ascii="Arial" w:hAnsi="Arial" w:eastAsia="Arial" w:cs="Arial"/>
        </w:rPr>
        <w:t>Ani peñembyasy nde Py’a hag̃ua.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2023-09-09</w:t>
      </w:r>
    </w:p>
    <w:p>
      <w:pPr>
        <w:pStyle w:val="ArticleBody"/>
        <w:jc w:val="left"/>
      </w:pPr>
      <w:r>
        <w:rPr>
          <w:rFonts w:ascii="Times New Roman" w:hAnsi="Times New Roman" w:eastAsia="Times New Roman" w:cs="Times New Roman"/>
        </w:rPr>
        <w:t>Millerita rembiasakue ñepyrũme, ary 1798-pe, Daniel kuatiañe’ẽme pe visión ysyry Ulai rehegua ojeipe’a hag̃ua, ha upévagui osẽ peteĩ arandupy ñembohetave oha’ã ha ohechauka mokõi aty omomba’eguasúva. Pe visión Ulai rehegua orrepresenta pe marandu hyepypegua Tupã tavayguakuérape guarã, ojehechaukaháicha Apocalipsis capítulo mokõi ha mbohapy peve umi siete iglesia rupive. Pe tembiasakue profético opaha rupi, oñepyrũva’ekue 1798-pe, Exeter camp meeting-pe, agosto 12 guive 17 peve, ary 1844-pe, pe marandu Cry de Medianoche rehegua ojeipe’a hag̃ua, León de la tribu de Judá omboguejývo Ipo peteĩ añetegua kañymby ári, ha upévagui osẽ peteĩ arandupy ñembohetave oha’ã ha ohechauka mokõi aty omomba’eguasúva.</w:t>
      </w:r>
    </w:p>
    <w:p>
      <w:pPr>
        <w:pStyle w:val="ArticleBody"/>
        <w:jc w:val="left"/>
      </w:pPr>
      <w:r>
        <w:rPr>
          <w:rFonts w:ascii="Times New Roman" w:hAnsi="Times New Roman" w:eastAsia="Times New Roman" w:cs="Times New Roman"/>
        </w:rPr>
        <w:t>1989-pe, Daniel 11:40-pe oñemombe’uháicha, umi tetã ohechaukáva pe antigua Unión Soviética-pe ojerévo pe papado ha Estados Unidos poguýpe, pe visión ysyry Hiddekel rehegua, Daniel arandukápe, oñembotyva’ekue ojepe’a, ha upévagui osẽ peteĩ conocimiento ñembohetave oprobáva ha ohechaukáva mokõi aty adoradór kuérape. Pe visión Hiddekel rehegua ohechauka pe marandu okapeguáva Ñandejára tavayguakuéra enemigo-kuéra rehegua, ojehechaukaháicha umi siete sello Apocalipsis arandukápe. Pe tembiasakue profético oñepyrũva’ekue 1989-pe pahápe, oñepyrũvo umi mokõi semána paha rupi julio 2023-pe, pe León Judá tríbu guigua oñepyrũ pe tembiapo ojepe’ávo pe mensaje del Clamor de Medianoche ñemboty, oipe’ávo Ipo peteĩ añetegua kañymbágui, ha upéva ogueru peteĩ conocimiento ñembohetave oprobáva ha ipahápe ohechaukátava mokõi aty adoradór kuérape Ñandejára tavayguakuéra apytépe.</w:t>
      </w:r>
    </w:p>
    <w:p>
      <w:pPr>
        <w:pStyle w:val="ArticleBody"/>
        <w:jc w:val="left"/>
      </w:pPr>
      <w:r>
        <w:rPr>
          <w:rFonts w:ascii="Times New Roman" w:hAnsi="Times New Roman" w:eastAsia="Times New Roman" w:cs="Times New Roman"/>
        </w:rPr>
        <w:t>Juan kapítulo catorce pe peteĩha versíkulope, Cristo omokyre’ỹ umi temimbo’epe ani hag̃ua ipy’akuéra ojepy’apy.</w:t>
      </w:r>
    </w:p>
    <w:p>
      <w:pPr>
        <w:pStyle w:val="ArticleScripture"/>
        <w:jc w:val="left"/>
      </w:pPr>
      <w:r>
        <w:rPr>
          <w:rFonts w:ascii="Times New Roman" w:hAnsi="Times New Roman" w:eastAsia="Times New Roman" w:cs="Times New Roman"/>
        </w:rPr>
        <w:t>Ani peẽ py’a pendejepy’apy hag̃ua: pejerovia Tupãre, pejerovia avei cherehe. Juan 14:1.</w:t>
      </w:r>
    </w:p>
    <w:p>
      <w:pPr>
        <w:pStyle w:val="ArticleBody"/>
        <w:jc w:val="left"/>
      </w:pPr>
      <w:r>
        <w:rPr>
          <w:rFonts w:ascii="Times New Roman" w:hAnsi="Times New Roman" w:eastAsia="Times New Roman" w:cs="Times New Roman"/>
        </w:rPr>
        <w:t>Mbegueve mbykymi rire Cristo ojegueraha, ha upe riremínte oñemosãingo kurusúre, oñeñotỹ ha oikove jey. Ojupi rire Túva rendápe, ou jeýkuri hemimbo’ekuéra rendápe.</w:t>
      </w:r>
    </w:p>
    <w:p>
      <w:pPr>
        <w:pStyle w:val="ArticleScripture"/>
        <w:jc w:val="left"/>
      </w:pPr>
      <w:r>
        <w:rPr>
          <w:rFonts w:ascii="Times New Roman" w:hAnsi="Times New Roman" w:eastAsia="Times New Roman" w:cs="Times New Roman"/>
        </w:rPr>
        <w:t>Ha haʼekuéra oñeʼẽ aja péicha, Jesús voi oñemboʼy mbytepekuéra ha heʼi chupekuéra: Pyʼaguapy toĩ pendive. Ha haʼekuéra okyhyje eterei ha opyta mondýipa, ha oimoʼã ohechaha peteĩ espíritu. Ha haʼe heʼi chupekuéra: Mbaʼére pende pyʼatarova? ha mbaʼérepa opuʼã pene korasõme umi pensamiento? Lucas 24:36–38.</w:t>
      </w:r>
    </w:p>
    <w:p>
      <w:pPr>
        <w:pStyle w:val="ArticleBody"/>
        <w:jc w:val="left"/>
      </w:pPr>
      <w:r>
        <w:rPr>
          <w:rFonts w:ascii="Times New Roman" w:hAnsi="Times New Roman" w:eastAsia="Times New Roman" w:cs="Times New Roman"/>
        </w:rPr>
        <w:t>Peteĩha ñembyasy peteĩ línea de reforma-pe oiko jave Tupã tavaygua hesarái peteĩ añetegua ojehechauka vaʼekuéregui yma. Umi temimboʼe hesarái kuri pe Jesús heʼi vaʼekuére chupekuéra saʼive peteĩ arapokõindy mboyve, okyhyje ha oñembyasy mboyve pe kurusu apañuãi guasúpe. Pe ñembyasy peteĩha rire ou peteĩ ára oñehaʼarõha, ha upéva, umi diez virgen parábola-pe, ojehechauka pe Novio ndaipóri ramo. Jesús heʼi porãite vaʼekue umi temimboʼépe ohotaha Itúvape rendápe, péro ou jeýta hague. Pe oikuaauka vaʼekue upe mboyve umi temimboʼépe ndovaléi ani hag̃ua ipuʼaka ári kuéra pe apañuãi guasu. Umi diez virgen parábola contexto-pe, peteĩ apañuãi guasu haʼe pe carácter ojehechaukahápe, ndahaʼéi oñemoheñóihápe arakaʼeve. Jesús oiporavo ha omoĩ porã vaʼekue umi temimboʼépe, ha heʼi chupekuéra upe añetegua voi pe apañuãi guasu mboyve.</w:t>
      </w:r>
    </w:p>
    <w:p>
      <w:pPr>
        <w:pStyle w:val="ArticleScripture"/>
        <w:jc w:val="left"/>
      </w:pPr>
      <w:r>
        <w:rPr>
          <w:rFonts w:ascii="Times New Roman" w:hAnsi="Times New Roman" w:eastAsia="Times New Roman" w:cs="Times New Roman"/>
        </w:rPr>
        <w:t>Ndapeiporavo che, ha che aiporavo peẽme, ha romoĩ peẽme peho hag̃ua ha peproduse yva, ha pende yva opyta hag̃ua; ikatu hag̃uáicha opa mbaʼe pejeruréva Túvape che rérape, haʼe tomeʼẽ peẽme. Juan 15:16.</w:t>
      </w:r>
    </w:p>
    <w:p>
      <w:pPr>
        <w:pStyle w:val="ArticleBody"/>
        <w:jc w:val="left"/>
      </w:pPr>
      <w:r>
        <w:rPr>
          <w:rFonts w:ascii="Times New Roman" w:hAnsi="Times New Roman" w:eastAsia="Times New Roman" w:cs="Times New Roman"/>
        </w:rPr>
        <w:t>Upéicharamo jepe haʼekuéra ojeiporavo vaʼekue, upéva ndoguerúi vaʼekue ani hag̃ua pe apañuãi tuichaite ombotuicha chupekuéra.</w:t>
      </w:r>
    </w:p>
    <w:p>
      <w:pPr>
        <w:pStyle w:val="ArticleScripture"/>
        <w:jc w:val="left"/>
      </w:pPr>
      <w:r>
        <w:rPr>
          <w:rFonts w:ascii="Times New Roman" w:hAnsi="Times New Roman" w:eastAsia="Times New Roman" w:cs="Times New Roman"/>
        </w:rPr>
        <w:t>“Tekove ojehechauka peteĩ apañuãi rupi. Pe ñe'ẽ kyre'ỹ oikuaauka haguépe pyhare mbytepe, ‘Péina, pe ména omendátava ou; pesẽ pehuguãitĩ haguã chupe,’ umi kuñataĩ okeva'ekue opáy ipeke gui, ha ojehecha máva-pa ojapo va'ekue ñembosako'i upe mba'erã. Mokõivéva aty ojuhúkuri oimo'ã'ỹre, péro peteĩva oĩkuri oñembosako'íma pe tekotevẽ pya'erãme guarã, ha ambuéva ojejuhu oñembosako'i'ỹre. Tekove ojehechauka circunstancia rupi. Umi mba'e pya'e oúva oikuaauka pe añetehápe oĩva tekovépe. Oimeraẽ ñehundi pya'e ha ojeha'arõ'ỹva, ñembyasýgui jepe, térã apañuãi, mba'asy oúva ojeha'arõ'ỹre térã jehasa asy, mba'eve omoĩva ánga ombohovái hag̃ua mano, oikuaaukáta pe añetehápe oĩva ipype tekovépe. Ojehechaukáta oĩpa térã nahániri jerovia añetéva Tupã ñe'ẽ ñepromésape. Ojehechaukáta avei ánga oñemyatyrõpa py'aguapy rupi, oĩpa térã nahániri aséite mba'yrupe lámpara ndive.”</w:t>
      </w:r>
    </w:p>
    <w:p>
      <w:pPr>
        <w:pStyle w:val="ArticleScripture"/>
        <w:jc w:val="left"/>
      </w:pPr>
      <w:r>
        <w:rPr>
          <w:rFonts w:ascii="Times New Roman" w:hAnsi="Times New Roman" w:eastAsia="Times New Roman" w:cs="Times New Roman"/>
        </w:rPr>
        <w:t>“Ára de prueba oúva opavavépe. ¿Mba’éichapa jajekuave’ẽ ñaime jave pe prueba ha jehechauka Tupãgui guýpe? ¿Ogue piko ñande lámpara? térã ¿jaguerekópa gueteri hendy hag̃uáicha? ¿Ñaimépa ñasãso hag̃uáicha opaichagua tekotevẽ guasúgui ñane joaju rupive Hendive, pe henyhẽva gracia ha añeteguáre? Pe cinco kuñataĩ arandu ndaikatúi ombohasa heko pe cinco kuñataĩ tavy-pe. Tekokatu ojejapo vaerã ñande rehe peteĩteĩramo.” Review and Herald, 17 de octubre de 1895.</w:t>
      </w:r>
    </w:p>
    <w:p>
      <w:pPr>
        <w:pStyle w:val="ArticleBody"/>
        <w:jc w:val="left"/>
      </w:pPr>
      <w:r>
        <w:rPr>
          <w:rFonts w:ascii="Times New Roman" w:hAnsi="Times New Roman" w:eastAsia="Times New Roman" w:cs="Times New Roman"/>
        </w:rPr>
        <w:t>Pe revelación Jesucristo reheguáva oñemombeʼúva umi peteĩha versículo-kuérape Apocalipsis kuatiápe haʼe pe marandu paha ñemongyhyjéva pe iglesia-pe guarã ha upéi pe mundo-pe guarã. Upe revelación ojeipeʼa umi sello-gui pe gracia ñemboty mboyve, Judá ñemoñareguáva León rupive, haʼéva ojehechauka hag̃ua Apocalipsis capítulo cinco-pe peteĩnte ramo pe oikóva digno oipeʼa hag̃ua pe kuatiañeʼẽ oje-sellávaʼekue.</w:t>
      </w:r>
    </w:p>
    <w:p>
      <w:pPr>
        <w:pStyle w:val="ArticleScripture"/>
        <w:jc w:val="left"/>
      </w:pPr>
      <w:r>
        <w:rPr>
          <w:rFonts w:ascii="Times New Roman" w:hAnsi="Times New Roman" w:eastAsia="Times New Roman" w:cs="Times New Roman"/>
        </w:rPr>
        <w:t>Ha peteĩva umi karai guasu apytégui he’i chéve: Ani resẽ nde resaýpe; ema’ẽ, Judá ñemoñaregua León, David rapo, ipu’akapáva oipe’a hag̃ua pe kuatiañe’ẽ, ha ojora hag̃ua hesegua umi siete sello. Apocalipsis 5:5.</w:t>
      </w:r>
    </w:p>
    <w:p>
      <w:pPr>
        <w:pStyle w:val="ArticleBody"/>
        <w:jc w:val="left"/>
      </w:pPr>
      <w:r>
        <w:rPr>
          <w:rFonts w:ascii="Times New Roman" w:hAnsi="Times New Roman" w:eastAsia="Times New Roman" w:cs="Times New Roman"/>
        </w:rPr>
        <w:t>Pe Léon Judá ñemoñaregua ha’e avei “David rapo”, ha’e avei “David ra’y” ha ha’e avei David Ruvicha. Pe joaju ojehechaukáva Léon Judá ñemoñareguáre ohechauka kóicha: Léon Judá ñemoñaregua osella térã oipe’a jave peteĩ añetegua, upéva ojapo oiporúvo pe mbojoapyha peteĩha ñeñemombe’u rehegua, ohechaukáva mba’e paha peteĩ mba’épe iñepyrũ rupive, oñembojehechaukaháicha Jesús rehe “David rapo” ramo. Peteĩ añetegua ojeipe’a jave peteĩ aravo pahápe, oñepyrũ peteĩ ñemopotĩ rape, oñembojehechaukaháicha Daniel 12-pe.</w:t>
      </w:r>
    </w:p>
    <w:p>
      <w:pPr>
        <w:pStyle w:val="ArticleScripture"/>
        <w:jc w:val="left"/>
      </w:pPr>
      <w:r>
        <w:rPr>
          <w:rFonts w:ascii="Times New Roman" w:hAnsi="Times New Roman" w:eastAsia="Times New Roman" w:cs="Times New Roman"/>
        </w:rPr>
        <w:t>“Pe Léon Judá ñemoñaregua oipe’a va’ekue pe kuatiañe’ẽñeñongatupyre ha ome’ẽ va’ekue Juánpe pe jehechauka mba’éichapa oikóta ko’ã ára pahápe. Daniel opyta va’ekue ilótere ogueraha hag̃ua he testimoni, oñemboty va’ekue ára paha peve, upe jave oñemomaranduva’erã pe marandu peteĩha ánhel rehegua ñane múndope. Ko’ã mba’e oreko importancia infinita ko’ã ára pahápe, ha upéicharõ jepe, ‘heta oñemopotĩta, oñemomorotĩta ha oñeha’ãta,’ ‘umi iñañáva katu ojapóta iñañáva: ha avave umi iñañávagui noikũmbymo’ãi.’” Manuscript Releases, volúmen 18, 14, 15.</w:t>
      </w:r>
    </w:p>
    <w:p>
      <w:pPr>
        <w:pStyle w:val="ArticleBody"/>
        <w:jc w:val="left"/>
      </w:pPr>
      <w:r>
        <w:rPr>
          <w:rFonts w:ascii="Times New Roman" w:hAnsi="Times New Roman" w:eastAsia="Times New Roman" w:cs="Times New Roman"/>
        </w:rPr>
        <w:t>Jesús rembiapo Judá ñemoñare guaicha León ramo ha’e peteĩ mba’e iporãitereíva ha ndopáiva, ha katu “avave” umi “aña” apytégui ndoikuaamo’ãi hembiapo térã pe marandu ojepe’áva séllegui.</w:t>
      </w:r>
    </w:p>
    <w:p>
      <w:pPr>
        <w:pStyle w:val="ArticleScripture"/>
        <w:jc w:val="left"/>
      </w:pPr>
      <w:r>
        <w:rPr>
          <w:rFonts w:ascii="Times New Roman" w:hAnsi="Times New Roman" w:eastAsia="Times New Roman" w:cs="Times New Roman"/>
        </w:rPr>
        <w:t>Ha he'i chupe: Tereho nde rape, Daniel; umi ñe'ẽ oñemboty ha oñembeguapypaite pe ára paha peve. Heta oñemopotĩta, oñemotĩmbáta ha ojehovasáta; ha umi hekoañáva ojapovaíta ivaíva; ha avave umi hekoañávagui ndoikuaamo'ãi; katu umi arandu oikuaáta. Daniel 12:9, 10.</w:t>
      </w:r>
    </w:p>
    <w:p>
      <w:pPr>
        <w:pStyle w:val="ArticleBody"/>
        <w:jc w:val="left"/>
      </w:pPr>
      <w:r>
        <w:rPr>
          <w:rFonts w:ascii="Times New Roman" w:hAnsi="Times New Roman" w:eastAsia="Times New Roman" w:cs="Times New Roman"/>
        </w:rPr>
        <w:t>Pe proceso de prueba ojehechauka mbohapy jepysokue rupive: “opotĩmbyre, ojejapo morotĩ, ha oñeha’ãmbyre”. Ko’ã mbohapy jepysokue ohechauka umi mbohapy jepysokue “pe marandu porã opave’ỹva” rehegua, ha pe ánhel peteĩha marandúpe ojehechauka kóicha: pekyhyje Ñandejáragui (opotĩmbyre), peime’ẽ chupe hag̃ua mborayhu ha jeguerohory (ojejapo morotĩ), pórke oguahẽma pe ára Hembijoja hag̃ua (oñeha’ãmbyre). Umi mbohapy jepysokue hína pe ‘añetegua’, ojehechaukaháicha pe ayvu hebreo alfabéto pegua peteĩha letra, paapyha letra ha ipahague letra rupive; ha umi letra oñembojoajúramo oñondive upe orden-pe, oñemoheñói pe ñe’ẽ hebreo “añetegua”.</w:t>
      </w:r>
    </w:p>
    <w:p>
      <w:pPr>
        <w:pStyle w:val="ArticleBody"/>
        <w:jc w:val="left"/>
      </w:pPr>
      <w:r>
        <w:rPr>
          <w:rFonts w:ascii="Times New Roman" w:hAnsi="Times New Roman" w:eastAsia="Times New Roman" w:cs="Times New Roman"/>
        </w:rPr>
        <w:t>Umi mbohapy tape hína pe “tape”, pórke Tupã rape, Asaf he’iháicha Salmos 77:13-pe, oĩ pe santuario-pe, upépe pe okápe peteĩ angaipa apohára oñemopotĩ tuguy ñehẽ rupi. Upe tuguy upéi ogueraha pe tenda marangatúpe, upéva ohechauka santifikasión, ha’éva pe proceso jaiko hag̃ua “morotĩmbáva”.</w:t>
      </w:r>
    </w:p>
    <w:p>
      <w:pPr>
        <w:pStyle w:val="ArticleScripture"/>
        <w:jc w:val="left"/>
      </w:pPr>
      <w:r>
        <w:rPr>
          <w:rFonts w:ascii="Times New Roman" w:hAnsi="Times New Roman" w:eastAsia="Times New Roman" w:cs="Times New Roman"/>
        </w:rPr>
        <w:t>Ha peteĩva umi myakãhára apytégui he’i chéve: Mávapa ko’ãva oĩva ao morotĩme, ha moõgui piko ou? Ha che ha’e chupe: Karai, nde reikuaa. Ha ha’e he’i chéve: Ko’ãva hína umi osẽva pe jehasa asy guasúgui, ha ojohéi ijao kuéra, ha omorotĩ umíva pe Ovecha Ra’y ruguy rupive. Apocalipsis 7:13, 14.</w:t>
      </w:r>
    </w:p>
    <w:p>
      <w:pPr>
        <w:pStyle w:val="ArticleBody"/>
        <w:jc w:val="left"/>
      </w:pPr>
      <w:r>
        <w:rPr>
          <w:rFonts w:ascii="Times New Roman" w:hAnsi="Times New Roman" w:eastAsia="Times New Roman" w:cs="Times New Roman"/>
        </w:rPr>
        <w:t>Upéi pe pekadór ojehekombo’éva ha oñemomarangatúva oĩma preparado oje“prova” hag̃ua pe huísio ojehechaukáva pe Tenda Santísimope. Jesús ha’e pe “tape”, pe “añetegua” ha pe “tekove”. Pe tape ha’e ñepyrũrã, pe añetegua ha’e mbyte, ha pe tekove ha’e paha. Ñañemopotĩramo pe peteĩha tembiapo rupive, ñaime pe tape ári, ha upéva hína pe tape umi ojehekombo’éva rehegua.</w:t>
      </w:r>
    </w:p>
    <w:p>
      <w:pPr>
        <w:pStyle w:val="ArticleScripture"/>
        <w:jc w:val="left"/>
      </w:pPr>
      <w:r>
        <w:rPr>
          <w:rFonts w:ascii="Times New Roman" w:hAnsi="Times New Roman" w:eastAsia="Times New Roman" w:cs="Times New Roman"/>
        </w:rPr>
        <w:t>Ha pe hekojojáva rape katu ha’e tesape omimbipávaicha, ojajáiva hetave ha hetave pe ára perfecto peve. Proverbios 4:18.</w:t>
      </w:r>
    </w:p>
    <w:p>
      <w:pPr>
        <w:pStyle w:val="ArticleBody"/>
        <w:jc w:val="left"/>
      </w:pPr>
      <w:r>
        <w:rPr>
          <w:rFonts w:ascii="Times New Roman" w:hAnsi="Times New Roman" w:eastAsia="Times New Roman" w:cs="Times New Roman"/>
        </w:rPr>
        <w:t>Mokõiha jevy pehẽngue ha’e tekojoja ojehechauka hag̃ua ojeporavorã heko añetegua rupive, ha Iñe’ẽ niko añetegua.</w:t>
      </w:r>
    </w:p>
    <w:p>
      <w:pPr>
        <w:pStyle w:val="ArticleScripture"/>
        <w:jc w:val="left"/>
      </w:pPr>
      <w:r>
        <w:rPr>
          <w:rFonts w:ascii="Times New Roman" w:hAnsi="Times New Roman" w:eastAsia="Times New Roman" w:cs="Times New Roman"/>
        </w:rPr>
        <w:t>Emomarangatu chupekuéra nde añetegua rupive: ne ñe'ẽ hína añetegua. Juan 17:17.</w:t>
      </w:r>
    </w:p>
    <w:p>
      <w:pPr>
        <w:pStyle w:val="ArticleBody"/>
        <w:jc w:val="left"/>
      </w:pPr>
      <w:r>
        <w:rPr>
          <w:rFonts w:ascii="Times New Roman" w:hAnsi="Times New Roman" w:eastAsia="Times New Roman" w:cs="Times New Roman"/>
        </w:rPr>
        <w:t>Umi oñembojopýva ojehechauka pe peteĩha jyva rupi, umi oñemomarangatúva katu ojehechauka pe mokõiha jyva rupi. Umi mokõi peteĩha jyva ombosako’i umi oñembojopýva ha oñemomarangatúva oike hag̃ua juicio-pe ha ohupyty hag̃ua tekove opave’ỹva. Jesús ha’e hína tape, añetegua ha tekove.</w:t>
      </w:r>
    </w:p>
    <w:p>
      <w:pPr>
        <w:pStyle w:val="ArticleScripture"/>
        <w:jc w:val="left"/>
      </w:pPr>
      <w:r>
        <w:rPr>
          <w:rFonts w:ascii="Times New Roman" w:hAnsi="Times New Roman" w:eastAsia="Times New Roman" w:cs="Times New Roman"/>
        </w:rPr>
        <w:t>“Tekokatu oĩva hyepýpe ojehechauka tekokatu oĩva okápe rupive. Pe oĩva hekojojápe hyepýpe ndaha’éi py’ahatã ha ndorekóiva poriahuvereko, síno káda ára okakuaa Cristo ra’ãngápe, oho mbarete guive mbarete peve. Pe oñemomarangatúva añetegua rupive oguerekóta jejoko, ha oikóta Cristo pypore rehe ári pe grásia okañy peve glóriape. Pe tekojoja ñañembojera hag̃ua hese niko oñemoĩ ñanderehe; pe tekojoja ñañemomarangatu hag̃uáicha hese niko oñeme’ẽ ñandepype. Peteĩha ha’e ñande título yvágape g̃uarã; mokõiha katu ha’e ñande katupyry yvágape g̃uarã.” Review and Herald, 4 de junio de 1895.</w:t>
      </w:r>
    </w:p>
    <w:p>
      <w:pPr>
        <w:pStyle w:val="ArticleBody"/>
        <w:jc w:val="left"/>
      </w:pPr>
      <w:r>
        <w:rPr>
          <w:rFonts w:ascii="Times New Roman" w:hAnsi="Times New Roman" w:eastAsia="Times New Roman" w:cs="Times New Roman"/>
        </w:rPr>
        <w:t>Juan kapítulo catorce guive kapítulo diecisiete peve oñeñe’ẽ jey jey umi mba’e rehegua ojapóva pe disípulo remiandu Cristo ohejáramo chupekuéra ohóvo Itúvape. Ha’e opromete ou jeytaha, ha oikuaa porãkuri, (jepémo umi disípulo ndoikuaáikuri), pe apañuái oguahẽmbotaitévape oguerutaha peteĩ ñembyasy pypuku. Ko irundy kapítulo ryepýpe oñembojere ha oñemyesakã Espíritu Santo rehegua “Mbopy’aguasuha” ramo. Espíritu Santo oñembohéra irundy jey “Mbopy’aguasuha” ramo Juan evangeliope, ha peteĩ jey Primera de Juan-pe, péro upépe pe ñe’ẽ oñembohasa “Mombe’uhára ñe’ẽme’ẽha” ramo. Ndaipóri ambue hendápe Testamento Pyahúpe.</w:t>
      </w:r>
    </w:p>
    <w:p>
      <w:pPr>
        <w:pStyle w:val="ArticleBody"/>
        <w:jc w:val="left"/>
      </w:pPr>
      <w:r>
        <w:rPr>
          <w:rFonts w:ascii="Times New Roman" w:hAnsi="Times New Roman" w:eastAsia="Times New Roman" w:cs="Times New Roman"/>
        </w:rPr>
        <w:t>Pe Antiguo Testamento oĩ peteĩ ñe'ẽ hebreo oñembohasáva “consolador” ramo Eclesiastés 4:1-pe ha Lamentaciones 1:9 ha 16-pe. Ko'ã mbohapy jehechauka omombe'u umi oporojopy va'ekue ojopy hague Tupã retãyguápe, ha ha'ekuéra ndorekóiha consolador oipytyvõva chupekuéra pe jehasa asýpe ha pe ñembyasy ojejuhuhápe.</w:t>
      </w:r>
    </w:p>
    <w:p>
      <w:pPr>
        <w:pStyle w:val="ArticleBody"/>
        <w:jc w:val="left"/>
      </w:pPr>
      <w:r>
        <w:rPr>
          <w:rFonts w:ascii="Times New Roman" w:hAnsi="Times New Roman" w:eastAsia="Times New Roman" w:cs="Times New Roman"/>
        </w:rPr>
        <w:t>Pe Espíritu Santo jehechakuaa hag̃ua “Consolador” ramo oñemoĩ pe pasáhepe Jesús ohekahápe ombosako’i hag̃ua umi temimbo’épe pe tuicha ñembyasy oútavape mbovymi aravo ryepýpe. Upéva renda-pe Ha’e omomba’eguasu ijehegui jepe ndaiporimo’ãiha, pe Espíritu Santo oĩtaha hendápe ome’ẽ hag̃ua chupekuéra konsuélo. Ohechakuaávo pe Espíritu Santo Consolador renda-pe, Jesús omyesakã mba’éichapa pe tembiapo ojapótava pe Consolador.</w:t>
      </w:r>
    </w:p>
    <w:p>
      <w:pPr>
        <w:pStyle w:val="ArticleBody"/>
        <w:jc w:val="left"/>
      </w:pPr>
      <w:r>
        <w:rPr>
          <w:rFonts w:ascii="Times New Roman" w:hAnsi="Times New Roman" w:eastAsia="Times New Roman" w:cs="Times New Roman"/>
        </w:rPr>
        <w:t>Jesús oñe’ẽjey-jeyrõ ijeho ha ijevy rehe, omoĩ upe mba’e voi tenonderãite pe pasáhe rembiasakue tembiapo guasu apytépe.</w:t>
      </w:r>
    </w:p>
    <w:p>
      <w:pPr>
        <w:pStyle w:val="ArticleBody"/>
        <w:jc w:val="left"/>
      </w:pPr>
      <w:r>
        <w:rPr>
          <w:rFonts w:ascii="Times New Roman" w:hAnsi="Times New Roman" w:eastAsia="Times New Roman" w:cs="Times New Roman"/>
        </w:rPr>
        <w:t>Juan 14:2–4, 18, 19, 28; 16:5–7, 10, 28; 17:11–13 ha’e umi hag̃ua voi oñe’ẽva pe are oha’arõva rehe pe parábola umi diez virgen rehegua. Umi versíkulo ohasava’ekue ndive oñemoĩ avei ko pasaje oúva, ha pe jeyjey rupive omomba’eguasu pe are oha’arõva, pórke “pe Ñandejára ndojeymo’ãi umi mba’e ndaha’éiva tuicha mba’e hag̃ua.”</w:t>
      </w:r>
    </w:p>
    <w:p>
      <w:pPr>
        <w:pStyle w:val="ArticleScripture"/>
        <w:jc w:val="left"/>
      </w:pPr>
      <w:r>
        <w:rPr>
          <w:rFonts w:ascii="Times New Roman" w:hAnsi="Times New Roman" w:eastAsia="Times New Roman" w:cs="Times New Roman"/>
        </w:rPr>
        <w:t>Sapymiite peẽ ndojehechamo’ãvéi chéve; ha jey sapymiite rire pejehecháta chéve, che aha rupi Túvape. Upérõ he’i hag̃ua ojupekuéra apytépe unos idisípulo: Mba’épa kóva he’íva ñandéve: Sapymiite, ha peẽ ndojehechamo’ãvéi chéve; ha jey sapymiite rire pejehecháta chéve; ha: Che aha rupi Túvape? He’i hikuái upévare: Mba’épa kóva he’íva: Sapymiite? Ndaikuaái mba’épa he’ise. Jesús katu oikuaa ha’ekuéra oipota hague oporandu chupe, ha he’i chupekuéra: Peporandúpa pende apytépe ko mba’ére, ha’e haguére: Sapymiite, ha peẽ ndojehechamo’ãvéi chéve; ha jey sapymiite rire pejehecháta chéve? Añete, añete ha’e peẽme, peẽ pesẽta ha pembyasyetéta, ha arapy ovy’áta; ha peẽ peñembyasýta, péro pene ñembyasy oñemoambuéta vy’ápe. Peteĩ kuña imemby hag̃uáicha ohasa asy, oguereko ñembyasy, hi’ára oguahẽ rupi; péro imemby rire, naimandu’avéi pe jehasa asy rehe, vy’a rupi oikove hague peteĩ ava ko yvy ape ári. Péicha avei peẽ ko’ág̃a peñembyasy; péro che ajehechaukáta jey peẽme, ha pende py’a ovy’áta, ha pende vy’a avave ndoipe’amo’ãi pendehegui. Juan 16:16–22.</w:t>
      </w:r>
    </w:p>
    <w:p>
      <w:pPr>
        <w:pStyle w:val="ArticleBody"/>
        <w:jc w:val="left"/>
      </w:pPr>
      <w:r>
        <w:rPr>
          <w:rFonts w:ascii="Times New Roman" w:hAnsi="Times New Roman" w:eastAsia="Times New Roman" w:cs="Times New Roman"/>
        </w:rPr>
        <w:t>Mokõi pa mokõipa peteĩ ñe’ẽjoaju capítulo catorce guive capítulo diecisiete peve ohechauka pe ára térã aravo umi temimbo’e oikotevẽva’erãha oha’arõ Cristo ojevy peve. Upéva oñepyrũva’erã kuri Cristo omanóvo ha osegiva’erã Itúvagui ojevy peve. Pe aravo ha’ekuéra oha’arõva’erãhague Ijevy rehe oñembojoja pe aravo ojejoko hag̃ua parábola de las diez vírgenes-pe. Ojehuháicha Lucas omombe’úvape umi temimbo’e de Emaús rehegua, kurusu ñembyasy proféticamente ohechauka pe aravo ojejoko hag̃ua ñepyrũ, pe oúva pe peteĩha ñembyasy rire.</w:t>
      </w:r>
    </w:p>
    <w:p>
      <w:pPr>
        <w:pStyle w:val="ArticleBody"/>
        <w:jc w:val="left"/>
      </w:pPr>
      <w:r>
        <w:rPr>
          <w:rFonts w:ascii="Times New Roman" w:hAnsi="Times New Roman" w:eastAsia="Times New Roman" w:cs="Times New Roman"/>
        </w:rPr>
        <w:t>Peteĩha pasáhepe Ñandejára Ñe’ẽ arandukue peteĩha pegua jajuhu apopy rehegua tembiasakue ha jahechakuaa umi mbohapy tapicha oĩva pe aty yvagaguape. Peteĩha pasáhepe pe aranduka pahague Biblia pegua jajuhu umi mbohapy tapicha oĩva pe aty yvagaguape. Umi irundy kapítulo ñahesa’ỹijohínahápe jajuhu umi mbohapy tapicha oĩva pe aty yvagaguape. Jahechakuaávo ko añetegua ome’ẽ ñandéve pa’ũ ñamoĩ hag̃ua Juan rembikuatiahai irundy kapítulo pe línea profética ári Génesis peteĩha kapítulo peteĩha versíkulo guive mokõiha kapítulo mbohapyha versíkulo peve ha Apocalipsis peteĩha kapítulo peteĩha versíkulo guive onceha versíkulo peve.</w:t>
      </w:r>
    </w:p>
    <w:p>
      <w:pPr>
        <w:pStyle w:val="ArticleBody"/>
        <w:jc w:val="left"/>
      </w:pPr>
      <w:r>
        <w:rPr>
          <w:rFonts w:ascii="Times New Roman" w:hAnsi="Times New Roman" w:eastAsia="Times New Roman" w:cs="Times New Roman"/>
        </w:rPr>
        <w:t>Pe pasáhepe Jesús he’i Tomáspe peteĩ tapicha ohecháramo Jesúspe, ohechaha Túvape. Pe pasáhe avei omombe’u Cristo ha’eha upe ombopy’aguapýva umi temimbo’épe ipresénsia rupive, ha oho vove, omondotaha “ambue” “Py’aguapyhára”. Espíritu Santo ha’e pe Py’aguapyhára, ha Cristo avei pe Py’aguapyhára.</w:t>
      </w:r>
    </w:p>
    <w:p>
      <w:pPr>
        <w:pStyle w:val="ArticleScripture"/>
        <w:jc w:val="left"/>
      </w:pPr>
      <w:r>
        <w:rPr>
          <w:rFonts w:ascii="Times New Roman" w:hAnsi="Times New Roman" w:eastAsia="Times New Roman" w:cs="Times New Roman"/>
        </w:rPr>
        <w:t>Peikuaárire chéve, peikuaáta vaʼerãmoʼã che Rupe avei; ha koʼág̃a guive peikuaa chupe, ha pehecháma chupe. Felipe heʼi chupe: Karai, ehechauka oréve pe Túvape, ha upéva orepyʼaguapy hag̃ua. Jesús heʼi chupe: Pukueterei piko aime vaʼekue pene ndive, ha ndereikuaái gueteri piko cherehe, Felipe? Pe ohecháva chéve, ohecha pe Túvape; mbaʼére piko ere upéicharõ: Ehechauka oréve pe Túvape? Juan 14:7–9.</w:t>
      </w:r>
    </w:p>
    <w:p>
      <w:pPr>
        <w:pStyle w:val="ArticleBody"/>
        <w:jc w:val="left"/>
      </w:pPr>
      <w:r>
        <w:rPr>
          <w:rFonts w:ascii="Times New Roman" w:hAnsi="Times New Roman" w:eastAsia="Times New Roman" w:cs="Times New Roman"/>
        </w:rPr>
        <w:t>Tomás orrepresenta umi oĩva Adventismo-pe, ndohechaséiva pe testimonio oñe’ẽva pe joaju rehegua pe trío yvagapeguápe, jepe oĩramo pe mba’e ohechaukáva ikatu hag̃uáicha oikuaáma hikuái heta jey umi testimonio omombaretéva upe añetegua.</w:t>
      </w:r>
    </w:p>
    <w:p>
      <w:pPr>
        <w:pStyle w:val="ArticleScripture"/>
        <w:jc w:val="left"/>
      </w:pPr>
      <w:r>
        <w:rPr>
          <w:rFonts w:ascii="Times New Roman" w:hAnsi="Times New Roman" w:eastAsia="Times New Roman" w:cs="Times New Roman"/>
        </w:rPr>
        <w:t>Ha che añembo’éta Túvape, ha ha’e ome’ẽta peẽme ambue Pytyvõhára, hag̃ua opyta pene ndive opa ára g̃uarã; pe Añetegua Espíritu; ko yvy arigua ndaikatúi ohupyty, ndohecháigui chupe, ha ndoikuaái avei chupe: peẽ katu peikuaa chupe; oikógui pene ndive, ha oĩta pende pype. Ndahejáimo’ãi peẽme pytyvõ’ỹre: aju jeýta pene rendápe. Sapy’ami rire, ko yvy arigua ndachemo’ãvéima; peẽ katu pechecha chéve: che aikove rupi, peẽ peikovéta avei. Juan 14:16–19.</w:t>
      </w:r>
    </w:p>
    <w:p>
      <w:pPr>
        <w:pStyle w:val="ArticleBody"/>
        <w:jc w:val="left"/>
      </w:pPr>
      <w:r>
        <w:rPr>
          <w:rFonts w:ascii="Times New Roman" w:hAnsi="Times New Roman" w:eastAsia="Times New Roman" w:cs="Times New Roman"/>
        </w:rPr>
        <w:t>Jahecha rire Jesús, jahecha hína Túvape. Jesús ha’e pe “Py’aguapyha”, ha pe Espíritu Santo ha’e “ambue Py’aguapyha”. Jahecha rire Jesús, jahecha hína Túvape ha jahecha avei pe Py’aguapyhápe. Umi po vése oñeipuru hag̃ua Biblia-pe pe ñe’ẽ comforter, opavave umíva oipurúva apóstol Juan. Pe quinta ñe’ẽme’ẽme, pe ñe’ẽ oñembohasa “abogado” ramo.</w:t>
      </w:r>
    </w:p>
    <w:p>
      <w:pPr>
        <w:pStyle w:val="ArticleScripture"/>
        <w:jc w:val="left"/>
      </w:pPr>
      <w:r>
        <w:rPr>
          <w:rFonts w:ascii="Times New Roman" w:hAnsi="Times New Roman" w:eastAsia="Times New Roman" w:cs="Times New Roman"/>
        </w:rPr>
        <w:t>Che ra’y michĩva, ko’ã mba’e ahai peẽme, ani hag̃ua peñangaipa. Ha oiméramo avave oñangaipa, jaguereko peteĩ ñemo’ãhára Túva renondépe, Jesucristo, pe Ijopyrãva. 1 Juan 2:1.</w:t>
      </w:r>
    </w:p>
    <w:p>
      <w:pPr>
        <w:pStyle w:val="ArticleBody"/>
        <w:jc w:val="left"/>
      </w:pPr>
      <w:r>
        <w:rPr>
          <w:rFonts w:ascii="Times New Roman" w:hAnsi="Times New Roman" w:eastAsia="Times New Roman" w:cs="Times New Roman"/>
        </w:rPr>
        <w:t>Oiméramo peteĩ kuimbaʼe opeka, ñande rereko peteĩ Consolador, Jesucristo, hekojojáva. Pe oñemombeʼúva abogado ramo haʼe hína pe ojeruréva angaipa apoháre. Pablo omombeʼu Jesús rembiapo ñande abogado ramo.</w:t>
      </w:r>
    </w:p>
    <w:p>
      <w:pPr>
        <w:pStyle w:val="ArticleScripture"/>
        <w:jc w:val="left"/>
      </w:pPr>
      <w:r>
        <w:rPr>
          <w:rFonts w:ascii="Times New Roman" w:hAnsi="Times New Roman" w:eastAsia="Times New Roman" w:cs="Times New Roman"/>
        </w:rPr>
        <w:t>Máva piko oĩva ñane mombyry hag̃ua? Cristo voi niko upe omano vaʼekue; ha ndahaʼéi upéva añónte, síno opuʼã jeýva, oĩva Tupã akatúape, ha avei oñemboʼéva ñanderehe. Romanos 8:34.</w:t>
      </w:r>
    </w:p>
    <w:p>
      <w:pPr>
        <w:pStyle w:val="ArticleBody"/>
        <w:jc w:val="left"/>
      </w:pPr>
      <w:r>
        <w:rPr>
          <w:rFonts w:ascii="Times New Roman" w:hAnsi="Times New Roman" w:eastAsia="Times New Roman" w:cs="Times New Roman"/>
        </w:rPr>
        <w:t>Jesús ha’e pe pekadór rembirekoha, upéva oike avei ha’eha pe Consolador. Upe kapítulope Pablo ymaite guive ohechauka kuri avei Espíritu Santo ñane rembirekoha hag̃ua ñanderehehápe.</w:t>
      </w:r>
    </w:p>
    <w:p>
      <w:pPr>
        <w:pStyle w:val="ArticleScripture"/>
        <w:jc w:val="left"/>
      </w:pPr>
      <w:r>
        <w:rPr>
          <w:rFonts w:ascii="Times New Roman" w:hAnsi="Times New Roman" w:eastAsia="Times New Roman" w:cs="Times New Roman"/>
        </w:rPr>
        <w:t>Upéicha avei pe Espíritu oipytyvõ ñande kangykuepe; ndajaikuaái mbaʼépa ñañemboʼe vaʼerã tekotevẽháicha; ha pe Espíritu voi oñemoĩ ñanderehehápe ojerure hag̃ua, yvytimboʼýicha pyʼahẽ ndikatúiva oñeʼẽme. Ha pe ohekáva umi korasõ oikuaa mbaʼépa pe Espíritu remiandu, pórke haʼe oñemoĩ umi santo rehehápe ojerure hag̃ua Ñandejára rembipotáicha. Romanos 8:26, 27.</w:t>
      </w:r>
    </w:p>
    <w:p>
      <w:pPr>
        <w:pStyle w:val="ArticleBody"/>
        <w:jc w:val="left"/>
      </w:pPr>
      <w:r>
        <w:rPr>
          <w:rFonts w:ascii="Times New Roman" w:hAnsi="Times New Roman" w:eastAsia="Times New Roman" w:cs="Times New Roman"/>
        </w:rPr>
        <w:t>Jesús ha Espíritu Santo mokõivéva oñembohéra Consolador ramo, ha upévare mokõivéva hikuái ñane pytyvõhára oñemoĩva ñande rehehápe. Umi mbohapy persona pe trío yvagapegua pegua ojehechauka maymáva pe pasáhe Juanpegua ñahesa’ỹijohínape, ha oñembojoajúvo peteĩ hendápe pe peteĩha testimonio pe peteĩha lívro Bíbliahagua pegua ndive ha pe peteĩha testimonio pe pahápegua lívro Bíbliahagua pegua ndive, pe tesape oñeñe’ẽva umi mbohapy persona pe divinidad pegua joaju ha hembiapo rehe oñemombarete.</w:t>
      </w:r>
    </w:p>
    <w:p>
      <w:pPr>
        <w:pStyle w:val="ArticleScripture"/>
        <w:jc w:val="left"/>
      </w:pPr>
      <w:r>
        <w:rPr>
          <w:rFonts w:ascii="Times New Roman" w:hAnsi="Times New Roman" w:eastAsia="Times New Roman" w:cs="Times New Roman"/>
        </w:rPr>
        <w:t>“Pe Túva ndaikatúi oñemombe’u ko yvy arigua mba’ekuéra rupive. Pe Túva ha’e opaite pe divinidad renyhẽmbaitéva hete reheve, ha ndahechaukái ñande yvypóra omanóva resa renondépe. Pe Ta’ýra ha’e opaite pe divinidad renyhẽmbaitéva ojehechaukáva. Ñandejára ñe’ẽ he’i Hese ha’eha ‘ita’ãngamýi añetetéva Ipersona rehegua.’ ‘Ñandejára ohayhu eterei rupi ko yvy ape ári oikóvape, ome’ẽ hag̃ua Ita’ýra peteĩete oñemoheñoiva’ekue, maymáva ojeroviáva Hese ani hag̃ua oñehundi, síno toguereko tekove opave’ỹva.’ Ko’ápe ojehechauka pe Túva personalidad.”</w:t>
      </w:r>
    </w:p>
    <w:p>
      <w:pPr>
        <w:pStyle w:val="ArticleScripture"/>
        <w:jc w:val="left"/>
      </w:pPr>
      <w:r>
        <w:rPr>
          <w:rFonts w:ascii="Times New Roman" w:hAnsi="Times New Roman" w:eastAsia="Times New Roman" w:cs="Times New Roman"/>
        </w:rPr>
        <w:t>“Pe Consolador Cristo oprometéva omondo hag̃ua upe Yvága-pe ojupi rire, haʼe hína pe Espíritu opaite pe Tupã Rekove Rembikuaa reheve, oikuaaukáva pe pytyvõ pokatu porãite yvagapegua opa umi orresivíva ha ogueroviáva Cristo-pe peteĩ Salvador personal ramo. Oĩ mbohapy persona oikovéva pe yvagapegua mbohapy aty ryepýpe. Koʼã mbohapy pokatu rérape,—pe Túva, pe Taʼýra ha pe Espíritu Santo,—umi orresivíva Cristo-pe jerovia oikovéva rupive oñemongarai, ha koʼã pokatu ombaʼapojoajúta umi yvágape iñeʼẽrendúva ndive iñehaʼãnguérape oiko hag̃ua pe tekove pyahu Cristo-pe.”</w:t>
      </w:r>
    </w:p>
    <w:p>
      <w:pPr>
        <w:pStyle w:val="ArticleScripture"/>
        <w:jc w:val="left"/>
      </w:pPr>
      <w:r>
        <w:rPr>
          <w:rFonts w:ascii="Times New Roman" w:hAnsi="Times New Roman" w:eastAsia="Times New Roman" w:cs="Times New Roman"/>
        </w:rPr>
        <w:t>“Mba'épa ojapova'erã pe angaipáva?—Tojerovia Cristo rehe. Ha'e niko Cristo mba'e tee, ojejoguapyréva Tupã Ra'y ruguy reheve. Ñeha'ã ha jehasa asy rupive pe Salvador ojorredimi yvypórape angaipa esclavitúgui. Mba'épa upéicharõ jajapova'erã ñañesalva hag̃ua angaipágui?—Pejerovia Ñandejára Jesucristo rehe, pe Salvador opardona vaicha angaipa. Pe omombe'úva ipekádo ha omomichĩva ikorasõ ohupytýta perdón. Jesús ha'e pe Salvador opardónava angaipa, ha avei pe Ta'ýra peteĩete Tupã opave'ỹva rehegua. Pe angaipáva oñeperdonáva oñemoingo jey porã Tupã ndive Jesucristo rupive, ñane Mboresãiha angaipágui. Oiko aja teko marangatu rape rehe, ha'e hína peteĩ oĩva Tupã gracia poguýpe. Hese oñeguahẽ salvación plena, vy'a ha py'aguapy, ha pe arandu añetegua ouva Tupãgui.”</w:t>
      </w:r>
    </w:p>
    <w:p>
      <w:pPr>
        <w:pStyle w:val="ArticleScripture"/>
        <w:jc w:val="left"/>
      </w:pPr>
      <w:r>
        <w:rPr>
          <w:rFonts w:ascii="Times New Roman" w:hAnsi="Times New Roman" w:eastAsia="Times New Roman" w:cs="Times New Roman"/>
        </w:rPr>
        <w:t>“Jerovia Jesucristo ruguy ñane repyrũ hag̃ua ñandéve pe perdón. Cristo ikatu omopotĩmba opa angaipa. Jerovia simple upe pokatu rehe ára ha ára omeʼẽta pe yvypórape arandu haesaite hag̃ua ohechakuaa hag̃ua mbaʼépa oñongatúta pe ánga koʼã ára pahápe angaipa ñembiguái poguýgui. Jerovia ha ñemboʼe rupive, Cristo kuaa rupive, haʼe ombaʼapovaʼerã oguenohẽ hag̃ua hekovépe ijehegui pe salvación.”</w:t>
      </w:r>
    </w:p>
    <w:p>
      <w:pPr>
        <w:pStyle w:val="ArticleScripture"/>
        <w:jc w:val="left"/>
      </w:pPr>
      <w:r>
        <w:rPr>
          <w:rFonts w:ascii="Times New Roman" w:hAnsi="Times New Roman" w:eastAsia="Times New Roman" w:cs="Times New Roman"/>
        </w:rPr>
        <w:t>“Espíritu Santo oikuaa ha ñanembohape opaite añetegua gotyo. Tupã ome’ẽ Ita’ýra peteĩete imemby py’e guive, opavave ojeroviáva hese ani hag̃ua oñehundi, síno toguereko tekove opave’ỹva. Cristo ha’e pe angaipáva Salvador. Cristo mano rupive pe angaipáva oñesãmbyhy jeýma. Kóva ha’e ñane ñeha’arõ peteĩnte. Ñame’ẽmbaitéramo ñandejehe, ha jajapóramo Cristo rekoporãnguéra, jahupytýta pe jeikove opave’ỹva premio.”</w:t>
      </w:r>
    </w:p>
    <w:p>
      <w:pPr>
        <w:pStyle w:val="ArticleScripture"/>
        <w:jc w:val="left"/>
      </w:pPr>
      <w:r>
        <w:rPr>
          <w:rFonts w:ascii="Times New Roman" w:hAnsi="Times New Roman" w:eastAsia="Times New Roman" w:cs="Times New Roman"/>
        </w:rPr>
        <w:t>“‘Pe ogueroviáva pe Ta’ýrape, oguereko avei pe Túvape.’ Pe oguerekóva jerovia meme pe Túvare ha pe Ta’ýrare oguereko avei pe Espíritu. Pe Espíritu Santo hína ikonsoladór, ha araka’eve ndojei pe añetegui.” Bible Training School, March 1, 1906.</w:t>
      </w:r>
    </w:p>
    <w:p>
      <w:pPr>
        <w:pStyle w:val="ArticleBody"/>
        <w:jc w:val="left"/>
      </w:pPr>
      <w:r>
        <w:rPr>
          <w:rFonts w:ascii="Times New Roman" w:hAnsi="Times New Roman" w:eastAsia="Times New Roman" w:cs="Times New Roman"/>
        </w:rPr>
        <w:t>Pe tesakã hesakãvévagui tembiapo ha pe joaju yvagapegua mbohapy rehegua, pe yvagapegua mbohapy jeikuaa upe pehẽnguépe ome’ẽ peteĩ testígo ko’irundy kapítulo oñemohendava’erãha upe marandu rehe, ko’ág̃a ojeipe’áva hína Judá ñemoñare Léon rupive.</w:t>
      </w:r>
    </w:p>
    <w:p>
      <w:pPr>
        <w:pStyle w:val="ArticleBody"/>
        <w:jc w:val="left"/>
      </w:pPr>
      <w:r>
        <w:rPr>
          <w:rFonts w:ascii="Times New Roman" w:hAnsi="Times New Roman" w:eastAsia="Times New Roman" w:cs="Times New Roman"/>
        </w:rPr>
        <w:t>Pe testimonio oñemombe’úva Emaúspe oho vaekue disípulo-kuéra rembiasápe, ohechauka mbohapy testimonio ojekuaaukáva pe ñembyasy ha pe arekue oúva kurusu rire, ohechauka hag̃ua pe ñembyasy ha pe arekue oúva pe ñembyasy peteĩha rire. Oĩ ambue testimonio omombaretéva pe tembiasakue oñerepresentáva Juan rembiapokue irundy kapítulope ohechauka hag̃ua pe ñembyasy peteĩha circunstancia-kuéra.</w:t>
      </w:r>
    </w:p>
    <w:p>
      <w:pPr>
        <w:pStyle w:val="ArticleBody"/>
        <w:jc w:val="left"/>
      </w:pPr>
      <w:r>
        <w:rPr>
          <w:rFonts w:ascii="Times New Roman" w:hAnsi="Times New Roman" w:eastAsia="Times New Roman" w:cs="Times New Roman"/>
        </w:rPr>
        <w:t>Pe versíkulo paha opavavégui ñemoheñói rembiasakue rehegua, ha’éva añetegua peteĩha oñemombe’úva Ñandejára Ñe’ẽme, opa mbohapy ñe’ẽme; ha peteĩteĩva umi ñe’ẽ apytégui oñepyrũ peteĩva umi mbohapy tai ojapóva pe ñe’ẽ “añetegua”, ha oiko upéicha hendápe porãite. Pe ñemoheñói rembiasakue Génesis-pe oñepyrũ umi ñe’ẽ reheve: “Ypy guive”, ha opa umi mbohapy ñe’ẽme: “Ñandejára omoheñói ha ojapo.”</w:t>
      </w:r>
    </w:p>
    <w:p>
      <w:pPr>
        <w:pStyle w:val="ArticleBody"/>
        <w:jc w:val="left"/>
      </w:pPr>
      <w:r>
        <w:rPr>
          <w:rFonts w:ascii="Times New Roman" w:hAnsi="Times New Roman" w:eastAsia="Times New Roman" w:cs="Times New Roman"/>
        </w:rPr>
        <w:t>Umi mbohapy ñe’ẽ ñe’ẽ peteĩha oñembojoajúvo omoheñói pe ñe’ẽ añetegua. Pe tembiasakue tekove jejapo rehegua oñepyrũ “iñepyrũmby” rehe ha opa pe ñe’ẽ rehe, he’iséva simbólikamente umi kuatiañe’ẽ ohechaukáva Alpha ha Omega. Péicha avei, pe jehasa ñepyrũgua pe aranduka paha Tupã Ñe’ẽmeguape, Jesús oñemombe’u mokõi jeyha Alpha ha Omega ramo, iñepyrũ ha ipaha, peteïha ha pahaguáva. Umi mbohapy kuatiañe’ẽ ohechaukáva Alpha ha Omega ome’ẽ avei ambue testígo pe jehasa Juanpeguápe oñembojoaju hag̃ua pe línea profétika oñepyrũva Génesis ñepyrũme ha pe línea profétika oñepyrũva Revelación ñepyrũme. Upéva jehechakuaa ojejuhu pe Consolador rembiapo ñemombe’úpe. Pe Consolador rembiapo ha’e pe tembiapo mbohapy jepéguare ohechaukáva umi mismo mbohapy letra hebrea. Pe firma Alpha ha Omega rehegua ome’ẽ ñandéve pa’ũ ñamoĩ hag̃ua ko’ã irundy kapítulo pe marandu Jesucristo Revelación rehegua contexto-pe, upe ojeipe’áva sapy’ami mboyve pe tiempo de gracia ñemboty.</w:t>
      </w:r>
    </w:p>
    <w:p>
      <w:pPr>
        <w:pStyle w:val="ArticleBody"/>
        <w:jc w:val="left"/>
      </w:pPr>
      <w:r>
        <w:rPr>
          <w:rFonts w:ascii="Times New Roman" w:hAnsi="Times New Roman" w:eastAsia="Times New Roman" w:cs="Times New Roman"/>
        </w:rPr>
        <w:t>Umi siete trueno ohechauka irundy tape rechaukaha específico (ára punto-kuéra) ha mbohapy período específico araguáva oñepyrũva pe tape rechaukaha oguejyha peteĩ ánhel ohesapéva hag̃ua yvy Hembigueroviápe. Upe tape rechaukaha ha’eva’ekue peteĩ ára punto. Pe mokõiha tape rechaukaha (ára punto) ha’e pe ñembyasy peteĩha, omoñepyrũva pe período hérava pe tiempo de espera. Pe tiempo de espera ogueraha pe mbohapyha tape rechaukahápe (ára punto), upépe peteĩ añetegua ojeipe’áva sello-gui ha upéva omoheñói peteĩ movimiento. Pe movimiento opa pe irundyha tape rechaukahápe (ára punto), ojehechaukáva juicio ramo. Umi irundy tape rechaukaha ha umi mbohapy período aragua peteĩteĩ ohechauka peteĩ trueno, upéicha oĩ siete trueno en total. Avei ohechauka hikuái peteĩ joaju irundy-mbohapy.</w:t>
      </w:r>
    </w:p>
    <w:p>
      <w:pPr>
        <w:pStyle w:val="ArticleBody"/>
        <w:jc w:val="left"/>
      </w:pPr>
      <w:r>
        <w:rPr>
          <w:rFonts w:ascii="Times New Roman" w:hAnsi="Times New Roman" w:eastAsia="Times New Roman" w:cs="Times New Roman"/>
        </w:rPr>
        <w:t>Umi artíkulo ymaveguápe rohechauka vaʼekue pe entendimiento pionero rehegua umi siete iglesia, umi siete sello ha umi siete trompeta rehegua omoneĩha peteĩ “joaju irundy-mbohapy”. Umi irundy iglesia, sello ha trompeta peteĩha iñambue umi mbohapy pahaguégui, iglesia, sello ha trompeta rehegua. Umi siete trueno ohechauka irundy waymark, ha umi irundy waymark ryepýpe oĩ mbohapy tiempo pegua periodo. Pe joaju divino “irundy ha mbohapy” rehegua, pe Apocalipsis kuatiápe oñemopyenda hag̃ua mbohapy testígo ári (iglesia, sello ha trompeta), ha umi testígo oñeʼẽ pe “irundy ha mbohapy” joaju ovaleha hag̃ua umi siete trueno pe Apocalipsis pegua rehe.</w:t>
      </w:r>
    </w:p>
    <w:p>
      <w:pPr>
        <w:pStyle w:val="ArticleBody"/>
        <w:jc w:val="left"/>
      </w:pPr>
      <w:r>
        <w:rPr>
          <w:rFonts w:ascii="Times New Roman" w:hAnsi="Times New Roman" w:eastAsia="Times New Roman" w:cs="Times New Roman"/>
        </w:rPr>
        <w:t>Upéicharõ jepe tembiasakue rembe’y ojehechaukáva umi siete truéno rupive oĩ ambue marandu kañymby ha iñambuéva profecía rehegua, oguerekóva mbohapy techaukaha ojoavyva pe símbolo ojehechaukáva siete truéno ramo. Upévare, jajepy’amongetávo umi siete truéno jeroviaha profético rehe pe tembiasakue kañymby ndive ko’ág̃a ojepe’áva, jajuhu umi siete truéno ohechaukaha irundy techaukaha (ára rendápe), ha pe tembiasakue kañymby ohechaukaha mbohapy techaukaha (ára rendápe). Ojoguaháicha umi iglesia-kuéra, umi sello-kuéra, umi trompeta-kuéra ha umi truéno-kuéra rehe, pe tembiasakue kañymby ohechauka mbohapy techaukaha ojoajúva umi irundy techaukaha siete truéno rehegua ndive. Pe tembiasakue kañymby avei oguereko peteĩ joaju mbohapy-irundy rehegua.</w:t>
      </w:r>
    </w:p>
    <w:p>
      <w:pPr>
        <w:pStyle w:val="ArticleBody"/>
        <w:jc w:val="left"/>
      </w:pPr>
      <w:r>
        <w:rPr>
          <w:rFonts w:ascii="Times New Roman" w:hAnsi="Times New Roman" w:eastAsia="Times New Roman" w:cs="Times New Roman"/>
        </w:rPr>
        <w:t>Pe tembiasakue kañymby oĩva umi siete trueno ryepýpe, oĩ mbohapy techaukaha iñambuéva, peteĩteĩva ha’éva peteĩ “ára térã aravo mombyry’ỹme”, ha pe peteĩha ha ipaháva umi mbohapy techaukaha apytégui orrepresenta peteĩ jejavyha. Oĩ peteĩ “aravo pukukue” iñambuéva pe peteĩha ha mokõiha techaukaha mbytépe, ha avei peteĩ “aravo pukukue” iñambuéva pe mokõiha ha mbohapyha ára térã aravo mombyry’ỹme mbytépe. Pe ñe’ẽ “ñembotavy” okakuaa pe temimo’ãgui peteĩ ñemoĩmbyre okañývagui, ha oguereko he’isévape pe énfasis peteĩ ára térã aravo mombyry’ỹme rehe. Pyhare mbyte avei ha’e peteĩ aravo poravopyre. Pe tembiasakue kañymby ojehechauka mbohapy ára térã aravo mombyry’ỹme rupive, mokõi aravo pukukue omboja’óva chupekuéra; pe tardo aravo ha pe sieteha jasy ñemongu’e.</w:t>
      </w:r>
    </w:p>
    <w:p>
      <w:pPr>
        <w:pStyle w:val="ArticleBody"/>
        <w:jc w:val="left"/>
      </w:pPr>
      <w:r>
        <w:rPr>
          <w:rFonts w:ascii="Times New Roman" w:hAnsi="Times New Roman" w:eastAsia="Times New Roman" w:cs="Times New Roman"/>
        </w:rPr>
        <w:t>Pe tape ñemombe’upyrã pe tembiasakue ñemíva rehegua ohechauka peteĩ ñembyasy, ha pe pahaguéva ñemombe’upyrã avei ohechauka peteĩ ñembyasy. Upévare, pe ñembyasy peteĩhágui peve pe ñembyasy pahague, oĩ peteĩ línea profética ñemíva oguerekóva umi mbohapy paso peteĩchagua opaite líneas de reforma oguerekoháicha. Avei oguereko Alpha ha Omega rembiapokue tee, pórke umi mbohapy letra omoheñóiva “añetegua” oñembojoja umi mbohapy ñemombe’upyrã rehe oñepyrũ ha opa hag̃ua peteĩ ñembyasy reheve. Pe tembiasakue ñemíva oĩva umi siete truenos ryepýpe ha’e pe añetegua pe León Judá ñemoñaregua ko’ág̃a oipe’áva.</w:t>
      </w:r>
    </w:p>
    <w:p>
      <w:pPr>
        <w:pStyle w:val="ArticleBody"/>
        <w:jc w:val="left"/>
      </w:pPr>
      <w:r>
        <w:rPr>
          <w:rFonts w:ascii="Times New Roman" w:hAnsi="Times New Roman" w:eastAsia="Times New Roman" w:cs="Times New Roman"/>
        </w:rPr>
        <w:t>Pe pasáhe Juanpegua ñahesa’ỹijóva oñemoñepyrũ pe kapítulo mboyveguápe pe Karu Pahápe, omomba’eguasúvo pe marandu ko’ã irundy kapítulopegua oñekotevẽha oñe’u. Umi irundy kapítulo opa peguata Gethsemaní peve. Pe mombe’upy oiko pe ñemýi ryepýpe, pe je’u guive pe kurusu apañuãi oñepyrũ peve. Maranduháicha pe contexto ko’ã irundy kapítulopegua omyesakã pe marandu pahague oñe’útava mboyve pe juicio. Pe marandu ogueraháva pe juicio ñemboty peve, ha’e pe marandu ojeipe’áva pe Revelación arandukápe, pe juicio ñemboty mboyve.</w:t>
      </w:r>
    </w:p>
    <w:p>
      <w:pPr>
        <w:pStyle w:val="ArticleBody"/>
        <w:jc w:val="left"/>
      </w:pPr>
      <w:r>
        <w:rPr>
          <w:rFonts w:ascii="Times New Roman" w:hAnsi="Times New Roman" w:eastAsia="Times New Roman" w:cs="Times New Roman"/>
        </w:rPr>
        <w:t>Umi disípulo ha Jesús oĩ pe puntope tembiasakue proféticape oñemomaranduhápe chupekuéra pe ára oñembotapykueha rehegua. Tembiasakue Millerita-pe, Ñandejára oipe’a Ipo ikatu hag̃uáicha ojejuhu pe entendimiento pe marandu Pyharepyte Sapy’água rehegua; ha pe entendimiento oguenohẽva’ekue pe marandu Samuel Snow rehegua avei omomarandu umi Millerita-pe oĩha hikuái pe ára oñembotapykuehápe umi diez virgen rehegua. Umi disípulo ramoite okaruva’ekue pe Cena Paha, ha oikuaávo hikuái pe marandu, Cristo omyesakã pe ára oñembotapykueha Juan irundy kapítulope.</w:t>
      </w:r>
    </w:p>
    <w:p>
      <w:pPr>
        <w:pStyle w:val="ArticleBody"/>
        <w:jc w:val="left"/>
      </w:pPr>
      <w:r>
        <w:rPr>
          <w:rFonts w:ascii="Times New Roman" w:hAnsi="Times New Roman" w:eastAsia="Times New Roman" w:cs="Times New Roman"/>
        </w:rPr>
        <w:t>Samuel Snow ñehesa’ỹijo ikatu oñemomarandu peteĩ aty artíkulo rupive, omoheñóiva pe ñehesa’ỹijo paha ojehechaukáva pe Maranduhápe Pyhare Mbytegua ramo. Iñe’ẽmondo oñemoakãrapu’ã aja, ha’e avei omyasãi va’ekue pe marandu peteĩ aty aty guasu táva okápegua rupi. Pe aty artíkulo ogueraháva umi aty guasu táva okápegua gotyo, ipahápe ogueraha chupe pe Exeter aty guasu táva okápegua peve, ojepysóva seis ára pukukue. Marandu Pyhare Mbytegua, maranduhára ñe’ẽtee rupive, oñemoakãrapu’ã mbeguekatúpe peteĩ aravo pukukue javeve. Umi irundy kapítulo Juanpe oiko pe tembiasakue maranduharakuérape, upehápe pe marandu oñemoakãrapu’ãhína.</w:t>
      </w:r>
    </w:p>
    <w:p>
      <w:pPr>
        <w:pStyle w:val="ArticleBody"/>
        <w:jc w:val="left"/>
      </w:pPr>
      <w:r>
        <w:rPr>
          <w:rFonts w:ascii="Times New Roman" w:hAnsi="Times New Roman" w:eastAsia="Times New Roman" w:cs="Times New Roman"/>
        </w:rPr>
        <w:t>Juan irundy pehẽnguépe jajuhu Espíritu Santo rembiapo oñemyesakãva mbohapy jepytasópe: angaipa reheguáre jehechakuaa, tekojoja ha juicio. Koʼã mbohapy jepytaso avei hína umi mbohapy techaukaha pe tembiasakue kañymby oñemoĩva umi siete trueno ryepýpe.</w:t>
      </w:r>
    </w:p>
    <w:p>
      <w:pPr>
        <w:pStyle w:val="ArticleScripture"/>
        <w:jc w:val="left"/>
      </w:pPr>
      <w:r>
        <w:rPr>
          <w:rFonts w:ascii="Times New Roman" w:hAnsi="Times New Roman" w:eastAsia="Times New Roman" w:cs="Times New Roman"/>
        </w:rPr>
        <w:t>Upéicharõ jepe, che ha’e peẽme añetegua; iporãve peẽme hag̃uáicha che aha: che ndahái ramo, Pe Consolador ndoúimo’ãi pene rendápe; ha che aha ramo, amondóta chupe pene rendápe. Ha haʼe ou vove, omoĩta ko yvy arigua ko’ẽme angaipa rehe, tekojoja rehe, ha jehuskakuaáre: angaipa rehe, ndogueroviáigui cherehe; tekojoja rehe, ahágui Che Ru rendápe, ha peẽ ndachehechamo’ãvéima; jehuskakuaáre, ko yvy ruvicha oñehuskáma rupi. Arekove gueteri heta mba’e ha’éva peẽme, ha ko’ág̃a ndaikatúi pehupi. Péro haʼe ou vove, Añetegua Espíritu, penemboguatáta opa añeteguápe: ndaha’éigui ijehegui oñe’ẽtava; opa mba’e ohendúva, upéva he’íta; ha ohechaukáta peẽme umi mba’e oútava. Haʼe chembojeroviapýta: ohupytýtagui che mba’égui, ha ohechaukáta peẽme. Juan 16:7–14.</w:t>
      </w:r>
    </w:p>
    <w:p>
      <w:pPr>
        <w:pStyle w:val="ArticleBody"/>
        <w:jc w:val="left"/>
      </w:pPr>
      <w:r>
        <w:rPr>
          <w:rFonts w:ascii="Times New Roman" w:hAnsi="Times New Roman" w:eastAsia="Times New Roman" w:cs="Times New Roman"/>
        </w:rPr>
        <w:t>Millerita rembiasakuepe, Jesús ndojevyri omoĩ hag̃ua paha pe tiempo de demora-pe pe Clamor de Medianoche jave. Haʼe oipeʼa Ipo, ha oñohẽ térã omondo pe Espíritu Santo. Pe Espíritu Santo, oñerrepresentáva pe Consolador ramo, ou omosarambi hag̃ua pe desengaño. Haʼe ou omeʼẽ hag̃ua mbopyʼaguapy umi ojeiporavóvape g̃uarã, péro oĩvaʼekue ipyʼatarovápe pe desengaño rehegua peteĩ predicción ndojehupytyʼỹvare.</w:t>
      </w:r>
    </w:p>
    <w:p>
      <w:pPr>
        <w:pStyle w:val="ArticleBody"/>
        <w:jc w:val="left"/>
      </w:pPr>
      <w:r>
        <w:rPr>
          <w:rFonts w:ascii="Times New Roman" w:hAnsi="Times New Roman" w:eastAsia="Times New Roman" w:cs="Times New Roman"/>
        </w:rPr>
        <w:t>Rohechauka kuri raʼe pe apóstol Juan, Ezequiel ha Jeremías ojehechauka hag̃ua haʼekuéra okaruha pe kuatiañeʼẽ michĩva heʼẽva eícha jurupe. Oĩ peteĩ joavy ojejapóva aranduka porãme umi mbohapy proféta apytépe, ha upéva heta jey ndojehechakuaái.</w:t>
      </w:r>
    </w:p>
    <w:p>
      <w:pPr>
        <w:pStyle w:val="ArticleBody"/>
        <w:jc w:val="left"/>
      </w:pPr>
      <w:r>
        <w:rPr>
          <w:rFonts w:ascii="Times New Roman" w:hAnsi="Times New Roman" w:eastAsia="Times New Roman" w:cs="Times New Roman"/>
        </w:rPr>
        <w:t>Ezequiel ojeipuru ojehechauka hag̃ua umi okarúva pe kuatia’i michĩva, ha oñeme’ẽ chupekuéra peteĩ marandu ogueraha hag̃ua Tupã tupão apóstata rendápe. Ezequiel ohechauka pe kuatia oje’úva omombe’uha mba’e tembiapoitepa upéi ojejapova’erã. Ha’e orepresenta pe marandu oñeme’ẽva’ekue Tupã retã ymaite guive ojeporavova’ekuépe. Imarandu hína pe ombojoajúva umi ymaite guive ojeporavova’ekuépe atyhápe, tata-pe g̃uarã. Juan irundy kapítulópe Jesús ohechauka porã mba’erãpa Ezequiel rembiapo.</w:t>
      </w:r>
    </w:p>
    <w:p>
      <w:pPr>
        <w:pStyle w:val="ArticleScripture"/>
        <w:jc w:val="left"/>
      </w:pPr>
      <w:r>
        <w:rPr>
          <w:rFonts w:ascii="Times New Roman" w:hAnsi="Times New Roman" w:eastAsia="Times New Roman" w:cs="Times New Roman"/>
        </w:rPr>
        <w:t>Penemandu'a pe ñe'ẽ ha'éva peẽme: “Pe tembiguái ndaha'éi tuichavéva ijára-gui”. Oñemuirũrõ che rehe, peẽ rehe avei oñemuirũta; oguerekóramo che ñe'ẽ, pene ñe'ẽ avei oguerekóta. Ha opa ko'ã mba'e ojapóta peẽme che réra rehehápe, ndoikuaáigui upe che mbouva'ekuépe. Che ndajuirire ha añe'ẽirire chupekuéra, ndojapomo'ãi kuri angaipa; ko'ág̃a katu ndaipóri mba'eve omo'ãva iñangaipa. Pe che rayhú'ỹva, che Rupe avei ndohayhúi. Che ajapóirire ijapytepekuéra umi tembiapo avave ambue ndojapóiva, ndojapomo'ãi kuri angaipa; ko'ág̃a katu ohecháma ha ndaija'éi mokõivéva rehe, cherehe ha che Ru rehe. Péro ko mba'e oiko, oñembotý hag̃ua upe ñe'ẽ ojehaíva iléipe: “Che rayhu'ỹ rei hikuái”. Péro oguahẽ vove pe Pytyvõhára, che amondótava peẽme Túvagui, pe Añetegua Espíritu, osẽva Túvagui, ha'e omombe'úta che rehegua. Juan 15:20–26.</w:t>
      </w:r>
    </w:p>
    <w:p>
      <w:pPr>
        <w:pStyle w:val="ArticleBody"/>
        <w:jc w:val="left"/>
      </w:pPr>
      <w:r>
        <w:rPr>
          <w:rFonts w:ascii="Times New Roman" w:hAnsi="Times New Roman" w:eastAsia="Times New Roman" w:cs="Times New Roman"/>
        </w:rPr>
        <w:t>Ezequiel rembiapo, oñepyrũva’ekue ha’e ho’úrõ guare pe kuatiañe’ẽ, ohechauka peteĩ marandu oñemboykétava; ha upe ñemboyke ha’e pe prueba ohechaukáva ha’ekuéra ndaija’éiha Ñandejárare ha omyenyhẽmbapamaha hikuái ikópa hi’ara’ãrõ rehegua.</w:t>
      </w:r>
    </w:p>
    <w:p>
      <w:pPr>
        <w:pStyle w:val="ArticleScripture"/>
        <w:jc w:val="left"/>
      </w:pPr>
      <w:r>
        <w:rPr>
          <w:rFonts w:ascii="Times New Roman" w:hAnsi="Times New Roman" w:eastAsia="Times New Roman" w:cs="Times New Roman"/>
        </w:rPr>
        <w:t>Ha he’i chéve: Yvypóra ra’y, che romondo Israel ra’ykuérape, peteĩ tetã pu’akáva oñembopu’akáva che rehe: ha’ekuéra ha itúva kuéra hembiapo vai che rehe ko ára peve. Ha’ekuéra niko mitã akãhatã ha py’a atã. Che romondo chupekuéra rendápe; ha nde ere va’erã chupekuéra: Péicha he’i Ñandejára Tupã. Ha’ekuéra, ohendúta térã ndohendúi ramo jepe, (ha’e niko peteĩ óga pu’akáva,) upéicharõ jepe oikuaáta oĩ hague peteĩ maranduhára Tupãgui apytépekuéra. Ezequiel 2:3–5.</w:t>
      </w:r>
    </w:p>
    <w:p>
      <w:pPr>
        <w:pStyle w:val="ArticleBody"/>
        <w:jc w:val="left"/>
      </w:pPr>
      <w:r>
        <w:rPr>
          <w:rFonts w:ascii="Times New Roman" w:hAnsi="Times New Roman" w:eastAsia="Times New Roman" w:cs="Times New Roman"/>
        </w:rPr>
        <w:t>Ezequiel rembiapo oiko vaʼekue peteĩ testígo ramo pe tavayguakuéra ypygua pacto rehegua rovái, Cristo oiko haguéicha umi judío ñemboykeha ndive; ha upévare Ezequiel marandu hína pe marandu pahaguéva ñemomarandurãva ombojoajúva pe tavayguakuéra ypygua pacto reheguápe tares ramo peteĩ atyhápe, oñembojovakéva tata ñehundihápe.</w:t>
      </w:r>
    </w:p>
    <w:p>
      <w:pPr>
        <w:pStyle w:val="ArticleScripture"/>
        <w:jc w:val="left"/>
      </w:pPr>
      <w:r>
        <w:rPr>
          <w:rFonts w:ascii="Times New Roman" w:hAnsi="Times New Roman" w:eastAsia="Times New Roman" w:cs="Times New Roman"/>
        </w:rPr>
        <w:t>“Upéi ahecha pe ánhel mbohapyha. He’i pe ánhel chemoirũva chéve: ‘Mongyhyjeha haʼe hembiapo. Pohýi ha tuichaite haʼe hembipotápe. Haʼe pe ánhel oiporavotava pe trígo umi ñana vai apytégui, ha omosẽta térã oñapytĩta pe trígo pe atyha yvagapeguápe guarã. Ko’ã mba’e omyakãmbaite va’erã opa arandu, opa atención.’” Early Writings, 118.</w:t>
      </w:r>
    </w:p>
    <w:p>
      <w:pPr>
        <w:pStyle w:val="ArticleBody"/>
        <w:jc w:val="left"/>
      </w:pPr>
      <w:r>
        <w:rPr>
          <w:rFonts w:ascii="Times New Roman" w:hAnsi="Times New Roman" w:eastAsia="Times New Roman" w:cs="Times New Roman"/>
        </w:rPr>
        <w:t>Tembiapo oñerrepresentáva pe michĩva kuatiañe’ẽ ñemongaru rupive oñepyrũ pe ánhel mbarete oguejy jave peteĩ kuatiañe’ẽ michĩva reheve ipope. Pe peteĩha ánhel rembiasápe upéva oiko vaʼekue 11 jasypoapy 1840-pe, ha pe mbohapyha ánhel rembiasápe oiko 11 jasyporundy 2001-pe. Mokõivéva umi ára ohechauka maranduhai ñehundipa oñekumplíva, ojoajúva Islam rehe, tahaʼe pe mokõiha ñembyasy guasu térã pe mbohapyha ñembyasy guasu rehe, peteĩteĩ hekopete. Upévare Isaías, capítulo mokõipa mokõi-pe, omombeʼúvo pe apañuãi pe visión ñuime guápe Filadelfiagua ha Laodiceaguápe g̃uarã, hechauka umi Laodiceagua, haʼéva pe tetã ojeporavóva Protestantismo-pe 1840-pe ha Adventismo, haʼéva pe tetã ojeporavóva 2001-pe, oĩ hague “ojejokua umi huʼyhárape.” Umi huʼyhárape Biblia maranduháipe haʼe Islam; ha pe visión Islam rehegua oñekumpli rire 1840-pe ha 2001-pe, umi yma guaréva tetã ojeporavóva omboyke pe maranduhai Islam rehegua oñepresentáva umi Ezequiel orepresentáva rupive. Upérõ ha upépe ojejokua chupekuéra ñanandyramo. Ezequiel rembiapo haʼe vaʼekue omboguejy pe “aojahoʼi” ojahoʼíva “iñangaipa,” Jesús orrepresentaháicha ñemotĩramo Ñandejára rehe.</w:t>
      </w:r>
    </w:p>
    <w:p>
      <w:pPr>
        <w:pStyle w:val="ArticleScripture"/>
        <w:jc w:val="left"/>
      </w:pPr>
      <w:r>
        <w:rPr>
          <w:rFonts w:ascii="Times New Roman" w:hAnsi="Times New Roman" w:eastAsia="Times New Roman" w:cs="Times New Roman"/>
        </w:rPr>
        <w:t>Pe mba’e pohýi visión ñu rehegua. Mba’épa ojehu ndéve ko’ág̃a, nde reho hag̃uambaite umi óga ári? Nde, tynyhẽva sarambi rehe, táva ryapúpe henyhẽva, táva vy’aha: nde kuimba’e ojepyréva ndaha’éi ojejukáva kysepuku rupive, ni omanóva ñorairõme. Opa ne mburuvicha ogueraña oñondive, ojejokua umi hu’ỹhára rupi: opa umi ojejuhúva nde pype ojejokua oñondive, umi oguerañáva mombyry guive. Isaías 22:1–3.</w:t>
      </w:r>
    </w:p>
    <w:p>
      <w:pPr>
        <w:pStyle w:val="ArticleScripture"/>
        <w:jc w:val="left"/>
      </w:pPr>
      <w:r>
        <w:rPr>
          <w:rFonts w:ascii="Times New Roman" w:hAnsi="Times New Roman" w:eastAsia="Times New Roman" w:cs="Times New Roman"/>
        </w:rPr>
        <w:t>Ha Tupã oĩ kuri pe mitãrusu [Ismael] ndive; ha'e okakuaa, oiko pe ñu rupi, ha oiko peteĩ hu’y apoha. Génesis 21:20.</w:t>
      </w:r>
    </w:p>
    <w:p>
      <w:pPr>
        <w:pStyle w:val="ArticleScripture"/>
        <w:jc w:val="left"/>
      </w:pPr>
      <w:r>
        <w:rPr>
          <w:rFonts w:ascii="Times New Roman" w:hAnsi="Times New Roman" w:eastAsia="Times New Roman" w:cs="Times New Roman"/>
        </w:rPr>
        <w:t>Oĩhápe ojehecha’ỹhápe, tavayguakuéra oñehundi; ha upe omoĩva léi, ovy’a ha’e. Proverbios 29:18.</w:t>
      </w:r>
    </w:p>
    <w:p>
      <w:pPr>
        <w:pStyle w:val="ArticleBody"/>
        <w:jc w:val="left"/>
      </w:pPr>
      <w:r>
        <w:rPr>
          <w:rFonts w:ascii="Times New Roman" w:hAnsi="Times New Roman" w:eastAsia="Times New Roman" w:cs="Times New Roman"/>
        </w:rPr>
        <w:t>Jeremías ohechauka umi okarúva’ekue pe kuatiañe’ẽ aranduka pe ánhel ipoderósova oguejy jave, upéva omimbipátava hag̃ua ko yvy henyhẽvo iglóriagui, ha upéicharõ jepe ohasa vaʼekue pe ñembyasy pe marandu’ỹ oikóva’ekue pe jehechakuaa ndojejapóivagui ary 1843-pe. Jeremías ohecha profétikamente peve Tupã ijapu raʼe hag̃ua. Upe ñe’ẽjoaju ombojoaju Jeremíaspe Habacuc mokõihápe.</w:t>
      </w:r>
    </w:p>
    <w:p>
      <w:pPr>
        <w:pStyle w:val="ArticleScripture"/>
        <w:jc w:val="left"/>
      </w:pPr>
      <w:r>
        <w:rPr>
          <w:rFonts w:ascii="Times New Roman" w:hAnsi="Times New Roman" w:eastAsia="Times New Roman" w:cs="Times New Roman"/>
        </w:rPr>
        <w:t>Che aime hag̃ua che ñangarekoha ári, ha amoĩta chejehe torre ári, ha ama’ẽta ahecha hag̃ua mba’épa he’íta chéve, ha mba’épa ambohováita ajeja’o jave. Upéi Ñandejára che mbohovái ha he’i: Ehai pe visión, ha emyesakã porã yvyra’ẽmbyrekuéra ári, ikatu hag̃uáicha odipara pe omoñe’ẽva. Pe visión niko gueteri peteĩ ára oñemoĩporãva peguarã; ha ipaha peve oñe’ẽta, ha ndijapumo’ãi: imbegue ramo jepe, eha’arõ chupe; añetehápe ou hag̃uáicha oukuaa, ndahi’aréi mo’ãi. Péina ápe, pe ipy’a oñemomba’eguasúva ndoporoguatái hekopete ipype; ha pe hekojojáva oikovéta ijerovia rupi. Habacuc 2:1–4.</w:t>
      </w:r>
    </w:p>
    <w:p>
      <w:pPr>
        <w:pStyle w:val="ArticleBody"/>
        <w:jc w:val="left"/>
      </w:pPr>
      <w:r>
        <w:rPr>
          <w:rFonts w:ascii="Times New Roman" w:hAnsi="Times New Roman" w:eastAsia="Times New Roman" w:cs="Times New Roman"/>
        </w:rPr>
        <w:t>Juan ojepuru ojehechaukarã hag̃ua umi ohasa vaʼekue pe heʼẽ asýva ha pe ñembyasy roʼy, orepresentáva opaite tembiasakue ág̃a 11 jasypoapy 1840 guive 22 jasypa 1844 peve.</w:t>
      </w:r>
    </w:p>
    <w:p>
      <w:pPr>
        <w:pStyle w:val="ArticleScripture"/>
        <w:jc w:val="left"/>
      </w:pPr>
      <w:r>
        <w:rPr>
          <w:rFonts w:ascii="Times New Roman" w:hAnsi="Times New Roman" w:eastAsia="Times New Roman" w:cs="Times New Roman"/>
        </w:rPr>
        <w:t>Ha aha angel rendápe ha ha’e chupe: —Eme’ẽ chéve pe kuatiañe’ẽ’i. Ha ha’e he’i chéve: —Ejapyhy ha e’u hag̃ua; nde rye py’aro hag̃ua, ha nde jurúpe katu he’ẽta eícha. Ha ajapyhy pe kuatiañe’ẽ’i pe angel póguive ha ha’u; ha che jurúpe he’ẽ eícha; ha upe rire, ha’u hag̃uáicha voi, che rye py’aro. Apocalipsis 10:9, 10.</w:t>
      </w:r>
    </w:p>
    <w:p>
      <w:pPr>
        <w:pStyle w:val="ArticleBody"/>
        <w:jc w:val="left"/>
      </w:pPr>
      <w:r>
        <w:rPr>
          <w:rFonts w:ascii="Times New Roman" w:hAnsi="Times New Roman" w:eastAsia="Times New Roman" w:cs="Times New Roman"/>
        </w:rPr>
        <w:t>Ezequiel orrepresenta pe tembiapo ojehechauka hag̃ua pe marandu profético ombohapéva pe tetã ymagua poravopyre, oñepyrũva’ekue pe ánhel oguejy riremívo 11 jasypoapy 1840-pe ha 11 jasyporundy 2001-pe.</w:t>
      </w:r>
    </w:p>
    <w:p>
      <w:pPr>
        <w:pStyle w:val="ArticleScripture"/>
        <w:jc w:val="left"/>
      </w:pPr>
      <w:r>
        <w:rPr>
          <w:rFonts w:ascii="Times New Roman" w:hAnsi="Times New Roman" w:eastAsia="Times New Roman" w:cs="Times New Roman"/>
        </w:rPr>
        <w:t>Ha nde, yvypóra ra'y, ehendu pe ha'éva ndéve; ani nde pu'aka'ỹ pe óga pu'akaha'ỹicha: eipe'a nde juru, ha'u pe ame'ẽva ndéve. Ha amaña rire, péina, peteĩ po ojegueru chéve; ha, péina, ipype oĩ peteĩ kuatiañe'ẽ apyka; ha ha'e omyasãi che renondépe; ha ojehai ipype ha hi'ári: ha ipype ojehai ñembyasy, ñembyasy guasu, ha mba'asy. Avei he'i chéve: Yvypóra ra'y, ho'u pe rejuhúva; ho'u ko kuatiañe'ẽ apyka, ha tereho ere Israel róga pegua kuérape. Upévare aipe'a che juru, ha ha'e chemongaru upe kuatiañe'ẽ apykáre. Ha he'i chéve: Yvypóra ra'y, embou nde rye'u ho'u ha emyenyhẽ nde py'a ko kuatiañe'ẽ apyka ame'ẽva ndéve. Upémarõ ha'u; ha che jurúpe he'ẽ eícha. Ezequiel 2:8–3:3.</w:t>
      </w:r>
    </w:p>
    <w:p>
      <w:pPr>
        <w:pStyle w:val="ArticleBody"/>
        <w:jc w:val="left"/>
      </w:pPr>
      <w:r>
        <w:rPr>
          <w:rFonts w:ascii="Times New Roman" w:hAnsi="Times New Roman" w:eastAsia="Times New Roman" w:cs="Times New Roman"/>
        </w:rPr>
        <w:t>Jeremías ohechauka pe tembiasakue 11 jasypoapy 1840 guive pe Sapy’a Pyharegua mboyve’imi peve.</w:t>
      </w:r>
    </w:p>
    <w:p>
      <w:pPr>
        <w:pStyle w:val="ArticleScripture"/>
        <w:jc w:val="left"/>
      </w:pPr>
      <w:r>
        <w:rPr>
          <w:rFonts w:ascii="Times New Roman" w:hAnsi="Times New Roman" w:eastAsia="Times New Roman" w:cs="Times New Roman"/>
        </w:rPr>
        <w:t>Ne ñe’ẽ ojuhu rire, che a’u umíva; ha nde ñe’ẽ oiko chéve vy’a ha tory che py’apyte guive; nde rérape niko che añembohéra, Ñandejára Tupã ipu’akapavẽva. Ndaikói vaʼekue umi oñembohoryvakuéra aty apytépe, ni avyʼái hendivekuéra; che aguapy cheaño nde po rehehápe, nde niko remyenyhẽ chéve pochýgui. Mbaʼére piko che mbaʼasy ndopáiva, ha che ai ndaikatúiva okuera, ombotovéva okuera? Nde piko reikóta chéve guaʼuicha, ykuéra opa hag̃uáicha? Upévare péicha he’i Ñandejára: Rerjevýramo, upéicharõ roguerujeyta, ha reñemboʼéta che renondépe; ha renohẽramo iporãva ivaívagui, nde reikóta che juru ramo; tojevýna hikuái ndéve, ani hag̃ua nde rejevýi haʼekuéra rendápe. Ha ajapóta ndéve ko tetãygua renondépe peteĩ murálla kóvre mbaretéva; haʼekuéra oñorãirõta nendive, péro ndaipuʼakamoʼãi nderehe; che aimégui nendive rosalva hag̃ua ha roguenohẽ hag̃ua, he’i Ñandejára. Ha roipeʼáta umi iñañávape ipo guive, ha ropyta hag̃ua umi pohýi po guive. Jeremías 15:16–21.</w:t>
      </w:r>
    </w:p>
    <w:p>
      <w:pPr>
        <w:pStyle w:val="ArticleBody"/>
        <w:jc w:val="left"/>
      </w:pPr>
      <w:r>
        <w:rPr>
          <w:rFonts w:ascii="Times New Roman" w:hAnsi="Times New Roman" w:eastAsia="Times New Roman" w:cs="Times New Roman"/>
        </w:rPr>
        <w:t>Jeremías ohechauka ñane rembiasakue ha ñane marandu ko’ág̃agua. Pe marandu ko’ág̃agua ha’e pe Pyhare Mbyte Sapy’a Marandu, oñemombaretéva mbeguekatúpe upe jave Tupã tavaygua, Jeremías reheguaicha ojehechaukáva, oñemyenyhẽma rire “pochýgui”, oimo’ãvo i “mba’asy” “opa’ỹ hag̃uáicha” ha i “jeguereko vai” ndojekueramo’ãvéi, peteĩ jekuero vai araka’eve ndojepohano mo’ãiva. Ha’ekuéra oñemomombyryma “ñembohoryhára aty”gui. Ndo “vy’avéima” yma guaréicha, peteĩha ho’úrõ guare pe kuatiañe’ẽ, ha upéva ha’érõ guare “vy’a” i “korasõme”.</w:t>
      </w:r>
    </w:p>
    <w:p>
      <w:pPr>
        <w:pStyle w:val="ArticleBody"/>
        <w:jc w:val="left"/>
      </w:pPr>
      <w:r>
        <w:rPr>
          <w:rFonts w:ascii="Times New Roman" w:hAnsi="Times New Roman" w:eastAsia="Times New Roman" w:cs="Times New Roman"/>
        </w:rPr>
        <w:t>Péro oĩ consejo umi oĩvape upe tekópe g̃uarã. “Nde rejere jey ramo” ha avei “reguenohẽ ramo pe iporãetéva pe ivaívagui”, upéicharõ Tupã ojere jeýta hendápekuéra. Hebréope, “arogueru jeýta ndeve” he’íva pe pasáhepe he’ise: Tupã ojere jeýta hendápekuéra, ha’ekuéra ojere jey ramo hendápe.</w:t>
      </w:r>
    </w:p>
    <w:p>
      <w:pPr>
        <w:pStyle w:val="ArticleScripture"/>
        <w:jc w:val="left"/>
      </w:pPr>
      <w:r>
        <w:rPr>
          <w:rFonts w:ascii="Times New Roman" w:hAnsi="Times New Roman" w:eastAsia="Times New Roman" w:cs="Times New Roman"/>
        </w:rPr>
        <w:t>Peñemoĩ, upévare, Tupã poguýpe. Peñemoĩ mbarete Aña rovái, ha ha’e odiparátagui pendehegui. Peñemboja Tupãre, ha ha’e oñembojátagui pendehe. Pemopotĩ pende po, peẽ angaipáva; ha pemarangatu pende py’a, peẽ mokõi hag̃ua pene akã. Peñembyasýke, pejahe’o ha peñerasẽ; toñemoambue pende puka ñembyasýpe, ha pende vy’a py’ahasyetépe. Peñemomirĩ Ñandejára renondépe, ha ha’e penehupyty yvatévo. Santiago 4:7–10.</w:t>
      </w:r>
    </w:p>
    <w:p>
      <w:pPr>
        <w:pStyle w:val="ArticleBody"/>
        <w:jc w:val="left"/>
      </w:pPr>
      <w:r>
        <w:rPr>
          <w:rFonts w:ascii="Times New Roman" w:hAnsi="Times New Roman" w:eastAsia="Times New Roman" w:cs="Times New Roman"/>
        </w:rPr>
        <w:t>Oñembojéramo ramo Tupã rehe, Ha’e oñembojéramóta hikuái rehe. Ojapóramo ko’ã mba’e, upéicharõ “oñembo’ytáta” Ñandejára renondépe ha ha’éta Tupã “juru”. Avei ombo’e Jeremíaspe (ñandéve) ojapotaha Itavayguápe peteĩ “murálla kumbarete oñemongoráva” umi “aña” rovake; ha upéi umi “iñemondýiva” omopu’ãta peteĩ ñorairõ umi Jeremías rehe oñerrepresentávape. Umi “aña” ha’e Daniel ohechaukáva Mateo kuñataĩ tavykuérare. Umi “iñemondýiva” ohechauka pe joaju mbohapyvegua Babilonia ko’ãgagua rehegua pe arapokõindy léi apañuãi jave.</w:t>
      </w:r>
    </w:p>
    <w:p>
      <w:pPr>
        <w:pStyle w:val="ArticleBody"/>
        <w:jc w:val="left"/>
      </w:pPr>
      <w:r>
        <w:rPr>
          <w:rFonts w:ascii="Times New Roman" w:hAnsi="Times New Roman" w:eastAsia="Times New Roman" w:cs="Times New Roman"/>
        </w:rPr>
        <w:t>Mbohapy proféta remimombe’ukue oñe’ẽ joa peteĩ tembiasakue rehe, ha katu oñe’ẽ hikuái mbohapy aspecto iñambuéva upe tembiasakue peteĩete rehe. Jeremías ohechauka umi ohasava’ekuépe ramoite pe peteĩha ñembotavy guasu, ha ndoguerekói gueteri pe tape rechaukaha Pyhare Mbyte Sapy’aitépe guápe. Kóva hína pe ñaiméva guive 18 de julio de 2020. Pe porandu hína jajevýnepa. Ñajevýramo, “ñañe’ẽta” Ñandejára rehehápe upe áraite Estados Unidos “oñe’ẽhápe” peteĩ dragónicha.</w:t>
      </w:r>
    </w:p>
    <w:p>
      <w:pPr>
        <w:pStyle w:val="ArticleBody"/>
        <w:jc w:val="left"/>
      </w:pPr>
      <w:r>
        <w:rPr>
          <w:rFonts w:ascii="Times New Roman" w:hAnsi="Times New Roman" w:eastAsia="Times New Roman" w:cs="Times New Roman"/>
        </w:rPr>
        <w:t>Pe historia Jeremías ohechauka hína ha’e ñande rembiasakue ko’ág̃agua ha ha’e avei pe historia ojehechaukáva umi mbohapy techaukaha ñemiguápe umi siete trueno ryepýpe. Ha’e avei pe historia upépe pe pasáhe Juan-pe oĩ marandu’ỹrãramo, pórke pe énfasis umi irundy kapítulo Juan-pe ha’e pe Espíritu Santo rembiapo ombopy’aguapývo Jeremíaspe, oporandu jave peteĩ japu-rehepa oguerovia ra’e, ha pe marandu he’ẽ asýva hendýva rirepa añetehápe y osẽ’ỹva.</w:t>
      </w:r>
    </w:p>
    <w:p>
      <w:pPr>
        <w:pStyle w:val="ArticleBody"/>
        <w:jc w:val="left"/>
      </w:pPr>
      <w:r>
        <w:rPr>
          <w:rFonts w:ascii="Times New Roman" w:hAnsi="Times New Roman" w:eastAsia="Times New Roman" w:cs="Times New Roman"/>
        </w:rPr>
        <w:t>Upévare Jeremías ohechauka tembiasakue 11 jasyporundy 2001 guive 18 jasypokõi 2020 peve, upe ára oñepyrũ haguépe pe are oha’arõva, ojehechaukaháicha mbohapy ára ha mbyte umi ára simbóliko rire. Aje’ẽ jave “simbóliko” rehe, ndaha’éi aime añe’ẽ peteĩ ára jekuaa rehe. Ha’e hína 18 jasypokõi 2020-pe mokõi testígo, la Biblia ha pe Espíritu de Profecía, ojejuka hague ha hete omanóva ojeheja hague tape mbytépe mbohapy ára ha mbyte pukukue pe Revelación kapítulo once-pe.</w:t>
      </w:r>
    </w:p>
    <w:p>
      <w:pPr>
        <w:pStyle w:val="ArticleScripture"/>
        <w:jc w:val="left"/>
      </w:pPr>
      <w:r>
        <w:rPr>
          <w:rFonts w:ascii="Times New Roman" w:hAnsi="Times New Roman" w:eastAsia="Times New Roman" w:cs="Times New Roman"/>
        </w:rPr>
        <w:t>Ha ame'ẽta pokatu che mokõi testígope, ha haʼekuéra oprofetizáta mil mokõi sa cien sesenta ára, ao ajakápe oñemonde. Koʼãva hína umi mokõi olívo yvyra ha umi mokõi kandelerokuéra oĩva yvy Jára renondépe. Ha oĩramo avave ohundiséva chupekuéra, tata osẽ ijurúgui ha omokõ chupekuéra iñenemykuérape; ha oĩramo avave ohundiséva chupekuéra, péichaite voi ojejukavaʼerã. Koʼãva oreko pokatu omboty hag̃ua yvága ani hag̃ua oky iprofesía ára pukukue; ha oreko avei pokatu y ári omoambue hag̃ua tuguyramo, ha oinupã hag̃ua yvy opaichagua mbaʼasy vai reheve, mboy jeypa oipotáramo. Ha oikuaaukávo hikuái ipahápe hekopete itestimónio, pe mymba ojupíva pe yvykua pypukúgui oñorairõta hendivekuéra, ipuʼakáta hesekuéra ha ojukáta chupekuéra. Ha hete omanóva opytáta pe táva guasu kállepe, pe ohenóiva espiritualhápe Sodoma ha Egipto, upépe avei ñande Ruvicha ojekrusifika hague. Ha tavayguakuéra, ñemoñarekuéra, ñeʼẽnguéra ha tetãnguéra apytégui ohecháta hete omanóva mbohapy ára ha mbyte, ha ndohejamoʼãi oñeñotỹ hag̃ua hete omanóva. Ha umi oikóva yvy ári ovyʼáta hesekuéra, ovyʼa guasúta ha omondóta jopói ojuehe; ag̃a koʼã mokõi maranduhára ombohasa asy vaʼekue umi oikóvape yvy ári. Apocalipsis 11:3–10.</w:t>
      </w:r>
    </w:p>
    <w:p>
      <w:pPr>
        <w:pStyle w:val="ArticleBody"/>
        <w:jc w:val="left"/>
      </w:pPr>
      <w:r>
        <w:rPr>
          <w:rFonts w:ascii="Times New Roman" w:hAnsi="Times New Roman" w:eastAsia="Times New Roman" w:cs="Times New Roman"/>
        </w:rPr>
        <w:t>Pe testimónio ojechaukáva Jeremías rembiasakue oĩ pe ñembyasy guasu rire, ha pyhare mbytegua sapukái mboyve. Jeremías tekotevẽkuri ojevy jey raẽ ikatu hag̃uáicha oiko pe marandu Pyhare Mbytegua Sapukái rehegua ñe’ẽrã. Kóva hína ñande rekove ko árape. Upéicha avei hína pe tekohakuaa ymaguare oĩva umi irundy kapítulo Juanpe ñahesa’ỹijohína va’ekue ryepýpe, ha upéicha avei hína pe tembiasakue ojehechaukáva pe tembiasakue kañymby oĩvape umi poapy arapu apytépe.</w:t>
      </w:r>
    </w:p>
    <w:p>
      <w:pPr>
        <w:pStyle w:val="ArticleBody"/>
        <w:jc w:val="left"/>
      </w:pPr>
      <w:r>
        <w:rPr>
          <w:rFonts w:ascii="Times New Roman" w:hAnsi="Times New Roman" w:eastAsia="Times New Roman" w:cs="Times New Roman"/>
        </w:rPr>
        <w:t>Ñañaminduʼu pe tesape ojoajúva “Pyʼaguapýhára” ndive Juan rembiapokue irundy hag̃ua testimóniope, jajuhúta heta porã mbaʼe rechaukaha jahechakuaa hag̃ua pe mombeʼu oñeʼẽha 18 jasypokõi ary 2020 rehe, pe ñembyasy ha pe are hag̃ua ára rehe, pe Marandú Pyhare Mbytegua rehe oñembojaʼoʼỹmava, ha pe huísio oútava pe léi domingo rehegua. Umi kapítulo omopuʼã hína ijehe ári pe estructura profética pe tembiasakue kañymby rehegua.</w:t>
      </w:r>
    </w:p>
    <w:p>
      <w:pPr>
        <w:pStyle w:val="ArticleBody"/>
        <w:jc w:val="left"/>
      </w:pPr>
      <w:r>
        <w:rPr>
          <w:rFonts w:ascii="Times New Roman" w:hAnsi="Times New Roman" w:eastAsia="Times New Roman" w:cs="Times New Roman"/>
        </w:rPr>
        <w:t>Ñande jaikóta hag̃ua Tupã jurúicha pe apañuãi pya’e oútavape, ñane rembiapo koʼág̃a hína “jaipeʼa hag̃ua pe hepyetéva pe mbaʼe vai apytégui”; térã, Santiago omombeʼuháicha pe tembiapo peteĩchagua, tekotevẽ “ñamopotĩ” ñande “po, peẽ angaipáva; ha pemopotĩ pende korasõ, peẽ pyʼamokõiva. Pehasa asy, peñembyasy ha pejaheʼo: toñemoambue pene pukavy ñembyasýpe, ha pende vyʼa pohýipe. Peñemomirĩ Ñandejára renondépe, ha haʼe penehupi jeýta” peteĩ poyvi ramo pe amoiteetéva amo gotyópe.</w:t>
      </w:r>
    </w:p>
    <w:p>
      <w:pPr>
        <w:pStyle w:val="ArticleScripture"/>
        <w:jc w:val="left"/>
      </w:pPr>
      <w:r>
        <w:rPr>
          <w:rFonts w:ascii="Times New Roman" w:hAnsi="Times New Roman" w:eastAsia="Times New Roman" w:cs="Times New Roman"/>
        </w:rPr>
        <w:t>Haʼe omoĩta peteĩ techaukaha tetãnguéra peguarã, ha ombyatýta Israel oñemosẽ vaʼekuépe, ha omonoʼõta Judá isarambi vaʼekuépe yvy apýra irundy guive. Isaías 11:12.</w:t>
      </w:r>
    </w:p>
    <w:p>
      <w:pPr>
        <w:pStyle w:val="ArticleBody"/>
        <w:jc w:val="left"/>
      </w:pPr>
      <w:r>
        <w:rPr>
          <w:rFonts w:ascii="Times New Roman" w:hAnsi="Times New Roman" w:eastAsia="Times New Roman" w:cs="Times New Roman"/>
        </w:rPr>
        <w:t>Ñamohuʼãta koʼã irundy kapítulo rehegua ñahesaʼỹijo haguéva pe artículo oútavape.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Mba’épa pe Añetegua? - Papapy Irundy</dc:title>
  <dc:subject>Ani peñembyasy nde Py’a hag̃ua.</dc:subject>
  <dc:creator>Jeff Pippenger</dc:creator>
  <cp:keywords/>
  <dc:description>Generated by ArticleDigger from truth\04_truth.json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