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Mba’épa pe Añetegua? - Papapy Poha’ẽ</w:t>
      </w:r>
    </w:p>
    <w:p>
      <w:pPr>
        <w:pStyle w:val="ArticleSubtitle"/>
        <w:jc w:val="left"/>
      </w:pPr>
      <w:r>
        <w:rPr>
          <w:rFonts w:ascii="Arial" w:hAnsi="Arial" w:eastAsia="Arial" w:cs="Arial"/>
        </w:rPr>
        <w:t>Pe Consolador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Pe tembiasakue marandu ojepe’áva umi siete truéno ryepýpe ohechauka pe tembiasakue ñande jahasáva ko’ág̃a. Pe ñemimbykue oñemi va’ekue pe tembiasakue ohechaukáva og̃uahẽ meve. Ha’e pe ára Consolador, pe Espíritu “añetegua” oikuaaukahápe pe añetegua Juan ohenóiva Jesucristo Revelación, Jesucristo niko pe Añetegua. Ndaha’éi mante pe ñe’ẽ “añetegua” ohechaukaha Ñandejára rekokatu. Ha ndaha’éi mante peteĩ jehechauka pe ñe’ẽnguéra rehe ikatupyrývagui, pe ñe’ẽ hebreo “añetegua” ojepuruháicha pypukúpe opaite Escritura rupi. Ha katu avei ha’e pe milágro hechapyrãva, oikuaáramo guare, oikóva peteĩ llave ramo ojepe’a hag̃ua umi profecía pe libro de Revelaciónpegua, ha upéicha rupi ojepe’a opaite Biblia. Péro upéva ha’e umi ohechase, ohenduse ha oñongatúva umi mba’e ojehaíva ipype guarãnte; pe ára niko hi’aguĩma.</w:t>
      </w:r>
    </w:p>
    <w:p>
      <w:pPr>
        <w:pStyle w:val="ArticleBody"/>
        <w:jc w:val="left"/>
      </w:pPr>
      <w:r>
        <w:rPr>
          <w:rFonts w:ascii="Times New Roman" w:hAnsi="Times New Roman" w:eastAsia="Times New Roman" w:cs="Times New Roman"/>
        </w:rPr>
        <w:t>Umi kuéra oikuaa hag̃ua pe “añetegua” ha toñemongarai hag̃ua hese, tekotevẽ oĩ Espíritu Santo. Umi kuéra ikatu oikuaa hag̃ua iñarandu hag̃uáicha pe ñeʼẽ “añetegua”, ha ikatu hag̃uáicha jepe oñemondýi mbaʼetépa heʼise hag̃uáicha, péro pe “añetegua” tekotevẽ oñembyaty. Tekotevẽ oñemoinge hyepýpe ha toiko peteĩ tapicha jeikove rehegua, pe ñeʼẽ oguerahágui Tupã puʼaka omoheñóiva umi ohekávape oñemoambue hag̃ua Cristo raʼãnga-pe. Peteĩ umi moõpa añepyrũ che investigación personal pe ñeʼẽ hebreo oñembohasáva “añetegua” ramo rehegua, haʼe vaʼekue umi arandu hebreo, haʼekuéra avei oñeʼẽva pe “añetegua” hechapyrãva rekóre ha mbaʼéichapa ojepuru Biblia-pe. Péro ndaipóri mbaʼérepa jajerovia hag̃ua iñarandu hag̃uáicha oikuaáva pe ñeʼẽ “añetegua” ogueru hague chupekuéra Cristo rendápe.</w:t>
      </w:r>
    </w:p>
    <w:p>
      <w:pPr>
        <w:pStyle w:val="ArticleBody"/>
        <w:jc w:val="left"/>
      </w:pPr>
      <w:r>
        <w:rPr>
          <w:rFonts w:ascii="Times New Roman" w:hAnsi="Times New Roman" w:eastAsia="Times New Roman" w:cs="Times New Roman"/>
        </w:rPr>
        <w:t>Pe hecho profético de que pe ñeʼẽ tekotevẽha oñekaru hese Espíritu Santo oĩva ndive ombojoaju Hermana White remyesakã “aceite” rehegua umi paʼanga diez virgen reheguápe, ha avei pe imombeʼu mokõi aty virgen rehegua ohaʼarõva pe Noviope.</w:t>
      </w:r>
    </w:p>
    <w:p>
      <w:pPr>
        <w:pStyle w:val="ArticleBody"/>
        <w:jc w:val="left"/>
      </w:pPr>
      <w:r>
        <w:rPr>
          <w:rFonts w:ascii="Times New Roman" w:hAnsi="Times New Roman" w:eastAsia="Times New Roman" w:cs="Times New Roman"/>
        </w:rPr>
        <w:t>Peteĩ símbolo hetave jey oguereko peteĩgui hetave he’iséva, ha he’iséva oñembohesakava’erã pe contexto oĩháme pe símbolo. Ndaha’éi va’erã oñembohesaka peteĩ experto gramatical ome’ẽva pe ñe’ẽ rembiaporãrã he’iséva rupive, térã pe aravo ymaguaréva pe ñe’ẽ ojehaihaguépe. Ko’ã mokõi enfoque ha’e umi Adventismo teólogo-kuéra ojapyhyva’ekue ikatu hag̃uáicha omoneĩ’ỹ pe “añetegua.” Peteĩ símbolo oñembohesaka pe contexto oipuruhápe. Espíritu de Profecía ryepýpe, pe ñe’ẽ “aceite” pe parábola umi diez vírgenes rehegua ohechauka por lo menos mbovymi mba’e iñambuéva, odependévo pe pasaje contexto rehe ojejuhuha pe “aceite”. Mba’érepa peteĩ aty vírgenes oguereko pe aceite ha ambue ndoguerekói?</w:t>
      </w:r>
    </w:p>
    <w:p>
      <w:pPr>
        <w:pStyle w:val="ArticleScripture"/>
        <w:jc w:val="left"/>
      </w:pPr>
      <w:r>
        <w:rPr>
          <w:rFonts w:ascii="Times New Roman" w:hAnsi="Times New Roman" w:eastAsia="Times New Roman" w:cs="Times New Roman"/>
        </w:rPr>
        <w:t>“Oĩ peteĩ mundo oĩva tekoañáme, japu ha jejavy ryepýpe, pe omano hag̃uáicha ãnga’ãýpe voi,—oke, oke. Mávapa oñandu ipy’a rasy hag̃ua omombáy chupekuéra? Mba’e ñe’ẽpa ikatu og̃uahẽ hendápekuéra? Che akãme og̃uahẽ pe ára oútava, pe techaukaha oñeme’ẽtahápe: ‘Péina pe Novio ou; pesẽ pejotopa hag̃ua Hese.’ Ha oĩta umi ombotavetava pe hag̃ua oñeme’ẽ chupekuéra pe aséite omyenyhẽjey hag̃ua iñongatupy, ha ijapykuépe eterei oikuaáta hikuái pe tekokatu, pe aséite rupive oñerrepresentáva, ndaikatuiha oñembohasa ambuére. Upe aséite ha’e Cristo rekojojáva. Ha’e ohechauka pe tekokatu, ha pe tekokatu ndaikatúi oñembohasa ambuére. Avave ndaikatúi ohupyty upeva ambue rehehápe. Káda peteĩva ohupytyva’erã ijehegui peteĩ tekokatu oñemopotĩmbyre opa angaipa ky’águi.” Bible Echo, 4 jasypo 1896.</w:t>
      </w:r>
    </w:p>
    <w:p>
      <w:pPr>
        <w:pStyle w:val="ArticleBody"/>
        <w:jc w:val="left"/>
      </w:pPr>
      <w:r>
        <w:rPr>
          <w:rFonts w:ascii="Times New Roman" w:hAnsi="Times New Roman" w:eastAsia="Times New Roman" w:cs="Times New Roman"/>
        </w:rPr>
        <w:t>Umi vírgen itavýva ndoguerekói pe carácter tekotevẽva oikove hag̃ua pe apañuái oguahẽmbotaitévape. Oikotevẽ hikuái Cristo tekojoja rehe. Péro pe aséite avei ha’e peteĩ marandu, ha pe aséite pe parábola rehegua umi diez vírgen “ára pahápe” ha’e pe marandu pahaguéva ñemomandu’a rehegua ojehechaukáva Jesucristo Revelación-pe, tekotevẽva oñehendu, oñemoñe’ẽ ha oñeñongatu.</w:t>
      </w:r>
    </w:p>
    <w:p>
      <w:pPr>
        <w:pStyle w:val="ArticleScripture"/>
        <w:jc w:val="left"/>
      </w:pPr>
      <w:r>
        <w:rPr>
          <w:rFonts w:ascii="Times New Roman" w:hAnsi="Times New Roman" w:eastAsia="Times New Roman" w:cs="Times New Roman"/>
        </w:rPr>
        <w:t>“Umi unhido oĩva pe Ñandejára ko yvy tuichakue Jára ykére, oguereko pe tenda yma oñeme'ẽ va'ekue Satanás-pe keruvín oñuãhára ramo. Umi marangatúva imarangatúva ijerére oñembojerehápe itróno, rupive Ñandejára omantene peteĩ ñe’ẽmondo joaju tapiaite ko yvy rupi oikóva ndive. Pe aséite óro rehegua ohechauka pe grásia rupive Tupã omyenyhẽva umi lampára umi ogueroviáva rehegua, ani hag̃ua overa kangy ha ogue. Ndaha'éirire ko aséite marangatúva oñeñohẽ yvágagui Tupã Espíritu marandu rupive, umi mba'e apo vai rehegua oguerekopaiténeva’ekue kuimba'e ha kuña ári.”</w:t>
      </w:r>
    </w:p>
    <w:p>
      <w:pPr>
        <w:pStyle w:val="ArticleScripture"/>
        <w:jc w:val="left"/>
      </w:pPr>
      <w:r>
        <w:rPr>
          <w:rFonts w:ascii="Times New Roman" w:hAnsi="Times New Roman" w:eastAsia="Times New Roman" w:cs="Times New Roman"/>
        </w:rPr>
        <w:t>“Ñandejára oñemomarangatu’ỹ ñande ndajarresivíri jave umi marandu ha’e omondóva ñandéve. Péicha roñembotove pe aséite óro ha’e oñohẽseva ñane ánga kuérape, oñembohasávo umi oĩvape pytũmbýpe. Ha ou vove pe ñehenói: ‘Pema’ẽ, pe noviomána ou; pesẽ pejotopa hag̃ua hese,’ umi ndohupytýiva pe aséite marangatu, umi nomokunu’ũiva Cristo grásia ipy’apýpe, ojuhúta, umi vírhen itavývaicha, ndaikatuiha oñembosako’i hag̃ua ojotopa hag̃ua Ijára ndive. Ha’ekuéra ndoguerekói ijeheguiete pe mbarete ohupyty hag̃ua pe aséite, ha hekovekuéra oñehundi. Ha Ñandejára Espíritu Santo ojeruréramo, ñañembo’éramo jerure rupive, Moisés ojapohaguéicha: ‘Ehechauka chéve nde gloria,’ Ñandejára mborayhu oñeñohẽta ñane korasõme. Umi taño óro rupi, pe aséite óro oñembohasáta ñandéve. ‘Ndaha’éi mbarete rupive, ni pu’aka rupive, che Espíritu rupive katu, he’i Ñandejára de los Ejércitos.’ Ojerresivívo kuarahy resape joajúva, Tekoporã Kuarahy rehegua, Ñandejára ra’ykuéra omimbi tesapeháicha ko yvy ape ári.” Review and Herald, 20 de julio de 1897.</w:t>
      </w:r>
    </w:p>
    <w:p>
      <w:pPr>
        <w:pStyle w:val="ArticleBody"/>
        <w:jc w:val="left"/>
      </w:pPr>
      <w:r>
        <w:rPr>
          <w:rFonts w:ascii="Times New Roman" w:hAnsi="Times New Roman" w:eastAsia="Times New Roman" w:cs="Times New Roman"/>
        </w:rPr>
        <w:t>Pe “aséite” ha’e pe marandu paha, ha upéva, peteĩ jey, ha’e Jesucristo Revelación. Pe pasáhepe umi oipotáva oreko pe aséite ojerure asy va’erã Tupãme, Moisés ojapo haguéicha Horeb itakuápe. Péro peikuaa porãke: ñande va’erãramo “ñañembo’e asy, Moisés ojapo haguéicha”, Tupã “ohechauka” haguã ñandéve I “gloria”, tekotevẽ raẽ jajerure Espíritu Santo rehe, ha’éva pe Consolador. Jajapóramo upéicha, upéicharõ umi ánhel rupive ha umi mokõi tubo óro rupive ñande jaguerohoryta Cristo rekojoja. Ñañembotavy ñandejehe voi ñaiméramo ñapensa ikatuha ñañembo’e ha ñañembo’e asy Cristo carácter rehe, umi tradición ha jepokuaa Adventismo laodicense-pegua he’iháicha ojejapo va’erã, ha upe jave peteĩcha ñarrefusa hína pe marandu Jesucristo Revelación rehegua. Hekojoja oñembohasa ñandéve umi “marandu Tupã Espíritu rehegua” rupive, umi oñembohasáva umi mokõi oñohẽ porãmbyréva rupive oĩva Tupã tróno renondépe. Jarecháramo I marandu, jarecha avei Hekojoja.</w:t>
      </w:r>
    </w:p>
    <w:p>
      <w:pPr>
        <w:pStyle w:val="ArticleScripture"/>
        <w:jc w:val="left"/>
      </w:pPr>
      <w:r>
        <w:rPr>
          <w:rFonts w:ascii="Times New Roman" w:hAnsi="Times New Roman" w:eastAsia="Times New Roman" w:cs="Times New Roman"/>
        </w:rPr>
        <w:t>Upéi ha’e hag̃ua ambohovái ha ha’e chupe: Mávapa ko’ã mokõi olívo yvyramáta oĩva pe candelábro akatúa gotyo ha asu gotyo? Ha ambohovái jey ha ha’e chupe: Mávapa ko’ã mokõi olívo rakã, umi mokõi tubo óro rupive oguenohẽva hikuái ijehegui pe aséite óro? Ha ha’e ombohovái chéve ha he’i: Nde piko reikuaa mba’épa ko’ãva? Ha che ha’e: Nahániri, che ruvicha. Upérõ ha’e he’i: Ko’ãva hína umi mokõi oñemoĩva’ekue aséite reheve, oĩva Ñandejára, yvy pukukue Jára renondépe. Zacarías 4:11–14.</w:t>
      </w:r>
    </w:p>
    <w:p>
      <w:pPr>
        <w:pStyle w:val="ArticleBody"/>
        <w:jc w:val="left"/>
      </w:pPr>
      <w:r>
        <w:rPr>
          <w:rFonts w:ascii="Times New Roman" w:hAnsi="Times New Roman" w:eastAsia="Times New Roman" w:cs="Times New Roman"/>
        </w:rPr>
        <w:t>Mokõi “jehepyme'ẽva, oñembo'yva Yvy tuichakue Jára renondépe,” ojehechauka avei mokõi testígo ramo Apocalipsis capítolo once-pe.</w:t>
      </w:r>
    </w:p>
    <w:p>
      <w:pPr>
        <w:pStyle w:val="ArticleScripture"/>
        <w:jc w:val="left"/>
      </w:pPr>
      <w:r>
        <w:rPr>
          <w:rFonts w:ascii="Times New Roman" w:hAnsi="Times New Roman" w:eastAsia="Times New Roman" w:cs="Times New Roman"/>
        </w:rPr>
        <w:t>“Mokõi testígo rehegua, maranduhára he’i avei: ‘Ko’ãva hína mokõi olívo yvyramáta, ha mokõi candeléro oñembo’ýva yvy Jára renondépe.’ ‘Nde ñe’ẽ,’ he’i pe salmista, ‘ha’e peteĩ arapysa che pykuérape guarã, ha peteĩ mba’e resape che rape peguarã.’ Apocalipsis 11:4; Salmo 119:105. Umi mokõi testígo orrepresenta Ñandejára Ñe’ẽryru Antiguo ha Nuevo Testamentopegua.” El Gran Conflicto, 267.</w:t>
      </w:r>
    </w:p>
    <w:p>
      <w:pPr>
        <w:pStyle w:val="ArticleBody"/>
        <w:jc w:val="left"/>
      </w:pPr>
      <w:r>
        <w:rPr>
          <w:rFonts w:ascii="Times New Roman" w:hAnsi="Times New Roman" w:eastAsia="Times New Roman" w:cs="Times New Roman"/>
        </w:rPr>
        <w:t>Taha’e jahecháramo Zacarías térã Juan remimombe’u mokõi testígo rehegua, mokõivéva testimónio-pe ijyvatehápe oĩ pe marandu je’u rape, ha’éva pe añetegua tenondegua oñemombe’úva pe marandu Jesucristo Ñemimbipa rehegua ndive, Apocalipsis peteĩha kapítulo, peteĩha versíkulope. Túvagui, Ta’ýrape, ánhel-kuérape, peteĩ profétape, ha upégui pe iglésiape. Pe rape Cristo oñe’ẽha yvyporakuérape ha’e peteĩ ñemoarandu tuicháva Ha’e oikuaaukaséva pe marandu paha ñemomarandúpe. Kóva ojoja pe ñemomba’e guasúpe ojehechaukáva peteĩha ha mbohapyha ánhel remimombe’úpe.</w:t>
      </w:r>
    </w:p>
    <w:p>
      <w:pPr>
        <w:pStyle w:val="ArticleBody"/>
        <w:jc w:val="left"/>
      </w:pPr>
      <w:r>
        <w:rPr>
          <w:rFonts w:ascii="Times New Roman" w:hAnsi="Times New Roman" w:eastAsia="Times New Roman" w:cs="Times New Roman"/>
        </w:rPr>
        <w:t>Pe ánhel peteĩha marandu ojehechauka William Miller rupive. Miller oguereko heta característica profética tekotevẽva ojekuaa. Ha’e va’ekue pe movimiento “Túva”, ha upéva, Alpha ha Omega rehegua ñe’ẽme, oikotevẽ oĩha peteĩ ta’ýra. Ha’e orrepresenta va’ekue peteĩ movimiento hérava “Millerite”, ha upéva hína pe ñe’ẽ ojeporúva peteĩ itaichagua rehe. Ojepuru chupe omohenda hag̃ua peteĩ aty tembiapoukapy bíblica profecía ñehesa’ỹijo rehegua. Umi tembiapoukapy oiko Tupã Espíritu marandu ñembohasakue pehẽngue tuicháva ramo, umi ojehayhu’ỹ térã oñemoneĩva umi mba’e ramo Miller generación-pegua oiporavo aja opyta hag̃ua iñakãguapy Laodicea-pegua tavyetépe térã oiko hag̃ua Filadelfia-pegua arandúramo. Marandu pe ánhel peteĩha rehegua túva ramo, ha’e ohechauka peteĩ movimiento omombe’útava pe marandu pe ánhel mbohapyha marandu rehegua, ha upe movimiento iñentendimiento marandu rehegua oisãmbyhýta peteĩ aty especial tembiapoukapy bíblica profecía ñehesa’ỹijo rehegua rupive, omoĩva pe marandu pe ánhel mbohapyha rehegua añetépe ha mbaretehápe, péichaite Miller ojepuru haguéicha omoañete hag̃ua pe marandu pe ánhel peteĩha rehegua. Tupã araka’eve ndopytái iñambuéva; Jesucristo upeichaite kuehe, ko árape ha opa ára hag̃ua.</w:t>
      </w:r>
    </w:p>
    <w:p>
      <w:pPr>
        <w:pStyle w:val="ArticleScripture"/>
        <w:jc w:val="left"/>
      </w:pPr>
      <w:r>
        <w:rPr>
          <w:rFonts w:ascii="Times New Roman" w:hAnsi="Times New Roman" w:eastAsia="Times New Roman" w:cs="Times New Roman"/>
        </w:rPr>
        <w:t>Ani pejavy che peñembotavy, che pehẽngue kuéra ahayhuetéva. Opaite me’ẽporã ha opaite me’ẽmbyjakatu ou yvate guive, ha oguejy tesape kuéra Ru-gui, hendive ndaipóri ñemoambue, ni kuarahy’ã ojere hag̃ua. Haʼe voi, ivoluntad rupive, ñanemoheñói pe añetegua ñe’ẽ rupive, ñande hag̃ua peteĩichagua yva tenondegua ijapopyrekuéragui. Santiago 1:16–18.</w:t>
      </w:r>
    </w:p>
    <w:p>
      <w:pPr>
        <w:pStyle w:val="ArticleBody"/>
        <w:jc w:val="left"/>
      </w:pPr>
      <w:r>
        <w:rPr>
          <w:rFonts w:ascii="Times New Roman" w:hAnsi="Times New Roman" w:eastAsia="Times New Roman" w:cs="Times New Roman"/>
        </w:rPr>
        <w:t>Ñepyrũme térã Adventismo pahaitepe, Tupã Espíritu marandu, oñeteĩva pe aséite rupive, oñembohasa umi mokõi testígo rupive. Ñepyrũme, umi Millerita ndive, umi mokõi testígo vaʼekue pe Testamento Tuja ha pe Testamento Pyahu; ha ipahápe hikuái hína pe Biblia ha pe Espíritu de Profecía. Kóva hína pe mbaʼére Juan, pe ohechaukáva iporãvéva Tupã tavayguakuéra paha ára pe huísio investigativo aja, oĩ vaʼekue pe ypaʼũ Patmos-pe.</w:t>
      </w:r>
    </w:p>
    <w:p>
      <w:pPr>
        <w:pStyle w:val="ArticleScripture"/>
        <w:jc w:val="left"/>
      </w:pPr>
      <w:r>
        <w:rPr>
          <w:rFonts w:ascii="Times New Roman" w:hAnsi="Times New Roman" w:eastAsia="Times New Roman" w:cs="Times New Roman"/>
        </w:rPr>
        <w:t>Che, Juan, pene pe ryvy, ha pene irũnguaha jehasa asýpe, ha mburuvicharãme ha Jesús Cristo paciencia-pe, aime vaekue pe ísla hérava Patmos-pe, Tupã Ñe’ẽ rehehápe, ha Jesucristo testimónio rehehápe. Apocalipsis 1:9.</w:t>
      </w:r>
    </w:p>
    <w:p>
      <w:pPr>
        <w:pStyle w:val="ArticleBody"/>
        <w:jc w:val="left"/>
      </w:pPr>
      <w:r>
        <w:rPr>
          <w:rFonts w:ascii="Times New Roman" w:hAnsi="Times New Roman" w:eastAsia="Times New Roman" w:cs="Times New Roman"/>
        </w:rPr>
        <w:t>Pe escenario profético Pátmospe ohechauka Juan oĩha ñembojere vai poguýpe. Ha’e ojejopy vai hína oguereko haguére umi marandu Espíritu Ñandejára rehegua omombe’úva pe Revelación Jesucristo rehegua Biblia rupive ha Espíritu de Profecía rupive.</w:t>
      </w:r>
    </w:p>
    <w:p>
      <w:pPr>
        <w:pStyle w:val="ArticleBody"/>
        <w:jc w:val="left"/>
      </w:pPr>
      <w:r>
        <w:rPr>
          <w:rFonts w:ascii="Times New Roman" w:hAnsi="Times New Roman" w:eastAsia="Times New Roman" w:cs="Times New Roman"/>
        </w:rPr>
        <w:t>Tupã tavaygua “ára pahápe”gua ñemonguatiha ojehechauka avei Apocalipsis capítulore 11-pe, mokõi testígo ojejukárõ guare tape rupi, ha opavave ovy’a hag̃ua he’ópekuéra mano rehe. Pe capítulo 11-pe umi mokõi testígo ha’e Elías ha Moisés. Ha’ekuéra ome’ẽ hekombo’e pytyvõrã mbohapy áño mbyte ha medio pukukue, ha upéi ojejuka chupekuéra; upéi katu oñemopu’ãjey.</w:t>
      </w:r>
    </w:p>
    <w:p>
      <w:pPr>
        <w:pStyle w:val="ArticleBody"/>
        <w:jc w:val="left"/>
      </w:pPr>
      <w:r>
        <w:rPr>
          <w:rFonts w:ascii="Times New Roman" w:hAnsi="Times New Roman" w:eastAsia="Times New Roman" w:cs="Times New Roman"/>
        </w:rPr>
        <w:t>Opavave proféta kuéra oñe’ẽ hetave umi ára paháre rehe, ha ndaha’éi iñaranduka tee rembiasakue rehe; upévare, oĩramo peteĩ lívro oñe’ẽva umi ára paha rehe, ha’e pe Apocalipsis, upépe opavave lívro Bíbliahpegua ojoaju ha oñemohu’ã. Upévare, tekotevẽ oĩ peteĩ “marandu” umi ára pahápe oñejukáva, ha upe rire oñemoingove jeýva. Apocalipsis 11 ohechauka pe tembiasakue Revolución Francesa rehegua, ha katu iñesakãvévo ohechauka peteĩ ñorairõ oñemoñepyrũva pe mbohapyha ánhel remimombe’u rehe umi ára pahápe. Pe marandu ha pe ñemongu’e, ojehechaukava’ekue Miller remimombe’u ha iñemongu’e rupive, ohasa upe ñorairõ rupi ha omano ára 18 jasypokõi 2020-pe. He’iháicha Apocalipsis 11-pe, upe ñorairõ ojapova’erãmo’ã pe mymba osẽva yvykua pypuku hag̃uágui.</w:t>
      </w:r>
    </w:p>
    <w:p>
      <w:pPr>
        <w:pStyle w:val="ArticleScripture"/>
        <w:jc w:val="left"/>
      </w:pPr>
      <w:r>
        <w:rPr>
          <w:rFonts w:ascii="Times New Roman" w:hAnsi="Times New Roman" w:eastAsia="Times New Roman" w:cs="Times New Roman"/>
        </w:rPr>
        <w:t>Ha oñemohuʼã vove hikuái hepykuéra testimónio, pe mymba ojupíva yvykua pypukúgui ojapóta hesekuéra ñorairõ, ha ipuʼakáta hesekuéra, ha ojukáta chupekuéra. Ha hetekuéra omanóva opytáta pe táva guasu kállepe, upéva espíritu rehegua oñembohérava Sodoma ha Egipto, upépe avei ñande Ruvicha ojejuka kurusúre. Apocalipsis 11:8, 9.</w:t>
      </w:r>
    </w:p>
    <w:p>
      <w:pPr>
        <w:pStyle w:val="ArticleBody"/>
        <w:jc w:val="left"/>
      </w:pPr>
      <w:r>
        <w:rPr>
          <w:rFonts w:ascii="Times New Roman" w:hAnsi="Times New Roman" w:eastAsia="Times New Roman" w:cs="Times New Roman"/>
        </w:rPr>
        <w:t>Hermana White ñanemomarandu pe “yvýgui pypuku’ỹva” orrepresenta hague peteĩ jehechauka pyahu Satanás pokatu rehegua.</w:t>
      </w:r>
    </w:p>
    <w:p>
      <w:pPr>
        <w:pStyle w:val="ArticleScripture"/>
        <w:jc w:val="left"/>
      </w:pPr>
      <w:r>
        <w:rPr>
          <w:rFonts w:ascii="Times New Roman" w:hAnsi="Times New Roman" w:eastAsia="Times New Roman" w:cs="Times New Roman"/>
        </w:rPr>
        <w:t>“‘Ombopáta rire [ombopávo hína] hikuái hekokatuha.’ Pe ára mokõi testígo oprofetisátava ao ajakápe oñemondeva’ekue oñemohu’ã ary 1798-pe. Oguahẽmbotávo hikuái ipaha gotyo hembiapópe kañymbyme, oñorairõva’erã kuri hesekuéra pe pokatu ojehechaukáva ramo ‘mymba ojupíva yvykua pypukúgui.’ Hetaiterei tetã Europa-pegua rupi, umi pokatu ogovernáva Tupao ha Estado-pe oĩ va’ekue sa’arykuéra pukukue aja Satanás poguýpe, papado rupive. Péro ko’ápe ojehechauka peteĩ pyahu jehechauka pokatu satánicogua.” The Great Controversy, 268.</w:t>
      </w:r>
    </w:p>
    <w:p>
      <w:pPr>
        <w:pStyle w:val="ArticleBody"/>
        <w:jc w:val="left"/>
      </w:pPr>
      <w:r>
        <w:rPr>
          <w:rFonts w:ascii="Times New Roman" w:hAnsi="Times New Roman" w:eastAsia="Times New Roman" w:cs="Times New Roman"/>
        </w:rPr>
        <w:t>Oĩ mbohapy pokatu ojehechakuaáva Apocalipsis líbrope osẽva yvykua pypukúgui. Peteĩha oñemombeʼúva haʼe Islam Apocalipsis kapítulo 9, versíkulo 2-pe; mokõiha haʼe ateísmo pe Revolución Francesa rehegua kapítulo 11, versíkulo 8-pe; ha mbohapyha haʼe Roma moderna kapítulo 17, versíkulo 8-pe. Pe “manifestación pyahu” ára pahápe ndahaʼéiva añoite ombohovái hag̃ua pe movimiento ojehechauka hag̃uáicha pe movimiento Millerita rupi, ha katu avei ombohováita ko yvy ape ári, haʼe pe despertar japu pe clamor de medianoche japu rehegua, ojekuaáva “Woke-ism” ramo. Woke-ism orrepresenta peteĩ “manifestación pyahu pokatu satánica rehegua” oñemombaretéva pe anticristo jesuita koʼág̃agua rupive ha oñemyasãiva umi comerciante-kuéra rupi, umi mburuvicha político Naciones Unidas-pegua rupi, umi representante liberal umi iglesia protestante hoʼapyrévape Estados Unidos-pe, ha pe Partido Demócrata rupive oñondive umi republicano RINO ndive, umi omokyreʼỹva térã ohejáva oñemokyreʼỹ opaichagua tekove reko deviado comunidad homosexual rehegua, ojehechaukaháicha kapítulo 11-pe “Sodoma” ramo. Koʼã mbohapy pokatu haʼe umi ogueraháva ko yvy ape ári Armagedón-pe, ha avei ojehechauka “Egipto” rupive, haʼéva símbolo ateísmo ha mundanalidad rehegua. Oñemoĩva pe anarquía pe Revolución Francesa reheguápe, haʼéva avei ambue elemento koʼã mbohapy pokatu apytégui omoheñóiva pe Sister White ohenóiva “confederación malvada”, umíva, térã directamente térã indirectamente, omokyreʼỹ térã oheja Woke-ism. Woke-ism haʼe pe falsificación satánica pe despertar umi diez vírgenes rehegua. Ore roguereko hetave mbaʼe ñañeʼẽ hag̃uáicha koʼã línea ári, ha katu tekotevẽ raẽ ñambohovái umi mbaʼe oiko vaʼekue upe rire pe jejuka tape mbytépe ojejapo vaʼekue 18 de julio de 2020-pe.</w:t>
      </w:r>
    </w:p>
    <w:p>
      <w:pPr>
        <w:pStyle w:val="ArticleBody"/>
        <w:jc w:val="left"/>
      </w:pPr>
      <w:r>
        <w:rPr>
          <w:rFonts w:ascii="Times New Roman" w:hAnsi="Times New Roman" w:eastAsia="Times New Roman" w:cs="Times New Roman"/>
        </w:rPr>
        <w:t>Ha avei, che lector ahayhuetéva, eikuaa porãke ndarekoiha mba’eveichagua pytyvõ ame’ẽ hag̃uáicha pe Partido Republicano-pe. Ndaipóri mba’eveichagua tendáre político che jerovia hag̃uáicha. Amombe’u hag̃uánte umi dinámica profética oĩva Estados Unidos-pe, Naciones Unidas-pe ha Papado-pe. Umi dinámica oñembohovakéta mba’eve hag̃uáicha hesakãvévo ñañepyrũ vove ñambohovái hag̃ua directamente umi mokõi hatĩ ojoja hag̃ua ojuehe 1798 guive pe léi domingo peve.</w:t>
      </w:r>
    </w:p>
    <w:p>
      <w:pPr>
        <w:pStyle w:val="ArticleBody"/>
        <w:jc w:val="left"/>
      </w:pPr>
      <w:r>
        <w:rPr>
          <w:rFonts w:ascii="Times New Roman" w:hAnsi="Times New Roman" w:eastAsia="Times New Roman" w:cs="Times New Roman"/>
        </w:rPr>
        <w:t>Pe Woke-ismo satánico, oĩva peteĩ Sapukái Pyharepytegua japu ramo, oñemotenonde pe Sapukái Pyharepytegua añeteguápe; ha mboyve og̃uahẽ hag̃ua pe ára pe Sapukái Pyharepytegua añeteguápe, umi ojepyréva callekuérape ipahápe oñemoambue peteĩ kuñataĩ tarovápe térã peteĩ kuñataĩ arandúpe. Ko árape og̃uahẽma pe aravo ñañembyatývo ñande rekokue peteĩ atadúpe tata ñehundyrãrãme guarã, térã pe atadúpe yvágagua ñembyatyhapegua hag̃ua.</w:t>
      </w:r>
    </w:p>
    <w:p>
      <w:pPr>
        <w:pStyle w:val="ArticleBody"/>
        <w:jc w:val="left"/>
      </w:pPr>
      <w:r>
        <w:rPr>
          <w:rFonts w:ascii="Times New Roman" w:hAnsi="Times New Roman" w:eastAsia="Times New Roman" w:cs="Times New Roman"/>
        </w:rPr>
        <w:t>Hermana White ohechauka pe pyta puku aja, umi kuñataĩ kañy Millerita rembiasakuepegua ombohovái hague pe ñembyasy jehechaukarã peteĩcha’ỹ umi kuñataĩ arandu-gui; upéicha rupi ohechauka pe pyta puku aja, ikatupyrykue oĩma hague oñemohenda hag̃uáicha. Ha Jeremías testimonio katu ñanembo’e ikatuha jaiporavo jajevy Tupã rendápe, ha Ha’e ndaha’éi ojevy hag̃uánte ñande rendápe, síno ojapóta ñandégui peteĩ murálla mbarete brónceguáva umi ñaña ha ñemondýi rendápe, jaipurúvo ñande hag̃ua iñe’ẽrã pe apañuái oútavape. Upéva hína pe punto proféticope Jesús ome’ẽva ñandéve iñecomforta hag̃ua. Kóva hína pe he’iséva Juan irundy kapítulo oñemohendáva ñane rembiasakue ko’ág̃aguápe.</w:t>
      </w:r>
    </w:p>
    <w:p>
      <w:pPr>
        <w:pStyle w:val="ArticleBody"/>
        <w:jc w:val="left"/>
      </w:pPr>
      <w:r>
        <w:rPr>
          <w:rFonts w:ascii="Times New Roman" w:hAnsi="Times New Roman" w:eastAsia="Times New Roman" w:cs="Times New Roman"/>
        </w:rPr>
        <w:t>Pe aséite hína pe Espíritu Santo, ha’e tekoporã, ha ha’e Ñandejára Espíritu marandu. Ñandejára Espíritu ha’e pe “Mombaretehára.” Oguerekoháicha Ñandejára mborayhu ko yvy ape ári ome’ẽ hag̃uáicha Ita’ýra peteĩete imemby hag̃ua, ha Jesucristo osakrivikaháicha ijehegui pe teko marangatu oguerekóva oñeme’ẽ hag̃uáicha py’aite guive omoneĩ pe yvypóra reko ha’e voi ojejapo vaʼekue oguerekóramo hag̃ua ijehe peteĩcha opa ára g̃uarã, upéicha avei pe Espíritu Santo oñeme’ẽva ko ára pukukue opytáta ñanendive opa ára hag̃ua.</w:t>
      </w:r>
    </w:p>
    <w:p>
      <w:pPr>
        <w:pStyle w:val="ArticleScripture"/>
        <w:jc w:val="left"/>
      </w:pPr>
      <w:r>
        <w:rPr>
          <w:rFonts w:ascii="Times New Roman" w:hAnsi="Times New Roman" w:eastAsia="Times New Roman" w:cs="Times New Roman"/>
        </w:rPr>
        <w:t>Chehayhu ramo chéve, pejapo che mandamiéntokue. Ha che ajeruréta Túvape, ha ha’e ome’ẽta peẽme ambue Consolador, opyta hag̃uáicha pene ndive opa ára g̃uarã; pe Espíritu añetegua rehegua; ko yvy arigua ndaikatúi orresivi chupe, ndohecháigui chupe, ha ndoikuaáigui avei chupe: peẽ katu peikuaa chupe; opyta hag̃uére pene ndive, ha oĩta pendepype. Ndahejamo’ãi peẽme penembyasy hag̃uáicha: aju jeýta pene rendápe. Juan 14:15–18.</w:t>
      </w:r>
    </w:p>
    <w:p>
      <w:pPr>
        <w:pStyle w:val="ArticleBody"/>
        <w:jc w:val="left"/>
      </w:pPr>
      <w:r>
        <w:rPr>
          <w:rFonts w:ascii="Times New Roman" w:hAnsi="Times New Roman" w:eastAsia="Times New Roman" w:cs="Times New Roman"/>
        </w:rPr>
        <w:t>Ko sacrificio Espíritu rehegua, oiporavóvo opyta hag̃ua yvypóra ndive opa árare, ojoja mokõi tapicha ambue pe trío yvagapegua rehegua sacrificio ndive. Ikatu hag̃uáicha iñimportántevaicha pe Espíritu sacrificio, ha’e oipotágui oiko peteĩteĩ umi oñesalváva ryepýpe opa ára g̃uarã, upéicha avei pe “Consolador” oguahẽvo ko tembiasakue particular-pe ohechauka araka’épa Tupã tavayguakuéra oñemboty hag̃ua opa árare.</w:t>
      </w:r>
    </w:p>
    <w:p>
      <w:pPr>
        <w:pStyle w:val="ArticleScripture"/>
        <w:jc w:val="left"/>
      </w:pPr>
      <w:r>
        <w:rPr>
          <w:rFonts w:ascii="Times New Roman" w:hAnsi="Times New Roman" w:eastAsia="Times New Roman" w:cs="Times New Roman"/>
        </w:rPr>
        <w:t>Ani peñembyasy eme Tupã Espíritu Santo-pe, upéva rupive peẽ pejesella pe ñerredensiõ ára peve. Efesios 4:30.</w:t>
      </w:r>
    </w:p>
    <w:p>
      <w:pPr>
        <w:pStyle w:val="ArticleBody"/>
        <w:jc w:val="left"/>
      </w:pPr>
      <w:r>
        <w:rPr>
          <w:rFonts w:ascii="Times New Roman" w:hAnsi="Times New Roman" w:eastAsia="Times New Roman" w:cs="Times New Roman"/>
        </w:rPr>
        <w:t>Tembiasakuepe, pe Consolador ñe’ẽme’ẽ oñemboguata hag̃ua hekopete ha oñemyenyhẽmba hag̃ua, upéva hína umi cien cuarenta y cuatro mil rembiasakue, pe Espíritu “opyta” ñande pype “opa ára guarã”. Opa cristiano ombohováiva pe evangelio remikotevẽ oguereko pe Espíritu Santo ha upévare oñesegella kuri “pe jehupyty ára peve”; hákatu upe sellado ndaha’éi ambue mba’e síno ohechauka tenonderã upe ára gotyo, araka’épa umi cien cuarenta y cuatro mil oñesegelláta ko tembiasakue ko’ág̃agua ryepýpe. Efesios-pe umi oñesegelláva pe jehupyty ára peve oñembojoavy umi “ombopochýva” “Espíritu Santo”-gui. Ha’ekuéra ombopochy pe Espíritu Santo-pe ndojapyhýi haguére Ñandejára Espíritu marandu, ha upéicha rupi omboykévo pe aséite órova. Cristo ñaneprometévo ombou hag̃ua ñandéve pe “Consolador”, pe “Añetegua Espíritu” ko ñembyasy ha ñemo’ã ñembyahýi aja, Ha’e opromete omoĩtaha i-sello ñande ári, ha i-sello ohechauka i-mandamiento-kuéra ñangarekopa, ko’ýte pe sábado mandamiento, ha’éva pe ára Juan orresivi haguépe pe revelación ha ha’éva avei pe tema oĩmava oñembohováita hag̃ua yvóra renondépe.</w:t>
      </w:r>
    </w:p>
    <w:p>
      <w:pPr>
        <w:pStyle w:val="ArticleBody"/>
        <w:jc w:val="left"/>
      </w:pPr>
      <w:r>
        <w:rPr>
          <w:rFonts w:ascii="Times New Roman" w:hAnsi="Times New Roman" w:eastAsia="Times New Roman" w:cs="Times New Roman"/>
        </w:rPr>
        <w:t>Pe sellamiento umi vírgen iñarandúva rehegua ojejapo pe ley domingo rehegua prueba mboyve, upépe ningo ojehechauka hag̃ua mokõivéva, umi iñarandúva ha umi tavyva, rekokue; ha rekokue araka’eve ndokakuaái peteĩ apañuáipe, ojehechauka hag̃uánte. Pe sellamiento orrepresenta, ambue mba’e apytépe, peteĩ ñemoambue pe apytu’ũ Laodiceagua guive peteĩ apytu’ũ Filadelfiagua peve. Pe apañuãi ha’e hag̃ua upe ñemoambue ojehupyty, pe peteĩha prueba ñandekáda peteĩme guarã ha’e añetehápe jaikuaa pe ko’ág̃a peve ñande Laodiceagua hague; Laodiceagua ramo ningo ñane remiandu espiritual tenondegua ha’e opa mba’e oĩporãha, añetehápe katu opa mba’e vaieterei jave. Upe actitud oñemboykete va’erã; ha’e peteĩva umi mba’e ky’aíva oñemboja’o va’erã pe hepyetévagui.</w:t>
      </w:r>
    </w:p>
    <w:p>
      <w:pPr>
        <w:pStyle w:val="ArticleScripture"/>
        <w:jc w:val="left"/>
      </w:pPr>
      <w:r>
        <w:rPr>
          <w:rFonts w:ascii="Times New Roman" w:hAnsi="Times New Roman" w:eastAsia="Times New Roman" w:cs="Times New Roman"/>
        </w:rPr>
        <w:t>“Pya’eterei Ñandejára tavayguakuéra oñesella vove iñakã renondépe—ndaha’éi mba’eveichagua séllo térã marka ojehechakuaáva, síno peteĩ ñemopyenda pe añeteguápe, arandu ha espíritu reheve, upéicha ndaikatúi hag̃ua omongu’e chupekuéra—pya’eterei Ñandejára tavayguakuéra oñesella ha oñembosako’i vove pe mboryrýipe g̃uarã, upéva oúta. Añetehápe, oñepyrũma voi; Ñandejára juicio-kuéra oĩma ko’ág̃a pe yvýre, ñanemomarandúvo, jaikuaa hag̃ua mba’épa oútava.” Seventh-day Adventist Bible Commentary, volumen 4, 1161.</w:t>
      </w:r>
    </w:p>
    <w:p>
      <w:pPr>
        <w:pStyle w:val="ArticleBody"/>
        <w:jc w:val="left"/>
      </w:pPr>
      <w:r>
        <w:rPr>
          <w:rFonts w:ascii="Times New Roman" w:hAnsi="Times New Roman" w:eastAsia="Times New Roman" w:cs="Times New Roman"/>
        </w:rPr>
        <w:t>Pe “Consolador” Jesús oprometéva hemimbo'épe, ombopy'arory hag̃ua chupekuéra ñembotavy árape, ogueraha Ipuévlope opaite añetegua rupi, ha peteĩ “añeteguápe oñemopyenda hag̃ua” rupive ñande jañeñosegura. Pe “añetegua” Tupã remimboukuéra oñemopyenda vaerã ko púntope ha'e pe “añetegua” ojeipe'áva michĩmi mboyve pe oportunidad ñemboty, pórke “ára hi'aguĩma.” Upe añetegua ha'e pe tembiasakue ñemohenda pe kañymbyva siete trueno rehegua, ha upe tembiasakue kañymbyva ohechauka pe tembiasakue oñepe'a hag̃uáicha pe Revelación de Jesucristo. Pe tembiasakue kañymbyva siete trueno rehegua oñemohu'ãta pe áraite pe “añetegua” ojehechaukáva tembiasakue kañymbyváramo ojeipe'a jave. Pe ojeipe'a hag̃ua pe “añetegua” ha'e upe omosẽva sello umi ohupytýva pe marandu yma oñeñotỹ va'ekue.</w:t>
      </w:r>
    </w:p>
    <w:p>
      <w:pPr>
        <w:pStyle w:val="ArticleBody"/>
        <w:jc w:val="left"/>
      </w:pPr>
      <w:r>
        <w:rPr>
          <w:rFonts w:ascii="Times New Roman" w:hAnsi="Times New Roman" w:eastAsia="Times New Roman" w:cs="Times New Roman"/>
        </w:rPr>
        <w:t>Tupã tavaygua oñembotyvaʼerã hova renondepegua rehe umi tetã ipochyva ryryipaha mboyve, oikóva pe léi domingo jave, ha upéicha oñepyrũvo tetãnguéra ñehundikue. Jesucristo Revelación haʼe “ko marandu profecía ñeʼẽnguéra” pe Revelación arandukápe oĩva, noñembotyvéivaʼerãma, pe ára hiʼag̃uímagui. Kóva hína pe añetegua koʼág̃a oñemoñeʼẽvaʼerã, oñehenduvaʼerã ha iñimportantevéva, oñeñongatuvaʼerã, ñande rovasa hag̃ua.</w:t>
      </w:r>
    </w:p>
    <w:p>
      <w:pPr>
        <w:pStyle w:val="ArticleScripture"/>
        <w:jc w:val="left"/>
      </w:pPr>
      <w:r>
        <w:rPr>
          <w:rFonts w:ascii="Times New Roman" w:hAnsi="Times New Roman" w:eastAsia="Times New Roman" w:cs="Times New Roman"/>
        </w:rPr>
        <w:t>Judas, ndaha’éiva Iscariote, he’i chupe: Ñandejára, mba’éicha rupi rejehechauka nejehegui oréve ha ndaha’éi ko yvy arapýpe? Jesús ombohovái ha he’i chupe: Oiméramo peteĩ kuimba’e cherasayhu, ojapóta che ñe’ẽnguéra; ha Che Ru ohayhúta chupe, ha roúta hendápe, ha rojapóta ore renda hendive. Pe ndacherayhúiva ndojapói che ñe’ẽnguéra; ha pe ñe’ẽ pehendúva ndaha’éi che mba’e, ha’e katu pe Túva chemboúva mba’e. Ko’ã mba’e ha’e peẽme aime aja gueteri pene ndive. Péro pe Consolador, ha’éva Espíritu Santo, pe Túva omboútava che rérape, ha’e pene mbo’éta opa mba’e, ha pene mandu’áta opa mba’e rehe, opa mba’e ha’e va’ekue peẽme. Juan 14:22–26.</w:t>
      </w:r>
    </w:p>
    <w:p>
      <w:pPr>
        <w:pStyle w:val="ArticleBody"/>
        <w:jc w:val="left"/>
      </w:pPr>
      <w:r>
        <w:rPr>
          <w:rFonts w:ascii="Times New Roman" w:hAnsi="Times New Roman" w:eastAsia="Times New Roman" w:cs="Times New Roman"/>
        </w:rPr>
        <w:t>Umi oguerekóvape pe marandu oñemboja’óva, pe ñe’ẽme’ẽ ha’e pe Mbopy’aguasuha “ombo’éta” ñandéve “opa mba’e” “opaite” Jesús he’i va’ekue “peẽme”. Kóva hína pe ñe’ẽme’ẽ oñekumpli va’ekue umi discípulo de Emaús-pe ha upéi umi once discípulo-pe. Cristo oipe’a ramo guare ipo pe mba’e “holden” gui umi discípulo de Emaús resa ári, ha upéi “oavri” umi once discípulo “entendimiento” ikatu hag̃uáicha hikuái “oikuaa porã hag̃ua las Escrituras”, Ha’e oheja va’ekue peteĩ ñe’ẽme’ẽ umi oikovévape “ára pahápe” oñembovy’ỹgui ou jeýva, oñembyasýva icondición Laodicea rehe ha omoneĩva pe “añetegua”. Pe “Mbopy’aguasuha” umi “ára pahápe” “oguerúta opa mba’e” ñane “mandu’ápe” ombo’évo ñandéve “opa mba’e”. Tuicha mba’e hag̃uáicha ogueru ñane mandu’ápe umi añetegua yma guaréva ombo’évo ñandéve opa mba’e, upéicha avei Ha’e “ohechaukáta ñandéve umi mba’e oútava”.”</w:t>
      </w:r>
    </w:p>
    <w:p>
      <w:pPr>
        <w:pStyle w:val="ArticleScripture"/>
        <w:jc w:val="left"/>
      </w:pPr>
      <w:r>
        <w:rPr>
          <w:rFonts w:ascii="Times New Roman" w:hAnsi="Times New Roman" w:eastAsia="Times New Roman" w:cs="Times New Roman"/>
        </w:rPr>
        <w:t>Upéicharamo jepe, che ha’e peẽme añeteguápe; iporãve pene ndive hag̃ua che aha: che nda’aháiramo, pe Pytyvõhára ndoumo’ãi pene rendápe; che aháramo katu, amondóta chupe pene rendápe. Ha oguahẽ vove ha’e, ohechaukáta ko yvórape angaipa rehe, tekojoja rehe, ha jehukakuaa rehe: angaipa rehe, ndojeroviái rupi cherehe; tekojoja rehe, ahágui Che Ru rendápe, ha peẽ nda che rechamo’ãvéi; jehukakuaa rehe, ko yvy aruvicha oñehusgáma rupi. Heta mba’e gueteri areko ha’évo peẽme, ha ko’ág̃a ndaikatúi pegueropu’aka. Péro oguahẽ vove ha’e, Añetegua Espíritu, pene mboguátata opaite añeteguápe: ndoñe’ẽmo’ãi ijehegui; opa mba’e ohendúva, upéva ha’éta; ha ohechaukáta peẽme umi mba’e oútava. Ha’e che mombaretéta: ogueraháta ningo che mba’égui, ha ohechaukáta peẽme. Juan 16:7–14.</w:t>
      </w:r>
    </w:p>
    <w:p>
      <w:pPr>
        <w:pStyle w:val="ArticleBody"/>
        <w:jc w:val="left"/>
      </w:pPr>
      <w:r>
        <w:rPr>
          <w:rFonts w:ascii="Times New Roman" w:hAnsi="Times New Roman" w:eastAsia="Times New Roman" w:cs="Times New Roman"/>
        </w:rPr>
        <w:t>Ko ára pe Consolador ñanemboguátata “pe añeteguápe”, “ombo’éta ñandéve opa mba’e”, oikehápe “umi mba’e oútava”, ko ára guive Jesús oguereko gueteri “heta mba’e he’íva” ñandéve. Umi mba’e—taha’e umi ouva ñane “mandu’agui”, “umi mba’e oútava”, térã umi heta “mba’e” ha’e “gueteri” he’iva’erã ñandéve—ha’e umi mba’e ñanemokyre’ỹva oñemboty hag̃ua ñanderehe pe apañuãi oútavape ĝuarã. Péicha ojapo, pórke iñañetegua orrepresenta ipu’aka omoheñóiva. Ha’e ñanemokyre’ỹ oñemboty hag̃ua ñanderehe pe apañuãi oútava mboyve, pórke Ha’e oipota ñañemomarandu raẽ pe jehasa asýgui tuichavéva oútavagui Itavayguakuéra ári, pe oikova’ekue marandupyrã marangatu rembiasakue pukukue javeve. Upe jehasa asy he’ise porãiterei umi ñe’ẽ ha umi tembiapo jajapova’ekue yma oñemandu’ataha hese ha ojeporúta ñande rehe, Cristo ñe’ẽ oñembotavy haguéicha hese. Upéicharõ jepe, jahechauka va’erã pe marandu peteĩ testígo ramo hikuái pu’aka’ỹre hag̃ua iñepu’ã rehe, Ezequiel ha Cristo ohechaukaháicha.</w:t>
      </w:r>
    </w:p>
    <w:p>
      <w:pPr>
        <w:pStyle w:val="ArticleScripture"/>
        <w:jc w:val="left"/>
      </w:pPr>
      <w:r>
        <w:rPr>
          <w:rFonts w:ascii="Times New Roman" w:hAnsi="Times New Roman" w:eastAsia="Times New Roman" w:cs="Times New Roman"/>
        </w:rPr>
        <w:t>Penemandu’a pe ñe’ẽ ha’éva amombe’u va’ekue peẽme: “Pe tembiguái ndaha’éi tuichavéva ijára-gui”. Ojejahéiramo cherehe, peẽre avei ojejahéita; oguerekóramo che ñe’ẽ, pene ñe’ẽ avei oguerekóta. Ha opa ko’ã mba’e ojapóta hikuái penderehe che réra rehehápe, ndoikuaáigui pe chembou va’ekuépe. Chéne ndajúi va’erãmo’ã ha nañe’ẽi va’erãmo’ã chupekuéra, ndorekói va’erãmo’ã angaipa; ko’ág̃a katu ndaipóri chuguikuéra ñemokañy hag̃ua iñangaipágui. Pe che rayhú’ỹva che Rupe avei ndohayhúi. Chéne ndajapói va’erãmo’ãmo’ã rire ipytépe umi tembiapo avave ambuéva ndojapóiva, ndorekói va’erãmo’ã angaipa; ko’ág̃a katu ohecha rire, che ha che Rupe mokõivéva ndaija’éi hikuái. Péro ko mba’e oiko, oñemboguapy hag̃ua pe ñe’ẽ ojehai va’ekue iléipe: “Cherecha’ỹre che rayhu’ỹ hikuái”. Ha og̃uahẽ vove pe Mbohováiha, pe che amondótava peẽme Túvagui, pe Añetegua Espíritu, osẽva Túvagui, upéva ome’ẽta che rehegua mombe’u. Juan 15:20–26.</w:t>
      </w:r>
    </w:p>
    <w:p>
      <w:pPr>
        <w:pStyle w:val="ArticleBody"/>
        <w:jc w:val="left"/>
      </w:pPr>
      <w:r>
        <w:rPr>
          <w:rFonts w:ascii="Times New Roman" w:hAnsi="Times New Roman" w:eastAsia="Times New Roman" w:cs="Times New Roman"/>
        </w:rPr>
        <w:t>Pe “Espíritu añetegua”, ha’éva pe “Mbopy’aguapyhára”, “omombe’úta” Cristo rehe, ha’éva pe “añetegua”. Ha pe “añetegua” hína pe Alfa ha Omega, pe peteĩha ha pe pahápegua, pe ñepyrũ ha pe paha. Pe tembiasakue ñemi umi siete trueno rehegua, ko’ág̃a ojeipe’áva, hína pe ñe’ẽmondo sellado rehegua umi cien cuarenta y cuatro mil rehegua. Upe rire, 18 de julio de 2020, Jeremías ome’ẽ peteĩ techapyrã ikatu hag̃uáicha jajeporavo jajevy hag̃ua Hendápe, pe ñande rayhu vaekuépe raẽ. Jaikóvo jajapo hag̃ua upe tembiapo jevy rehegua, oreko ñande responsabilidad jahe’o hag̃ua pe hepyetéva pe ivaívagui. Ñamba’apóramo ñane salvación rehe, kyhyje ha ryrýi reheve, ha jajapóramo upe tembiapo, ñañeselláta ha pya’e jajikéta pe apañuãi tuichavéva yvy rembiasakue pukukue javeve. Avei ñarekóta pe privilegio jahecha hag̃ua pe tembiasakue umi proféta, mburuvicha guasu ha kuimba’e hekojojáva ohechasetereíva’ekue.</w:t>
      </w:r>
    </w:p>
    <w:p>
      <w:pPr>
        <w:pStyle w:val="ArticleBody"/>
        <w:jc w:val="left"/>
      </w:pPr>
      <w:r>
        <w:rPr>
          <w:rFonts w:ascii="Times New Roman" w:hAnsi="Times New Roman" w:eastAsia="Times New Roman" w:cs="Times New Roman"/>
        </w:rPr>
        <w:t>Umi ojapyhýva upe tembiapo ha ojevýva “oguatátane pe tesape osẽva Tupã guapyha guasúgui”, ha “umi ánhel rupi oĩta joaju meme yvágagui yvy peve”, ha upéva hína pe joaju rape ojehechaukáva pe versíkulo ñepyrũha Apocalipsis arandúpe.</w:t>
      </w:r>
    </w:p>
    <w:p>
      <w:pPr>
        <w:pStyle w:val="ArticleScripture"/>
        <w:jc w:val="left"/>
      </w:pPr>
      <w:r>
        <w:rPr>
          <w:rFonts w:ascii="Times New Roman" w:hAnsi="Times New Roman" w:eastAsia="Times New Roman" w:cs="Times New Roman"/>
        </w:rPr>
        <w:t>“Ndaha’éi opaite ko yvy ape arigua oñemoĩva pe enemigo ykére Tupã rehe. Ndaha’éi opaite oikóva iñe’ẽrendu’ỹ hag̃uáicha. Oĩ mbovymi jerovia hag̃ua, añetetéva Tupãme; Juan ohai rupi: ‘Ko’ápe oĩ umi oñangarekóva Tupã mandamientokuérare ha Jesús jeroviáre.’ Apocalipsis 14:12. Pya’eterei pe ñorairõ oñemoñepyrũta mbarete eterei umi oservíva Tupãme ha umi ndo-servíri chupe apytépe. Pya’eterei opa mba’e ikatúva oñembokacha oñembokacháta, umi ndaikatúiva oñembokacha opyta hag̃uáicha.”</w:t>
      </w:r>
    </w:p>
    <w:p>
      <w:pPr>
        <w:pStyle w:val="ArticleScripture"/>
        <w:jc w:val="left"/>
      </w:pPr>
      <w:r>
        <w:rPr>
          <w:rFonts w:ascii="Times New Roman" w:hAnsi="Times New Roman" w:eastAsia="Times New Roman" w:cs="Times New Roman"/>
        </w:rPr>
        <w:t>“Satanás ha’e peteĩ temimbo’e kyre’ỹ Biblia rehegua. Ha’e oikuaa hi’ára mbykyha, ha ohekávo opa hendáicha ombotove hag̃ua Ñandejára rembiapo ko yvy ape ári. Ndaikatúi oñeme’ẽ mba’eveichagua ta’anga umi mba’e ohasátava Tupã tavayguakuérape oikovéta guive ko yvy ape ári, ára pe mimbipa yvagagua ha jeyjey umi ñemongyhyje yma guaréva oñembojehe’ávo. Ha’ekuéra oguatáta pe tesape osẽvape Tupã guapyha guive. Umi ánhel rupi oĩta peteĩ jeikuaauka tapiaite yvága ha yvy apytépe. Ha Satanás, oñemongorýva umi ánhel aña rehe, ha he’ívo ha’eha Tupã, ojapóta opaichagua milágro, ombotavývo, ikatúrõ, umi poravo py’aite jepe. Tupã tavaygua ndojuhumo’ãi hekorosã hag̃ua pe milágro apope, Satanás niko ojapóta japojerovia’ỹramo umi milágro ojejapótavape. Tupã tavaygua, oñeha’ã ha ojehechapyre, ojuhúta ipokatu pe techaukaha oñeñe’ẽhague Éxodo 31:12–18-pe. Ha’ekuéra oñemoĩva’erã pe Ñe’ẽ oikovévare: ‘Ojehai hína.’ Kóva añoite hína pe pyenda ikatuhápe oñembo’y hag̃ua tekorosãme. Umi omboja’óva’ekue iñe’ẽme’ẽ Tupã ndive, upe árape opytáta Tupã’ỹre ha jerovia’ỹre.”</w:t>
      </w:r>
    </w:p>
    <w:p>
      <w:pPr>
        <w:pStyle w:val="ArticleScripture"/>
        <w:jc w:val="left"/>
      </w:pPr>
      <w:r>
        <w:rPr>
          <w:rFonts w:ascii="Times New Roman" w:hAnsi="Times New Roman" w:eastAsia="Times New Roman" w:cs="Times New Roman"/>
        </w:rPr>
        <w:t>“Ñandejára omomba’éva ojehechakuaáta hag̃ua ijojaha’ỹ hag̃uáicha iñe’ẽrendúre pe tembiapoukapy irundyhápe, ko hag̃ua pe techaukaha hekopete ohechaukáva Ñandejára pokatu omoheñóiva opa mba’e ha avei pe testígo ohechaukáva Hae oguerekoha derecho yvypórare oñemomba’e ha oñemomorã hag̃ua chupe. Umi iñañáva katu ojehechakuaáta ikyre’ỹme ombyaise hag̃ua pe Creador mandu’arã ha omopu’ã hag̃ua Roma remimoĩ. Pe ñorairõ vai rehegua apañuãime, opa Cristiandad oñemboja’óta mokõi aty guasúpe: umi oñongatúva Ñandejára mandamientokuéra ha Jesucristo jerovia, ha umi omomba’éva pe mymba vai ha ta’ãngamýi, ha oguerohorýva imárka. Jepénte tupao ha Estado ombojoajúta ipokatu hag̃ua ombopýri opavavépe, ‘michĩva ha tuicháva, imboriahúva ha ipirapire hetáva, isãsóva ha tembiguáiva,’ ogueraha hag̃ua pe mymba vai márka, upéicharõ jepe Ñandejára tavaygua ndojapomo’ãi upéva. Apocalipsis 13:16. Pe maranduhára Patmos-pegua ohecha ‘umi ipu’akáva pe mymba vai rehe, ha ta’ãngamýi rehe, ha imárka rehe, ha héra papapy rehe, oĩha pe yguasu vidrio joguaha ári, oguerekóvo Ñandejára mbarakakuéra,’ ha opurahéi hag̃ua Moisés ha pe Cordero purahéi. Apocalipsis 15:2.”</w:t>
      </w:r>
    </w:p>
    <w:p>
      <w:pPr>
        <w:pStyle w:val="ArticleScripture"/>
        <w:jc w:val="left"/>
      </w:pPr>
      <w:r>
        <w:rPr>
          <w:rFonts w:ascii="Times New Roman" w:hAnsi="Times New Roman" w:eastAsia="Times New Roman" w:cs="Times New Roman"/>
        </w:rPr>
        <w:t>“Pruéva ha jejopy vaiete oha’arõ Tupã retãmegua tavayguakuérape. Ñorairõ espíritu omokyre’ỹ hína tetãnguéra ko yvy apy peteĩ hendágui pe ambuéva peve. Péro pe jehasa asy oútavape mbytepe — peteĩ jehasa asy ndaipóri va’ekue gueteri peteĩ tetã oĩ hague guive — Tupã rembiporavo tavayguakuéra opytáta ndojekua’éi hag̃ua mba’eve renondépe. Satanás ha iñehẽnguekuéra ndaikatumo’ãi ohundipa chupekuéra, umi ánhel imbaretetereíva oñangarekóta rupi hesekuéra.” Testimonios, volúmen 9, 15–17.</w:t>
      </w:r>
    </w:p>
    <w:p>
      <w:pPr>
        <w:pStyle w:val="ArticleBody"/>
        <w:jc w:val="left"/>
      </w:pPr>
      <w:r>
        <w:rPr>
          <w:rFonts w:ascii="Times New Roman" w:hAnsi="Times New Roman" w:eastAsia="Times New Roman" w:cs="Times New Roman"/>
        </w:rPr>
        <w:t>Iporãne jahechakuaa hag̃ua ko pehẽngue ha’eha peteĩ kapítulo paha, oñepyrũva página once-pe Testimonies, volumen nueve-pe, ikatúva ojehechakuaa ohechaukaha nueve-once. Iporãne avei ñamoĩ hag̃ua ñane akãme pe título oñe’ẽha pe Novio oútavare, ha avei Habacuc gráfico-kuéra rehe, upépe Pablo oguenohẽhaguégui pe versíkulo ohai va’ekue Hebreos kuatiápe. Pe kapítulo ñepyrũ omarkaha pe tembiasakue oñepyrũva’ekue 11 de septiembre de 2001-pe, mokõi mesa pe pacto rehegua profesíapegua ojejapo va’ekue Adventismo ñepyrũme, ha pe título ha’eha pe pahaite apañuái, upéva ohechauka pe pahaite Pyhare mbyte Sapukái. Pe kapítulo paha oĩmbaite peteĩ ñe’ẽme pe ñepyrũ ndive, mokõivéva, ñepyrũ ha paha, oñe’ẽgui pe pahaite apañuái rehe.</w:t>
      </w:r>
    </w:p>
    <w:p>
      <w:pPr>
        <w:pStyle w:val="ArticleScripture"/>
        <w:jc w:val="left"/>
      </w:pPr>
      <w:r>
        <w:rPr>
          <w:rFonts w:ascii="Times New Roman" w:hAnsi="Times New Roman" w:eastAsia="Times New Roman" w:cs="Times New Roman"/>
        </w:rPr>
        <w:t>“Pehẽngue 1—Mburuvicha Guasu ou hag̃uáicha”</w:t>
      </w:r>
    </w:p>
    <w:p>
      <w:pPr>
        <w:pStyle w:val="ArticleScripture"/>
        <w:jc w:val="left"/>
      </w:pPr>
      <w:r>
        <w:rPr>
          <w:rFonts w:ascii="Times New Roman" w:hAnsi="Times New Roman" w:eastAsia="Times New Roman" w:cs="Times New Roman"/>
        </w:rPr>
        <w:t>“Sa’i sapy’aitemi, ha pe Oútava ou va’erã ou va’erã, ha ndopytare’ỹmo’ãi.” Hebreos 10:37.</w:t>
      </w:r>
    </w:p>
    <w:p>
      <w:pPr>
        <w:pStyle w:val="ArticleScripture"/>
        <w:jc w:val="left"/>
      </w:pPr>
      <w:r>
        <w:rPr>
          <w:rFonts w:ascii="Times New Roman" w:hAnsi="Times New Roman" w:eastAsia="Times New Roman" w:cs="Times New Roman"/>
        </w:rPr>
        <w:t>“Pe Krisis Pahápe”</w:t>
      </w:r>
    </w:p>
    <w:p>
      <w:pPr>
        <w:pStyle w:val="ArticleScripture"/>
        <w:jc w:val="left"/>
      </w:pPr>
      <w:r>
        <w:rPr>
          <w:rFonts w:ascii="Times New Roman" w:hAnsi="Times New Roman" w:eastAsia="Times New Roman" w:cs="Times New Roman"/>
        </w:rPr>
        <w:t>“Jaiko pe ára pahápe. Umi señal umi ára rehegua, pya’e oñembotýva, omombe’u Cristo jeju hi’aguĩmaha. Ko’ã ára jaikohápe ha’e pohýi ha tuicha mba’e. Ñandejára Espíritu mbeguekatúpe, ha katu katuete, ojepe’a hína yvy ári. Umi mba’asy guasu ha huísio-kuéra o’a hínama umi oñemboykévare Ñandejára gracia-gui ári. Umi ñembyai yvýpe ha yguasúpe, tekove atygua ndaipy’a guapýiva, ñorãirõ kyhyje marandu, opa ko’ãva ha’e mba’e omombe’úva mba’épa oikóta. Umíva ohechauka umi mba’e oúvama, tuichaitereíva.” Testimonios, volúmen 9, 11.</w:t>
      </w:r>
    </w:p>
    <w:p>
      <w:pPr>
        <w:pStyle w:val="ArticleBody"/>
        <w:jc w:val="left"/>
      </w:pPr>
      <w:r>
        <w:rPr>
          <w:rFonts w:ascii="Times New Roman" w:hAnsi="Times New Roman" w:eastAsia="Times New Roman" w:cs="Times New Roman"/>
        </w:rPr>
        <w:t>Ñajevy jey ha japyhy pe ñande ñehenói yvateha jaiko hag̃ua Tupã “juru” ramo, oñeteháicha Jeremías rupive, sapyʼaitépe voi jaike hag̃ua tembiasakue marangatu pe aporomboaty guasuvetépe.</w:t>
      </w:r>
    </w:p>
    <w:p>
      <w:pPr>
        <w:pStyle w:val="ArticleScripture"/>
        <w:jc w:val="left"/>
      </w:pPr>
      <w:r>
        <w:rPr>
          <w:rFonts w:ascii="Times New Roman" w:hAnsi="Times New Roman" w:eastAsia="Times New Roman" w:cs="Times New Roman"/>
        </w:rPr>
        <w:t>He’i chupekuéra avei ñe’ẽ kuéra jeroviaha ha py’a guasurã. “Ani pene py’a ojepy’apy,” he’i; “pejerovia Tupãre, pejerovia avei Che rehe. Che Ru rópe oĩ heta koty; ndaha’éirire upéicha, ha’e va’erãmo’ã peẽme. Aha ambosako’i hag̃ua peteĩ tenda peẽme g̃uarã. Ha aháramo ha ambosako’i peteĩ tenda peẽme g̃uarã, aju jeýta, ha roguerúta Che rendápe; ikatu hag̃uáicha, aimehápe, peẽ avei peime. Ha ahahápe peikuaa, ha tape peikuaa.” Juan 14:1–4. Pende rehehápe aju ko yvy ape ári; penderehehápe aikóma amba’apo. Ahávo guive, asegíta gueteri amba’apo kyre’ỹme penderehehápe. Aju ko yvy ape ári aikuaauka hag̃ua Chejehe peẽme, pejerovia hag̃uáicha. Aha Che Ru ha pende Rúpe añembojoaju hag̃ua Hendive pene favor rehehápe.</w:t>
      </w:r>
    </w:p>
    <w:p>
      <w:pPr>
        <w:pStyle w:val="ArticleScripture"/>
        <w:jc w:val="left"/>
      </w:pPr>
      <w:r>
        <w:rPr>
          <w:rFonts w:ascii="Times New Roman" w:hAnsi="Times New Roman" w:eastAsia="Times New Roman" w:cs="Times New Roman"/>
        </w:rPr>
        <w:t>“‘Añetehápe, añetehápe ha’e peẽme: Pe che rehe ojeroviáva, umi tembiapo che ajapóva, ha’e avei ojapóta; ha ko’ãvagui tuichavéva tembiapo ojapóta; che ahágui Che Ru rendápe.’ Juan 14:12. Pévape Cristo ndohechaukái kuri umi temimbo’ekuéra ojapotaha ñeha’ã ijyvatevéva térã imarangatuvéva umi Ha’e ojapova’ekuegui, síno hembiapo tuichave hag̃ua ijojaha’ỹ hag̃uáicha. Ndaha’éi va’ekue milagrokuéra año rehe añónte oñe’ẽva, síno opa mba’e oikótavare Espíritu Santo rembiapokue rupive. ‘Oguahẽ vove Pe Consolador,’ he’i, ‘che amondótava peẽme Túvagui, pe Añetegua Espíritu, Túvagui osẽva, ha’e oñe’ẽ porãitéta Che rehe; ha peẽ avei peñemo’ẽ hag̃ua che rehe, peime haguére chendive ñepyrũmby guive.’ Juan 15:26, 27.”</w:t>
      </w:r>
    </w:p>
    <w:p>
      <w:pPr>
        <w:pStyle w:val="ArticleScripture"/>
        <w:jc w:val="left"/>
      </w:pPr>
      <w:r>
        <w:rPr>
          <w:rFonts w:ascii="Times New Roman" w:hAnsi="Times New Roman" w:eastAsia="Times New Roman" w:cs="Times New Roman"/>
        </w:rPr>
        <w:t>“Ñemondýipa oñekumpli ko'ã ñe'ẽ. Espíritu Santo oguejy rire, umi temimbo'e henyhẽ eterei mborayhúgui Hese ha umi ha'e omano hague rehehápe, upéicha rupi umi korasõ oñemongu'e ha oñemboguejy umi ñe'ẽ ha'e kuéra he'íva ha umi ñembo'eikuéra oikuave'ẽvaguére. Ha'e kuéra oñe'ẽ Espíritu pokatu rupive; ha upe pokatu pu'aka guýpe, hetaite tapicha oñekonverti.” Hechos de los Apóstoles,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Mba’épa pe Añetegua? - Papapy Poha’ẽ</dc:title>
  <dc:subject>Pe Consolador</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