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ગુપ્ત ઇતિહાસનો ચાલીસમો શ્લોક - એકત્રીસમો નંબર</w:t>
      </w:r>
    </w:p>
    <w:p>
      <w:pPr>
        <w:pStyle w:val="ArticleSubtitle"/>
        <w:jc w:val="left"/>
      </w:pPr>
      <w:r>
        <w:rPr>
          <w:rFonts w:ascii="Nirmala UI" w:hAnsi="Nirmala UI" w:eastAsia="Nirmala UI" w:cs="Nirmala UI"/>
        </w:rPr>
        <w:t>Ezekieli Nomoro Kumi na Mbili</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Indatiko yanga ya mbere yasojwe n’igika kivuga kiti: “Ubushyingiranwa bw’isezerano bwo mu 313 bugereranya ubushyingiranwa bw’isezerano bwa nyuma bw’ubutegetsi bw’ubupapa na Leta Zunze Ubumwe za Amerika—umwami w’ingenzi w’abami icumi bo mu Byahishuwe igice cya cumi na karindwi; ububasha bufite amahembe abiri bugereranywa n’ububasha bufite amahembe abiri bw’Ubufaransa. Amateka yatangiriye kuri Clovis mu 496 maze amaherezo aganisha ku itegeko rya Justinian mu 533 no kwimika ubupapa mu 538, agereranya amateka yo kuva mu 1989 kugera ku itegeko ryo ku Cyumweru.”</w:t>
      </w:r>
    </w:p>
    <w:p>
      <w:pPr>
        <w:pStyle w:val="ArticleBody"/>
        <w:jc w:val="left"/>
      </w:pPr>
      <w:r>
        <w:rPr>
          <w:rFonts w:ascii="Nirmala UI" w:hAnsi="Nirmala UI" w:eastAsia="Nirmala UI" w:cs="Nirmala UI"/>
        </w:rPr>
        <w:t>રોનાલ્ડ રીગનનું પૂર્વરૂપ ઈ.સ. 496માં ક્લોવિસ દ્વારા દર્શાવવામાં આવ્યું હતું, અને ડોનાલ્ડ ટ્રમ્પનું પૂર્વરૂપ ઈ.સ. 533માં જસ્ટિનિયન દ્વારા દર્શાવવામાં આવે છે. જસ્ટિનિયનનો હુકમનામો ઈ.સ. 538માં પાપાસત્તા સિંહાસન પર આરુઢ થઈ તે પહેલાં પાંચ વર્ષ આવ્યો હતો, અને મિલાનનો અધિદેશ ઈ.સ. 321ના પ્રથમ રવિવાર કાયદા કરતાં આઠ વર્ષ પહેલાં આવ્યો હતો. હુકમનામો અને અધિદેશ બંને તેવા માર્ગચિહ્ન સાથે સુસંગત છે, જે રવિવાર કાયદાને પૂર્વગામી બને છે.</w:t>
      </w:r>
    </w:p>
    <w:p>
      <w:pPr>
        <w:pStyle w:val="ArticleHeading"/>
        <w:jc w:val="left"/>
      </w:pPr>
      <w:r>
        <w:rPr>
          <w:rFonts w:ascii="Malgun Gothic" w:hAnsi="Malgun Gothic" w:eastAsia="Malgun Gothic" w:cs="Malgun Gothic"/>
        </w:rPr>
        <w:t>리건</w:t>
      </w:r>
    </w:p>
    <w:p>
      <w:pPr>
        <w:pStyle w:val="ArticleBody"/>
        <w:jc w:val="left"/>
      </w:pPr>
      <w:r>
        <w:rPr>
          <w:rFonts w:ascii="Nirmala UI" w:hAnsi="Nirmala UI" w:eastAsia="Nirmala UI" w:cs="Nirmala UI"/>
        </w:rPr>
        <w:t>1870</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이탈리아</w:t>
      </w:r>
      <w:r>
        <w:rPr>
          <w:rFonts w:ascii="Nirmala UI" w:hAnsi="Nirmala UI" w:eastAsia="Nirmala UI" w:cs="Nirmala UI"/>
        </w:rPr>
        <w:t xml:space="preserve"> </w:t>
      </w:r>
      <w:r>
        <w:rPr>
          <w:rFonts w:ascii="Malgun Gothic" w:hAnsi="Malgun Gothic" w:eastAsia="Malgun Gothic" w:cs="Malgun Gothic"/>
        </w:rPr>
        <w:t>군대는</w:t>
      </w:r>
      <w:r>
        <w:rPr>
          <w:rFonts w:ascii="Nirmala UI" w:hAnsi="Nirmala UI" w:eastAsia="Nirmala UI" w:cs="Nirmala UI"/>
        </w:rPr>
        <w:t xml:space="preserve"> </w:t>
      </w:r>
      <w:r>
        <w:rPr>
          <w:rFonts w:ascii="Malgun Gothic" w:hAnsi="Malgun Gothic" w:eastAsia="Malgun Gothic" w:cs="Malgun Gothic"/>
        </w:rPr>
        <w:t>로마를</w:t>
      </w:r>
      <w:r>
        <w:rPr>
          <w:rFonts w:ascii="Nirmala UI" w:hAnsi="Nirmala UI" w:eastAsia="Nirmala UI" w:cs="Nirmala UI"/>
        </w:rPr>
        <w:t xml:space="preserve"> </w:t>
      </w:r>
      <w:r>
        <w:rPr>
          <w:rFonts w:ascii="Malgun Gothic" w:hAnsi="Malgun Gothic" w:eastAsia="Malgun Gothic" w:cs="Malgun Gothic"/>
        </w:rPr>
        <w:t>점령하였다</w:t>
      </w:r>
      <w:r>
        <w:rPr>
          <w:rFonts w:ascii="Nirmala UI" w:hAnsi="Nirmala UI" w:eastAsia="Nirmala UI" w:cs="Nirmala UI"/>
        </w:rPr>
        <w:t>(1870</w:t>
      </w:r>
      <w:r>
        <w:rPr>
          <w:rFonts w:ascii="Malgun Gothic" w:hAnsi="Malgun Gothic" w:eastAsia="Malgun Gothic" w:cs="Malgun Gothic"/>
        </w:rPr>
        <w:t>년</w:t>
      </w:r>
      <w:r>
        <w:rPr>
          <w:rFonts w:ascii="Nirmala UI" w:hAnsi="Nirmala UI" w:eastAsia="Nirmala UI" w:cs="Nirmala UI"/>
        </w:rPr>
        <w:t xml:space="preserve"> 9</w:t>
      </w:r>
      <w:r>
        <w:rPr>
          <w:rFonts w:ascii="Malgun Gothic" w:hAnsi="Malgun Gothic" w:eastAsia="Malgun Gothic" w:cs="Malgun Gothic"/>
        </w:rPr>
        <w:t>월</w:t>
      </w:r>
      <w:r>
        <w:rPr>
          <w:rFonts w:ascii="Nirmala UI" w:hAnsi="Nirmala UI" w:eastAsia="Nirmala UI" w:cs="Nirmala UI"/>
        </w:rPr>
        <w:t xml:space="preserve"> 20</w:t>
      </w:r>
      <w:r>
        <w:rPr>
          <w:rFonts w:ascii="Malgun Gothic" w:hAnsi="Malgun Gothic" w:eastAsia="Malgun Gothic" w:cs="Malgun Gothic"/>
        </w:rPr>
        <w:t>일</w:t>
      </w:r>
      <w:r>
        <w:rPr>
          <w:rFonts w:ascii="Nirmala UI" w:hAnsi="Nirmala UI" w:eastAsia="Nirmala UI" w:cs="Nirmala UI"/>
        </w:rPr>
        <w:t xml:space="preserve">). </w:t>
      </w:r>
      <w:r>
        <w:rPr>
          <w:rFonts w:ascii="Malgun Gothic" w:hAnsi="Malgun Gothic" w:eastAsia="Malgun Gothic" w:cs="Malgun Gothic"/>
        </w:rPr>
        <w:t>교황령은</w:t>
      </w:r>
      <w:r>
        <w:rPr>
          <w:rFonts w:ascii="Nirmala UI" w:hAnsi="Nirmala UI" w:eastAsia="Nirmala UI" w:cs="Nirmala UI"/>
        </w:rPr>
        <w:t xml:space="preserve"> </w:t>
      </w:r>
      <w:r>
        <w:rPr>
          <w:rFonts w:ascii="Malgun Gothic" w:hAnsi="Malgun Gothic" w:eastAsia="Malgun Gothic" w:cs="Malgun Gothic"/>
        </w:rPr>
        <w:t>더</w:t>
      </w:r>
      <w:r>
        <w:rPr>
          <w:rFonts w:ascii="Nirmala UI" w:hAnsi="Nirmala UI" w:eastAsia="Nirmala UI" w:cs="Nirmala UI"/>
        </w:rPr>
        <w:t xml:space="preserve"> </w:t>
      </w:r>
      <w:r>
        <w:rPr>
          <w:rFonts w:ascii="Malgun Gothic" w:hAnsi="Malgun Gothic" w:eastAsia="Malgun Gothic" w:cs="Malgun Gothic"/>
        </w:rPr>
        <w:t>이상</w:t>
      </w:r>
      <w:r>
        <w:rPr>
          <w:rFonts w:ascii="Nirmala UI" w:hAnsi="Nirmala UI" w:eastAsia="Nirmala UI" w:cs="Nirmala UI"/>
        </w:rPr>
        <w:t xml:space="preserve"> </w:t>
      </w:r>
      <w:r>
        <w:rPr>
          <w:rFonts w:ascii="Malgun Gothic" w:hAnsi="Malgun Gothic" w:eastAsia="Malgun Gothic" w:cs="Malgun Gothic"/>
        </w:rPr>
        <w:t>영토</w:t>
      </w:r>
      <w:r>
        <w:rPr>
          <w:rFonts w:ascii="Nirmala UI" w:hAnsi="Nirmala UI" w:eastAsia="Nirmala UI" w:cs="Nirmala UI"/>
        </w:rPr>
        <w:t xml:space="preserve"> </w:t>
      </w:r>
      <w:r>
        <w:rPr>
          <w:rFonts w:ascii="Malgun Gothic" w:hAnsi="Malgun Gothic" w:eastAsia="Malgun Gothic" w:cs="Malgun Gothic"/>
        </w:rPr>
        <w:t>국가로서</w:t>
      </w:r>
      <w:r>
        <w:rPr>
          <w:rFonts w:ascii="Nirmala UI" w:hAnsi="Nirmala UI" w:eastAsia="Nirmala UI" w:cs="Nirmala UI"/>
        </w:rPr>
        <w:t xml:space="preserve"> </w:t>
      </w:r>
      <w:r>
        <w:rPr>
          <w:rFonts w:ascii="Malgun Gothic" w:hAnsi="Malgun Gothic" w:eastAsia="Malgun Gothic" w:cs="Malgun Gothic"/>
        </w:rPr>
        <w:t>존재하지</w:t>
      </w:r>
      <w:r>
        <w:rPr>
          <w:rFonts w:ascii="Nirmala UI" w:hAnsi="Nirmala UI" w:eastAsia="Nirmala UI" w:cs="Nirmala UI"/>
        </w:rPr>
        <w:t xml:space="preserve"> </w:t>
      </w:r>
      <w:r>
        <w:rPr>
          <w:rFonts w:ascii="Malgun Gothic" w:hAnsi="Malgun Gothic" w:eastAsia="Malgun Gothic" w:cs="Malgun Gothic"/>
        </w:rPr>
        <w:t>않게</w:t>
      </w:r>
      <w:r>
        <w:rPr>
          <w:rFonts w:ascii="Nirmala UI" w:hAnsi="Nirmala UI" w:eastAsia="Nirmala UI" w:cs="Nirmala UI"/>
        </w:rPr>
        <w:t xml:space="preserve"> </w:t>
      </w:r>
      <w:r>
        <w:rPr>
          <w:rFonts w:ascii="Malgun Gothic" w:hAnsi="Malgun Gothic" w:eastAsia="Malgun Gothic" w:cs="Malgun Gothic"/>
        </w:rPr>
        <w:t>되었고</w:t>
      </w:r>
      <w:r>
        <w:rPr>
          <w:rFonts w:ascii="Nirmala UI" w:hAnsi="Nirmala UI" w:eastAsia="Nirmala UI" w:cs="Nirmala UI"/>
        </w:rPr>
        <w:t xml:space="preserve">, </w:t>
      </w:r>
      <w:r>
        <w:rPr>
          <w:rFonts w:ascii="Malgun Gothic" w:hAnsi="Malgun Gothic" w:eastAsia="Malgun Gothic" w:cs="Malgun Gothic"/>
        </w:rPr>
        <w:t>교황</w:t>
      </w:r>
      <w:r>
        <w:rPr>
          <w:rFonts w:ascii="Nirmala UI" w:hAnsi="Nirmala UI" w:eastAsia="Nirmala UI" w:cs="Nirmala UI"/>
        </w:rPr>
        <w:t xml:space="preserve"> </w:t>
      </w:r>
      <w:r>
        <w:rPr>
          <w:rFonts w:ascii="Malgun Gothic" w:hAnsi="Malgun Gothic" w:eastAsia="Malgun Gothic" w:cs="Malgun Gothic"/>
        </w:rPr>
        <w:t>비오</w:t>
      </w:r>
      <w:r>
        <w:rPr>
          <w:rFonts w:ascii="Nirmala UI" w:hAnsi="Nirmala UI" w:eastAsia="Nirmala UI" w:cs="Nirmala UI"/>
        </w:rPr>
        <w:t xml:space="preserve"> 9</w:t>
      </w:r>
      <w:r>
        <w:rPr>
          <w:rFonts w:ascii="Malgun Gothic" w:hAnsi="Malgun Gothic" w:eastAsia="Malgun Gothic" w:cs="Malgun Gothic"/>
        </w:rPr>
        <w:t>세는</w:t>
      </w:r>
      <w:r>
        <w:rPr>
          <w:rFonts w:ascii="Nirmala UI" w:hAnsi="Nirmala UI" w:eastAsia="Nirmala UI" w:cs="Nirmala UI"/>
        </w:rPr>
        <w:t xml:space="preserve"> “</w:t>
      </w:r>
      <w:r>
        <w:rPr>
          <w:rFonts w:ascii="Malgun Gothic" w:hAnsi="Malgun Gothic" w:eastAsia="Malgun Gothic" w:cs="Malgun Gothic"/>
        </w:rPr>
        <w:t>바티칸의</w:t>
      </w:r>
      <w:r>
        <w:rPr>
          <w:rFonts w:ascii="Nirmala UI" w:hAnsi="Nirmala UI" w:eastAsia="Nirmala UI" w:cs="Nirmala UI"/>
        </w:rPr>
        <w:t xml:space="preserve"> </w:t>
      </w:r>
      <w:r>
        <w:rPr>
          <w:rFonts w:ascii="Malgun Gothic" w:hAnsi="Malgun Gothic" w:eastAsia="Malgun Gothic" w:cs="Malgun Gothic"/>
        </w:rPr>
        <w:t>죄수</w:t>
      </w:r>
      <w:r>
        <w:rPr>
          <w:rFonts w:ascii="Nirmala UI" w:hAnsi="Nirmala UI" w:eastAsia="Nirmala UI" w:cs="Nirmala UI"/>
        </w:rPr>
        <w:t>”</w:t>
      </w:r>
      <w:r>
        <w:rPr>
          <w:rFonts w:ascii="Malgun Gothic" w:hAnsi="Malgun Gothic" w:eastAsia="Malgun Gothic" w:cs="Malgun Gothic"/>
        </w:rPr>
        <w:t>가</w:t>
      </w:r>
      <w:r>
        <w:rPr>
          <w:rFonts w:ascii="Nirmala UI" w:hAnsi="Nirmala UI" w:eastAsia="Nirmala UI" w:cs="Nirmala UI"/>
        </w:rPr>
        <w:t xml:space="preserve"> </w:t>
      </w:r>
      <w:r>
        <w:rPr>
          <w:rFonts w:ascii="Malgun Gothic" w:hAnsi="Malgun Gothic" w:eastAsia="Malgun Gothic" w:cs="Malgun Gothic"/>
        </w:rPr>
        <w:t>되었다</w:t>
      </w:r>
      <w:r>
        <w:rPr>
          <w:rFonts w:ascii="Nirmala UI" w:hAnsi="Nirmala UI" w:eastAsia="Nirmala UI" w:cs="Nirmala UI"/>
        </w:rPr>
        <w:t xml:space="preserve">. </w:t>
      </w:r>
      <w:r>
        <w:rPr>
          <w:rFonts w:ascii="Malgun Gothic" w:hAnsi="Malgun Gothic" w:eastAsia="Malgun Gothic" w:cs="Malgun Gothic"/>
        </w:rPr>
        <w:t>주권</w:t>
      </w:r>
      <w:r>
        <w:rPr>
          <w:rFonts w:ascii="Nirmala UI" w:hAnsi="Nirmala UI" w:eastAsia="Nirmala UI" w:cs="Nirmala UI"/>
        </w:rPr>
        <w:t xml:space="preserve"> </w:t>
      </w:r>
      <w:r>
        <w:rPr>
          <w:rFonts w:ascii="Malgun Gothic" w:hAnsi="Malgun Gothic" w:eastAsia="Malgun Gothic" w:cs="Malgun Gothic"/>
        </w:rPr>
        <w:t>국가로</w:t>
      </w:r>
      <w:r>
        <w:rPr>
          <w:rFonts w:ascii="Nirmala UI" w:hAnsi="Nirmala UI" w:eastAsia="Nirmala UI" w:cs="Nirmala UI"/>
        </w:rPr>
        <w:t xml:space="preserve"> </w:t>
      </w:r>
      <w:r>
        <w:rPr>
          <w:rFonts w:ascii="Malgun Gothic" w:hAnsi="Malgun Gothic" w:eastAsia="Malgun Gothic" w:cs="Malgun Gothic"/>
        </w:rPr>
        <w:t>인정되는</w:t>
      </w:r>
      <w:r>
        <w:rPr>
          <w:rFonts w:ascii="Nirmala UI" w:hAnsi="Nirmala UI" w:eastAsia="Nirmala UI" w:cs="Nirmala UI"/>
        </w:rPr>
        <w:t xml:space="preserve"> </w:t>
      </w:r>
      <w:r>
        <w:rPr>
          <w:rFonts w:ascii="Malgun Gothic" w:hAnsi="Malgun Gothic" w:eastAsia="Malgun Gothic" w:cs="Malgun Gothic"/>
        </w:rPr>
        <w:t>교황의</w:t>
      </w:r>
      <w:r>
        <w:rPr>
          <w:rFonts w:ascii="Nirmala UI" w:hAnsi="Nirmala UI" w:eastAsia="Nirmala UI" w:cs="Nirmala UI"/>
        </w:rPr>
        <w:t xml:space="preserve"> </w:t>
      </w:r>
      <w:r>
        <w:rPr>
          <w:rFonts w:ascii="Malgun Gothic" w:hAnsi="Malgun Gothic" w:eastAsia="Malgun Gothic" w:cs="Malgun Gothic"/>
        </w:rPr>
        <w:t>영토가</w:t>
      </w:r>
      <w:r>
        <w:rPr>
          <w:rFonts w:ascii="Nirmala UI" w:hAnsi="Nirmala UI" w:eastAsia="Nirmala UI" w:cs="Nirmala UI"/>
        </w:rPr>
        <w:t xml:space="preserve"> </w:t>
      </w:r>
      <w:r>
        <w:rPr>
          <w:rFonts w:ascii="Malgun Gothic" w:hAnsi="Malgun Gothic" w:eastAsia="Malgun Gothic" w:cs="Malgun Gothic"/>
        </w:rPr>
        <w:t>더</w:t>
      </w:r>
      <w:r>
        <w:rPr>
          <w:rFonts w:ascii="Nirmala UI" w:hAnsi="Nirmala UI" w:eastAsia="Nirmala UI" w:cs="Nirmala UI"/>
        </w:rPr>
        <w:t xml:space="preserve"> </w:t>
      </w:r>
      <w:r>
        <w:rPr>
          <w:rFonts w:ascii="Malgun Gothic" w:hAnsi="Malgun Gothic" w:eastAsia="Malgun Gothic" w:cs="Malgun Gothic"/>
        </w:rPr>
        <w:t>이상</w:t>
      </w:r>
      <w:r>
        <w:rPr>
          <w:rFonts w:ascii="Nirmala UI" w:hAnsi="Nirmala UI" w:eastAsia="Nirmala UI" w:cs="Nirmala UI"/>
        </w:rPr>
        <w:t xml:space="preserve"> </w:t>
      </w:r>
      <w:r>
        <w:rPr>
          <w:rFonts w:ascii="Malgun Gothic" w:hAnsi="Malgun Gothic" w:eastAsia="Malgun Gothic" w:cs="Malgun Gothic"/>
        </w:rPr>
        <w:t>남아</w:t>
      </w:r>
      <w:r>
        <w:rPr>
          <w:rFonts w:ascii="Nirmala UI" w:hAnsi="Nirmala UI" w:eastAsia="Nirmala UI" w:cs="Nirmala UI"/>
        </w:rPr>
        <w:t xml:space="preserve"> </w:t>
      </w:r>
      <w:r>
        <w:rPr>
          <w:rFonts w:ascii="Malgun Gothic" w:hAnsi="Malgun Gothic" w:eastAsia="Malgun Gothic" w:cs="Malgun Gothic"/>
        </w:rPr>
        <w:t>있지</w:t>
      </w:r>
      <w:r>
        <w:rPr>
          <w:rFonts w:ascii="Nirmala UI" w:hAnsi="Nirmala UI" w:eastAsia="Nirmala UI" w:cs="Nirmala UI"/>
        </w:rPr>
        <w:t xml:space="preserve"> </w:t>
      </w:r>
      <w:r>
        <w:rPr>
          <w:rFonts w:ascii="Malgun Gothic" w:hAnsi="Malgun Gothic" w:eastAsia="Malgun Gothic" w:cs="Malgun Gothic"/>
        </w:rPr>
        <w:t>않았으므로</w:t>
      </w:r>
      <w:r>
        <w:rPr>
          <w:rFonts w:ascii="Nirmala UI" w:hAnsi="Nirmala UI" w:eastAsia="Nirmala UI" w:cs="Nirmala UI"/>
        </w:rPr>
        <w:t xml:space="preserve">, </w:t>
      </w:r>
      <w:r>
        <w:rPr>
          <w:rFonts w:ascii="Malgun Gothic" w:hAnsi="Malgun Gothic" w:eastAsia="Malgun Gothic" w:cs="Malgun Gothic"/>
        </w:rPr>
        <w:t>미국은</w:t>
      </w:r>
      <w:r>
        <w:rPr>
          <w:rFonts w:ascii="Nirmala UI" w:hAnsi="Nirmala UI" w:eastAsia="Nirmala UI" w:cs="Nirmala UI"/>
        </w:rPr>
        <w:t>(</w:t>
      </w:r>
      <w:r>
        <w:rPr>
          <w:rFonts w:ascii="Malgun Gothic" w:hAnsi="Malgun Gothic" w:eastAsia="Malgun Gothic" w:cs="Malgun Gothic"/>
        </w:rPr>
        <w:t>다른</w:t>
      </w:r>
      <w:r>
        <w:rPr>
          <w:rFonts w:ascii="Nirmala UI" w:hAnsi="Nirmala UI" w:eastAsia="Nirmala UI" w:cs="Nirmala UI"/>
        </w:rPr>
        <w:t xml:space="preserve"> </w:t>
      </w:r>
      <w:r>
        <w:rPr>
          <w:rFonts w:ascii="Malgun Gothic" w:hAnsi="Malgun Gothic" w:eastAsia="Malgun Gothic" w:cs="Malgun Gothic"/>
        </w:rPr>
        <w:t>많은</w:t>
      </w:r>
      <w:r>
        <w:rPr>
          <w:rFonts w:ascii="Nirmala UI" w:hAnsi="Nirmala UI" w:eastAsia="Nirmala UI" w:cs="Nirmala UI"/>
        </w:rPr>
        <w:t xml:space="preserve"> </w:t>
      </w:r>
      <w:r>
        <w:rPr>
          <w:rFonts w:ascii="Malgun Gothic" w:hAnsi="Malgun Gothic" w:eastAsia="Malgun Gothic" w:cs="Malgun Gothic"/>
        </w:rPr>
        <w:t>나라들과</w:t>
      </w:r>
      <w:r>
        <w:rPr>
          <w:rFonts w:ascii="Nirmala UI" w:hAnsi="Nirmala UI" w:eastAsia="Nirmala UI" w:cs="Nirmala UI"/>
        </w:rPr>
        <w:t xml:space="preserve"> </w:t>
      </w:r>
      <w:r>
        <w:rPr>
          <w:rFonts w:ascii="Malgun Gothic" w:hAnsi="Malgun Gothic" w:eastAsia="Malgun Gothic" w:cs="Malgun Gothic"/>
        </w:rPr>
        <w:t>마찬가지로</w:t>
      </w:r>
      <w:r>
        <w:rPr>
          <w:rFonts w:ascii="Nirmala UI" w:hAnsi="Nirmala UI" w:eastAsia="Nirmala UI" w:cs="Nirmala UI"/>
        </w:rPr>
        <w:t xml:space="preserve">) </w:t>
      </w:r>
      <w:r>
        <w:rPr>
          <w:rFonts w:ascii="Malgun Gothic" w:hAnsi="Malgun Gothic" w:eastAsia="Malgun Gothic" w:cs="Malgun Gothic"/>
        </w:rPr>
        <w:t>더</w:t>
      </w:r>
      <w:r>
        <w:rPr>
          <w:rFonts w:ascii="Nirmala UI" w:hAnsi="Nirmala UI" w:eastAsia="Nirmala UI" w:cs="Nirmala UI"/>
        </w:rPr>
        <w:t xml:space="preserve"> </w:t>
      </w:r>
      <w:r>
        <w:rPr>
          <w:rFonts w:ascii="Malgun Gothic" w:hAnsi="Malgun Gothic" w:eastAsia="Malgun Gothic" w:cs="Malgun Gothic"/>
        </w:rPr>
        <w:t>이상</w:t>
      </w:r>
      <w:r>
        <w:rPr>
          <w:rFonts w:ascii="Nirmala UI" w:hAnsi="Nirmala UI" w:eastAsia="Nirmala UI" w:cs="Nirmala UI"/>
        </w:rPr>
        <w:t xml:space="preserve"> </w:t>
      </w:r>
      <w:r>
        <w:rPr>
          <w:rFonts w:ascii="Malgun Gothic" w:hAnsi="Malgun Gothic" w:eastAsia="Malgun Gothic" w:cs="Malgun Gothic"/>
        </w:rPr>
        <w:t>교황을</w:t>
      </w:r>
      <w:r>
        <w:rPr>
          <w:rFonts w:ascii="Nirmala UI" w:hAnsi="Nirmala UI" w:eastAsia="Nirmala UI" w:cs="Nirmala UI"/>
        </w:rPr>
        <w:t xml:space="preserve"> </w:t>
      </w:r>
      <w:r>
        <w:rPr>
          <w:rFonts w:ascii="Malgun Gothic" w:hAnsi="Malgun Gothic" w:eastAsia="Malgun Gothic" w:cs="Malgun Gothic"/>
        </w:rPr>
        <w:t>세속적</w:t>
      </w:r>
      <w:r>
        <w:rPr>
          <w:rFonts w:ascii="Nirmala UI" w:hAnsi="Nirmala UI" w:eastAsia="Nirmala UI" w:cs="Nirmala UI"/>
        </w:rPr>
        <w:t xml:space="preserve"> </w:t>
      </w:r>
      <w:r>
        <w:rPr>
          <w:rFonts w:ascii="Malgun Gothic" w:hAnsi="Malgun Gothic" w:eastAsia="Malgun Gothic" w:cs="Malgun Gothic"/>
        </w:rPr>
        <w:t>통치자로서</w:t>
      </w:r>
      <w:r>
        <w:rPr>
          <w:rFonts w:ascii="Nirmala UI" w:hAnsi="Nirmala UI" w:eastAsia="Nirmala UI" w:cs="Nirmala UI"/>
        </w:rPr>
        <w:t xml:space="preserve"> </w:t>
      </w:r>
      <w:r>
        <w:rPr>
          <w:rFonts w:ascii="Malgun Gothic" w:hAnsi="Malgun Gothic" w:eastAsia="Malgun Gothic" w:cs="Malgun Gothic"/>
        </w:rPr>
        <w:t>상대로</w:t>
      </w:r>
      <w:r>
        <w:rPr>
          <w:rFonts w:ascii="Nirmala UI" w:hAnsi="Nirmala UI" w:eastAsia="Nirmala UI" w:cs="Nirmala UI"/>
        </w:rPr>
        <w:t xml:space="preserve"> </w:t>
      </w:r>
      <w:r>
        <w:rPr>
          <w:rFonts w:ascii="Malgun Gothic" w:hAnsi="Malgun Gothic" w:eastAsia="Malgun Gothic" w:cs="Malgun Gothic"/>
        </w:rPr>
        <w:t>하는</w:t>
      </w:r>
      <w:r>
        <w:rPr>
          <w:rFonts w:ascii="Nirmala UI" w:hAnsi="Nirmala UI" w:eastAsia="Nirmala UI" w:cs="Nirmala UI"/>
        </w:rPr>
        <w:t xml:space="preserve"> </w:t>
      </w:r>
      <w:r>
        <w:rPr>
          <w:rFonts w:ascii="Malgun Gothic" w:hAnsi="Malgun Gothic" w:eastAsia="Malgun Gothic" w:cs="Malgun Gothic"/>
        </w:rPr>
        <w:t>정식</w:t>
      </w:r>
      <w:r>
        <w:rPr>
          <w:rFonts w:ascii="Nirmala UI" w:hAnsi="Nirmala UI" w:eastAsia="Nirmala UI" w:cs="Nirmala UI"/>
        </w:rPr>
        <w:t xml:space="preserve"> </w:t>
      </w:r>
      <w:r>
        <w:rPr>
          <w:rFonts w:ascii="Malgun Gothic" w:hAnsi="Malgun Gothic" w:eastAsia="Malgun Gothic" w:cs="Malgun Gothic"/>
        </w:rPr>
        <w:t>외교</w:t>
      </w:r>
      <w:r>
        <w:rPr>
          <w:rFonts w:ascii="Nirmala UI" w:hAnsi="Nirmala UI" w:eastAsia="Nirmala UI" w:cs="Nirmala UI"/>
        </w:rPr>
        <w:t xml:space="preserve"> </w:t>
      </w:r>
      <w:r>
        <w:rPr>
          <w:rFonts w:ascii="Malgun Gothic" w:hAnsi="Malgun Gothic" w:eastAsia="Malgun Gothic" w:cs="Malgun Gothic"/>
        </w:rPr>
        <w:t>관계를</w:t>
      </w:r>
      <w:r>
        <w:rPr>
          <w:rFonts w:ascii="Nirmala UI" w:hAnsi="Nirmala UI" w:eastAsia="Nirmala UI" w:cs="Nirmala UI"/>
        </w:rPr>
        <w:t xml:space="preserve"> </w:t>
      </w:r>
      <w:r>
        <w:rPr>
          <w:rFonts w:ascii="Malgun Gothic" w:hAnsi="Malgun Gothic" w:eastAsia="Malgun Gothic" w:cs="Malgun Gothic"/>
        </w:rPr>
        <w:t>유지하지</w:t>
      </w:r>
      <w:r>
        <w:rPr>
          <w:rFonts w:ascii="Nirmala UI" w:hAnsi="Nirmala UI" w:eastAsia="Nirmala UI" w:cs="Nirmala UI"/>
        </w:rPr>
        <w:t xml:space="preserve"> </w:t>
      </w:r>
      <w:r>
        <w:rPr>
          <w:rFonts w:ascii="Malgun Gothic" w:hAnsi="Malgun Gothic" w:eastAsia="Malgun Gothic" w:cs="Malgun Gothic"/>
        </w:rPr>
        <w:t>않았다</w:t>
      </w:r>
      <w:r>
        <w:rPr>
          <w:rFonts w:ascii="Nirmala UI" w:hAnsi="Nirmala UI" w:eastAsia="Nirmala UI" w:cs="Nirmala UI"/>
        </w:rPr>
        <w:t>. 1951</w:t>
      </w:r>
      <w:r>
        <w:rPr>
          <w:rFonts w:ascii="Malgun Gothic" w:hAnsi="Malgun Gothic" w:eastAsia="Malgun Gothic" w:cs="Malgun Gothic"/>
        </w:rPr>
        <w:t>년</w:t>
      </w:r>
      <w:r>
        <w:rPr>
          <w:rFonts w:ascii="Nirmala UI" w:hAnsi="Nirmala UI" w:eastAsia="Nirmala UI" w:cs="Nirmala UI"/>
        </w:rPr>
        <w:t xml:space="preserve"> 10</w:t>
      </w:r>
      <w:r>
        <w:rPr>
          <w:rFonts w:ascii="Malgun Gothic" w:hAnsi="Malgun Gothic" w:eastAsia="Malgun Gothic" w:cs="Malgun Gothic"/>
        </w:rPr>
        <w:t>월</w:t>
      </w:r>
      <w:r>
        <w:rPr>
          <w:rFonts w:ascii="Nirmala UI" w:hAnsi="Nirmala UI" w:eastAsia="Nirmala UI" w:cs="Nirmala UI"/>
        </w:rPr>
        <w:t xml:space="preserve">, </w:t>
      </w:r>
      <w:r>
        <w:rPr>
          <w:rFonts w:ascii="Malgun Gothic" w:hAnsi="Malgun Gothic" w:eastAsia="Malgun Gothic" w:cs="Malgun Gothic"/>
        </w:rPr>
        <w:t>해리</w:t>
      </w:r>
      <w:r>
        <w:rPr>
          <w:rFonts w:ascii="Nirmala UI" w:hAnsi="Nirmala UI" w:eastAsia="Nirmala UI" w:cs="Nirmala UI"/>
        </w:rPr>
        <w:t xml:space="preserve"> S. </w:t>
      </w:r>
      <w:r>
        <w:rPr>
          <w:rFonts w:ascii="Malgun Gothic" w:hAnsi="Malgun Gothic" w:eastAsia="Malgun Gothic" w:cs="Malgun Gothic"/>
        </w:rPr>
        <w:t>트루먼</w:t>
      </w:r>
      <w:r>
        <w:rPr>
          <w:rFonts w:ascii="Nirmala UI" w:hAnsi="Nirmala UI" w:eastAsia="Nirmala UI" w:cs="Nirmala UI"/>
        </w:rPr>
        <w:t xml:space="preserve"> </w:t>
      </w:r>
      <w:r>
        <w:rPr>
          <w:rFonts w:ascii="Malgun Gothic" w:hAnsi="Malgun Gothic" w:eastAsia="Malgun Gothic" w:cs="Malgun Gothic"/>
        </w:rPr>
        <w:t>대통령은</w:t>
      </w:r>
      <w:r>
        <w:rPr>
          <w:rFonts w:ascii="Nirmala UI" w:hAnsi="Nirmala UI" w:eastAsia="Nirmala UI" w:cs="Nirmala UI"/>
        </w:rPr>
        <w:t xml:space="preserve"> </w:t>
      </w:r>
      <w:r>
        <w:rPr>
          <w:rFonts w:ascii="Malgun Gothic" w:hAnsi="Malgun Gothic" w:eastAsia="Malgun Gothic" w:cs="Malgun Gothic"/>
        </w:rPr>
        <w:t>마크</w:t>
      </w:r>
      <w:r>
        <w:rPr>
          <w:rFonts w:ascii="Nirmala UI" w:hAnsi="Nirmala UI" w:eastAsia="Nirmala UI" w:cs="Nirmala UI"/>
        </w:rPr>
        <w:t xml:space="preserve"> W. </w:t>
      </w:r>
      <w:r>
        <w:rPr>
          <w:rFonts w:ascii="Malgun Gothic" w:hAnsi="Malgun Gothic" w:eastAsia="Malgun Gothic" w:cs="Malgun Gothic"/>
        </w:rPr>
        <w:t>클라크</w:t>
      </w:r>
      <w:r>
        <w:rPr>
          <w:rFonts w:ascii="Nirmala UI" w:hAnsi="Nirmala UI" w:eastAsia="Nirmala UI" w:cs="Nirmala UI"/>
        </w:rPr>
        <w:t xml:space="preserve"> </w:t>
      </w:r>
      <w:r>
        <w:rPr>
          <w:rFonts w:ascii="Malgun Gothic" w:hAnsi="Malgun Gothic" w:eastAsia="Malgun Gothic" w:cs="Malgun Gothic"/>
        </w:rPr>
        <w:t>장군을</w:t>
      </w:r>
      <w:r>
        <w:rPr>
          <w:rFonts w:ascii="Nirmala UI" w:hAnsi="Nirmala UI" w:eastAsia="Nirmala UI" w:cs="Nirmala UI"/>
        </w:rPr>
        <w:t xml:space="preserve"> </w:t>
      </w:r>
      <w:r>
        <w:rPr>
          <w:rFonts w:ascii="Malgun Gothic" w:hAnsi="Malgun Gothic" w:eastAsia="Malgun Gothic" w:cs="Malgun Gothic"/>
        </w:rPr>
        <w:t>바티칸</w:t>
      </w:r>
      <w:r>
        <w:rPr>
          <w:rFonts w:ascii="Nirmala UI" w:hAnsi="Nirmala UI" w:eastAsia="Nirmala UI" w:cs="Nirmala UI"/>
        </w:rPr>
        <w:t xml:space="preserve"> </w:t>
      </w:r>
      <w:r>
        <w:rPr>
          <w:rFonts w:ascii="Malgun Gothic" w:hAnsi="Malgun Gothic" w:eastAsia="Malgun Gothic" w:cs="Malgun Gothic"/>
        </w:rPr>
        <w:t>주재</w:t>
      </w:r>
      <w:r>
        <w:rPr>
          <w:rFonts w:ascii="Nirmala UI" w:hAnsi="Nirmala UI" w:eastAsia="Nirmala UI" w:cs="Nirmala UI"/>
        </w:rPr>
        <w:t xml:space="preserve"> </w:t>
      </w:r>
      <w:r>
        <w:rPr>
          <w:rFonts w:ascii="Malgun Gothic" w:hAnsi="Malgun Gothic" w:eastAsia="Malgun Gothic" w:cs="Malgun Gothic"/>
        </w:rPr>
        <w:t>미국</w:t>
      </w:r>
      <w:r>
        <w:rPr>
          <w:rFonts w:ascii="Nirmala UI" w:hAnsi="Nirmala UI" w:eastAsia="Nirmala UI" w:cs="Nirmala UI"/>
        </w:rPr>
        <w:t xml:space="preserve"> </w:t>
      </w:r>
      <w:r>
        <w:rPr>
          <w:rFonts w:ascii="Malgun Gothic" w:hAnsi="Malgun Gothic" w:eastAsia="Malgun Gothic" w:cs="Malgun Gothic"/>
        </w:rPr>
        <w:t>대사로</w:t>
      </w:r>
      <w:r>
        <w:rPr>
          <w:rFonts w:ascii="Nirmala UI" w:hAnsi="Nirmala UI" w:eastAsia="Nirmala UI" w:cs="Nirmala UI"/>
        </w:rPr>
        <w:t xml:space="preserve"> </w:t>
      </w:r>
      <w:r>
        <w:rPr>
          <w:rFonts w:ascii="Malgun Gothic" w:hAnsi="Malgun Gothic" w:eastAsia="Malgun Gothic" w:cs="Malgun Gothic"/>
        </w:rPr>
        <w:t>지명하였다</w:t>
      </w:r>
      <w:r>
        <w:rPr>
          <w:rFonts w:ascii="Nirmala UI" w:hAnsi="Nirmala UI" w:eastAsia="Nirmala UI" w:cs="Nirmala UI"/>
        </w:rPr>
        <w:t xml:space="preserve">. </w:t>
      </w:r>
      <w:r>
        <w:rPr>
          <w:rFonts w:ascii="Malgun Gothic" w:hAnsi="Malgun Gothic" w:eastAsia="Malgun Gothic" w:cs="Malgun Gothic"/>
        </w:rPr>
        <w:t>이에</w:t>
      </w:r>
      <w:r>
        <w:rPr>
          <w:rFonts w:ascii="Nirmala UI" w:hAnsi="Nirmala UI" w:eastAsia="Nirmala UI" w:cs="Nirmala UI"/>
        </w:rPr>
        <w:t xml:space="preserve"> </w:t>
      </w:r>
      <w:r>
        <w:rPr>
          <w:rFonts w:ascii="Malgun Gothic" w:hAnsi="Malgun Gothic" w:eastAsia="Malgun Gothic" w:cs="Malgun Gothic"/>
        </w:rPr>
        <w:t>대하여</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임명이</w:t>
      </w:r>
      <w:r>
        <w:rPr>
          <w:rFonts w:ascii="Nirmala UI" w:hAnsi="Nirmala UI" w:eastAsia="Nirmala UI" w:cs="Nirmala UI"/>
        </w:rPr>
        <w:t xml:space="preserve"> </w:t>
      </w:r>
      <w:r>
        <w:rPr>
          <w:rFonts w:ascii="Malgun Gothic" w:hAnsi="Malgun Gothic" w:eastAsia="Malgun Gothic" w:cs="Malgun Gothic"/>
        </w:rPr>
        <w:t>정교</w:t>
      </w:r>
      <w:r>
        <w:rPr>
          <w:rFonts w:ascii="Nirmala UI" w:hAnsi="Nirmala UI" w:eastAsia="Nirmala UI" w:cs="Nirmala UI"/>
        </w:rPr>
        <w:t xml:space="preserve"> </w:t>
      </w:r>
      <w:r>
        <w:rPr>
          <w:rFonts w:ascii="Malgun Gothic" w:hAnsi="Malgun Gothic" w:eastAsia="Malgun Gothic" w:cs="Malgun Gothic"/>
        </w:rPr>
        <w:t>분리</w:t>
      </w:r>
      <w:r>
        <w:rPr>
          <w:rFonts w:ascii="Nirmala UI" w:hAnsi="Nirmala UI" w:eastAsia="Nirmala UI" w:cs="Nirmala UI"/>
        </w:rPr>
        <w:t xml:space="preserve"> </w:t>
      </w:r>
      <w:r>
        <w:rPr>
          <w:rFonts w:ascii="Malgun Gothic" w:hAnsi="Malgun Gothic" w:eastAsia="Malgun Gothic" w:cs="Malgun Gothic"/>
        </w:rPr>
        <w:t>원칙을</w:t>
      </w:r>
      <w:r>
        <w:rPr>
          <w:rFonts w:ascii="Nirmala UI" w:hAnsi="Nirmala UI" w:eastAsia="Nirmala UI" w:cs="Nirmala UI"/>
        </w:rPr>
        <w:t xml:space="preserve"> </w:t>
      </w:r>
      <w:r>
        <w:rPr>
          <w:rFonts w:ascii="Malgun Gothic" w:hAnsi="Malgun Gothic" w:eastAsia="Malgun Gothic" w:cs="Malgun Gothic"/>
        </w:rPr>
        <w:t>위반한다고</w:t>
      </w:r>
      <w:r>
        <w:rPr>
          <w:rFonts w:ascii="Nirmala UI" w:hAnsi="Nirmala UI" w:eastAsia="Nirmala UI" w:cs="Nirmala UI"/>
        </w:rPr>
        <w:t xml:space="preserve"> </w:t>
      </w:r>
      <w:r>
        <w:rPr>
          <w:rFonts w:ascii="Malgun Gothic" w:hAnsi="Malgun Gothic" w:eastAsia="Malgun Gothic" w:cs="Malgun Gothic"/>
        </w:rPr>
        <w:t>주장한</w:t>
      </w:r>
      <w:r>
        <w:rPr>
          <w:rFonts w:ascii="Nirmala UI" w:hAnsi="Nirmala UI" w:eastAsia="Nirmala UI" w:cs="Nirmala UI"/>
        </w:rPr>
        <w:t xml:space="preserve"> </w:t>
      </w:r>
      <w:r>
        <w:rPr>
          <w:rFonts w:ascii="Malgun Gothic" w:hAnsi="Malgun Gothic" w:eastAsia="Malgun Gothic" w:cs="Malgun Gothic"/>
        </w:rPr>
        <w:t>많은</w:t>
      </w:r>
      <w:r>
        <w:rPr>
          <w:rFonts w:ascii="Nirmala UI" w:hAnsi="Nirmala UI" w:eastAsia="Nirmala UI" w:cs="Nirmala UI"/>
        </w:rPr>
        <w:t xml:space="preserve"> </w:t>
      </w:r>
      <w:r>
        <w:rPr>
          <w:rFonts w:ascii="Malgun Gothic" w:hAnsi="Malgun Gothic" w:eastAsia="Malgun Gothic" w:cs="Malgun Gothic"/>
        </w:rPr>
        <w:t>프로테스탄트</w:t>
      </w:r>
      <w:r>
        <w:rPr>
          <w:rFonts w:ascii="Nirmala UI" w:hAnsi="Nirmala UI" w:eastAsia="Nirmala UI" w:cs="Nirmala UI"/>
        </w:rPr>
        <w:t xml:space="preserve"> </w:t>
      </w:r>
      <w:r>
        <w:rPr>
          <w:rFonts w:ascii="Malgun Gothic" w:hAnsi="Malgun Gothic" w:eastAsia="Malgun Gothic" w:cs="Malgun Gothic"/>
        </w:rPr>
        <w:t>교회들과</w:t>
      </w:r>
      <w:r>
        <w:rPr>
          <w:rFonts w:ascii="Nirmala UI" w:hAnsi="Nirmala UI" w:eastAsia="Nirmala UI" w:cs="Nirmala UI"/>
        </w:rPr>
        <w:t xml:space="preserve"> </w:t>
      </w:r>
      <w:r>
        <w:rPr>
          <w:rFonts w:ascii="Malgun Gothic" w:hAnsi="Malgun Gothic" w:eastAsia="Malgun Gothic" w:cs="Malgun Gothic"/>
        </w:rPr>
        <w:t>단체들로부터</w:t>
      </w:r>
      <w:r>
        <w:rPr>
          <w:rFonts w:ascii="Nirmala UI" w:hAnsi="Nirmala UI" w:eastAsia="Nirmala UI" w:cs="Nirmala UI"/>
        </w:rPr>
        <w:t xml:space="preserve"> </w:t>
      </w:r>
      <w:r>
        <w:rPr>
          <w:rFonts w:ascii="Malgun Gothic" w:hAnsi="Malgun Gothic" w:eastAsia="Malgun Gothic" w:cs="Malgun Gothic"/>
        </w:rPr>
        <w:t>강력한</w:t>
      </w:r>
      <w:r>
        <w:rPr>
          <w:rFonts w:ascii="Nirmala UI" w:hAnsi="Nirmala UI" w:eastAsia="Nirmala UI" w:cs="Nirmala UI"/>
        </w:rPr>
        <w:t xml:space="preserve"> </w:t>
      </w:r>
      <w:r>
        <w:rPr>
          <w:rFonts w:ascii="Malgun Gothic" w:hAnsi="Malgun Gothic" w:eastAsia="Malgun Gothic" w:cs="Malgun Gothic"/>
        </w:rPr>
        <w:t>반대가</w:t>
      </w:r>
      <w:r>
        <w:rPr>
          <w:rFonts w:ascii="Nirmala UI" w:hAnsi="Nirmala UI" w:eastAsia="Nirmala UI" w:cs="Nirmala UI"/>
        </w:rPr>
        <w:t xml:space="preserve"> </w:t>
      </w:r>
      <w:r>
        <w:rPr>
          <w:rFonts w:ascii="Malgun Gothic" w:hAnsi="Malgun Gothic" w:eastAsia="Malgun Gothic" w:cs="Malgun Gothic"/>
        </w:rPr>
        <w:t>신속히</w:t>
      </w:r>
      <w:r>
        <w:rPr>
          <w:rFonts w:ascii="Nirmala UI" w:hAnsi="Nirmala UI" w:eastAsia="Nirmala UI" w:cs="Nirmala UI"/>
        </w:rPr>
        <w:t xml:space="preserve"> </w:t>
      </w:r>
      <w:r>
        <w:rPr>
          <w:rFonts w:ascii="Malgun Gothic" w:hAnsi="Malgun Gothic" w:eastAsia="Malgun Gothic" w:cs="Malgun Gothic"/>
        </w:rPr>
        <w:t>일어났다</w:t>
      </w:r>
      <w:r>
        <w:rPr>
          <w:rFonts w:ascii="Nirmala UI" w:hAnsi="Nirmala UI" w:eastAsia="Nirmala UI" w:cs="Nirmala UI"/>
        </w:rPr>
        <w:t>. 1952</w:t>
      </w:r>
      <w:r>
        <w:rPr>
          <w:rFonts w:ascii="Malgun Gothic" w:hAnsi="Malgun Gothic" w:eastAsia="Malgun Gothic" w:cs="Malgun Gothic"/>
        </w:rPr>
        <w:t>년</w:t>
      </w:r>
      <w:r>
        <w:rPr>
          <w:rFonts w:ascii="Nirmala UI" w:hAnsi="Nirmala UI" w:eastAsia="Nirmala UI" w:cs="Nirmala UI"/>
        </w:rPr>
        <w:t xml:space="preserve"> 1</w:t>
      </w:r>
      <w:r>
        <w:rPr>
          <w:rFonts w:ascii="Malgun Gothic" w:hAnsi="Malgun Gothic" w:eastAsia="Malgun Gothic" w:cs="Malgun Gothic"/>
        </w:rPr>
        <w:t>월</w:t>
      </w:r>
      <w:r>
        <w:rPr>
          <w:rFonts w:ascii="Nirmala UI" w:hAnsi="Nirmala UI" w:eastAsia="Nirmala UI" w:cs="Nirmala UI"/>
        </w:rPr>
        <w:t xml:space="preserve">, </w:t>
      </w:r>
      <w:r>
        <w:rPr>
          <w:rFonts w:ascii="Malgun Gothic" w:hAnsi="Malgun Gothic" w:eastAsia="Malgun Gothic" w:cs="Malgun Gothic"/>
        </w:rPr>
        <w:t>클라크</w:t>
      </w:r>
      <w:r>
        <w:rPr>
          <w:rFonts w:ascii="Nirmala UI" w:hAnsi="Nirmala UI" w:eastAsia="Nirmala UI" w:cs="Nirmala UI"/>
        </w:rPr>
        <w:t xml:space="preserve"> </w:t>
      </w:r>
      <w:r>
        <w:rPr>
          <w:rFonts w:ascii="Malgun Gothic" w:hAnsi="Malgun Gothic" w:eastAsia="Malgun Gothic" w:cs="Malgun Gothic"/>
        </w:rPr>
        <w:t>장군은</w:t>
      </w:r>
      <w:r>
        <w:rPr>
          <w:rFonts w:ascii="Nirmala UI" w:hAnsi="Nirmala UI" w:eastAsia="Nirmala UI" w:cs="Nirmala UI"/>
        </w:rPr>
        <w:t xml:space="preserve"> </w:t>
      </w:r>
      <w:r>
        <w:rPr>
          <w:rFonts w:ascii="Malgun Gothic" w:hAnsi="Malgun Gothic" w:eastAsia="Malgun Gothic" w:cs="Malgun Gothic"/>
        </w:rPr>
        <w:t>자신의</w:t>
      </w:r>
      <w:r>
        <w:rPr>
          <w:rFonts w:ascii="Nirmala UI" w:hAnsi="Nirmala UI" w:eastAsia="Nirmala UI" w:cs="Nirmala UI"/>
        </w:rPr>
        <w:t xml:space="preserve"> </w:t>
      </w:r>
      <w:r>
        <w:rPr>
          <w:rFonts w:ascii="Malgun Gothic" w:hAnsi="Malgun Gothic" w:eastAsia="Malgun Gothic" w:cs="Malgun Gothic"/>
        </w:rPr>
        <w:t>지명을</w:t>
      </w:r>
      <w:r>
        <w:rPr>
          <w:rFonts w:ascii="Nirmala UI" w:hAnsi="Nirmala UI" w:eastAsia="Nirmala UI" w:cs="Nirmala UI"/>
        </w:rPr>
        <w:t xml:space="preserve"> </w:t>
      </w:r>
      <w:r>
        <w:rPr>
          <w:rFonts w:ascii="Malgun Gothic" w:hAnsi="Malgun Gothic" w:eastAsia="Malgun Gothic" w:cs="Malgun Gothic"/>
        </w:rPr>
        <w:t>철회하였다</w:t>
      </w:r>
      <w:r>
        <w:rPr>
          <w:rFonts w:ascii="Nirmala UI" w:hAnsi="Nirmala UI" w:eastAsia="Nirmala UI" w:cs="Nirmala UI"/>
        </w:rPr>
        <w:t>.</w:t>
      </w:r>
    </w:p>
    <w:p>
      <w:pPr>
        <w:pStyle w:val="ArticleBody"/>
        <w:jc w:val="left"/>
      </w:pPr>
      <w:r>
        <w:rPr>
          <w:rFonts w:ascii="Nirmala UI" w:hAnsi="Nirmala UI" w:eastAsia="Nirmala UI" w:cs="Nirmala UI"/>
        </w:rPr>
        <w:t>1984</w:t>
      </w:r>
      <w:r>
        <w:rPr>
          <w:rFonts w:ascii="Malgun Gothic" w:hAnsi="Malgun Gothic" w:eastAsia="Malgun Gothic" w:cs="Malgun Gothic"/>
        </w:rPr>
        <w:t>년</w:t>
      </w:r>
      <w:r>
        <w:rPr>
          <w:rFonts w:ascii="Nirmala UI" w:hAnsi="Nirmala UI" w:eastAsia="Nirmala UI" w:cs="Nirmala UI"/>
        </w:rPr>
        <w:t xml:space="preserve"> 1</w:t>
      </w:r>
      <w:r>
        <w:rPr>
          <w:rFonts w:ascii="Malgun Gothic" w:hAnsi="Malgun Gothic" w:eastAsia="Malgun Gothic" w:cs="Malgun Gothic"/>
        </w:rPr>
        <w:t>월</w:t>
      </w:r>
      <w:r>
        <w:rPr>
          <w:rFonts w:ascii="Nirmala UI" w:hAnsi="Nirmala UI" w:eastAsia="Nirmala UI" w:cs="Nirmala UI"/>
        </w:rPr>
        <w:t xml:space="preserve"> 10</w:t>
      </w:r>
      <w:r>
        <w:rPr>
          <w:rFonts w:ascii="Malgun Gothic" w:hAnsi="Malgun Gothic" w:eastAsia="Malgun Gothic" w:cs="Malgun Gothic"/>
        </w:rPr>
        <w:t>일</w:t>
      </w:r>
      <w:r>
        <w:rPr>
          <w:rFonts w:ascii="Nirmala UI" w:hAnsi="Nirmala UI" w:eastAsia="Nirmala UI" w:cs="Nirmala UI"/>
        </w:rPr>
        <w:t xml:space="preserve">, </w:t>
      </w:r>
      <w:r>
        <w:rPr>
          <w:rFonts w:ascii="Malgun Gothic" w:hAnsi="Malgun Gothic" w:eastAsia="Malgun Gothic" w:cs="Malgun Gothic"/>
        </w:rPr>
        <w:t>로널드</w:t>
      </w:r>
      <w:r>
        <w:rPr>
          <w:rFonts w:ascii="Nirmala UI" w:hAnsi="Nirmala UI" w:eastAsia="Nirmala UI" w:cs="Nirmala UI"/>
        </w:rPr>
        <w:t xml:space="preserve"> </w:t>
      </w:r>
      <w:r>
        <w:rPr>
          <w:rFonts w:ascii="Malgun Gothic" w:hAnsi="Malgun Gothic" w:eastAsia="Malgun Gothic" w:cs="Malgun Gothic"/>
        </w:rPr>
        <w:t>레이건</w:t>
      </w:r>
      <w:r>
        <w:rPr>
          <w:rFonts w:ascii="Nirmala UI" w:hAnsi="Nirmala UI" w:eastAsia="Nirmala UI" w:cs="Nirmala UI"/>
        </w:rPr>
        <w:t xml:space="preserve"> </w:t>
      </w:r>
      <w:r>
        <w:rPr>
          <w:rFonts w:ascii="Malgun Gothic" w:hAnsi="Malgun Gothic" w:eastAsia="Malgun Gothic" w:cs="Malgun Gothic"/>
        </w:rPr>
        <w:t>대통령과</w:t>
      </w:r>
      <w:r>
        <w:rPr>
          <w:rFonts w:ascii="Nirmala UI" w:hAnsi="Nirmala UI" w:eastAsia="Nirmala UI" w:cs="Nirmala UI"/>
        </w:rPr>
        <w:t xml:space="preserve"> </w:t>
      </w:r>
      <w:r>
        <w:rPr>
          <w:rFonts w:ascii="Malgun Gothic" w:hAnsi="Malgun Gothic" w:eastAsia="Malgun Gothic" w:cs="Malgun Gothic"/>
        </w:rPr>
        <w:t>교황</w:t>
      </w:r>
      <w:r>
        <w:rPr>
          <w:rFonts w:ascii="Nirmala UI" w:hAnsi="Nirmala UI" w:eastAsia="Nirmala UI" w:cs="Nirmala UI"/>
        </w:rPr>
        <w:t xml:space="preserve"> </w:t>
      </w:r>
      <w:r>
        <w:rPr>
          <w:rFonts w:ascii="Malgun Gothic" w:hAnsi="Malgun Gothic" w:eastAsia="Malgun Gothic" w:cs="Malgun Gothic"/>
        </w:rPr>
        <w:t>요한</w:t>
      </w:r>
      <w:r>
        <w:rPr>
          <w:rFonts w:ascii="Nirmala UI" w:hAnsi="Nirmala UI" w:eastAsia="Nirmala UI" w:cs="Nirmala UI"/>
        </w:rPr>
        <w:t xml:space="preserve"> </w:t>
      </w:r>
      <w:r>
        <w:rPr>
          <w:rFonts w:ascii="Malgun Gothic" w:hAnsi="Malgun Gothic" w:eastAsia="Malgun Gothic" w:cs="Malgun Gothic"/>
        </w:rPr>
        <w:t>바오로</w:t>
      </w:r>
      <w:r>
        <w:rPr>
          <w:rFonts w:ascii="Nirmala UI" w:hAnsi="Nirmala UI" w:eastAsia="Nirmala UI" w:cs="Nirmala UI"/>
        </w:rPr>
        <w:t xml:space="preserve"> 2</w:t>
      </w:r>
      <w:r>
        <w:rPr>
          <w:rFonts w:ascii="Malgun Gothic" w:hAnsi="Malgun Gothic" w:eastAsia="Malgun Gothic" w:cs="Malgun Gothic"/>
        </w:rPr>
        <w:t>세는</w:t>
      </w:r>
      <w:r>
        <w:rPr>
          <w:rFonts w:ascii="Nirmala UI" w:hAnsi="Nirmala UI" w:eastAsia="Nirmala UI" w:cs="Nirmala UI"/>
        </w:rPr>
        <w:t xml:space="preserve"> </w:t>
      </w:r>
      <w:r>
        <w:rPr>
          <w:rFonts w:ascii="Malgun Gothic" w:hAnsi="Malgun Gothic" w:eastAsia="Malgun Gothic" w:cs="Malgun Gothic"/>
        </w:rPr>
        <w:t>미국과</w:t>
      </w:r>
      <w:r>
        <w:rPr>
          <w:rFonts w:ascii="Nirmala UI" w:hAnsi="Nirmala UI" w:eastAsia="Nirmala UI" w:cs="Nirmala UI"/>
        </w:rPr>
        <w:t xml:space="preserve"> </w:t>
      </w:r>
      <w:r>
        <w:rPr>
          <w:rFonts w:ascii="Malgun Gothic" w:hAnsi="Malgun Gothic" w:eastAsia="Malgun Gothic" w:cs="Malgun Gothic"/>
        </w:rPr>
        <w:t>교황청</w:t>
      </w:r>
      <w:r>
        <w:rPr>
          <w:rFonts w:ascii="Nirmala UI" w:hAnsi="Nirmala UI" w:eastAsia="Nirmala UI" w:cs="Nirmala UI"/>
        </w:rPr>
        <w:t xml:space="preserve"> </w:t>
      </w:r>
      <w:r>
        <w:rPr>
          <w:rFonts w:ascii="Malgun Gothic" w:hAnsi="Malgun Gothic" w:eastAsia="Malgun Gothic" w:cs="Malgun Gothic"/>
        </w:rPr>
        <w:t>간의</w:t>
      </w:r>
      <w:r>
        <w:rPr>
          <w:rFonts w:ascii="Nirmala UI" w:hAnsi="Nirmala UI" w:eastAsia="Nirmala UI" w:cs="Nirmala UI"/>
        </w:rPr>
        <w:t xml:space="preserve"> </w:t>
      </w:r>
      <w:r>
        <w:rPr>
          <w:rFonts w:ascii="Malgun Gothic" w:hAnsi="Malgun Gothic" w:eastAsia="Malgun Gothic" w:cs="Malgun Gothic"/>
        </w:rPr>
        <w:t>완전한</w:t>
      </w:r>
      <w:r>
        <w:rPr>
          <w:rFonts w:ascii="Nirmala UI" w:hAnsi="Nirmala UI" w:eastAsia="Nirmala UI" w:cs="Nirmala UI"/>
        </w:rPr>
        <w:t xml:space="preserve"> </w:t>
      </w:r>
      <w:r>
        <w:rPr>
          <w:rFonts w:ascii="Malgun Gothic" w:hAnsi="Malgun Gothic" w:eastAsia="Malgun Gothic" w:cs="Malgun Gothic"/>
        </w:rPr>
        <w:t>외교</w:t>
      </w:r>
      <w:r>
        <w:rPr>
          <w:rFonts w:ascii="Nirmala UI" w:hAnsi="Nirmala UI" w:eastAsia="Nirmala UI" w:cs="Nirmala UI"/>
        </w:rPr>
        <w:t xml:space="preserve"> </w:t>
      </w:r>
      <w:r>
        <w:rPr>
          <w:rFonts w:ascii="Malgun Gothic" w:hAnsi="Malgun Gothic" w:eastAsia="Malgun Gothic" w:cs="Malgun Gothic"/>
        </w:rPr>
        <w:t>관계를</w:t>
      </w:r>
      <w:r>
        <w:rPr>
          <w:rFonts w:ascii="Nirmala UI" w:hAnsi="Nirmala UI" w:eastAsia="Nirmala UI" w:cs="Nirmala UI"/>
        </w:rPr>
        <w:t xml:space="preserve"> </w:t>
      </w:r>
      <w:r>
        <w:rPr>
          <w:rFonts w:ascii="Malgun Gothic" w:hAnsi="Malgun Gothic" w:eastAsia="Malgun Gothic" w:cs="Malgun Gothic"/>
        </w:rPr>
        <w:t>수립하기로</w:t>
      </w:r>
      <w:r>
        <w:rPr>
          <w:rFonts w:ascii="Nirmala UI" w:hAnsi="Nirmala UI" w:eastAsia="Nirmala UI" w:cs="Nirmala UI"/>
        </w:rPr>
        <w:t xml:space="preserve"> </w:t>
      </w:r>
      <w:r>
        <w:rPr>
          <w:rFonts w:ascii="Malgun Gothic" w:hAnsi="Malgun Gothic" w:eastAsia="Malgun Gothic" w:cs="Malgun Gothic"/>
        </w:rPr>
        <w:t>공식</w:t>
      </w:r>
      <w:r>
        <w:rPr>
          <w:rFonts w:ascii="Nirmala UI" w:hAnsi="Nirmala UI" w:eastAsia="Nirmala UI" w:cs="Nirmala UI"/>
        </w:rPr>
        <w:t xml:space="preserve"> </w:t>
      </w:r>
      <w:r>
        <w:rPr>
          <w:rFonts w:ascii="Malgun Gothic" w:hAnsi="Malgun Gothic" w:eastAsia="Malgun Gothic" w:cs="Malgun Gothic"/>
        </w:rPr>
        <w:t>합의하였다</w:t>
      </w:r>
      <w:r>
        <w:rPr>
          <w:rFonts w:ascii="Nirmala UI" w:hAnsi="Nirmala UI" w:eastAsia="Nirmala UI" w:cs="Nirmala UI"/>
        </w:rPr>
        <w:t>. 1984</w:t>
      </w:r>
      <w:r>
        <w:rPr>
          <w:rFonts w:ascii="Malgun Gothic" w:hAnsi="Malgun Gothic" w:eastAsia="Malgun Gothic" w:cs="Malgun Gothic"/>
        </w:rPr>
        <w:t>년</w:t>
      </w:r>
      <w:r>
        <w:rPr>
          <w:rFonts w:ascii="Nirmala UI" w:hAnsi="Nirmala UI" w:eastAsia="Nirmala UI" w:cs="Nirmala UI"/>
        </w:rPr>
        <w:t xml:space="preserve"> 4</w:t>
      </w:r>
      <w:r>
        <w:rPr>
          <w:rFonts w:ascii="Malgun Gothic" w:hAnsi="Malgun Gothic" w:eastAsia="Malgun Gothic" w:cs="Malgun Gothic"/>
        </w:rPr>
        <w:t>월</w:t>
      </w:r>
      <w:r>
        <w:rPr>
          <w:rFonts w:ascii="Nirmala UI" w:hAnsi="Nirmala UI" w:eastAsia="Nirmala UI" w:cs="Nirmala UI"/>
        </w:rPr>
        <w:t xml:space="preserve"> 9</w:t>
      </w:r>
      <w:r>
        <w:rPr>
          <w:rFonts w:ascii="Malgun Gothic" w:hAnsi="Malgun Gothic" w:eastAsia="Malgun Gothic" w:cs="Malgun Gothic"/>
        </w:rPr>
        <w:t>일</w:t>
      </w:r>
      <w:r>
        <w:rPr>
          <w:rFonts w:ascii="Nirmala UI" w:hAnsi="Nirmala UI" w:eastAsia="Nirmala UI" w:cs="Nirmala UI"/>
        </w:rPr>
        <w:t xml:space="preserve">, </w:t>
      </w:r>
      <w:r>
        <w:rPr>
          <w:rFonts w:ascii="Malgun Gothic" w:hAnsi="Malgun Gothic" w:eastAsia="Malgun Gothic" w:cs="Malgun Gothic"/>
        </w:rPr>
        <w:t>윌리엄</w:t>
      </w:r>
      <w:r>
        <w:rPr>
          <w:rFonts w:ascii="Nirmala UI" w:hAnsi="Nirmala UI" w:eastAsia="Nirmala UI" w:cs="Nirmala UI"/>
        </w:rPr>
        <w:t xml:space="preserve"> A. </w:t>
      </w:r>
      <w:r>
        <w:rPr>
          <w:rFonts w:ascii="Malgun Gothic" w:hAnsi="Malgun Gothic" w:eastAsia="Malgun Gothic" w:cs="Malgun Gothic"/>
        </w:rPr>
        <w:t>윌슨</w:t>
      </w:r>
      <w:r>
        <w:rPr>
          <w:rFonts w:ascii="Nirmala UI" w:hAnsi="Nirmala UI" w:eastAsia="Nirmala UI" w:cs="Nirmala UI"/>
        </w:rPr>
        <w:t>(</w:t>
      </w:r>
      <w:r>
        <w:rPr>
          <w:rFonts w:ascii="Malgun Gothic" w:hAnsi="Malgun Gothic" w:eastAsia="Malgun Gothic" w:cs="Malgun Gothic"/>
        </w:rPr>
        <w:t>이미</w:t>
      </w:r>
      <w:r>
        <w:rPr>
          <w:rFonts w:ascii="Nirmala UI" w:hAnsi="Nirmala UI" w:eastAsia="Nirmala UI" w:cs="Nirmala UI"/>
        </w:rPr>
        <w:t xml:space="preserve"> </w:t>
      </w:r>
      <w:r>
        <w:rPr>
          <w:rFonts w:ascii="Malgun Gothic" w:hAnsi="Malgun Gothic" w:eastAsia="Malgun Gothic" w:cs="Malgun Gothic"/>
        </w:rPr>
        <w:t>레이건의</w:t>
      </w:r>
      <w:r>
        <w:rPr>
          <w:rFonts w:ascii="Nirmala UI" w:hAnsi="Nirmala UI" w:eastAsia="Nirmala UI" w:cs="Nirmala UI"/>
        </w:rPr>
        <w:t xml:space="preserve"> </w:t>
      </w:r>
      <w:r>
        <w:rPr>
          <w:rFonts w:ascii="Malgun Gothic" w:hAnsi="Malgun Gothic" w:eastAsia="Malgun Gothic" w:cs="Malgun Gothic"/>
        </w:rPr>
        <w:t>개인</w:t>
      </w:r>
      <w:r>
        <w:rPr>
          <w:rFonts w:ascii="Nirmala UI" w:hAnsi="Nirmala UI" w:eastAsia="Nirmala UI" w:cs="Nirmala UI"/>
        </w:rPr>
        <w:t xml:space="preserve"> </w:t>
      </w:r>
      <w:r>
        <w:rPr>
          <w:rFonts w:ascii="Malgun Gothic" w:hAnsi="Malgun Gothic" w:eastAsia="Malgun Gothic" w:cs="Malgun Gothic"/>
        </w:rPr>
        <w:t>대표로</w:t>
      </w:r>
      <w:r>
        <w:rPr>
          <w:rFonts w:ascii="Nirmala UI" w:hAnsi="Nirmala UI" w:eastAsia="Nirmala UI" w:cs="Nirmala UI"/>
        </w:rPr>
        <w:t xml:space="preserve"> </w:t>
      </w:r>
      <w:r>
        <w:rPr>
          <w:rFonts w:ascii="Malgun Gothic" w:hAnsi="Malgun Gothic" w:eastAsia="Malgun Gothic" w:cs="Malgun Gothic"/>
        </w:rPr>
        <w:t>봉사하고</w:t>
      </w:r>
      <w:r>
        <w:rPr>
          <w:rFonts w:ascii="Nirmala UI" w:hAnsi="Nirmala UI" w:eastAsia="Nirmala UI" w:cs="Nirmala UI"/>
        </w:rPr>
        <w:t xml:space="preserve"> </w:t>
      </w:r>
      <w:r>
        <w:rPr>
          <w:rFonts w:ascii="Malgun Gothic" w:hAnsi="Malgun Gothic" w:eastAsia="Malgun Gothic" w:cs="Malgun Gothic"/>
        </w:rPr>
        <w:t>있던</w:t>
      </w:r>
      <w:r>
        <w:rPr>
          <w:rFonts w:ascii="Nirmala UI" w:hAnsi="Nirmala UI" w:eastAsia="Nirmala UI" w:cs="Nirmala UI"/>
        </w:rPr>
        <w:t>)</w:t>
      </w:r>
      <w:r>
        <w:rPr>
          <w:rFonts w:ascii="Malgun Gothic" w:hAnsi="Malgun Gothic" w:eastAsia="Malgun Gothic" w:cs="Malgun Gothic"/>
        </w:rPr>
        <w:t>은</w:t>
      </w:r>
      <w:r>
        <w:rPr>
          <w:rFonts w:ascii="Nirmala UI" w:hAnsi="Nirmala UI" w:eastAsia="Nirmala UI" w:cs="Nirmala UI"/>
        </w:rPr>
        <w:t xml:space="preserve"> </w:t>
      </w:r>
      <w:r>
        <w:rPr>
          <w:rFonts w:ascii="Malgun Gothic" w:hAnsi="Malgun Gothic" w:eastAsia="Malgun Gothic" w:cs="Malgun Gothic"/>
        </w:rPr>
        <w:t>신임장을</w:t>
      </w:r>
      <w:r>
        <w:rPr>
          <w:rFonts w:ascii="Nirmala UI" w:hAnsi="Nirmala UI" w:eastAsia="Nirmala UI" w:cs="Nirmala UI"/>
        </w:rPr>
        <w:t xml:space="preserve"> </w:t>
      </w:r>
      <w:r>
        <w:rPr>
          <w:rFonts w:ascii="Malgun Gothic" w:hAnsi="Malgun Gothic" w:eastAsia="Malgun Gothic" w:cs="Malgun Gothic"/>
        </w:rPr>
        <w:t>제정하고</w:t>
      </w:r>
      <w:r>
        <w:rPr>
          <w:rFonts w:ascii="Nirmala UI" w:hAnsi="Nirmala UI" w:eastAsia="Nirmala UI" w:cs="Nirmala UI"/>
        </w:rPr>
        <w:t xml:space="preserve"> </w:t>
      </w:r>
      <w:r>
        <w:rPr>
          <w:rFonts w:ascii="Malgun Gothic" w:hAnsi="Malgun Gothic" w:eastAsia="Malgun Gothic" w:cs="Malgun Gothic"/>
        </w:rPr>
        <w:t>교황청</w:t>
      </w:r>
      <w:r>
        <w:rPr>
          <w:rFonts w:ascii="Nirmala UI" w:hAnsi="Nirmala UI" w:eastAsia="Nirmala UI" w:cs="Nirmala UI"/>
        </w:rPr>
        <w:t xml:space="preserve"> </w:t>
      </w:r>
      <w:r>
        <w:rPr>
          <w:rFonts w:ascii="Malgun Gothic" w:hAnsi="Malgun Gothic" w:eastAsia="Malgun Gothic" w:cs="Malgun Gothic"/>
        </w:rPr>
        <w:t>주재</w:t>
      </w:r>
      <w:r>
        <w:rPr>
          <w:rFonts w:ascii="Nirmala UI" w:hAnsi="Nirmala UI" w:eastAsia="Nirmala UI" w:cs="Nirmala UI"/>
        </w:rPr>
        <w:t xml:space="preserve"> </w:t>
      </w:r>
      <w:r>
        <w:rPr>
          <w:rFonts w:ascii="Malgun Gothic" w:hAnsi="Malgun Gothic" w:eastAsia="Malgun Gothic" w:cs="Malgun Gothic"/>
        </w:rPr>
        <w:t>미국의</w:t>
      </w:r>
      <w:r>
        <w:rPr>
          <w:rFonts w:ascii="Nirmala UI" w:hAnsi="Nirmala UI" w:eastAsia="Nirmala UI" w:cs="Nirmala UI"/>
        </w:rPr>
        <w:t xml:space="preserve"> </w:t>
      </w:r>
      <w:r>
        <w:rPr>
          <w:rFonts w:ascii="Malgun Gothic" w:hAnsi="Malgun Gothic" w:eastAsia="Malgun Gothic" w:cs="Malgun Gothic"/>
        </w:rPr>
        <w:t>초대</w:t>
      </w:r>
      <w:r>
        <w:rPr>
          <w:rFonts w:ascii="Nirmala UI" w:hAnsi="Nirmala UI" w:eastAsia="Nirmala UI" w:cs="Nirmala UI"/>
        </w:rPr>
        <w:t xml:space="preserve"> </w:t>
      </w:r>
      <w:r>
        <w:rPr>
          <w:rFonts w:ascii="Malgun Gothic" w:hAnsi="Malgun Gothic" w:eastAsia="Malgun Gothic" w:cs="Malgun Gothic"/>
        </w:rPr>
        <w:t>대사가</w:t>
      </w:r>
      <w:r>
        <w:rPr>
          <w:rFonts w:ascii="Nirmala UI" w:hAnsi="Nirmala UI" w:eastAsia="Nirmala UI" w:cs="Nirmala UI"/>
        </w:rPr>
        <w:t xml:space="preserve"> </w:t>
      </w:r>
      <w:r>
        <w:rPr>
          <w:rFonts w:ascii="Malgun Gothic" w:hAnsi="Malgun Gothic" w:eastAsia="Malgun Gothic" w:cs="Malgun Gothic"/>
        </w:rPr>
        <w:t>되었다</w:t>
      </w:r>
      <w:r>
        <w:rPr>
          <w:rFonts w:ascii="Nirmala UI" w:hAnsi="Nirmala UI" w:eastAsia="Nirmala UI" w:cs="Nirmala UI"/>
        </w:rPr>
        <w:t>.</w:t>
      </w:r>
    </w:p>
    <w:p>
      <w:pPr>
        <w:pStyle w:val="ArticleBody"/>
        <w:jc w:val="left"/>
      </w:pPr>
      <w:r>
        <w:rPr>
          <w:rFonts w:ascii="Nirmala UI" w:hAnsi="Nirmala UI" w:eastAsia="Nirmala UI" w:cs="Nirmala UI"/>
        </w:rPr>
        <w:t>Ngo-1951 kuze kube ngu-1984, eminyakeni engamashumi amathathu nantathu, ukumelana kobuProthestani neKatolika kwanyamalala. “Izingalo” ezamela ubupapa ngo-496 noClovis zifanekisela uReagan ngo-1984 kuqhubeke kuze kube ngu-1989. UClovis wayemele ukususwa kwenkolo (ubuqaba) eyayivimbela ubupapa ekubuyeleni emandleni, futhi ngo-1984 ukumelana kobuProthestani nokuvuka kobupapa kwase kususiwe. “Okumiyo njalo” (ubuqaba) kwase kususiwe, futhi uPawulu uchaza lokho kususwa kokumelana kobuqaba nobupapa njengoku “hlubuka.”</w:t>
      </w:r>
    </w:p>
    <w:p>
      <w:pPr>
        <w:pStyle w:val="ArticleBody"/>
        <w:jc w:val="left"/>
      </w:pPr>
      <w:r>
        <w:rPr>
          <w:rFonts w:ascii="Nirmala UI" w:hAnsi="Nirmala UI" w:eastAsia="Nirmala UI" w:cs="Nirmala UI"/>
        </w:rPr>
        <w:t>કોન્સ્ટાન્ટિન મહાન દ્વારા પ્રતિનિધિત થતી અને 313 થી 538 સુધીના ઇતિહાસ દ્વારા દર્શાવવામાં આવેલી સમાધાનકારી પ્રતીકાત્મક કલીશિયાએ તેવો સમયગાળો દર્શાવ્યો કે જેમાં એક કલીશિયાએ પોતે સમાધાન કર્યું અને સત્યથી વિમુખ થઈ ગઈ. ‘508’ દ્વારા પ્રતિનિધિત થતો ધર્મ, જેણે અગાઉ પાપસીય સત્તાના પ્રવેશોને અટકાવ્યાં હતા, તેણે યુનાઇટેડ સ્ટેટ્સના પ્રોટેસ્ટન્ટોના પતનનું પ્રતીકાત્મક પૂર્વચિહ્ન આપ્યું. રીગનનું પ્રતિનિધિત્વ ક્લોવિસ દ્વારા કરવામાં આવ્યું હતું. 496 માં ક્લોવિસે પોતાની “સત્તા” પાપસી પાસે સોંપી, અને આ રીતે રીગનના વર્ષોમાં સિદ્ધ થયેલી “અપવિત્ર સાંઠગાંઠ”નું પૂર્વરૂપ દર્શાવ્યું. ક્લોવિસે 508 માં “દૈનિક” દૂર કરવામાં આવવાનું પણ પ્રતિનિધિત્વ કર્યું. 508 એ 1984નું પ્રતીકાત્મક પૂર્વચિહ્ન આપ્યું.</w:t>
      </w:r>
    </w:p>
    <w:p>
      <w:pPr>
        <w:pStyle w:val="ArticleScripture"/>
        <w:jc w:val="left"/>
      </w:pPr>
      <w:r>
        <w:rPr>
          <w:rFonts w:ascii="Nirmala UI" w:hAnsi="Nirmala UI" w:eastAsia="Nirmala UI" w:cs="Nirmala UI"/>
        </w:rPr>
        <w:t>“Ubwumvane hagati y’ubupagani n’Ubukristo bwatumye habaho gukura kwa ‘wa muntu w’icyaha’ wavuzwe mu buhanuzi ko arwanya Imana kandi akayishyira hejuru. Iyo gahunda nini y’idini ry’ikinyoma ni igihangano kidasanzwe cy’imbaraga za Satani—urwibutso rw’imihati ye yo kwicaza ku ntebe y’ubwami kugira ngo ategeke isi nk’uko ashaka.” The Great Controversy, 50.</w:t>
      </w:r>
    </w:p>
    <w:p>
      <w:pPr>
        <w:pStyle w:val="ArticleBody"/>
        <w:jc w:val="left"/>
      </w:pPr>
      <w:r>
        <w:rPr>
          <w:rFonts w:ascii="Nirmala UI" w:hAnsi="Nirmala UI" w:eastAsia="Nirmala UI" w:cs="Nirmala UI"/>
        </w:rPr>
        <w:t>रेगनले १९८३ को एक भाषणमा सोभियत संघलाई प्रसिद्ध रूपमा “दुष्ट साम्राज्य” भनेका थिए, र नास्तिक साम्यवादलाई गहिरो नैतिक तथा आध्यात्मिक खतरा ठान्थे। उनले र जोन पल द्वितीयले सोभियत साम्यवादको विरुद्धमा घनिष्ठ व्यक्तिगत तथा राजनीतिक साझेदारी निर्माण गरे। दुवै व्यक्तिले यस संघर्षलाई नैतिक, यहाँसम्म कि दैवी प्रबन्धसम्बन्धी दृष्टिले पनि हेर्थे; रेगनले निजी रूपमा साम्यवादलाई पतन गराउनका लागि एक “दैवी योजना” को कुरा गरेका थिए। रेगनलाई फातिमाका प्रकटताहरूमा चासो थियो (त्यो चेतावनी कि “रूसले आफ्ना त्रुटिहरू फैलाउनेछ”), र यी दुई नेताले परमेश्वरले तिनीहरूको जीवन बचाइदिनुभएको साझा अनुभूतिबारे छलफल गरे (दुवै जना १९८१ मा हत्या-प्रयासबाट बाँचेका थिए), यस्तो उद्देश्यका लागि जो साम्यवादलाई परास्त गर्नुसँग सम्बन्धित थियो।</w:t>
      </w:r>
    </w:p>
    <w:p>
      <w:pPr>
        <w:pStyle w:val="ArticleHeading"/>
        <w:jc w:val="left"/>
      </w:pPr>
      <w:r>
        <w:rPr>
          <w:rFonts w:ascii="Nirmala UI" w:hAnsi="Nirmala UI" w:eastAsia="Nirmala UI" w:cs="Nirmala UI"/>
        </w:rPr>
        <w:t>ક્રિસ્તના શિષ્યો</w:t>
      </w:r>
    </w:p>
    <w:p>
      <w:pPr>
        <w:pStyle w:val="ArticleBody"/>
        <w:jc w:val="left"/>
      </w:pPr>
      <w:r>
        <w:rPr>
          <w:rFonts w:ascii="Nirmala UI" w:hAnsi="Nirmala UI" w:eastAsia="Nirmala UI" w:cs="Nirmala UI"/>
        </w:rPr>
        <w:t>રીગનનો ઉછેર ડિસાઇપલ્સ ઑફ ક્રાઈસ્ટ નામના સંપ્રદાયમાં થયો હતો, જેના સ્થાપક પિતાઓએ સીધેસીધું શીખવ્યું હતું કે કેથોલિક ધર્મના પોપ જ ખ્રિસ્તવિરોધી છે. ડિસાઇપલ્સ ઑફ ક્રાઈસ્ટ ચર્ચના પ્રારંભિક સમયના અગ્રણી નેતા એલેકઝાન્ડર કેમ્પબેલે વારંવાર પેપસી તંત્રને ખ્રિસ્તવિરોધી તરીકે ઓળખાવ્યું હતું. ચર્ચાઓ અને લખાણોમાં તેણે દલીલ કરી હતી કે દાનિયેલ 7નું નાનું શિંગડું, પ્રકાશિત વાક્ય 13નું પશુ, અને 2 થેસ્સલોનિકીઓ 2નો પાપનો મનુષ્ય—આ બધાં રોમના પોપો તરફ સંકેત કરે છે. તેણે આ ઓળખોને જાહેર ચર્ચાઓમાં ઉપયોગમાં લીધી હતી (1837માં કેથોલિક બિશપ જૉન બી. પર્સેલ સાથેની ચર્ચા સહિત). બાર્ટન ડબ્લ્યુ. સ્ટોને પોપના શાસનને સાચો ખ્રિસ્તવિરોધી અને “પાપનો મનુષ્ય” તરીકે સંબોધ્યું હતું. વૉલ્ટર સ્કૉટ (આ ચળવળના બીજા એક પ્રારંભિક સુસમાચારપ્રચારક)એ લખ્યું હતું કે પાપનો મનુષ્ય, એટલે કે રોમનો પોપ, ખ્રિસ્તી ચર્ચમાં ઊભો થશે અને પોતાને ઈશ્વર કરતાં ઊંચો કરશે.</w:t>
      </w:r>
    </w:p>
    <w:p>
      <w:pPr>
        <w:pStyle w:val="ArticleBody"/>
        <w:jc w:val="left"/>
      </w:pPr>
      <w:r>
        <w:rPr>
          <w:rFonts w:ascii="Nirmala UI" w:hAnsi="Nirmala UI" w:eastAsia="Nirmala UI" w:cs="Nirmala UI"/>
        </w:rPr>
        <w:t>રેગનની માતા નેલે, ડિસાઇપલ્સ ઑફ ક્રાઇસ્ટ સંપ્રદાયની એક ભક્તિપૂર્ણ સભ્ય હતી અને તેના બાળપણમાં તેની ઉપરનો મુખ્ય ધાર્મિક પ્રભાવ હતી. રેગનનો બાપ્તિસ્મા ઇલિનોઇસના ડિક્સનમાં આવેલી ડિસાઇપલ્સ ઑફ ક્રાઇસ્ટ ચર્ચમાં, તે 11 વર્ષની ઉંમરે થયો હતો, અને કિશોરાવસ્થામાં તે ત્યાં સક્રિય રહ્યો હતો (જેમાં રવિવાર શાળામાં શિક્ષણ આપવું પણ સમાવેશ થતો હતો). તેણે યુરेका કોલેજમાં અભ્યાસ કર્યો, જે ડિસાઇપલ્સ ઑફ ક્રાઇસ્ટ સાથે સંકળાયેલી હતી.</w:t>
      </w:r>
    </w:p>
    <w:p>
      <w:pPr>
        <w:pStyle w:val="ArticleScripture"/>
        <w:jc w:val="left"/>
      </w:pPr>
      <w:r>
        <w:rPr>
          <w:rFonts w:ascii="Nirmala UI" w:hAnsi="Nirmala UI" w:eastAsia="Nirmala UI" w:cs="Nirmala UI"/>
        </w:rPr>
        <w:t>“Yerli sözü</w:t>
      </w:r>
      <w:r>
        <w:rPr>
          <w:rFonts w:ascii="Times New Roman" w:hAnsi="Times New Roman" w:eastAsia="Times New Roman" w:cs="Times New Roman"/>
        </w:rPr>
        <w:t>ň</w:t>
      </w:r>
      <w:r>
        <w:rPr>
          <w:rFonts w:ascii="Nirmala UI" w:hAnsi="Nirmala UI" w:eastAsia="Nirmala UI" w:cs="Nirmala UI"/>
        </w:rPr>
        <w:t xml:space="preserve"> dü</w:t>
      </w:r>
      <w:r>
        <w:rPr>
          <w:rFonts w:ascii="Times New Roman" w:hAnsi="Times New Roman" w:eastAsia="Times New Roman" w:cs="Times New Roman"/>
        </w:rPr>
        <w:t>ş</w:t>
      </w:r>
      <w:r>
        <w:rPr>
          <w:rFonts w:ascii="Nirmala UI" w:hAnsi="Nirmala UI" w:eastAsia="Nirmala UI" w:cs="Nirmala UI"/>
        </w:rPr>
        <w:t>ünili</w:t>
      </w:r>
      <w:r>
        <w:rPr>
          <w:rFonts w:ascii="Times New Roman" w:hAnsi="Times New Roman" w:eastAsia="Times New Roman" w:cs="Times New Roman"/>
        </w:rPr>
        <w:t>ş</w:t>
      </w:r>
      <w:r>
        <w:rPr>
          <w:rFonts w:ascii="Nirmala UI" w:hAnsi="Nirmala UI" w:eastAsia="Nirmala UI" w:cs="Nirmala UI"/>
        </w:rPr>
        <w:t>inde bula</w:t>
      </w:r>
      <w:r>
        <w:rPr>
          <w:rFonts w:ascii="Times New Roman" w:hAnsi="Times New Roman" w:eastAsia="Times New Roman" w:cs="Times New Roman"/>
        </w:rPr>
        <w:t>ş</w:t>
      </w:r>
      <w:r>
        <w:rPr>
          <w:rFonts w:ascii="Nirmala UI" w:hAnsi="Nirmala UI" w:eastAsia="Nirmala UI" w:cs="Nirmala UI"/>
        </w:rPr>
        <w:t>ýanlar, gar</w:t>
      </w:r>
      <w:r>
        <w:rPr>
          <w:rFonts w:ascii="Times New Roman" w:hAnsi="Times New Roman" w:eastAsia="Times New Roman" w:cs="Times New Roman"/>
        </w:rPr>
        <w:t>ş</w:t>
      </w:r>
      <w:r>
        <w:rPr>
          <w:rFonts w:ascii="Nirmala UI" w:hAnsi="Nirmala UI" w:eastAsia="Nirmala UI" w:cs="Nirmala UI"/>
        </w:rPr>
        <w:t>y-Mesihe degi</w:t>
      </w:r>
      <w:r>
        <w:rPr>
          <w:rFonts w:ascii="Times New Roman" w:hAnsi="Times New Roman" w:eastAsia="Times New Roman" w:cs="Times New Roman"/>
        </w:rPr>
        <w:t>ş</w:t>
      </w:r>
      <w:r>
        <w:rPr>
          <w:rFonts w:ascii="Nirmala UI" w:hAnsi="Nirmala UI" w:eastAsia="Nirmala UI" w:cs="Nirmala UI"/>
        </w:rPr>
        <w:t>li manysyny görüp bilmeýänler, hökman özlerini gar</w:t>
      </w:r>
      <w:r>
        <w:rPr>
          <w:rFonts w:ascii="Times New Roman" w:hAnsi="Times New Roman" w:eastAsia="Times New Roman" w:cs="Times New Roman"/>
        </w:rPr>
        <w:t>ş</w:t>
      </w:r>
      <w:r>
        <w:rPr>
          <w:rFonts w:ascii="Nirmala UI" w:hAnsi="Nirmala UI" w:eastAsia="Nirmala UI" w:cs="Nirmala UI"/>
        </w:rPr>
        <w:t>y-Mesihi</w:t>
      </w:r>
      <w:r>
        <w:rPr>
          <w:rFonts w:ascii="Times New Roman" w:hAnsi="Times New Roman" w:eastAsia="Times New Roman" w:cs="Times New Roman"/>
        </w:rPr>
        <w:t>ň</w:t>
      </w:r>
      <w:r>
        <w:rPr>
          <w:rFonts w:ascii="Nirmala UI" w:hAnsi="Nirmala UI" w:eastAsia="Nirmala UI" w:cs="Nirmala UI"/>
        </w:rPr>
        <w:t xml:space="preserve"> tarapynda goýarlar. Indi bizi</w:t>
      </w:r>
      <w:r>
        <w:rPr>
          <w:rFonts w:ascii="Times New Roman" w:hAnsi="Times New Roman" w:eastAsia="Times New Roman" w:cs="Times New Roman"/>
        </w:rPr>
        <w:t>ň</w:t>
      </w:r>
      <w:r>
        <w:rPr>
          <w:rFonts w:ascii="Nirmala UI" w:hAnsi="Nirmala UI" w:eastAsia="Nirmala UI" w:cs="Nirmala UI"/>
        </w:rPr>
        <w:t xml:space="preserve"> dünýä bilen uýgunla</w:t>
      </w:r>
      <w:r>
        <w:rPr>
          <w:rFonts w:ascii="Times New Roman" w:hAnsi="Times New Roman" w:eastAsia="Times New Roman" w:cs="Times New Roman"/>
        </w:rPr>
        <w:t>ş</w:t>
      </w:r>
      <w:r>
        <w:rPr>
          <w:rFonts w:ascii="Nirmala UI" w:hAnsi="Nirmala UI" w:eastAsia="Nirmala UI" w:cs="Nirmala UI"/>
        </w:rPr>
        <w:t>magymyz üçin wagt ýokdur.” Kress Collection, 105.</w:t>
      </w:r>
    </w:p>
    <w:p>
      <w:pPr>
        <w:pStyle w:val="ArticleBody"/>
        <w:jc w:val="left"/>
      </w:pPr>
      <w:r>
        <w:rPr>
          <w:rFonts w:ascii="Malgun Gothic" w:hAnsi="Malgun Gothic" w:eastAsia="Malgun Gothic" w:cs="Malgun Gothic"/>
        </w:rPr>
        <w:t>리건은</w:t>
      </w:r>
      <w:r>
        <w:rPr>
          <w:rFonts w:ascii="Nirmala UI" w:hAnsi="Nirmala UI" w:eastAsia="Nirmala UI" w:cs="Nirmala UI"/>
        </w:rPr>
        <w:t xml:space="preserve"> </w:t>
      </w:r>
      <w:r>
        <w:rPr>
          <w:rFonts w:ascii="Malgun Gothic" w:hAnsi="Malgun Gothic" w:eastAsia="Malgun Gothic" w:cs="Malgun Gothic"/>
        </w:rPr>
        <w:t>클로비스와</w:t>
      </w:r>
      <w:r>
        <w:rPr>
          <w:rFonts w:ascii="Nirmala UI" w:hAnsi="Nirmala UI" w:eastAsia="Nirmala UI" w:cs="Nirmala UI"/>
        </w:rPr>
        <w:t xml:space="preserve"> </w:t>
      </w:r>
      <w:r>
        <w:rPr>
          <w:rFonts w:ascii="Malgun Gothic" w:hAnsi="Malgun Gothic" w:eastAsia="Malgun Gothic" w:cs="Malgun Gothic"/>
        </w:rPr>
        <w:t>또한</w:t>
      </w:r>
      <w:r>
        <w:rPr>
          <w:rFonts w:ascii="Nirmala UI" w:hAnsi="Nirmala UI" w:eastAsia="Nirmala UI" w:cs="Nirmala UI"/>
        </w:rPr>
        <w:t xml:space="preserve"> </w:t>
      </w:r>
      <w:r>
        <w:rPr>
          <w:rFonts w:ascii="Malgun Gothic" w:hAnsi="Malgun Gothic" w:eastAsia="Malgun Gothic" w:cs="Malgun Gothic"/>
        </w:rPr>
        <w:t>콘스탄티누스</w:t>
      </w:r>
      <w:r>
        <w:rPr>
          <w:rFonts w:ascii="Nirmala UI" w:hAnsi="Nirmala UI" w:eastAsia="Nirmala UI" w:cs="Nirmala UI"/>
        </w:rPr>
        <w:t xml:space="preserve"> </w:t>
      </w:r>
      <w:r>
        <w:rPr>
          <w:rFonts w:ascii="Malgun Gothic" w:hAnsi="Malgun Gothic" w:eastAsia="Malgun Gothic" w:cs="Malgun Gothic"/>
        </w:rPr>
        <w:t>대제의</w:t>
      </w:r>
      <w:r>
        <w:rPr>
          <w:rFonts w:ascii="Nirmala UI" w:hAnsi="Nirmala UI" w:eastAsia="Nirmala UI" w:cs="Nirmala UI"/>
        </w:rPr>
        <w:t xml:space="preserve"> </w:t>
      </w:r>
      <w:r>
        <w:rPr>
          <w:rFonts w:ascii="Malgun Gothic" w:hAnsi="Malgun Gothic" w:eastAsia="Malgun Gothic" w:cs="Malgun Gothic"/>
        </w:rPr>
        <w:t>타협으로</w:t>
      </w:r>
      <w:r>
        <w:rPr>
          <w:rFonts w:ascii="Nirmala UI" w:hAnsi="Nirmala UI" w:eastAsia="Nirmala UI" w:cs="Nirmala UI"/>
        </w:rPr>
        <w:t xml:space="preserve"> </w:t>
      </w:r>
      <w:r>
        <w:rPr>
          <w:rFonts w:ascii="Malgun Gothic" w:hAnsi="Malgun Gothic" w:eastAsia="Malgun Gothic" w:cs="Malgun Gothic"/>
        </w:rPr>
        <w:t>예표되었다</w:t>
      </w:r>
      <w:r>
        <w:rPr>
          <w:rFonts w:ascii="Nirmala UI" w:hAnsi="Nirmala UI" w:eastAsia="Nirmala UI" w:cs="Nirmala UI"/>
        </w:rPr>
        <w:t xml:space="preserve">. </w:t>
      </w:r>
      <w:r>
        <w:rPr>
          <w:rFonts w:ascii="Malgun Gothic" w:hAnsi="Malgun Gothic" w:eastAsia="Malgun Gothic" w:cs="Malgun Gothic"/>
        </w:rPr>
        <w:t>리건은</w:t>
      </w:r>
      <w:r>
        <w:rPr>
          <w:rFonts w:ascii="Nirmala UI" w:hAnsi="Nirmala UI" w:eastAsia="Nirmala UI" w:cs="Nirmala UI"/>
        </w:rPr>
        <w:t xml:space="preserve"> </w:t>
      </w:r>
      <w:r>
        <w:rPr>
          <w:rFonts w:ascii="Malgun Gothic" w:hAnsi="Malgun Gothic" w:eastAsia="Malgun Gothic" w:cs="Malgun Gothic"/>
        </w:rPr>
        <w:t>또한</w:t>
      </w:r>
      <w:r>
        <w:rPr>
          <w:rFonts w:ascii="Nirmala UI" w:hAnsi="Nirmala UI" w:eastAsia="Nirmala UI" w:cs="Nirmala UI"/>
        </w:rPr>
        <w:t xml:space="preserve"> 1989</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끝의</w:t>
      </w:r>
      <w:r>
        <w:rPr>
          <w:rFonts w:ascii="Nirmala UI" w:hAnsi="Nirmala UI" w:eastAsia="Nirmala UI" w:cs="Nirmala UI"/>
        </w:rPr>
        <w:t xml:space="preserve"> </w:t>
      </w:r>
      <w:r>
        <w:rPr>
          <w:rFonts w:ascii="Malgun Gothic" w:hAnsi="Malgun Gothic" w:eastAsia="Malgun Gothic" w:cs="Malgun Gothic"/>
        </w:rPr>
        <w:t>때</w:t>
      </w:r>
      <w:r>
        <w:rPr>
          <w:rFonts w:ascii="Nirmala UI" w:hAnsi="Nirmala UI" w:eastAsia="Nirmala UI" w:cs="Nirmala UI"/>
        </w:rPr>
        <w:t xml:space="preserve"> </w:t>
      </w:r>
      <w:r>
        <w:rPr>
          <w:rFonts w:ascii="Malgun Gothic" w:hAnsi="Malgun Gothic" w:eastAsia="Malgun Gothic" w:cs="Malgun Gothic"/>
        </w:rPr>
        <w:t>이래</w:t>
      </w:r>
      <w:r>
        <w:rPr>
          <w:rFonts w:ascii="Nirmala UI" w:hAnsi="Nirmala UI" w:eastAsia="Nirmala UI" w:cs="Nirmala UI"/>
        </w:rPr>
        <w:t xml:space="preserve"> </w:t>
      </w:r>
      <w:r>
        <w:rPr>
          <w:rFonts w:ascii="Malgun Gothic" w:hAnsi="Malgun Gothic" w:eastAsia="Malgun Gothic" w:cs="Malgun Gothic"/>
        </w:rPr>
        <w:t>마지막</w:t>
      </w:r>
      <w:r>
        <w:rPr>
          <w:rFonts w:ascii="Nirmala UI" w:hAnsi="Nirmala UI" w:eastAsia="Nirmala UI" w:cs="Nirmala UI"/>
        </w:rPr>
        <w:t xml:space="preserve"> </w:t>
      </w:r>
      <w:r>
        <w:rPr>
          <w:rFonts w:ascii="Malgun Gothic" w:hAnsi="Malgun Gothic" w:eastAsia="Malgun Gothic" w:cs="Malgun Gothic"/>
        </w:rPr>
        <w:t>여덟</w:t>
      </w:r>
      <w:r>
        <w:rPr>
          <w:rFonts w:ascii="Nirmala UI" w:hAnsi="Nirmala UI" w:eastAsia="Nirmala UI" w:cs="Nirmala UI"/>
        </w:rPr>
        <w:t xml:space="preserve"> </w:t>
      </w:r>
      <w:r>
        <w:rPr>
          <w:rFonts w:ascii="Malgun Gothic" w:hAnsi="Malgun Gothic" w:eastAsia="Malgun Gothic" w:cs="Malgun Gothic"/>
        </w:rPr>
        <w:t>대통령의</w:t>
      </w:r>
      <w:r>
        <w:rPr>
          <w:rFonts w:ascii="Nirmala UI" w:hAnsi="Nirmala UI" w:eastAsia="Nirmala UI" w:cs="Nirmala UI"/>
        </w:rPr>
        <w:t xml:space="preserve"> </w:t>
      </w:r>
      <w:r>
        <w:rPr>
          <w:rFonts w:ascii="Malgun Gothic" w:hAnsi="Malgun Gothic" w:eastAsia="Malgun Gothic" w:cs="Malgun Gothic"/>
        </w:rPr>
        <w:t>첫</w:t>
      </w:r>
      <w:r>
        <w:rPr>
          <w:rFonts w:ascii="Nirmala UI" w:hAnsi="Nirmala UI" w:eastAsia="Nirmala UI" w:cs="Nirmala UI"/>
        </w:rPr>
        <w:t xml:space="preserve"> </w:t>
      </w:r>
      <w:r>
        <w:rPr>
          <w:rFonts w:ascii="Malgun Gothic" w:hAnsi="Malgun Gothic" w:eastAsia="Malgun Gothic" w:cs="Malgun Gothic"/>
        </w:rPr>
        <w:t>번째였다</w:t>
      </w:r>
      <w:r>
        <w:rPr>
          <w:rFonts w:ascii="Nirmala UI" w:hAnsi="Nirmala UI" w:eastAsia="Nirmala UI" w:cs="Nirmala UI"/>
        </w:rPr>
        <w:t xml:space="preserve">. </w:t>
      </w:r>
      <w:r>
        <w:rPr>
          <w:rFonts w:ascii="Malgun Gothic" w:hAnsi="Malgun Gothic" w:eastAsia="Malgun Gothic" w:cs="Malgun Gothic"/>
        </w:rPr>
        <w:t>마지막</w:t>
      </w:r>
      <w:r>
        <w:rPr>
          <w:rFonts w:ascii="Nirmala UI" w:hAnsi="Nirmala UI" w:eastAsia="Nirmala UI" w:cs="Nirmala UI"/>
        </w:rPr>
        <w:t xml:space="preserve"> </w:t>
      </w:r>
      <w:r>
        <w:rPr>
          <w:rFonts w:ascii="Malgun Gothic" w:hAnsi="Malgun Gothic" w:eastAsia="Malgun Gothic" w:cs="Malgun Gothic"/>
        </w:rPr>
        <w:t>여덟</w:t>
      </w:r>
      <w:r>
        <w:rPr>
          <w:rFonts w:ascii="Nirmala UI" w:hAnsi="Nirmala UI" w:eastAsia="Nirmala UI" w:cs="Nirmala UI"/>
        </w:rPr>
        <w:t xml:space="preserve"> </w:t>
      </w:r>
      <w:r>
        <w:rPr>
          <w:rFonts w:ascii="Malgun Gothic" w:hAnsi="Malgun Gothic" w:eastAsia="Malgun Gothic" w:cs="Malgun Gothic"/>
        </w:rPr>
        <w:t>대통령의</w:t>
      </w:r>
      <w:r>
        <w:rPr>
          <w:rFonts w:ascii="Nirmala UI" w:hAnsi="Nirmala UI" w:eastAsia="Nirmala UI" w:cs="Nirmala UI"/>
        </w:rPr>
        <w:t xml:space="preserve"> </w:t>
      </w:r>
      <w:r>
        <w:rPr>
          <w:rFonts w:ascii="Malgun Gothic" w:hAnsi="Malgun Gothic" w:eastAsia="Malgun Gothic" w:cs="Malgun Gothic"/>
        </w:rPr>
        <w:t>첫</w:t>
      </w:r>
      <w:r>
        <w:rPr>
          <w:rFonts w:ascii="Nirmala UI" w:hAnsi="Nirmala UI" w:eastAsia="Nirmala UI" w:cs="Nirmala UI"/>
        </w:rPr>
        <w:t xml:space="preserve"> </w:t>
      </w:r>
      <w:r>
        <w:rPr>
          <w:rFonts w:ascii="Malgun Gothic" w:hAnsi="Malgun Gothic" w:eastAsia="Malgun Gothic" w:cs="Malgun Gothic"/>
        </w:rPr>
        <w:t>번째로서</w:t>
      </w:r>
      <w:r>
        <w:rPr>
          <w:rFonts w:ascii="Nirmala UI" w:hAnsi="Nirmala UI" w:eastAsia="Nirmala UI" w:cs="Nirmala UI"/>
        </w:rPr>
        <w:t xml:space="preserve"> </w:t>
      </w:r>
      <w:r>
        <w:rPr>
          <w:rFonts w:ascii="Malgun Gothic" w:hAnsi="Malgun Gothic" w:eastAsia="Malgun Gothic" w:cs="Malgun Gothic"/>
        </w:rPr>
        <w:t>그는</w:t>
      </w:r>
      <w:r>
        <w:rPr>
          <w:rFonts w:ascii="Nirmala UI" w:hAnsi="Nirmala UI" w:eastAsia="Nirmala UI" w:cs="Nirmala UI"/>
        </w:rPr>
        <w:t xml:space="preserve"> </w:t>
      </w:r>
      <w:r>
        <w:rPr>
          <w:rFonts w:ascii="Malgun Gothic" w:hAnsi="Malgun Gothic" w:eastAsia="Malgun Gothic" w:cs="Malgun Gothic"/>
        </w:rPr>
        <w:t>도널드</w:t>
      </w:r>
      <w:r>
        <w:rPr>
          <w:rFonts w:ascii="Nirmala UI" w:hAnsi="Nirmala UI" w:eastAsia="Nirmala UI" w:cs="Nirmala UI"/>
        </w:rPr>
        <w:t xml:space="preserve"> </w:t>
      </w:r>
      <w:r>
        <w:rPr>
          <w:rFonts w:ascii="Malgun Gothic" w:hAnsi="Malgun Gothic" w:eastAsia="Malgun Gothic" w:cs="Malgun Gothic"/>
        </w:rPr>
        <w:t>트럼프를</w:t>
      </w:r>
      <w:r>
        <w:rPr>
          <w:rFonts w:ascii="Nirmala UI" w:hAnsi="Nirmala UI" w:eastAsia="Nirmala UI" w:cs="Nirmala UI"/>
        </w:rPr>
        <w:t xml:space="preserve"> </w:t>
      </w:r>
      <w:r>
        <w:rPr>
          <w:rFonts w:ascii="Malgun Gothic" w:hAnsi="Malgun Gothic" w:eastAsia="Malgun Gothic" w:cs="Malgun Gothic"/>
        </w:rPr>
        <w:t>예표하는데</w:t>
      </w:r>
      <w:r>
        <w:rPr>
          <w:rFonts w:ascii="Nirmala UI" w:hAnsi="Nirmala UI" w:eastAsia="Nirmala UI" w:cs="Nirmala UI"/>
        </w:rPr>
        <w:t xml:space="preserve">, </w:t>
      </w:r>
      <w:r>
        <w:rPr>
          <w:rFonts w:ascii="Malgun Gothic" w:hAnsi="Malgun Gothic" w:eastAsia="Malgun Gothic" w:cs="Malgun Gothic"/>
        </w:rPr>
        <w:t>트럼프는</w:t>
      </w:r>
      <w:r>
        <w:rPr>
          <w:rFonts w:ascii="Nirmala UI" w:hAnsi="Nirmala UI" w:eastAsia="Nirmala UI" w:cs="Nirmala UI"/>
        </w:rPr>
        <w:t xml:space="preserve"> </w:t>
      </w:r>
      <w:r>
        <w:rPr>
          <w:rFonts w:ascii="Malgun Gothic" w:hAnsi="Malgun Gothic" w:eastAsia="Malgun Gothic" w:cs="Malgun Gothic"/>
        </w:rPr>
        <w:t>리건과</w:t>
      </w:r>
      <w:r>
        <w:rPr>
          <w:rFonts w:ascii="Nirmala UI" w:hAnsi="Nirmala UI" w:eastAsia="Nirmala UI" w:cs="Nirmala UI"/>
        </w:rPr>
        <w:t xml:space="preserve"> </w:t>
      </w:r>
      <w:r>
        <w:rPr>
          <w:rFonts w:ascii="Malgun Gothic" w:hAnsi="Malgun Gothic" w:eastAsia="Malgun Gothic" w:cs="Malgun Gothic"/>
        </w:rPr>
        <w:t>같이</w:t>
      </w:r>
      <w:r>
        <w:rPr>
          <w:rFonts w:ascii="Nirmala UI" w:hAnsi="Nirmala UI" w:eastAsia="Nirmala UI" w:cs="Nirmala UI"/>
        </w:rPr>
        <w:t xml:space="preserve"> </w:t>
      </w:r>
      <w:r>
        <w:rPr>
          <w:rFonts w:ascii="Malgun Gothic" w:hAnsi="Malgun Gothic" w:eastAsia="Malgun Gothic" w:cs="Malgun Gothic"/>
        </w:rPr>
        <w:t>교황권의</w:t>
      </w:r>
      <w:r>
        <w:rPr>
          <w:rFonts w:ascii="Nirmala UI" w:hAnsi="Nirmala UI" w:eastAsia="Nirmala UI" w:cs="Nirmala UI"/>
        </w:rPr>
        <w:t xml:space="preserve"> </w:t>
      </w:r>
      <w:r>
        <w:rPr>
          <w:rFonts w:ascii="Malgun Gothic" w:hAnsi="Malgun Gothic" w:eastAsia="Malgun Gothic" w:cs="Malgun Gothic"/>
        </w:rPr>
        <w:t>참된</w:t>
      </w:r>
      <w:r>
        <w:rPr>
          <w:rFonts w:ascii="Nirmala UI" w:hAnsi="Nirmala UI" w:eastAsia="Nirmala UI" w:cs="Nirmala UI"/>
        </w:rPr>
        <w:t xml:space="preserve"> </w:t>
      </w:r>
      <w:r>
        <w:rPr>
          <w:rFonts w:ascii="Malgun Gothic" w:hAnsi="Malgun Gothic" w:eastAsia="Malgun Gothic" w:cs="Malgun Gothic"/>
        </w:rPr>
        <w:t>목적과</w:t>
      </w:r>
      <w:r>
        <w:rPr>
          <w:rFonts w:ascii="Nirmala UI" w:hAnsi="Nirmala UI" w:eastAsia="Nirmala UI" w:cs="Nirmala UI"/>
        </w:rPr>
        <w:t xml:space="preserve"> </w:t>
      </w:r>
      <w:r>
        <w:rPr>
          <w:rFonts w:ascii="Malgun Gothic" w:hAnsi="Malgun Gothic" w:eastAsia="Malgun Gothic" w:cs="Malgun Gothic"/>
        </w:rPr>
        <w:t>교황권이</w:t>
      </w:r>
      <w:r>
        <w:rPr>
          <w:rFonts w:ascii="Nirmala UI" w:hAnsi="Nirmala UI" w:eastAsia="Nirmala UI" w:cs="Nirmala UI"/>
        </w:rPr>
        <w:t xml:space="preserve"> </w:t>
      </w:r>
      <w:r>
        <w:rPr>
          <w:rFonts w:ascii="Malgun Gothic" w:hAnsi="Malgun Gothic" w:eastAsia="Malgun Gothic" w:cs="Malgun Gothic"/>
        </w:rPr>
        <w:t>누구인지를</w:t>
      </w:r>
      <w:r>
        <w:rPr>
          <w:rFonts w:ascii="Nirmala UI" w:hAnsi="Nirmala UI" w:eastAsia="Nirmala UI" w:cs="Nirmala UI"/>
        </w:rPr>
        <w:t xml:space="preserve"> </w:t>
      </w:r>
      <w:r>
        <w:rPr>
          <w:rFonts w:ascii="Malgun Gothic" w:hAnsi="Malgun Gothic" w:eastAsia="Malgun Gothic" w:cs="Malgun Gothic"/>
        </w:rPr>
        <w:t>심히</w:t>
      </w:r>
      <w:r>
        <w:rPr>
          <w:rFonts w:ascii="Nirmala UI" w:hAnsi="Nirmala UI" w:eastAsia="Nirmala UI" w:cs="Nirmala UI"/>
        </w:rPr>
        <w:t xml:space="preserve"> </w:t>
      </w:r>
      <w:r>
        <w:rPr>
          <w:rFonts w:ascii="Malgun Gothic" w:hAnsi="Malgun Gothic" w:eastAsia="Malgun Gothic" w:cs="Malgun Gothic"/>
        </w:rPr>
        <w:t>혼동하고</w:t>
      </w:r>
      <w:r>
        <w:rPr>
          <w:rFonts w:ascii="Nirmala UI" w:hAnsi="Nirmala UI" w:eastAsia="Nirmala UI" w:cs="Nirmala UI"/>
        </w:rPr>
        <w:t xml:space="preserve"> </w:t>
      </w:r>
      <w:r>
        <w:rPr>
          <w:rFonts w:ascii="Malgun Gothic" w:hAnsi="Malgun Gothic" w:eastAsia="Malgun Gothic" w:cs="Malgun Gothic"/>
        </w:rPr>
        <w:t>있다</w:t>
      </w:r>
      <w:r>
        <w:rPr>
          <w:rFonts w:ascii="Nirmala UI" w:hAnsi="Nirmala UI" w:eastAsia="Nirmala UI" w:cs="Nirmala UI"/>
        </w:rPr>
        <w:t>.</w:t>
      </w:r>
    </w:p>
    <w:p>
      <w:pPr>
        <w:pStyle w:val="ArticleScripture"/>
        <w:jc w:val="left"/>
      </w:pPr>
      <w:r>
        <w:rPr>
          <w:rFonts w:ascii="Malgun Gothic" w:hAnsi="Malgun Gothic" w:eastAsia="Malgun Gothic" w:cs="Malgun Gothic"/>
        </w:rPr>
        <w:t>둘이</w:t>
      </w:r>
      <w:r>
        <w:rPr>
          <w:rFonts w:ascii="Nirmala UI" w:hAnsi="Nirmala UI" w:eastAsia="Nirmala UI" w:cs="Nirmala UI"/>
        </w:rPr>
        <w:t xml:space="preserve"> </w:t>
      </w:r>
      <w:r>
        <w:rPr>
          <w:rFonts w:ascii="Malgun Gothic" w:hAnsi="Malgun Gothic" w:eastAsia="Malgun Gothic" w:cs="Malgun Gothic"/>
        </w:rPr>
        <w:t>서로</w:t>
      </w:r>
      <w:r>
        <w:rPr>
          <w:rFonts w:ascii="Nirmala UI" w:hAnsi="Nirmala UI" w:eastAsia="Nirmala UI" w:cs="Nirmala UI"/>
        </w:rPr>
        <w:t xml:space="preserve"> </w:t>
      </w:r>
      <w:r>
        <w:rPr>
          <w:rFonts w:ascii="Malgun Gothic" w:hAnsi="Malgun Gothic" w:eastAsia="Malgun Gothic" w:cs="Malgun Gothic"/>
        </w:rPr>
        <w:t>뜻이</w:t>
      </w:r>
      <w:r>
        <w:rPr>
          <w:rFonts w:ascii="Nirmala UI" w:hAnsi="Nirmala UI" w:eastAsia="Nirmala UI" w:cs="Nirmala UI"/>
        </w:rPr>
        <w:t xml:space="preserve"> </w:t>
      </w:r>
      <w:r>
        <w:rPr>
          <w:rFonts w:ascii="Malgun Gothic" w:hAnsi="Malgun Gothic" w:eastAsia="Malgun Gothic" w:cs="Malgun Gothic"/>
        </w:rPr>
        <w:t>합하지</w:t>
      </w:r>
      <w:r>
        <w:rPr>
          <w:rFonts w:ascii="Nirmala UI" w:hAnsi="Nirmala UI" w:eastAsia="Nirmala UI" w:cs="Nirmala UI"/>
        </w:rPr>
        <w:t xml:space="preserve"> </w:t>
      </w:r>
      <w:r>
        <w:rPr>
          <w:rFonts w:ascii="Malgun Gothic" w:hAnsi="Malgun Gothic" w:eastAsia="Malgun Gothic" w:cs="Malgun Gothic"/>
        </w:rPr>
        <w:t>아니하고서야</w:t>
      </w:r>
      <w:r>
        <w:rPr>
          <w:rFonts w:ascii="Nirmala UI" w:hAnsi="Nirmala UI" w:eastAsia="Nirmala UI" w:cs="Nirmala UI"/>
        </w:rPr>
        <w:t xml:space="preserve"> </w:t>
      </w:r>
      <w:r>
        <w:rPr>
          <w:rFonts w:ascii="Malgun Gothic" w:hAnsi="Malgun Gothic" w:eastAsia="Malgun Gothic" w:cs="Malgun Gothic"/>
        </w:rPr>
        <w:t>어찌</w:t>
      </w:r>
      <w:r>
        <w:rPr>
          <w:rFonts w:ascii="Nirmala UI" w:hAnsi="Nirmala UI" w:eastAsia="Nirmala UI" w:cs="Nirmala UI"/>
        </w:rPr>
        <w:t xml:space="preserve"> </w:t>
      </w:r>
      <w:r>
        <w:rPr>
          <w:rFonts w:ascii="Malgun Gothic" w:hAnsi="Malgun Gothic" w:eastAsia="Malgun Gothic" w:cs="Malgun Gothic"/>
        </w:rPr>
        <w:t>함께</w:t>
      </w:r>
      <w:r>
        <w:rPr>
          <w:rFonts w:ascii="Nirmala UI" w:hAnsi="Nirmala UI" w:eastAsia="Nirmala UI" w:cs="Nirmala UI"/>
        </w:rPr>
        <w:t xml:space="preserve"> </w:t>
      </w:r>
      <w:r>
        <w:rPr>
          <w:rFonts w:ascii="Malgun Gothic" w:hAnsi="Malgun Gothic" w:eastAsia="Malgun Gothic" w:cs="Malgun Gothic"/>
        </w:rPr>
        <w:t>걸을</w:t>
      </w:r>
      <w:r>
        <w:rPr>
          <w:rFonts w:ascii="Nirmala UI" w:hAnsi="Nirmala UI" w:eastAsia="Nirmala UI" w:cs="Nirmala UI"/>
        </w:rPr>
        <w:t xml:space="preserve"> </w:t>
      </w:r>
      <w:r>
        <w:rPr>
          <w:rFonts w:ascii="Malgun Gothic" w:hAnsi="Malgun Gothic" w:eastAsia="Malgun Gothic" w:cs="Malgun Gothic"/>
        </w:rPr>
        <w:t>수</w:t>
      </w:r>
      <w:r>
        <w:rPr>
          <w:rFonts w:ascii="Nirmala UI" w:hAnsi="Nirmala UI" w:eastAsia="Nirmala UI" w:cs="Nirmala UI"/>
        </w:rPr>
        <w:t xml:space="preserve"> </w:t>
      </w:r>
      <w:r>
        <w:rPr>
          <w:rFonts w:ascii="Malgun Gothic" w:hAnsi="Malgun Gothic" w:eastAsia="Malgun Gothic" w:cs="Malgun Gothic"/>
        </w:rPr>
        <w:t>있겠는가</w:t>
      </w:r>
      <w:r>
        <w:rPr>
          <w:rFonts w:ascii="Nirmala UI" w:hAnsi="Nirmala UI" w:eastAsia="Nirmala UI" w:cs="Nirmala UI"/>
        </w:rPr>
        <w:t xml:space="preserve">? </w:t>
      </w:r>
      <w:r>
        <w:rPr>
          <w:rFonts w:ascii="Malgun Gothic" w:hAnsi="Malgun Gothic" w:eastAsia="Malgun Gothic" w:cs="Malgun Gothic"/>
        </w:rPr>
        <w:t>아모스</w:t>
      </w:r>
      <w:r>
        <w:rPr>
          <w:rFonts w:ascii="Nirmala UI" w:hAnsi="Nirmala UI" w:eastAsia="Nirmala UI" w:cs="Nirmala UI"/>
        </w:rPr>
        <w:t xml:space="preserve"> 3:3.</w:t>
      </w:r>
    </w:p>
    <w:p>
      <w:pPr>
        <w:pStyle w:val="ArticleBody"/>
        <w:jc w:val="left"/>
      </w:pPr>
      <w:r>
        <w:rPr>
          <w:rFonts w:ascii="Nirmala UI" w:hAnsi="Nirmala UI" w:eastAsia="Nirmala UI" w:cs="Nirmala UI"/>
        </w:rPr>
        <w:t>Daniyel eshapta mokkolo bitta ateenjja tokkoffaa fi dhumaa ta’e, seenaa yeroo dhumaatti bara 1989 keessatti jalqabee seenaa Doonaald Traamp keessatti xumuramu keessatti raawwatama.</w:t>
      </w:r>
    </w:p>
    <w:p>
      <w:pPr>
        <w:pStyle w:val="ArticleScripture"/>
        <w:jc w:val="left"/>
      </w:pPr>
      <w:r>
        <w:rPr>
          <w:rFonts w:ascii="Nirmala UI" w:hAnsi="Nirmala UI" w:eastAsia="Nirmala UI" w:cs="Nirmala UI"/>
        </w:rPr>
        <w:t>“</w:t>
      </w:r>
      <w:r>
        <w:rPr>
          <w:rFonts w:ascii="Malgun Gothic" w:hAnsi="Malgun Gothic" w:eastAsia="Malgun Gothic" w:cs="Malgun Gothic"/>
        </w:rPr>
        <w:t>현재</w:t>
      </w:r>
      <w:r>
        <w:rPr>
          <w:rFonts w:ascii="Nirmala UI" w:hAnsi="Nirmala UI" w:eastAsia="Nirmala UI" w:cs="Nirmala UI"/>
        </w:rPr>
        <w:t xml:space="preserve"> </w:t>
      </w:r>
      <w:r>
        <w:rPr>
          <w:rFonts w:ascii="Malgun Gothic" w:hAnsi="Malgun Gothic" w:eastAsia="Malgun Gothic" w:cs="Malgun Gothic"/>
        </w:rPr>
        <w:t>미국에서</w:t>
      </w:r>
      <w:r>
        <w:rPr>
          <w:rFonts w:ascii="Nirmala UI" w:hAnsi="Nirmala UI" w:eastAsia="Nirmala UI" w:cs="Nirmala UI"/>
        </w:rPr>
        <w:t xml:space="preserve"> </w:t>
      </w:r>
      <w:r>
        <w:rPr>
          <w:rFonts w:ascii="Malgun Gothic" w:hAnsi="Malgun Gothic" w:eastAsia="Malgun Gothic" w:cs="Malgun Gothic"/>
        </w:rPr>
        <w:t>교회의</w:t>
      </w:r>
      <w:r>
        <w:rPr>
          <w:rFonts w:ascii="Nirmala UI" w:hAnsi="Nirmala UI" w:eastAsia="Nirmala UI" w:cs="Nirmala UI"/>
        </w:rPr>
        <w:t xml:space="preserve"> </w:t>
      </w:r>
      <w:r>
        <w:rPr>
          <w:rFonts w:ascii="Malgun Gothic" w:hAnsi="Malgun Gothic" w:eastAsia="Malgun Gothic" w:cs="Malgun Gothic"/>
        </w:rPr>
        <w:t>제도와</w:t>
      </w:r>
      <w:r>
        <w:rPr>
          <w:rFonts w:ascii="Nirmala UI" w:hAnsi="Nirmala UI" w:eastAsia="Nirmala UI" w:cs="Nirmala UI"/>
        </w:rPr>
        <w:t xml:space="preserve"> </w:t>
      </w:r>
      <w:r>
        <w:rPr>
          <w:rFonts w:ascii="Malgun Gothic" w:hAnsi="Malgun Gothic" w:eastAsia="Malgun Gothic" w:cs="Malgun Gothic"/>
        </w:rPr>
        <w:t>관습에</w:t>
      </w:r>
      <w:r>
        <w:rPr>
          <w:rFonts w:ascii="Nirmala UI" w:hAnsi="Nirmala UI" w:eastAsia="Nirmala UI" w:cs="Nirmala UI"/>
        </w:rPr>
        <w:t xml:space="preserve"> </w:t>
      </w:r>
      <w:r>
        <w:rPr>
          <w:rFonts w:ascii="Malgun Gothic" w:hAnsi="Malgun Gothic" w:eastAsia="Malgun Gothic" w:cs="Malgun Gothic"/>
        </w:rPr>
        <w:t>대하여</w:t>
      </w:r>
      <w:r>
        <w:rPr>
          <w:rFonts w:ascii="Nirmala UI" w:hAnsi="Nirmala UI" w:eastAsia="Nirmala UI" w:cs="Nirmala UI"/>
        </w:rPr>
        <w:t xml:space="preserve"> </w:t>
      </w:r>
      <w:r>
        <w:rPr>
          <w:rFonts w:ascii="Malgun Gothic" w:hAnsi="Malgun Gothic" w:eastAsia="Malgun Gothic" w:cs="Malgun Gothic"/>
        </w:rPr>
        <w:t>국가의</w:t>
      </w:r>
      <w:r>
        <w:rPr>
          <w:rFonts w:ascii="Nirmala UI" w:hAnsi="Nirmala UI" w:eastAsia="Nirmala UI" w:cs="Nirmala UI"/>
        </w:rPr>
        <w:t xml:space="preserve"> </w:t>
      </w:r>
      <w:r>
        <w:rPr>
          <w:rFonts w:ascii="Malgun Gothic" w:hAnsi="Malgun Gothic" w:eastAsia="Malgun Gothic" w:cs="Malgun Gothic"/>
        </w:rPr>
        <w:t>지지를</w:t>
      </w:r>
      <w:r>
        <w:rPr>
          <w:rFonts w:ascii="Nirmala UI" w:hAnsi="Nirmala UI" w:eastAsia="Nirmala UI" w:cs="Nirmala UI"/>
        </w:rPr>
        <w:t xml:space="preserve"> </w:t>
      </w:r>
      <w:r>
        <w:rPr>
          <w:rFonts w:ascii="Malgun Gothic" w:hAnsi="Malgun Gothic" w:eastAsia="Malgun Gothic" w:cs="Malgun Gothic"/>
        </w:rPr>
        <w:t>확보하려는</w:t>
      </w:r>
      <w:r>
        <w:rPr>
          <w:rFonts w:ascii="Nirmala UI" w:hAnsi="Nirmala UI" w:eastAsia="Nirmala UI" w:cs="Nirmala UI"/>
        </w:rPr>
        <w:t xml:space="preserve"> </w:t>
      </w:r>
      <w:r>
        <w:rPr>
          <w:rFonts w:ascii="Malgun Gothic" w:hAnsi="Malgun Gothic" w:eastAsia="Malgun Gothic" w:cs="Malgun Gothic"/>
        </w:rPr>
        <w:t>움직임들</w:t>
      </w:r>
      <w:r>
        <w:rPr>
          <w:rFonts w:ascii="Nirmala UI" w:hAnsi="Nirmala UI" w:eastAsia="Nirmala UI" w:cs="Nirmala UI"/>
        </w:rPr>
        <w:t xml:space="preserve"> </w:t>
      </w:r>
      <w:r>
        <w:rPr>
          <w:rFonts w:ascii="Malgun Gothic" w:hAnsi="Malgun Gothic" w:eastAsia="Malgun Gothic" w:cs="Malgun Gothic"/>
        </w:rPr>
        <w:t>가운데서</w:t>
      </w:r>
      <w:r>
        <w:rPr>
          <w:rFonts w:ascii="Nirmala UI" w:hAnsi="Nirmala UI" w:eastAsia="Nirmala UI" w:cs="Nirmala UI"/>
        </w:rPr>
        <w:t xml:space="preserve">, </w:t>
      </w:r>
      <w:r>
        <w:rPr>
          <w:rFonts w:ascii="Malgun Gothic" w:hAnsi="Malgun Gothic" w:eastAsia="Malgun Gothic" w:cs="Malgun Gothic"/>
        </w:rPr>
        <w:t>개신교도들은</w:t>
      </w:r>
      <w:r>
        <w:rPr>
          <w:rFonts w:ascii="Nirmala UI" w:hAnsi="Nirmala UI" w:eastAsia="Nirmala UI" w:cs="Nirmala UI"/>
        </w:rPr>
        <w:t xml:space="preserve"> </w:t>
      </w:r>
      <w:r>
        <w:rPr>
          <w:rFonts w:ascii="Malgun Gothic" w:hAnsi="Malgun Gothic" w:eastAsia="Malgun Gothic" w:cs="Malgun Gothic"/>
        </w:rPr>
        <w:t>로마</w:t>
      </w:r>
      <w:r>
        <w:rPr>
          <w:rFonts w:ascii="Nirmala UI" w:hAnsi="Nirmala UI" w:eastAsia="Nirmala UI" w:cs="Nirmala UI"/>
        </w:rPr>
        <w:t xml:space="preserve"> </w:t>
      </w:r>
      <w:r>
        <w:rPr>
          <w:rFonts w:ascii="Malgun Gothic" w:hAnsi="Malgun Gothic" w:eastAsia="Malgun Gothic" w:cs="Malgun Gothic"/>
        </w:rPr>
        <w:t>가톨릭교도들의</w:t>
      </w:r>
      <w:r>
        <w:rPr>
          <w:rFonts w:ascii="Nirmala UI" w:hAnsi="Nirmala UI" w:eastAsia="Nirmala UI" w:cs="Nirmala UI"/>
        </w:rPr>
        <w:t xml:space="preserve"> </w:t>
      </w:r>
      <w:r>
        <w:rPr>
          <w:rFonts w:ascii="Malgun Gothic" w:hAnsi="Malgun Gothic" w:eastAsia="Malgun Gothic" w:cs="Malgun Gothic"/>
        </w:rPr>
        <w:t>발자취를</w:t>
      </w:r>
      <w:r>
        <w:rPr>
          <w:rFonts w:ascii="Nirmala UI" w:hAnsi="Nirmala UI" w:eastAsia="Nirmala UI" w:cs="Nirmala UI"/>
        </w:rPr>
        <w:t xml:space="preserve"> </w:t>
      </w:r>
      <w:r>
        <w:rPr>
          <w:rFonts w:ascii="Malgun Gothic" w:hAnsi="Malgun Gothic" w:eastAsia="Malgun Gothic" w:cs="Malgun Gothic"/>
        </w:rPr>
        <w:t>따르고</w:t>
      </w:r>
      <w:r>
        <w:rPr>
          <w:rFonts w:ascii="Nirmala UI" w:hAnsi="Nirmala UI" w:eastAsia="Nirmala UI" w:cs="Nirmala UI"/>
        </w:rPr>
        <w:t xml:space="preserve"> </w:t>
      </w:r>
      <w:r>
        <w:rPr>
          <w:rFonts w:ascii="Malgun Gothic" w:hAnsi="Malgun Gothic" w:eastAsia="Malgun Gothic" w:cs="Malgun Gothic"/>
        </w:rPr>
        <w:t>있다</w:t>
      </w:r>
      <w:r>
        <w:rPr>
          <w:rFonts w:ascii="Nirmala UI" w:hAnsi="Nirmala UI" w:eastAsia="Nirmala UI" w:cs="Nirmala UI"/>
        </w:rPr>
        <w:t xml:space="preserve">. </w:t>
      </w:r>
      <w:r>
        <w:rPr>
          <w:rFonts w:ascii="Malgun Gothic" w:hAnsi="Malgun Gothic" w:eastAsia="Malgun Gothic" w:cs="Malgun Gothic"/>
        </w:rPr>
        <w:t>더욱이</w:t>
      </w:r>
      <w:r>
        <w:rPr>
          <w:rFonts w:ascii="Nirmala UI" w:hAnsi="Nirmala UI" w:eastAsia="Nirmala UI" w:cs="Nirmala UI"/>
        </w:rPr>
        <w:t xml:space="preserve">, </w:t>
      </w:r>
      <w:r>
        <w:rPr>
          <w:rFonts w:ascii="Malgun Gothic" w:hAnsi="Malgun Gothic" w:eastAsia="Malgun Gothic" w:cs="Malgun Gothic"/>
        </w:rPr>
        <w:t>그들은</w:t>
      </w:r>
      <w:r>
        <w:rPr>
          <w:rFonts w:ascii="Nirmala UI" w:hAnsi="Nirmala UI" w:eastAsia="Nirmala UI" w:cs="Nirmala UI"/>
        </w:rPr>
        <w:t xml:space="preserve"> </w:t>
      </w:r>
      <w:r>
        <w:rPr>
          <w:rFonts w:ascii="Malgun Gothic" w:hAnsi="Malgun Gothic" w:eastAsia="Malgun Gothic" w:cs="Malgun Gothic"/>
        </w:rPr>
        <w:t>교황권이</w:t>
      </w:r>
      <w:r>
        <w:rPr>
          <w:rFonts w:ascii="Nirmala UI" w:hAnsi="Nirmala UI" w:eastAsia="Nirmala UI" w:cs="Nirmala UI"/>
        </w:rPr>
        <w:t xml:space="preserve"> </w:t>
      </w:r>
      <w:r>
        <w:rPr>
          <w:rFonts w:ascii="Malgun Gothic" w:hAnsi="Malgun Gothic" w:eastAsia="Malgun Gothic" w:cs="Malgun Gothic"/>
        </w:rPr>
        <w:t>구세계에서</w:t>
      </w:r>
      <w:r>
        <w:rPr>
          <w:rFonts w:ascii="Nirmala UI" w:hAnsi="Nirmala UI" w:eastAsia="Nirmala UI" w:cs="Nirmala UI"/>
        </w:rPr>
        <w:t xml:space="preserve"> </w:t>
      </w:r>
      <w:r>
        <w:rPr>
          <w:rFonts w:ascii="Malgun Gothic" w:hAnsi="Malgun Gothic" w:eastAsia="Malgun Gothic" w:cs="Malgun Gothic"/>
        </w:rPr>
        <w:t>상실한</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패권을</w:t>
      </w:r>
      <w:r>
        <w:rPr>
          <w:rFonts w:ascii="Nirmala UI" w:hAnsi="Nirmala UI" w:eastAsia="Nirmala UI" w:cs="Nirmala UI"/>
        </w:rPr>
        <w:t xml:space="preserve"> </w:t>
      </w:r>
      <w:r>
        <w:rPr>
          <w:rFonts w:ascii="Malgun Gothic" w:hAnsi="Malgun Gothic" w:eastAsia="Malgun Gothic" w:cs="Malgun Gothic"/>
        </w:rPr>
        <w:t>개신교</w:t>
      </w:r>
      <w:r>
        <w:rPr>
          <w:rFonts w:ascii="Nirmala UI" w:hAnsi="Nirmala UI" w:eastAsia="Nirmala UI" w:cs="Nirmala UI"/>
        </w:rPr>
        <w:t xml:space="preserve"> </w:t>
      </w:r>
      <w:r>
        <w:rPr>
          <w:rFonts w:ascii="Malgun Gothic" w:hAnsi="Malgun Gothic" w:eastAsia="Malgun Gothic" w:cs="Malgun Gothic"/>
        </w:rPr>
        <w:t>미국에서</w:t>
      </w:r>
      <w:r>
        <w:rPr>
          <w:rFonts w:ascii="Nirmala UI" w:hAnsi="Nirmala UI" w:eastAsia="Nirmala UI" w:cs="Nirmala UI"/>
        </w:rPr>
        <w:t xml:space="preserve"> </w:t>
      </w:r>
      <w:r>
        <w:rPr>
          <w:rFonts w:ascii="Malgun Gothic" w:hAnsi="Malgun Gothic" w:eastAsia="Malgun Gothic" w:cs="Malgun Gothic"/>
        </w:rPr>
        <w:t>다시</w:t>
      </w:r>
      <w:r>
        <w:rPr>
          <w:rFonts w:ascii="Nirmala UI" w:hAnsi="Nirmala UI" w:eastAsia="Nirmala UI" w:cs="Nirmala UI"/>
        </w:rPr>
        <w:t xml:space="preserve"> </w:t>
      </w:r>
      <w:r>
        <w:rPr>
          <w:rFonts w:ascii="Malgun Gothic" w:hAnsi="Malgun Gothic" w:eastAsia="Malgun Gothic" w:cs="Malgun Gothic"/>
        </w:rPr>
        <w:t>회복하도록</w:t>
      </w:r>
      <w:r>
        <w:rPr>
          <w:rFonts w:ascii="Nirmala UI" w:hAnsi="Nirmala UI" w:eastAsia="Nirmala UI" w:cs="Nirmala UI"/>
        </w:rPr>
        <w:t xml:space="preserve"> </w:t>
      </w:r>
      <w:r>
        <w:rPr>
          <w:rFonts w:ascii="Malgun Gothic" w:hAnsi="Malgun Gothic" w:eastAsia="Malgun Gothic" w:cs="Malgun Gothic"/>
        </w:rPr>
        <w:t>문을</w:t>
      </w:r>
      <w:r>
        <w:rPr>
          <w:rFonts w:ascii="Nirmala UI" w:hAnsi="Nirmala UI" w:eastAsia="Nirmala UI" w:cs="Nirmala UI"/>
        </w:rPr>
        <w:t xml:space="preserve"> </w:t>
      </w:r>
      <w:r>
        <w:rPr>
          <w:rFonts w:ascii="Malgun Gothic" w:hAnsi="Malgun Gothic" w:eastAsia="Malgun Gothic" w:cs="Malgun Gothic"/>
        </w:rPr>
        <w:t>열어</w:t>
      </w:r>
      <w:r>
        <w:rPr>
          <w:rFonts w:ascii="Nirmala UI" w:hAnsi="Nirmala UI" w:eastAsia="Nirmala UI" w:cs="Nirmala UI"/>
        </w:rPr>
        <w:t xml:space="preserve"> </w:t>
      </w:r>
      <w:r>
        <w:rPr>
          <w:rFonts w:ascii="Malgun Gothic" w:hAnsi="Malgun Gothic" w:eastAsia="Malgun Gothic" w:cs="Malgun Gothic"/>
        </w:rPr>
        <w:t>주고</w:t>
      </w:r>
      <w:r>
        <w:rPr>
          <w:rFonts w:ascii="Nirmala UI" w:hAnsi="Nirmala UI" w:eastAsia="Nirmala UI" w:cs="Nirmala UI"/>
        </w:rPr>
        <w:t xml:space="preserve"> </w:t>
      </w:r>
      <w:r>
        <w:rPr>
          <w:rFonts w:ascii="Malgun Gothic" w:hAnsi="Malgun Gothic" w:eastAsia="Malgun Gothic" w:cs="Malgun Gothic"/>
        </w:rPr>
        <w:t>있다</w:t>
      </w:r>
      <w:r>
        <w:rPr>
          <w:rFonts w:ascii="Nirmala UI" w:hAnsi="Nirmala UI" w:eastAsia="Nirmala UI" w:cs="Nirmala UI"/>
        </w:rPr>
        <w:t xml:space="preserve">.” </w:t>
      </w:r>
      <w:r>
        <w:rPr>
          <w:rFonts w:ascii="Microsoft YaHei" w:hAnsi="Microsoft YaHei" w:eastAsia="Microsoft YaHei" w:cs="Microsoft YaHei"/>
        </w:rPr>
        <w:t>『</w:t>
      </w:r>
      <w:r>
        <w:rPr>
          <w:rFonts w:ascii="Malgun Gothic" w:hAnsi="Malgun Gothic" w:eastAsia="Malgun Gothic" w:cs="Malgun Gothic"/>
        </w:rPr>
        <w:t>각</w:t>
      </w:r>
      <w:r>
        <w:rPr>
          <w:rFonts w:ascii="Nirmala UI" w:hAnsi="Nirmala UI" w:eastAsia="Nirmala UI" w:cs="Nirmala UI"/>
        </w:rPr>
        <w:t xml:space="preserve"> </w:t>
      </w:r>
      <w:r>
        <w:rPr>
          <w:rFonts w:ascii="Malgun Gothic" w:hAnsi="Malgun Gothic" w:eastAsia="Malgun Gothic" w:cs="Malgun Gothic"/>
        </w:rPr>
        <w:t>시대의</w:t>
      </w:r>
      <w:r>
        <w:rPr>
          <w:rFonts w:ascii="Nirmala UI" w:hAnsi="Nirmala UI" w:eastAsia="Nirmala UI" w:cs="Nirmala UI"/>
        </w:rPr>
        <w:t xml:space="preserve"> </w:t>
      </w:r>
      <w:r>
        <w:rPr>
          <w:rFonts w:ascii="Malgun Gothic" w:hAnsi="Malgun Gothic" w:eastAsia="Malgun Gothic" w:cs="Malgun Gothic"/>
        </w:rPr>
        <w:t>대쟁투</w:t>
      </w:r>
      <w:r>
        <w:rPr>
          <w:rFonts w:ascii="Microsoft YaHei" w:hAnsi="Microsoft YaHei" w:eastAsia="Microsoft YaHei" w:cs="Microsoft YaHei"/>
        </w:rPr>
        <w:t>』</w:t>
      </w:r>
      <w:r>
        <w:rPr>
          <w:rFonts w:ascii="Nirmala UI" w:hAnsi="Nirmala UI" w:eastAsia="Nirmala UI" w:cs="Nirmala UI"/>
        </w:rPr>
        <w:t>, 573.</w:t>
      </w:r>
    </w:p>
    <w:p>
      <w:pPr>
        <w:pStyle w:val="ArticleBody"/>
        <w:jc w:val="left"/>
      </w:pPr>
      <w:r>
        <w:rPr>
          <w:rFonts w:ascii="Nirmala UI" w:hAnsi="Nirmala UI" w:eastAsia="Nirmala UI" w:cs="Nirmala UI"/>
        </w:rPr>
        <w:t>313</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혼인</w:t>
      </w:r>
      <w:r>
        <w:rPr>
          <w:rFonts w:ascii="Nirmala UI" w:hAnsi="Nirmala UI" w:eastAsia="Nirmala UI" w:cs="Nirmala UI"/>
        </w:rPr>
        <w:t xml:space="preserve"> </w:t>
      </w:r>
      <w:r>
        <w:rPr>
          <w:rFonts w:ascii="Malgun Gothic" w:hAnsi="Malgun Gothic" w:eastAsia="Malgun Gothic" w:cs="Malgun Gothic"/>
        </w:rPr>
        <w:t>조약과</w:t>
      </w:r>
      <w:r>
        <w:rPr>
          <w:rFonts w:ascii="Nirmala UI" w:hAnsi="Nirmala UI" w:eastAsia="Nirmala UI" w:cs="Nirmala UI"/>
        </w:rPr>
        <w:t xml:space="preserve"> </w:t>
      </w:r>
      <w:r>
        <w:rPr>
          <w:rFonts w:ascii="Malgun Gothic" w:hAnsi="Malgun Gothic" w:eastAsia="Malgun Gothic" w:cs="Malgun Gothic"/>
        </w:rPr>
        <w:t>밀라노</w:t>
      </w:r>
      <w:r>
        <w:rPr>
          <w:rFonts w:ascii="Nirmala UI" w:hAnsi="Nirmala UI" w:eastAsia="Nirmala UI" w:cs="Nirmala UI"/>
        </w:rPr>
        <w:t xml:space="preserve"> </w:t>
      </w:r>
      <w:r>
        <w:rPr>
          <w:rFonts w:ascii="Malgun Gothic" w:hAnsi="Malgun Gothic" w:eastAsia="Malgun Gothic" w:cs="Malgun Gothic"/>
        </w:rPr>
        <w:t>칙령은</w:t>
      </w:r>
      <w:r>
        <w:rPr>
          <w:rFonts w:ascii="Nirmala UI" w:hAnsi="Nirmala UI" w:eastAsia="Nirmala UI" w:cs="Nirmala UI"/>
        </w:rPr>
        <w:t xml:space="preserve"> 533</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역사와</w:t>
      </w:r>
      <w:r>
        <w:rPr>
          <w:rFonts w:ascii="Nirmala UI" w:hAnsi="Nirmala UI" w:eastAsia="Nirmala UI" w:cs="Nirmala UI"/>
        </w:rPr>
        <w:t xml:space="preserve"> </w:t>
      </w:r>
      <w:r>
        <w:rPr>
          <w:rFonts w:ascii="Malgun Gothic" w:hAnsi="Malgun Gothic" w:eastAsia="Malgun Gothic" w:cs="Malgun Gothic"/>
        </w:rPr>
        <w:t>서로</w:t>
      </w:r>
      <w:r>
        <w:rPr>
          <w:rFonts w:ascii="Nirmala UI" w:hAnsi="Nirmala UI" w:eastAsia="Nirmala UI" w:cs="Nirmala UI"/>
        </w:rPr>
        <w:t xml:space="preserve"> </w:t>
      </w:r>
      <w:r>
        <w:rPr>
          <w:rFonts w:ascii="Malgun Gothic" w:hAnsi="Malgun Gothic" w:eastAsia="Malgun Gothic" w:cs="Malgun Gothic"/>
        </w:rPr>
        <w:t>부합하며</w:t>
      </w:r>
      <w:r>
        <w:rPr>
          <w:rFonts w:ascii="Nirmala UI" w:hAnsi="Nirmala UI" w:eastAsia="Nirmala UI" w:cs="Nirmala UI"/>
        </w:rPr>
        <w:t>, 533</w:t>
      </w:r>
      <w:r>
        <w:rPr>
          <w:rFonts w:ascii="Malgun Gothic" w:hAnsi="Malgun Gothic" w:eastAsia="Malgun Gothic" w:cs="Malgun Gothic"/>
        </w:rPr>
        <w:t>년에</w:t>
      </w:r>
      <w:r>
        <w:rPr>
          <w:rFonts w:ascii="Nirmala UI" w:hAnsi="Nirmala UI" w:eastAsia="Nirmala UI" w:cs="Nirmala UI"/>
        </w:rPr>
        <w:t xml:space="preserve"> </w:t>
      </w:r>
      <w:r>
        <w:rPr>
          <w:rFonts w:ascii="Malgun Gothic" w:hAnsi="Malgun Gothic" w:eastAsia="Malgun Gothic" w:cs="Malgun Gothic"/>
        </w:rPr>
        <w:t>내려진</w:t>
      </w:r>
      <w:r>
        <w:rPr>
          <w:rFonts w:ascii="Nirmala UI" w:hAnsi="Nirmala UI" w:eastAsia="Nirmala UI" w:cs="Nirmala UI"/>
        </w:rPr>
        <w:t xml:space="preserve"> </w:t>
      </w:r>
      <w:r>
        <w:rPr>
          <w:rFonts w:ascii="Malgun Gothic" w:hAnsi="Malgun Gothic" w:eastAsia="Malgun Gothic" w:cs="Malgun Gothic"/>
        </w:rPr>
        <w:t>유스티니아누스의</w:t>
      </w:r>
      <w:r>
        <w:rPr>
          <w:rFonts w:ascii="Nirmala UI" w:hAnsi="Nirmala UI" w:eastAsia="Nirmala UI" w:cs="Nirmala UI"/>
        </w:rPr>
        <w:t xml:space="preserve"> </w:t>
      </w:r>
      <w:r>
        <w:rPr>
          <w:rFonts w:ascii="Malgun Gothic" w:hAnsi="Malgun Gothic" w:eastAsia="Malgun Gothic" w:cs="Malgun Gothic"/>
        </w:rPr>
        <w:t>칙령은</w:t>
      </w:r>
      <w:r>
        <w:rPr>
          <w:rFonts w:ascii="Nirmala UI" w:hAnsi="Nirmala UI" w:eastAsia="Nirmala UI" w:cs="Nirmala UI"/>
        </w:rPr>
        <w:t xml:space="preserve"> </w:t>
      </w:r>
      <w:r>
        <w:rPr>
          <w:rFonts w:ascii="Malgun Gothic" w:hAnsi="Malgun Gothic" w:eastAsia="Malgun Gothic" w:cs="Malgun Gothic"/>
        </w:rPr>
        <w:t>다시금</w:t>
      </w:r>
      <w:r>
        <w:rPr>
          <w:rFonts w:ascii="Nirmala UI" w:hAnsi="Nirmala UI" w:eastAsia="Nirmala UI" w:cs="Nirmala UI"/>
        </w:rPr>
        <w:t xml:space="preserve">, </w:t>
      </w:r>
      <w:r>
        <w:rPr>
          <w:rFonts w:ascii="Malgun Gothic" w:hAnsi="Malgun Gothic" w:eastAsia="Malgun Gothic" w:cs="Malgun Gothic"/>
        </w:rPr>
        <w:t>스스로</w:t>
      </w:r>
      <w:r>
        <w:rPr>
          <w:rFonts w:ascii="Nirmala UI" w:hAnsi="Nirmala UI" w:eastAsia="Nirmala UI" w:cs="Nirmala UI"/>
        </w:rPr>
        <w:t xml:space="preserve"> </w:t>
      </w:r>
      <w:r>
        <w:rPr>
          <w:rFonts w:ascii="Malgun Gothic" w:hAnsi="Malgun Gothic" w:eastAsia="Malgun Gothic" w:cs="Malgun Gothic"/>
        </w:rPr>
        <w:t>그리스도교적이라고</w:t>
      </w:r>
      <w:r>
        <w:rPr>
          <w:rFonts w:ascii="Nirmala UI" w:hAnsi="Nirmala UI" w:eastAsia="Nirmala UI" w:cs="Nirmala UI"/>
        </w:rPr>
        <w:t xml:space="preserve"> </w:t>
      </w:r>
      <w:r>
        <w:rPr>
          <w:rFonts w:ascii="Malgun Gothic" w:hAnsi="Malgun Gothic" w:eastAsia="Malgun Gothic" w:cs="Malgun Gothic"/>
        </w:rPr>
        <w:t>공언하는</w:t>
      </w:r>
      <w:r>
        <w:rPr>
          <w:rFonts w:ascii="Nirmala UI" w:hAnsi="Nirmala UI" w:eastAsia="Nirmala UI" w:cs="Nirmala UI"/>
        </w:rPr>
        <w:t xml:space="preserve"> </w:t>
      </w:r>
      <w:r>
        <w:rPr>
          <w:rFonts w:ascii="Malgun Gothic" w:hAnsi="Malgun Gothic" w:eastAsia="Malgun Gothic" w:cs="Malgun Gothic"/>
        </w:rPr>
        <w:t>한</w:t>
      </w:r>
      <w:r>
        <w:rPr>
          <w:rFonts w:ascii="Nirmala UI" w:hAnsi="Nirmala UI" w:eastAsia="Nirmala UI" w:cs="Nirmala UI"/>
        </w:rPr>
        <w:t xml:space="preserve"> </w:t>
      </w:r>
      <w:r>
        <w:rPr>
          <w:rFonts w:ascii="Malgun Gothic" w:hAnsi="Malgun Gothic" w:eastAsia="Malgun Gothic" w:cs="Malgun Gothic"/>
        </w:rPr>
        <w:t>행정부에</w:t>
      </w:r>
      <w:r>
        <w:rPr>
          <w:rFonts w:ascii="Nirmala UI" w:hAnsi="Nirmala UI" w:eastAsia="Nirmala UI" w:cs="Nirmala UI"/>
        </w:rPr>
        <w:t xml:space="preserve"> </w:t>
      </w:r>
      <w:r>
        <w:rPr>
          <w:rFonts w:ascii="Malgun Gothic" w:hAnsi="Malgun Gothic" w:eastAsia="Malgun Gothic" w:cs="Malgun Gothic"/>
        </w:rPr>
        <w:t>의해</w:t>
      </w:r>
      <w:r>
        <w:rPr>
          <w:rFonts w:ascii="Nirmala UI" w:hAnsi="Nirmala UI" w:eastAsia="Nirmala UI" w:cs="Nirmala UI"/>
        </w:rPr>
        <w:t xml:space="preserve"> </w:t>
      </w:r>
      <w:r>
        <w:rPr>
          <w:rFonts w:ascii="Malgun Gothic" w:hAnsi="Malgun Gothic" w:eastAsia="Malgun Gothic" w:cs="Malgun Gothic"/>
        </w:rPr>
        <w:t>시행될</w:t>
      </w:r>
      <w:r>
        <w:rPr>
          <w:rFonts w:ascii="Nirmala UI" w:hAnsi="Nirmala UI" w:eastAsia="Nirmala UI" w:cs="Nirmala UI"/>
        </w:rPr>
        <w:t xml:space="preserve"> </w:t>
      </w:r>
      <w:r>
        <w:rPr>
          <w:rFonts w:ascii="Malgun Gothic" w:hAnsi="Malgun Gothic" w:eastAsia="Malgun Gothic" w:cs="Malgun Gothic"/>
        </w:rPr>
        <w:t>것이다</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행정부는</w:t>
      </w:r>
      <w:r>
        <w:rPr>
          <w:rFonts w:ascii="Nirmala UI" w:hAnsi="Nirmala UI" w:eastAsia="Nirmala UI" w:cs="Nirmala UI"/>
        </w:rPr>
        <w:t xml:space="preserve"> </w:t>
      </w:r>
      <w:r>
        <w:rPr>
          <w:rFonts w:ascii="Malgun Gothic" w:hAnsi="Malgun Gothic" w:eastAsia="Malgun Gothic" w:cs="Malgun Gothic"/>
        </w:rPr>
        <w:t>교황권을</w:t>
      </w:r>
      <w:r>
        <w:rPr>
          <w:rFonts w:ascii="Nirmala UI" w:hAnsi="Nirmala UI" w:eastAsia="Nirmala UI" w:cs="Nirmala UI"/>
        </w:rPr>
        <w:t xml:space="preserve"> </w:t>
      </w:r>
      <w:r>
        <w:rPr>
          <w:rFonts w:ascii="Malgun Gothic" w:hAnsi="Malgun Gothic" w:eastAsia="Malgun Gothic" w:cs="Malgun Gothic"/>
        </w:rPr>
        <w:t>그리스도교</w:t>
      </w:r>
      <w:r>
        <w:rPr>
          <w:rFonts w:ascii="Nirmala UI" w:hAnsi="Nirmala UI" w:eastAsia="Nirmala UI" w:cs="Nirmala UI"/>
        </w:rPr>
        <w:t xml:space="preserve"> </w:t>
      </w:r>
      <w:r>
        <w:rPr>
          <w:rFonts w:ascii="Malgun Gothic" w:hAnsi="Malgun Gothic" w:eastAsia="Malgun Gothic" w:cs="Malgun Gothic"/>
        </w:rPr>
        <w:t>기관으로</w:t>
      </w:r>
      <w:r>
        <w:rPr>
          <w:rFonts w:ascii="Nirmala UI" w:hAnsi="Nirmala UI" w:eastAsia="Nirmala UI" w:cs="Nirmala UI"/>
        </w:rPr>
        <w:t xml:space="preserve"> </w:t>
      </w:r>
      <w:r>
        <w:rPr>
          <w:rFonts w:ascii="Malgun Gothic" w:hAnsi="Malgun Gothic" w:eastAsia="Malgun Gothic" w:cs="Malgun Gothic"/>
        </w:rPr>
        <w:t>규정하는</w:t>
      </w:r>
      <w:r>
        <w:rPr>
          <w:rFonts w:ascii="Nirmala UI" w:hAnsi="Nirmala UI" w:eastAsia="Nirmala UI" w:cs="Nirmala UI"/>
        </w:rPr>
        <w:t xml:space="preserve"> </w:t>
      </w:r>
      <w:r>
        <w:rPr>
          <w:rFonts w:ascii="Malgun Gothic" w:hAnsi="Malgun Gothic" w:eastAsia="Malgun Gothic" w:cs="Malgun Gothic"/>
        </w:rPr>
        <w:t>것이</w:t>
      </w:r>
      <w:r>
        <w:rPr>
          <w:rFonts w:ascii="Nirmala UI" w:hAnsi="Nirmala UI" w:eastAsia="Nirmala UI" w:cs="Nirmala UI"/>
        </w:rPr>
        <w:t xml:space="preserve">, </w:t>
      </w:r>
      <w:r>
        <w:rPr>
          <w:rFonts w:ascii="Malgun Gothic" w:hAnsi="Malgun Gothic" w:eastAsia="Malgun Gothic" w:cs="Malgun Gothic"/>
        </w:rPr>
        <w:t>좋게</w:t>
      </w:r>
      <w:r>
        <w:rPr>
          <w:rFonts w:ascii="Nirmala UI" w:hAnsi="Nirmala UI" w:eastAsia="Nirmala UI" w:cs="Nirmala UI"/>
        </w:rPr>
        <w:t xml:space="preserve"> </w:t>
      </w:r>
      <w:r>
        <w:rPr>
          <w:rFonts w:ascii="Malgun Gothic" w:hAnsi="Malgun Gothic" w:eastAsia="Malgun Gothic" w:cs="Malgun Gothic"/>
        </w:rPr>
        <w:t>말해</w:t>
      </w:r>
      <w:r>
        <w:rPr>
          <w:rFonts w:ascii="Nirmala UI" w:hAnsi="Nirmala UI" w:eastAsia="Nirmala UI" w:cs="Nirmala UI"/>
        </w:rPr>
        <w:t xml:space="preserve"> </w:t>
      </w:r>
      <w:r>
        <w:rPr>
          <w:rFonts w:ascii="Malgun Gothic" w:hAnsi="Malgun Gothic" w:eastAsia="Malgun Gothic" w:cs="Malgun Gothic"/>
        </w:rPr>
        <w:t>자기모순이며</w:t>
      </w:r>
      <w:r>
        <w:rPr>
          <w:rFonts w:ascii="Nirmala UI" w:hAnsi="Nirmala UI" w:eastAsia="Nirmala UI" w:cs="Nirmala UI"/>
        </w:rPr>
        <w:t xml:space="preserve">, </w:t>
      </w:r>
      <w:r>
        <w:rPr>
          <w:rFonts w:ascii="Malgun Gothic" w:hAnsi="Malgun Gothic" w:eastAsia="Malgun Gothic" w:cs="Malgun Gothic"/>
        </w:rPr>
        <w:t>나쁘게</w:t>
      </w:r>
      <w:r>
        <w:rPr>
          <w:rFonts w:ascii="Nirmala UI" w:hAnsi="Nirmala UI" w:eastAsia="Nirmala UI" w:cs="Nirmala UI"/>
        </w:rPr>
        <w:t xml:space="preserve"> </w:t>
      </w:r>
      <w:r>
        <w:rPr>
          <w:rFonts w:ascii="Malgun Gothic" w:hAnsi="Malgun Gothic" w:eastAsia="Malgun Gothic" w:cs="Malgun Gothic"/>
        </w:rPr>
        <w:t>말하면</w:t>
      </w:r>
      <w:r>
        <w:rPr>
          <w:rFonts w:ascii="Nirmala UI" w:hAnsi="Nirmala UI" w:eastAsia="Nirmala UI" w:cs="Nirmala UI"/>
        </w:rPr>
        <w:t xml:space="preserve"> </w:t>
      </w:r>
      <w:r>
        <w:rPr>
          <w:rFonts w:ascii="Malgun Gothic" w:hAnsi="Malgun Gothic" w:eastAsia="Malgun Gothic" w:cs="Malgun Gothic"/>
        </w:rPr>
        <w:t>치명적인</w:t>
      </w:r>
      <w:r>
        <w:rPr>
          <w:rFonts w:ascii="Nirmala UI" w:hAnsi="Nirmala UI" w:eastAsia="Nirmala UI" w:cs="Nirmala UI"/>
        </w:rPr>
        <w:t xml:space="preserve"> </w:t>
      </w:r>
      <w:r>
        <w:rPr>
          <w:rFonts w:ascii="Malgun Gothic" w:hAnsi="Malgun Gothic" w:eastAsia="Malgun Gothic" w:cs="Malgun Gothic"/>
        </w:rPr>
        <w:t>망상이라는</w:t>
      </w:r>
      <w:r>
        <w:rPr>
          <w:rFonts w:ascii="Nirmala UI" w:hAnsi="Nirmala UI" w:eastAsia="Nirmala UI" w:cs="Nirmala UI"/>
        </w:rPr>
        <w:t xml:space="preserve"> </w:t>
      </w:r>
      <w:r>
        <w:rPr>
          <w:rFonts w:ascii="Malgun Gothic" w:hAnsi="Malgun Gothic" w:eastAsia="Malgun Gothic" w:cs="Malgun Gothic"/>
        </w:rPr>
        <w:t>사실을</w:t>
      </w:r>
      <w:r>
        <w:rPr>
          <w:rFonts w:ascii="Nirmala UI" w:hAnsi="Nirmala UI" w:eastAsia="Nirmala UI" w:cs="Nirmala UI"/>
        </w:rPr>
        <w:t xml:space="preserve"> </w:t>
      </w:r>
      <w:r>
        <w:rPr>
          <w:rFonts w:ascii="Malgun Gothic" w:hAnsi="Malgun Gothic" w:eastAsia="Malgun Gothic" w:cs="Malgun Gothic"/>
        </w:rPr>
        <w:t>더</w:t>
      </w:r>
      <w:r>
        <w:rPr>
          <w:rFonts w:ascii="Nirmala UI" w:hAnsi="Nirmala UI" w:eastAsia="Nirmala UI" w:cs="Nirmala UI"/>
        </w:rPr>
        <w:t xml:space="preserve"> </w:t>
      </w:r>
      <w:r>
        <w:rPr>
          <w:rFonts w:ascii="Malgun Gothic" w:hAnsi="Malgun Gothic" w:eastAsia="Malgun Gothic" w:cs="Malgun Gothic"/>
        </w:rPr>
        <w:t>이상</w:t>
      </w:r>
      <w:r>
        <w:rPr>
          <w:rFonts w:ascii="Nirmala UI" w:hAnsi="Nirmala UI" w:eastAsia="Nirmala UI" w:cs="Nirmala UI"/>
        </w:rPr>
        <w:t xml:space="preserve"> </w:t>
      </w:r>
      <w:r>
        <w:rPr>
          <w:rFonts w:ascii="Malgun Gothic" w:hAnsi="Malgun Gothic" w:eastAsia="Malgun Gothic" w:cs="Malgun Gothic"/>
        </w:rPr>
        <w:t>이해하지</w:t>
      </w:r>
      <w:r>
        <w:rPr>
          <w:rFonts w:ascii="Nirmala UI" w:hAnsi="Nirmala UI" w:eastAsia="Nirmala UI" w:cs="Nirmala UI"/>
        </w:rPr>
        <w:t xml:space="preserve"> </w:t>
      </w:r>
      <w:r>
        <w:rPr>
          <w:rFonts w:ascii="Malgun Gothic" w:hAnsi="Malgun Gothic" w:eastAsia="Malgun Gothic" w:cs="Malgun Gothic"/>
        </w:rPr>
        <w:t>못한다</w:t>
      </w:r>
      <w:r>
        <w:rPr>
          <w:rFonts w:ascii="Nirmala UI" w:hAnsi="Nirmala UI" w:eastAsia="Nirmala UI" w:cs="Nirmala UI"/>
        </w:rPr>
        <w:t>.</w:t>
      </w:r>
    </w:p>
    <w:p>
      <w:pPr>
        <w:pStyle w:val="ArticleHeading"/>
        <w:jc w:val="left"/>
      </w:pPr>
      <w:r>
        <w:rPr>
          <w:rFonts w:ascii="Nirmala UI" w:hAnsi="Nirmala UI" w:eastAsia="Nirmala UI" w:cs="Nirmala UI"/>
        </w:rPr>
        <w:t>ચર્ચ અને રાજ્ય</w:t>
      </w:r>
    </w:p>
    <w:p>
      <w:pPr>
        <w:pStyle w:val="ArticleBody"/>
        <w:jc w:val="left"/>
      </w:pPr>
      <w:r>
        <w:rPr>
          <w:rFonts w:ascii="Nirmala UI" w:hAnsi="Nirmala UI" w:eastAsia="Nirmala UI" w:cs="Nirmala UI"/>
        </w:rPr>
        <w:t>Mu 457 Mbere ya Kristo, itegeko rya gatatu rya Arutazeruzi ryasubije ubusugire bw’igihugu mu buyobozi bwa politiki no mu butware bw’idini.</w:t>
      </w:r>
    </w:p>
    <w:p>
      <w:pPr>
        <w:pStyle w:val="ArticleScripture"/>
        <w:jc w:val="left"/>
      </w:pPr>
      <w:r>
        <w:rPr>
          <w:rFonts w:ascii="Nirmala UI" w:hAnsi="Nirmala UI" w:eastAsia="Nirmala UI" w:cs="Nirmala UI"/>
        </w:rPr>
        <w:t>Mbewe Ezira, ukurikije ubwenge bw’Imana yawe buri mu kuboko kwawe, ushyireho abatware n’abacamanza bazacira imanza abantu bose bari hakurya y’uruzi, ari bo bose bazi amategeko y’Imana yawe; kandi mwigishe abatabizi. Kandi umuntu wese utazakurikiza amategeko y’Imana yawe n’amategeko y’umwami, urubanza rumuhiteho vuba, rwaba urw’igihano cy’urupfu, cyangwa icyo kwirukanwa, cyangwa icyo kunyagwa iby’umutungo, cyangwa icyo gufungwa. Ezira 7:25, 26.</w:t>
      </w:r>
    </w:p>
    <w:p>
      <w:pPr>
        <w:pStyle w:val="ArticleBody"/>
        <w:jc w:val="left"/>
      </w:pPr>
      <w:r>
        <w:rPr>
          <w:rFonts w:ascii="Malgun Gothic" w:hAnsi="Malgun Gothic" w:eastAsia="Malgun Gothic" w:cs="Malgun Gothic"/>
        </w:rPr>
        <w:t>세</w:t>
      </w:r>
      <w:r>
        <w:rPr>
          <w:rFonts w:ascii="Nirmala UI" w:hAnsi="Nirmala UI" w:eastAsia="Nirmala UI" w:cs="Nirmala UI"/>
        </w:rPr>
        <w:t xml:space="preserve"> </w:t>
      </w:r>
      <w:r>
        <w:rPr>
          <w:rFonts w:ascii="Malgun Gothic" w:hAnsi="Malgun Gothic" w:eastAsia="Malgun Gothic" w:cs="Malgun Gothic"/>
        </w:rPr>
        <w:t>번째</w:t>
      </w:r>
      <w:r>
        <w:rPr>
          <w:rFonts w:ascii="Nirmala UI" w:hAnsi="Nirmala UI" w:eastAsia="Nirmala UI" w:cs="Nirmala UI"/>
        </w:rPr>
        <w:t xml:space="preserve"> </w:t>
      </w:r>
      <w:r>
        <w:rPr>
          <w:rFonts w:ascii="Malgun Gothic" w:hAnsi="Malgun Gothic" w:eastAsia="Malgun Gothic" w:cs="Malgun Gothic"/>
        </w:rPr>
        <w:t>칙령은</w:t>
      </w:r>
      <w:r>
        <w:rPr>
          <w:rFonts w:ascii="Nirmala UI" w:hAnsi="Nirmala UI" w:eastAsia="Nirmala UI" w:cs="Nirmala UI"/>
        </w:rPr>
        <w:t xml:space="preserve"> </w:t>
      </w:r>
      <w:r>
        <w:rPr>
          <w:rFonts w:ascii="Malgun Gothic" w:hAnsi="Malgun Gothic" w:eastAsia="Malgun Gothic" w:cs="Malgun Gothic"/>
        </w:rPr>
        <w:t>하나님의</w:t>
      </w:r>
      <w:r>
        <w:rPr>
          <w:rFonts w:ascii="Nirmala UI" w:hAnsi="Nirmala UI" w:eastAsia="Nirmala UI" w:cs="Nirmala UI"/>
        </w:rPr>
        <w:t xml:space="preserve"> </w:t>
      </w:r>
      <w:r>
        <w:rPr>
          <w:rFonts w:ascii="Malgun Gothic" w:hAnsi="Malgun Gothic" w:eastAsia="Malgun Gothic" w:cs="Malgun Gothic"/>
        </w:rPr>
        <w:t>율법과</w:t>
      </w:r>
      <w:r>
        <w:rPr>
          <w:rFonts w:ascii="Nirmala UI" w:hAnsi="Nirmala UI" w:eastAsia="Nirmala UI" w:cs="Nirmala UI"/>
        </w:rPr>
        <w:t xml:space="preserve"> </w:t>
      </w:r>
      <w:r>
        <w:rPr>
          <w:rFonts w:ascii="Malgun Gothic" w:hAnsi="Malgun Gothic" w:eastAsia="Malgun Gothic" w:cs="Malgun Gothic"/>
        </w:rPr>
        <w:t>왕의</w:t>
      </w:r>
      <w:r>
        <w:rPr>
          <w:rFonts w:ascii="Nirmala UI" w:hAnsi="Nirmala UI" w:eastAsia="Nirmala UI" w:cs="Nirmala UI"/>
        </w:rPr>
        <w:t xml:space="preserve"> </w:t>
      </w:r>
      <w:r>
        <w:rPr>
          <w:rFonts w:ascii="Malgun Gothic" w:hAnsi="Malgun Gothic" w:eastAsia="Malgun Gothic" w:cs="Malgun Gothic"/>
        </w:rPr>
        <w:t>법</w:t>
      </w:r>
      <w:r>
        <w:rPr>
          <w:rFonts w:ascii="Nirmala UI" w:hAnsi="Nirmala UI" w:eastAsia="Nirmala UI" w:cs="Nirmala UI"/>
        </w:rPr>
        <w:t xml:space="preserve"> </w:t>
      </w:r>
      <w:r>
        <w:rPr>
          <w:rFonts w:ascii="Malgun Gothic" w:hAnsi="Malgun Gothic" w:eastAsia="Malgun Gothic" w:cs="Malgun Gothic"/>
        </w:rPr>
        <w:t>둘</w:t>
      </w:r>
      <w:r>
        <w:rPr>
          <w:rFonts w:ascii="Nirmala UI" w:hAnsi="Nirmala UI" w:eastAsia="Nirmala UI" w:cs="Nirmala UI"/>
        </w:rPr>
        <w:t xml:space="preserve"> </w:t>
      </w:r>
      <w:r>
        <w:rPr>
          <w:rFonts w:ascii="Malgun Gothic" w:hAnsi="Malgun Gothic" w:eastAsia="Malgun Gothic" w:cs="Malgun Gothic"/>
        </w:rPr>
        <w:t>다에</w:t>
      </w:r>
      <w:r>
        <w:rPr>
          <w:rFonts w:ascii="Nirmala UI" w:hAnsi="Nirmala UI" w:eastAsia="Nirmala UI" w:cs="Nirmala UI"/>
        </w:rPr>
        <w:t xml:space="preserve"> </w:t>
      </w:r>
      <w:r>
        <w:rPr>
          <w:rFonts w:ascii="Malgun Gothic" w:hAnsi="Malgun Gothic" w:eastAsia="Malgun Gothic" w:cs="Malgun Gothic"/>
        </w:rPr>
        <w:t>대하여</w:t>
      </w:r>
      <w:r>
        <w:rPr>
          <w:rFonts w:ascii="Nirmala UI" w:hAnsi="Nirmala UI" w:eastAsia="Nirmala UI" w:cs="Nirmala UI"/>
        </w:rPr>
        <w:t xml:space="preserve"> </w:t>
      </w:r>
      <w:r>
        <w:rPr>
          <w:rFonts w:ascii="Malgun Gothic" w:hAnsi="Malgun Gothic" w:eastAsia="Malgun Gothic" w:cs="Malgun Gothic"/>
        </w:rPr>
        <w:t>심판과</w:t>
      </w:r>
      <w:r>
        <w:rPr>
          <w:rFonts w:ascii="Nirmala UI" w:hAnsi="Nirmala UI" w:eastAsia="Nirmala UI" w:cs="Nirmala UI"/>
        </w:rPr>
        <w:t xml:space="preserve"> </w:t>
      </w:r>
      <w:r>
        <w:rPr>
          <w:rFonts w:ascii="Malgun Gothic" w:hAnsi="Malgun Gothic" w:eastAsia="Malgun Gothic" w:cs="Malgun Gothic"/>
        </w:rPr>
        <w:t>형벌을</w:t>
      </w:r>
      <w:r>
        <w:rPr>
          <w:rFonts w:ascii="Nirmala UI" w:hAnsi="Nirmala UI" w:eastAsia="Nirmala UI" w:cs="Nirmala UI"/>
        </w:rPr>
        <w:t xml:space="preserve"> </w:t>
      </w:r>
      <w:r>
        <w:rPr>
          <w:rFonts w:ascii="Malgun Gothic" w:hAnsi="Malgun Gothic" w:eastAsia="Malgun Gothic" w:cs="Malgun Gothic"/>
        </w:rPr>
        <w:t>집행할</w:t>
      </w:r>
      <w:r>
        <w:rPr>
          <w:rFonts w:ascii="Nirmala UI" w:hAnsi="Nirmala UI" w:eastAsia="Nirmala UI" w:cs="Nirmala UI"/>
        </w:rPr>
        <w:t xml:space="preserve"> </w:t>
      </w:r>
      <w:r>
        <w:rPr>
          <w:rFonts w:ascii="Malgun Gothic" w:hAnsi="Malgun Gothic" w:eastAsia="Malgun Gothic" w:cs="Malgun Gothic"/>
        </w:rPr>
        <w:t>권한을</w:t>
      </w:r>
      <w:r>
        <w:rPr>
          <w:rFonts w:ascii="Nirmala UI" w:hAnsi="Nirmala UI" w:eastAsia="Nirmala UI" w:cs="Nirmala UI"/>
        </w:rPr>
        <w:t xml:space="preserve"> </w:t>
      </w:r>
      <w:r>
        <w:rPr>
          <w:rFonts w:ascii="Malgun Gothic" w:hAnsi="Malgun Gothic" w:eastAsia="Malgun Gothic" w:cs="Malgun Gothic"/>
        </w:rPr>
        <w:t>부여하였다</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칙령은</w:t>
      </w:r>
      <w:r>
        <w:rPr>
          <w:rFonts w:ascii="Nirmala UI" w:hAnsi="Nirmala UI" w:eastAsia="Nirmala UI" w:cs="Nirmala UI"/>
        </w:rPr>
        <w:t xml:space="preserve"> </w:t>
      </w:r>
      <w:r>
        <w:rPr>
          <w:rFonts w:ascii="Malgun Gothic" w:hAnsi="Malgun Gothic" w:eastAsia="Malgun Gothic" w:cs="Malgun Gothic"/>
        </w:rPr>
        <w:t>그리스도께서</w:t>
      </w:r>
      <w:r>
        <w:rPr>
          <w:rFonts w:ascii="Nirmala UI" w:hAnsi="Nirmala UI" w:eastAsia="Nirmala UI" w:cs="Nirmala UI"/>
        </w:rPr>
        <w:t xml:space="preserve"> </w:t>
      </w:r>
      <w:r>
        <w:rPr>
          <w:rFonts w:ascii="Malgun Gothic" w:hAnsi="Malgun Gothic" w:eastAsia="Malgun Gothic" w:cs="Malgun Gothic"/>
        </w:rPr>
        <w:t>갑자기</w:t>
      </w:r>
      <w:r>
        <w:rPr>
          <w:rFonts w:ascii="Nirmala UI" w:hAnsi="Nirmala UI" w:eastAsia="Nirmala UI" w:cs="Nirmala UI"/>
        </w:rPr>
        <w:t xml:space="preserve"> </w:t>
      </w:r>
      <w:r>
        <w:rPr>
          <w:rFonts w:ascii="Malgun Gothic" w:hAnsi="Malgun Gothic" w:eastAsia="Malgun Gothic" w:cs="Malgun Gothic"/>
        </w:rPr>
        <w:t>그의</w:t>
      </w:r>
      <w:r>
        <w:rPr>
          <w:rFonts w:ascii="Nirmala UI" w:hAnsi="Nirmala UI" w:eastAsia="Nirmala UI" w:cs="Nirmala UI"/>
        </w:rPr>
        <w:t xml:space="preserve"> </w:t>
      </w:r>
      <w:r>
        <w:rPr>
          <w:rFonts w:ascii="Malgun Gothic" w:hAnsi="Malgun Gothic" w:eastAsia="Malgun Gothic" w:cs="Malgun Gothic"/>
        </w:rPr>
        <w:t>성전에</w:t>
      </w:r>
      <w:r>
        <w:rPr>
          <w:rFonts w:ascii="Nirmala UI" w:hAnsi="Nirmala UI" w:eastAsia="Nirmala UI" w:cs="Nirmala UI"/>
        </w:rPr>
        <w:t xml:space="preserve"> </w:t>
      </w:r>
      <w:r>
        <w:rPr>
          <w:rFonts w:ascii="Malgun Gothic" w:hAnsi="Malgun Gothic" w:eastAsia="Malgun Gothic" w:cs="Malgun Gothic"/>
        </w:rPr>
        <w:t>임하신</w:t>
      </w:r>
      <w:r>
        <w:rPr>
          <w:rFonts w:ascii="Nirmala UI" w:hAnsi="Nirmala UI" w:eastAsia="Nirmala UI" w:cs="Nirmala UI"/>
        </w:rPr>
        <w:t xml:space="preserve"> 1844</w:t>
      </w:r>
      <w:r>
        <w:rPr>
          <w:rFonts w:ascii="Malgun Gothic" w:hAnsi="Malgun Gothic" w:eastAsia="Malgun Gothic" w:cs="Malgun Gothic"/>
        </w:rPr>
        <w:t>년</w:t>
      </w:r>
      <w:r>
        <w:rPr>
          <w:rFonts w:ascii="Nirmala UI" w:hAnsi="Nirmala UI" w:eastAsia="Nirmala UI" w:cs="Nirmala UI"/>
        </w:rPr>
        <w:t xml:space="preserve"> 10</w:t>
      </w:r>
      <w:r>
        <w:rPr>
          <w:rFonts w:ascii="Malgun Gothic" w:hAnsi="Malgun Gothic" w:eastAsia="Malgun Gothic" w:cs="Malgun Gothic"/>
        </w:rPr>
        <w:t>월</w:t>
      </w:r>
      <w:r>
        <w:rPr>
          <w:rFonts w:ascii="Nirmala UI" w:hAnsi="Nirmala UI" w:eastAsia="Nirmala UI" w:cs="Nirmala UI"/>
        </w:rPr>
        <w:t xml:space="preserve"> 22</w:t>
      </w:r>
      <w:r>
        <w:rPr>
          <w:rFonts w:ascii="Malgun Gothic" w:hAnsi="Malgun Gothic" w:eastAsia="Malgun Gothic" w:cs="Malgun Gothic"/>
        </w:rPr>
        <w:t>일에</w:t>
      </w:r>
      <w:r>
        <w:rPr>
          <w:rFonts w:ascii="Nirmala UI" w:hAnsi="Nirmala UI" w:eastAsia="Nirmala UI" w:cs="Nirmala UI"/>
        </w:rPr>
        <w:t xml:space="preserve"> </w:t>
      </w:r>
      <w:r>
        <w:rPr>
          <w:rFonts w:ascii="Malgun Gothic" w:hAnsi="Malgun Gothic" w:eastAsia="Malgun Gothic" w:cs="Malgun Gothic"/>
        </w:rPr>
        <w:t>끝난</w:t>
      </w:r>
      <w:r>
        <w:rPr>
          <w:rFonts w:ascii="Nirmala UI" w:hAnsi="Nirmala UI" w:eastAsia="Nirmala UI" w:cs="Nirmala UI"/>
        </w:rPr>
        <w:t xml:space="preserve"> </w:t>
      </w:r>
      <w:r>
        <w:rPr>
          <w:rFonts w:ascii="Malgun Gothic" w:hAnsi="Malgun Gothic" w:eastAsia="Malgun Gothic" w:cs="Malgun Gothic"/>
        </w:rPr>
        <w:t>이천삼백</w:t>
      </w:r>
      <w:r>
        <w:rPr>
          <w:rFonts w:ascii="Nirmala UI" w:hAnsi="Nirmala UI" w:eastAsia="Nirmala UI" w:cs="Nirmala UI"/>
        </w:rPr>
        <w:t xml:space="preserve"> </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예언의</w:t>
      </w:r>
      <w:r>
        <w:rPr>
          <w:rFonts w:ascii="Nirmala UI" w:hAnsi="Nirmala UI" w:eastAsia="Nirmala UI" w:cs="Nirmala UI"/>
        </w:rPr>
        <w:t xml:space="preserve"> </w:t>
      </w:r>
      <w:r>
        <w:rPr>
          <w:rFonts w:ascii="Malgun Gothic" w:hAnsi="Malgun Gothic" w:eastAsia="Malgun Gothic" w:cs="Malgun Gothic"/>
        </w:rPr>
        <w:t>시작을</w:t>
      </w:r>
      <w:r>
        <w:rPr>
          <w:rFonts w:ascii="Nirmala UI" w:hAnsi="Nirmala UI" w:eastAsia="Nirmala UI" w:cs="Nirmala UI"/>
        </w:rPr>
        <w:t xml:space="preserve"> </w:t>
      </w:r>
      <w:r>
        <w:rPr>
          <w:rFonts w:ascii="Malgun Gothic" w:hAnsi="Malgun Gothic" w:eastAsia="Malgun Gothic" w:cs="Malgun Gothic"/>
        </w:rPr>
        <w:t>이루었다</w:t>
      </w:r>
      <w:r>
        <w:rPr>
          <w:rFonts w:ascii="Nirmala UI" w:hAnsi="Nirmala UI" w:eastAsia="Nirmala UI" w:cs="Nirmala UI"/>
        </w:rPr>
        <w:t xml:space="preserve">. </w:t>
      </w:r>
      <w:r>
        <w:rPr>
          <w:rFonts w:ascii="Malgun Gothic" w:hAnsi="Malgun Gothic" w:eastAsia="Malgun Gothic" w:cs="Malgun Gothic"/>
        </w:rPr>
        <w:t>또한</w:t>
      </w:r>
      <w:r>
        <w:rPr>
          <w:rFonts w:ascii="Nirmala UI" w:hAnsi="Nirmala UI" w:eastAsia="Nirmala UI" w:cs="Nirmala UI"/>
        </w:rPr>
        <w:t xml:space="preserve"> </w:t>
      </w:r>
      <w:r>
        <w:rPr>
          <w:rFonts w:ascii="Malgun Gothic" w:hAnsi="Malgun Gothic" w:eastAsia="Malgun Gothic" w:cs="Malgun Gothic"/>
        </w:rPr>
        <w:t>그것은</w:t>
      </w:r>
      <w:r>
        <w:rPr>
          <w:rFonts w:ascii="Nirmala UI" w:hAnsi="Nirmala UI" w:eastAsia="Nirmala UI" w:cs="Nirmala UI"/>
        </w:rPr>
        <w:t xml:space="preserve"> </w:t>
      </w:r>
      <w:r>
        <w:rPr>
          <w:rFonts w:ascii="Malgun Gothic" w:hAnsi="Malgun Gothic" w:eastAsia="Malgun Gothic" w:cs="Malgun Gothic"/>
        </w:rPr>
        <w:t>주전</w:t>
      </w:r>
      <w:r>
        <w:rPr>
          <w:rFonts w:ascii="Nirmala UI" w:hAnsi="Nirmala UI" w:eastAsia="Nirmala UI" w:cs="Nirmala UI"/>
        </w:rPr>
        <w:t xml:space="preserve"> 217</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라피아</w:t>
      </w:r>
      <w:r>
        <w:rPr>
          <w:rFonts w:ascii="Nirmala UI" w:hAnsi="Nirmala UI" w:eastAsia="Nirmala UI" w:cs="Nirmala UI"/>
        </w:rPr>
        <w:t xml:space="preserve"> </w:t>
      </w:r>
      <w:r>
        <w:rPr>
          <w:rFonts w:ascii="Malgun Gothic" w:hAnsi="Malgun Gothic" w:eastAsia="Malgun Gothic" w:cs="Malgun Gothic"/>
        </w:rPr>
        <w:t>전투와</w:t>
      </w:r>
      <w:r>
        <w:rPr>
          <w:rFonts w:ascii="Nirmala UI" w:hAnsi="Nirmala UI" w:eastAsia="Nirmala UI" w:cs="Nirmala UI"/>
        </w:rPr>
        <w:t xml:space="preserve"> </w:t>
      </w:r>
      <w:r>
        <w:rPr>
          <w:rFonts w:ascii="Malgun Gothic" w:hAnsi="Malgun Gothic" w:eastAsia="Malgun Gothic" w:cs="Malgun Gothic"/>
        </w:rPr>
        <w:t>주전</w:t>
      </w:r>
      <w:r>
        <w:rPr>
          <w:rFonts w:ascii="Nirmala UI" w:hAnsi="Nirmala UI" w:eastAsia="Nirmala UI" w:cs="Nirmala UI"/>
        </w:rPr>
        <w:t xml:space="preserve"> 200</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파니움</w:t>
      </w:r>
      <w:r>
        <w:rPr>
          <w:rFonts w:ascii="Nirmala UI" w:hAnsi="Nirmala UI" w:eastAsia="Nirmala UI" w:cs="Nirmala UI"/>
        </w:rPr>
        <w:t xml:space="preserve"> </w:t>
      </w:r>
      <w:r>
        <w:rPr>
          <w:rFonts w:ascii="Malgun Gothic" w:hAnsi="Malgun Gothic" w:eastAsia="Malgun Gothic" w:cs="Malgun Gothic"/>
        </w:rPr>
        <w:t>전투</w:t>
      </w:r>
      <w:r>
        <w:rPr>
          <w:rFonts w:ascii="Nirmala UI" w:hAnsi="Nirmala UI" w:eastAsia="Nirmala UI" w:cs="Nirmala UI"/>
        </w:rPr>
        <w:t xml:space="preserve"> </w:t>
      </w:r>
      <w:r>
        <w:rPr>
          <w:rFonts w:ascii="Malgun Gothic" w:hAnsi="Malgun Gothic" w:eastAsia="Malgun Gothic" w:cs="Malgun Gothic"/>
        </w:rPr>
        <w:t>사이의</w:t>
      </w:r>
      <w:r>
        <w:rPr>
          <w:rFonts w:ascii="Nirmala UI" w:hAnsi="Nirmala UI" w:eastAsia="Nirmala UI" w:cs="Nirmala UI"/>
        </w:rPr>
        <w:t xml:space="preserve"> </w:t>
      </w:r>
      <w:r>
        <w:rPr>
          <w:rFonts w:ascii="Malgun Gothic" w:hAnsi="Malgun Gothic" w:eastAsia="Malgun Gothic" w:cs="Malgun Gothic"/>
        </w:rPr>
        <w:t>역사</w:t>
      </w:r>
      <w:r>
        <w:rPr>
          <w:rFonts w:ascii="Nirmala UI" w:hAnsi="Nirmala UI" w:eastAsia="Nirmala UI" w:cs="Nirmala UI"/>
        </w:rPr>
        <w:t xml:space="preserve"> </w:t>
      </w:r>
      <w:r>
        <w:rPr>
          <w:rFonts w:ascii="Malgun Gothic" w:hAnsi="Malgun Gothic" w:eastAsia="Malgun Gothic" w:cs="Malgun Gothic"/>
        </w:rPr>
        <w:t>속에서</w:t>
      </w:r>
      <w:r>
        <w:rPr>
          <w:rFonts w:ascii="Nirmala UI" w:hAnsi="Nirmala UI" w:eastAsia="Nirmala UI" w:cs="Nirmala UI"/>
        </w:rPr>
        <w:t xml:space="preserve">, </w:t>
      </w:r>
      <w:r>
        <w:rPr>
          <w:rFonts w:ascii="Malgun Gothic" w:hAnsi="Malgun Gothic" w:eastAsia="Malgun Gothic" w:cs="Malgun Gothic"/>
        </w:rPr>
        <w:t>주전</w:t>
      </w:r>
      <w:r>
        <w:rPr>
          <w:rFonts w:ascii="Nirmala UI" w:hAnsi="Nirmala UI" w:eastAsia="Nirmala UI" w:cs="Nirmala UI"/>
        </w:rPr>
        <w:t xml:space="preserve"> 207</w:t>
      </w:r>
      <w:r>
        <w:rPr>
          <w:rFonts w:ascii="Malgun Gothic" w:hAnsi="Malgun Gothic" w:eastAsia="Malgun Gothic" w:cs="Malgun Gothic"/>
        </w:rPr>
        <w:t>년에</w:t>
      </w:r>
      <w:r>
        <w:rPr>
          <w:rFonts w:ascii="Nirmala UI" w:hAnsi="Nirmala UI" w:eastAsia="Nirmala UI" w:cs="Nirmala UI"/>
        </w:rPr>
        <w:t xml:space="preserve"> </w:t>
      </w:r>
      <w:r>
        <w:rPr>
          <w:rFonts w:ascii="Malgun Gothic" w:hAnsi="Malgun Gothic" w:eastAsia="Malgun Gothic" w:cs="Malgun Gothic"/>
        </w:rPr>
        <w:t>끝난</w:t>
      </w:r>
      <w:r>
        <w:rPr>
          <w:rFonts w:ascii="Nirmala UI" w:hAnsi="Nirmala UI" w:eastAsia="Nirmala UI" w:cs="Nirmala UI"/>
        </w:rPr>
        <w:t xml:space="preserve"> </w:t>
      </w:r>
      <w:r>
        <w:rPr>
          <w:rFonts w:ascii="Malgun Gothic" w:hAnsi="Malgun Gothic" w:eastAsia="Malgun Gothic" w:cs="Malgun Gothic"/>
        </w:rPr>
        <w:t>이백오십</w:t>
      </w:r>
      <w:r>
        <w:rPr>
          <w:rFonts w:ascii="Nirmala UI" w:hAnsi="Nirmala UI" w:eastAsia="Nirmala UI" w:cs="Nirmala UI"/>
        </w:rPr>
        <w:t xml:space="preserve"> </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예언의</w:t>
      </w:r>
      <w:r>
        <w:rPr>
          <w:rFonts w:ascii="Nirmala UI" w:hAnsi="Nirmala UI" w:eastAsia="Nirmala UI" w:cs="Nirmala UI"/>
        </w:rPr>
        <w:t xml:space="preserve"> </w:t>
      </w:r>
      <w:r>
        <w:rPr>
          <w:rFonts w:ascii="Malgun Gothic" w:hAnsi="Malgun Gothic" w:eastAsia="Malgun Gothic" w:cs="Malgun Gothic"/>
        </w:rPr>
        <w:t>시작도</w:t>
      </w:r>
      <w:r>
        <w:rPr>
          <w:rFonts w:ascii="Nirmala UI" w:hAnsi="Nirmala UI" w:eastAsia="Nirmala UI" w:cs="Nirmala UI"/>
        </w:rPr>
        <w:t xml:space="preserve"> </w:t>
      </w:r>
      <w:r>
        <w:rPr>
          <w:rFonts w:ascii="Malgun Gothic" w:hAnsi="Malgun Gothic" w:eastAsia="Malgun Gothic" w:cs="Malgun Gothic"/>
        </w:rPr>
        <w:t>이루었다</w:t>
      </w:r>
      <w:r>
        <w:rPr>
          <w:rFonts w:ascii="Nirmala UI" w:hAnsi="Nirmala UI" w:eastAsia="Nirmala UI" w:cs="Nirmala UI"/>
        </w:rPr>
        <w:t xml:space="preserve">. </w:t>
      </w:r>
      <w:r>
        <w:rPr>
          <w:rFonts w:ascii="Malgun Gothic" w:hAnsi="Malgun Gothic" w:eastAsia="Malgun Gothic" w:cs="Malgun Gothic"/>
        </w:rPr>
        <w:t>주전</w:t>
      </w:r>
      <w:r>
        <w:rPr>
          <w:rFonts w:ascii="Nirmala UI" w:hAnsi="Nirmala UI" w:eastAsia="Nirmala UI" w:cs="Nirmala UI"/>
        </w:rPr>
        <w:t xml:space="preserve"> 457</w:t>
      </w:r>
      <w:r>
        <w:rPr>
          <w:rFonts w:ascii="Malgun Gothic" w:hAnsi="Malgun Gothic" w:eastAsia="Malgun Gothic" w:cs="Malgun Gothic"/>
        </w:rPr>
        <w:t>년에</w:t>
      </w:r>
      <w:r>
        <w:rPr>
          <w:rFonts w:ascii="Nirmala UI" w:hAnsi="Nirmala UI" w:eastAsia="Nirmala UI" w:cs="Nirmala UI"/>
        </w:rPr>
        <w:t xml:space="preserve"> </w:t>
      </w:r>
      <w:r>
        <w:rPr>
          <w:rFonts w:ascii="Malgun Gothic" w:hAnsi="Malgun Gothic" w:eastAsia="Malgun Gothic" w:cs="Malgun Gothic"/>
        </w:rPr>
        <w:t>시민적</w:t>
      </w:r>
      <w:r>
        <w:rPr>
          <w:rFonts w:ascii="Nirmala UI" w:hAnsi="Nirmala UI" w:eastAsia="Nirmala UI" w:cs="Nirmala UI"/>
        </w:rPr>
        <w:t xml:space="preserve"> </w:t>
      </w:r>
      <w:r>
        <w:rPr>
          <w:rFonts w:ascii="Malgun Gothic" w:hAnsi="Malgun Gothic" w:eastAsia="Malgun Gothic" w:cs="Malgun Gothic"/>
        </w:rPr>
        <w:t>주권과</w:t>
      </w:r>
      <w:r>
        <w:rPr>
          <w:rFonts w:ascii="Nirmala UI" w:hAnsi="Nirmala UI" w:eastAsia="Nirmala UI" w:cs="Nirmala UI"/>
        </w:rPr>
        <w:t xml:space="preserve"> </w:t>
      </w:r>
      <w:r>
        <w:rPr>
          <w:rFonts w:ascii="Malgun Gothic" w:hAnsi="Malgun Gothic" w:eastAsia="Malgun Gothic" w:cs="Malgun Gothic"/>
        </w:rPr>
        <w:t>종교적</w:t>
      </w:r>
      <w:r>
        <w:rPr>
          <w:rFonts w:ascii="Nirmala UI" w:hAnsi="Nirmala UI" w:eastAsia="Nirmala UI" w:cs="Nirmala UI"/>
        </w:rPr>
        <w:t xml:space="preserve"> </w:t>
      </w:r>
      <w:r>
        <w:rPr>
          <w:rFonts w:ascii="Malgun Gothic" w:hAnsi="Malgun Gothic" w:eastAsia="Malgun Gothic" w:cs="Malgun Gothic"/>
        </w:rPr>
        <w:t>주권이</w:t>
      </w:r>
      <w:r>
        <w:rPr>
          <w:rFonts w:ascii="Nirmala UI" w:hAnsi="Nirmala UI" w:eastAsia="Nirmala UI" w:cs="Nirmala UI"/>
        </w:rPr>
        <w:t xml:space="preserve"> </w:t>
      </w:r>
      <w:r>
        <w:rPr>
          <w:rFonts w:ascii="Malgun Gothic" w:hAnsi="Malgun Gothic" w:eastAsia="Malgun Gothic" w:cs="Malgun Gothic"/>
        </w:rPr>
        <w:t>모두</w:t>
      </w:r>
      <w:r>
        <w:rPr>
          <w:rFonts w:ascii="Nirmala UI" w:hAnsi="Nirmala UI" w:eastAsia="Nirmala UI" w:cs="Nirmala UI"/>
        </w:rPr>
        <w:t xml:space="preserve"> </w:t>
      </w:r>
      <w:r>
        <w:rPr>
          <w:rFonts w:ascii="Malgun Gothic" w:hAnsi="Malgun Gothic" w:eastAsia="Malgun Gothic" w:cs="Malgun Gothic"/>
        </w:rPr>
        <w:t>회복된</w:t>
      </w:r>
      <w:r>
        <w:rPr>
          <w:rFonts w:ascii="Nirmala UI" w:hAnsi="Nirmala UI" w:eastAsia="Nirmala UI" w:cs="Nirmala UI"/>
        </w:rPr>
        <w:t xml:space="preserve"> </w:t>
      </w:r>
      <w:r>
        <w:rPr>
          <w:rFonts w:ascii="Malgun Gothic" w:hAnsi="Malgun Gothic" w:eastAsia="Malgun Gothic" w:cs="Malgun Gothic"/>
        </w:rPr>
        <w:t>것은</w:t>
      </w:r>
      <w:r>
        <w:rPr>
          <w:rFonts w:ascii="Nirmala UI" w:hAnsi="Nirmala UI" w:eastAsia="Nirmala UI" w:cs="Nirmala UI"/>
        </w:rPr>
        <w:t xml:space="preserve">, </w:t>
      </w:r>
      <w:r>
        <w:rPr>
          <w:rFonts w:ascii="Malgun Gothic" w:hAnsi="Malgun Gothic" w:eastAsia="Malgun Gothic" w:cs="Malgun Gothic"/>
        </w:rPr>
        <w:t>두</w:t>
      </w:r>
      <w:r>
        <w:rPr>
          <w:rFonts w:ascii="Nirmala UI" w:hAnsi="Nirmala UI" w:eastAsia="Nirmala UI" w:cs="Nirmala UI"/>
        </w:rPr>
        <w:t xml:space="preserve"> </w:t>
      </w:r>
      <w:r>
        <w:rPr>
          <w:rFonts w:ascii="Malgun Gothic" w:hAnsi="Malgun Gothic" w:eastAsia="Malgun Gothic" w:cs="Malgun Gothic"/>
        </w:rPr>
        <w:t>개의</w:t>
      </w:r>
      <w:r>
        <w:rPr>
          <w:rFonts w:ascii="Nirmala UI" w:hAnsi="Nirmala UI" w:eastAsia="Nirmala UI" w:cs="Nirmala UI"/>
        </w:rPr>
        <w:t xml:space="preserve"> </w:t>
      </w:r>
      <w:r>
        <w:rPr>
          <w:rFonts w:ascii="Malgun Gothic" w:hAnsi="Malgun Gothic" w:eastAsia="Malgun Gothic" w:cs="Malgun Gothic"/>
        </w:rPr>
        <w:t>오메가</w:t>
      </w:r>
      <w:r>
        <w:rPr>
          <w:rFonts w:ascii="Nirmala UI" w:hAnsi="Nirmala UI" w:eastAsia="Nirmala UI" w:cs="Nirmala UI"/>
        </w:rPr>
        <w:t xml:space="preserve"> </w:t>
      </w:r>
      <w:r>
        <w:rPr>
          <w:rFonts w:ascii="Malgun Gothic" w:hAnsi="Malgun Gothic" w:eastAsia="Malgun Gothic" w:cs="Malgun Gothic"/>
        </w:rPr>
        <w:t>성취를</w:t>
      </w:r>
      <w:r>
        <w:rPr>
          <w:rFonts w:ascii="Nirmala UI" w:hAnsi="Nirmala UI" w:eastAsia="Nirmala UI" w:cs="Nirmala UI"/>
        </w:rPr>
        <w:t xml:space="preserve"> </w:t>
      </w:r>
      <w:r>
        <w:rPr>
          <w:rFonts w:ascii="Malgun Gothic" w:hAnsi="Malgun Gothic" w:eastAsia="Malgun Gothic" w:cs="Malgun Gothic"/>
        </w:rPr>
        <w:t>발견하는</w:t>
      </w:r>
      <w:r>
        <w:rPr>
          <w:rFonts w:ascii="Nirmala UI" w:hAnsi="Nirmala UI" w:eastAsia="Nirmala UI" w:cs="Nirmala UI"/>
        </w:rPr>
        <w:t xml:space="preserve"> </w:t>
      </w:r>
      <w:r>
        <w:rPr>
          <w:rFonts w:ascii="Malgun Gothic" w:hAnsi="Malgun Gothic" w:eastAsia="Malgun Gothic" w:cs="Malgun Gothic"/>
        </w:rPr>
        <w:t>이중적</w:t>
      </w:r>
      <w:r>
        <w:rPr>
          <w:rFonts w:ascii="Nirmala UI" w:hAnsi="Nirmala UI" w:eastAsia="Nirmala UI" w:cs="Nirmala UI"/>
        </w:rPr>
        <w:t xml:space="preserve"> </w:t>
      </w:r>
      <w:r>
        <w:rPr>
          <w:rFonts w:ascii="Malgun Gothic" w:hAnsi="Malgun Gothic" w:eastAsia="Malgun Gothic" w:cs="Malgun Gothic"/>
        </w:rPr>
        <w:t>알파를</w:t>
      </w:r>
      <w:r>
        <w:rPr>
          <w:rFonts w:ascii="Nirmala UI" w:hAnsi="Nirmala UI" w:eastAsia="Nirmala UI" w:cs="Nirmala UI"/>
        </w:rPr>
        <w:t xml:space="preserve"> </w:t>
      </w:r>
      <w:r>
        <w:rPr>
          <w:rFonts w:ascii="Malgun Gothic" w:hAnsi="Malgun Gothic" w:eastAsia="Malgun Gothic" w:cs="Malgun Gothic"/>
        </w:rPr>
        <w:t>지목한다</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두</w:t>
      </w:r>
      <w:r>
        <w:rPr>
          <w:rFonts w:ascii="Nirmala UI" w:hAnsi="Nirmala UI" w:eastAsia="Nirmala UI" w:cs="Nirmala UI"/>
        </w:rPr>
        <w:t xml:space="preserve"> </w:t>
      </w:r>
      <w:r>
        <w:rPr>
          <w:rFonts w:ascii="Malgun Gothic" w:hAnsi="Malgun Gothic" w:eastAsia="Malgun Gothic" w:cs="Malgun Gothic"/>
        </w:rPr>
        <w:t>오메가</w:t>
      </w:r>
      <w:r>
        <w:rPr>
          <w:rFonts w:ascii="Nirmala UI" w:hAnsi="Nirmala UI" w:eastAsia="Nirmala UI" w:cs="Nirmala UI"/>
        </w:rPr>
        <w:t xml:space="preserve"> </w:t>
      </w:r>
      <w:r>
        <w:rPr>
          <w:rFonts w:ascii="Malgun Gothic" w:hAnsi="Malgun Gothic" w:eastAsia="Malgun Gothic" w:cs="Malgun Gothic"/>
        </w:rPr>
        <w:t>성취는</w:t>
      </w:r>
      <w:r>
        <w:rPr>
          <w:rFonts w:ascii="Nirmala UI" w:hAnsi="Nirmala UI" w:eastAsia="Nirmala UI" w:cs="Nirmala UI"/>
        </w:rPr>
        <w:t xml:space="preserve"> </w:t>
      </w:r>
      <w:r>
        <w:rPr>
          <w:rFonts w:ascii="Malgun Gothic" w:hAnsi="Malgun Gothic" w:eastAsia="Malgun Gothic" w:cs="Malgun Gothic"/>
        </w:rPr>
        <w:t>모두</w:t>
      </w:r>
      <w:r>
        <w:rPr>
          <w:rFonts w:ascii="Nirmala UI" w:hAnsi="Nirmala UI" w:eastAsia="Nirmala UI" w:cs="Nirmala UI"/>
        </w:rPr>
        <w:t xml:space="preserve"> </w:t>
      </w:r>
      <w:r>
        <w:rPr>
          <w:rFonts w:ascii="Malgun Gothic" w:hAnsi="Malgun Gothic" w:eastAsia="Malgun Gothic" w:cs="Malgun Gothic"/>
        </w:rPr>
        <w:t>닫힌</w:t>
      </w:r>
      <w:r>
        <w:rPr>
          <w:rFonts w:ascii="Nirmala UI" w:hAnsi="Nirmala UI" w:eastAsia="Nirmala UI" w:cs="Nirmala UI"/>
        </w:rPr>
        <w:t xml:space="preserve"> </w:t>
      </w:r>
      <w:r>
        <w:rPr>
          <w:rFonts w:ascii="Malgun Gothic" w:hAnsi="Malgun Gothic" w:eastAsia="Malgun Gothic" w:cs="Malgun Gothic"/>
        </w:rPr>
        <w:t>문을</w:t>
      </w:r>
      <w:r>
        <w:rPr>
          <w:rFonts w:ascii="Nirmala UI" w:hAnsi="Nirmala UI" w:eastAsia="Nirmala UI" w:cs="Nirmala UI"/>
        </w:rPr>
        <w:t xml:space="preserve"> </w:t>
      </w:r>
      <w:r>
        <w:rPr>
          <w:rFonts w:ascii="Malgun Gothic" w:hAnsi="Malgun Gothic" w:eastAsia="Malgun Gothic" w:cs="Malgun Gothic"/>
        </w:rPr>
        <w:t>나타내니</w:t>
      </w:r>
      <w:r>
        <w:rPr>
          <w:rFonts w:ascii="Nirmala UI" w:hAnsi="Nirmala UI" w:eastAsia="Nirmala UI" w:cs="Nirmala UI"/>
        </w:rPr>
        <w:t xml:space="preserve">, </w:t>
      </w:r>
      <w:r>
        <w:rPr>
          <w:rFonts w:ascii="Malgun Gothic" w:hAnsi="Malgun Gothic" w:eastAsia="Malgun Gothic" w:cs="Malgun Gothic"/>
        </w:rPr>
        <w:t>하나는</w:t>
      </w:r>
      <w:r>
        <w:rPr>
          <w:rFonts w:ascii="Nirmala UI" w:hAnsi="Nirmala UI" w:eastAsia="Nirmala UI" w:cs="Nirmala UI"/>
        </w:rPr>
        <w:t xml:space="preserve"> </w:t>
      </w:r>
      <w:r>
        <w:rPr>
          <w:rFonts w:ascii="Malgun Gothic" w:hAnsi="Malgun Gothic" w:eastAsia="Malgun Gothic" w:cs="Malgun Gothic"/>
        </w:rPr>
        <w:t>개신교의</w:t>
      </w:r>
      <w:r>
        <w:rPr>
          <w:rFonts w:ascii="Nirmala UI" w:hAnsi="Nirmala UI" w:eastAsia="Nirmala UI" w:cs="Nirmala UI"/>
        </w:rPr>
        <w:t xml:space="preserve"> </w:t>
      </w:r>
      <w:r>
        <w:rPr>
          <w:rFonts w:ascii="Malgun Gothic" w:hAnsi="Malgun Gothic" w:eastAsia="Malgun Gothic" w:cs="Malgun Gothic"/>
        </w:rPr>
        <w:t>뿔을</w:t>
      </w:r>
      <w:r>
        <w:rPr>
          <w:rFonts w:ascii="Nirmala UI" w:hAnsi="Nirmala UI" w:eastAsia="Nirmala UI" w:cs="Nirmala UI"/>
        </w:rPr>
        <w:t xml:space="preserve"> </w:t>
      </w:r>
      <w:r>
        <w:rPr>
          <w:rFonts w:ascii="Malgun Gothic" w:hAnsi="Malgun Gothic" w:eastAsia="Malgun Gothic" w:cs="Malgun Gothic"/>
        </w:rPr>
        <w:t>위한</w:t>
      </w:r>
      <w:r>
        <w:rPr>
          <w:rFonts w:ascii="Nirmala UI" w:hAnsi="Nirmala UI" w:eastAsia="Nirmala UI" w:cs="Nirmala UI"/>
        </w:rPr>
        <w:t xml:space="preserve"> </w:t>
      </w:r>
      <w:r>
        <w:rPr>
          <w:rFonts w:ascii="Malgun Gothic" w:hAnsi="Malgun Gothic" w:eastAsia="Malgun Gothic" w:cs="Malgun Gothic"/>
        </w:rPr>
        <w:t>것이요</w:t>
      </w:r>
      <w:r>
        <w:rPr>
          <w:rFonts w:ascii="Nirmala UI" w:hAnsi="Nirmala UI" w:eastAsia="Nirmala UI" w:cs="Nirmala UI"/>
        </w:rPr>
        <w:t xml:space="preserve"> </w:t>
      </w:r>
      <w:r>
        <w:rPr>
          <w:rFonts w:ascii="Malgun Gothic" w:hAnsi="Malgun Gothic" w:eastAsia="Malgun Gothic" w:cs="Malgun Gothic"/>
        </w:rPr>
        <w:t>다른</w:t>
      </w:r>
      <w:r>
        <w:rPr>
          <w:rFonts w:ascii="Nirmala UI" w:hAnsi="Nirmala UI" w:eastAsia="Nirmala UI" w:cs="Nirmala UI"/>
        </w:rPr>
        <w:t xml:space="preserve"> </w:t>
      </w:r>
      <w:r>
        <w:rPr>
          <w:rFonts w:ascii="Malgun Gothic" w:hAnsi="Malgun Gothic" w:eastAsia="Malgun Gothic" w:cs="Malgun Gothic"/>
        </w:rPr>
        <w:t>하나는</w:t>
      </w:r>
      <w:r>
        <w:rPr>
          <w:rFonts w:ascii="Nirmala UI" w:hAnsi="Nirmala UI" w:eastAsia="Nirmala UI" w:cs="Nirmala UI"/>
        </w:rPr>
        <w:t xml:space="preserve"> </w:t>
      </w:r>
      <w:r>
        <w:rPr>
          <w:rFonts w:ascii="Malgun Gothic" w:hAnsi="Malgun Gothic" w:eastAsia="Malgun Gothic" w:cs="Malgun Gothic"/>
        </w:rPr>
        <w:t>공화당의</w:t>
      </w:r>
      <w:r>
        <w:rPr>
          <w:rFonts w:ascii="Nirmala UI" w:hAnsi="Nirmala UI" w:eastAsia="Nirmala UI" w:cs="Nirmala UI"/>
        </w:rPr>
        <w:t xml:space="preserve"> </w:t>
      </w:r>
      <w:r>
        <w:rPr>
          <w:rFonts w:ascii="Malgun Gothic" w:hAnsi="Malgun Gothic" w:eastAsia="Malgun Gothic" w:cs="Malgun Gothic"/>
        </w:rPr>
        <w:t>뿔을</w:t>
      </w:r>
      <w:r>
        <w:rPr>
          <w:rFonts w:ascii="Nirmala UI" w:hAnsi="Nirmala UI" w:eastAsia="Nirmala UI" w:cs="Nirmala UI"/>
        </w:rPr>
        <w:t xml:space="preserve"> </w:t>
      </w:r>
      <w:r>
        <w:rPr>
          <w:rFonts w:ascii="Malgun Gothic" w:hAnsi="Malgun Gothic" w:eastAsia="Malgun Gothic" w:cs="Malgun Gothic"/>
        </w:rPr>
        <w:t>위한</w:t>
      </w:r>
      <w:r>
        <w:rPr>
          <w:rFonts w:ascii="Nirmala UI" w:hAnsi="Nirmala UI" w:eastAsia="Nirmala UI" w:cs="Nirmala UI"/>
        </w:rPr>
        <w:t xml:space="preserve"> </w:t>
      </w:r>
      <w:r>
        <w:rPr>
          <w:rFonts w:ascii="Malgun Gothic" w:hAnsi="Malgun Gothic" w:eastAsia="Malgun Gothic" w:cs="Malgun Gothic"/>
        </w:rPr>
        <w:t>것이다</w:t>
      </w:r>
      <w:r>
        <w:rPr>
          <w:rFonts w:ascii="Nirmala UI" w:hAnsi="Nirmala UI" w:eastAsia="Nirmala UI" w:cs="Nirmala UI"/>
        </w:rPr>
        <w:t>.</w:t>
      </w:r>
    </w:p>
    <w:p>
      <w:pPr>
        <w:pStyle w:val="ArticleBody"/>
        <w:jc w:val="left"/>
      </w:pPr>
      <w:r>
        <w:rPr>
          <w:rFonts w:ascii="Nirmala UI" w:hAnsi="Nirmala UI" w:eastAsia="Nirmala UI" w:cs="Nirmala UI"/>
        </w:rPr>
        <w:t>23,000</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첫</w:t>
      </w:r>
      <w:r>
        <w:rPr>
          <w:rFonts w:ascii="Nirmala UI" w:hAnsi="Nirmala UI" w:eastAsia="Nirmala UI" w:cs="Nirmala UI"/>
        </w:rPr>
        <w:t xml:space="preserve"> </w:t>
      </w:r>
      <w:r>
        <w:rPr>
          <w:rFonts w:ascii="Malgun Gothic" w:hAnsi="Malgun Gothic" w:eastAsia="Malgun Gothic" w:cs="Malgun Gothic"/>
        </w:rPr>
        <w:t>번째</w:t>
      </w:r>
      <w:r>
        <w:rPr>
          <w:rFonts w:ascii="Nirmala UI" w:hAnsi="Nirmala UI" w:eastAsia="Nirmala UI" w:cs="Nirmala UI"/>
        </w:rPr>
        <w:t xml:space="preserve"> </w:t>
      </w:r>
      <w:r>
        <w:rPr>
          <w:rFonts w:ascii="Malgun Gothic" w:hAnsi="Malgun Gothic" w:eastAsia="Malgun Gothic" w:cs="Malgun Gothic"/>
        </w:rPr>
        <w:t>예언은</w:t>
      </w:r>
      <w:r>
        <w:rPr>
          <w:rFonts w:ascii="Nirmala UI" w:hAnsi="Nirmala UI" w:eastAsia="Nirmala UI" w:cs="Nirmala UI"/>
        </w:rPr>
        <w:t xml:space="preserve"> </w:t>
      </w:r>
      <w:r>
        <w:rPr>
          <w:rFonts w:ascii="Malgun Gothic" w:hAnsi="Malgun Gothic" w:eastAsia="Malgun Gothic" w:cs="Malgun Gothic"/>
        </w:rPr>
        <w:t>하나님의</w:t>
      </w:r>
      <w:r>
        <w:rPr>
          <w:rFonts w:ascii="Nirmala UI" w:hAnsi="Nirmala UI" w:eastAsia="Nirmala UI" w:cs="Nirmala UI"/>
        </w:rPr>
        <w:t xml:space="preserve"> </w:t>
      </w:r>
      <w:r>
        <w:rPr>
          <w:rFonts w:ascii="Malgun Gothic" w:hAnsi="Malgun Gothic" w:eastAsia="Malgun Gothic" w:cs="Malgun Gothic"/>
        </w:rPr>
        <w:t>법들을</w:t>
      </w:r>
      <w:r>
        <w:rPr>
          <w:rFonts w:ascii="Nirmala UI" w:hAnsi="Nirmala UI" w:eastAsia="Nirmala UI" w:cs="Nirmala UI"/>
        </w:rPr>
        <w:t xml:space="preserve"> </w:t>
      </w:r>
      <w:r>
        <w:rPr>
          <w:rFonts w:ascii="Malgun Gothic" w:hAnsi="Malgun Gothic" w:eastAsia="Malgun Gothic" w:cs="Malgun Gothic"/>
        </w:rPr>
        <w:t>나타내었고</w:t>
      </w:r>
      <w:r>
        <w:rPr>
          <w:rFonts w:ascii="Nirmala UI" w:hAnsi="Nirmala UI" w:eastAsia="Nirmala UI" w:cs="Nirmala UI"/>
        </w:rPr>
        <w:t>, 250</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예언은</w:t>
      </w:r>
      <w:r>
        <w:rPr>
          <w:rFonts w:ascii="Nirmala UI" w:hAnsi="Nirmala UI" w:eastAsia="Nirmala UI" w:cs="Nirmala UI"/>
        </w:rPr>
        <w:t xml:space="preserve"> </w:t>
      </w:r>
      <w:r>
        <w:rPr>
          <w:rFonts w:ascii="Malgun Gothic" w:hAnsi="Malgun Gothic" w:eastAsia="Malgun Gothic" w:cs="Malgun Gothic"/>
        </w:rPr>
        <w:t>왕의</w:t>
      </w:r>
      <w:r>
        <w:rPr>
          <w:rFonts w:ascii="Nirmala UI" w:hAnsi="Nirmala UI" w:eastAsia="Nirmala UI" w:cs="Nirmala UI"/>
        </w:rPr>
        <w:t xml:space="preserve"> </w:t>
      </w:r>
      <w:r>
        <w:rPr>
          <w:rFonts w:ascii="Malgun Gothic" w:hAnsi="Malgun Gothic" w:eastAsia="Malgun Gothic" w:cs="Malgun Gothic"/>
        </w:rPr>
        <w:t>법들을</w:t>
      </w:r>
      <w:r>
        <w:rPr>
          <w:rFonts w:ascii="Nirmala UI" w:hAnsi="Nirmala UI" w:eastAsia="Nirmala UI" w:cs="Nirmala UI"/>
        </w:rPr>
        <w:t xml:space="preserve"> </w:t>
      </w:r>
      <w:r>
        <w:rPr>
          <w:rFonts w:ascii="Malgun Gothic" w:hAnsi="Malgun Gothic" w:eastAsia="Malgun Gothic" w:cs="Malgun Gothic"/>
        </w:rPr>
        <w:t>나타내었다</w:t>
      </w:r>
      <w:r>
        <w:rPr>
          <w:rFonts w:ascii="Nirmala UI" w:hAnsi="Nirmala UI" w:eastAsia="Nirmala UI" w:cs="Nirmala UI"/>
        </w:rPr>
        <w:t xml:space="preserve">. </w:t>
      </w:r>
      <w:r>
        <w:rPr>
          <w:rFonts w:ascii="Malgun Gothic" w:hAnsi="Malgun Gothic" w:eastAsia="Malgun Gothic" w:cs="Malgun Gothic"/>
        </w:rPr>
        <w:t>이</w:t>
      </w:r>
      <w:r>
        <w:rPr>
          <w:rFonts w:ascii="Nirmala UI" w:hAnsi="Nirmala UI" w:eastAsia="Nirmala UI" w:cs="Nirmala UI"/>
        </w:rPr>
        <w:t xml:space="preserve"> </w:t>
      </w:r>
      <w:r>
        <w:rPr>
          <w:rFonts w:ascii="Malgun Gothic" w:hAnsi="Malgun Gothic" w:eastAsia="Malgun Gothic" w:cs="Malgun Gothic"/>
        </w:rPr>
        <w:t>두</w:t>
      </w:r>
      <w:r>
        <w:rPr>
          <w:rFonts w:ascii="Nirmala UI" w:hAnsi="Nirmala UI" w:eastAsia="Nirmala UI" w:cs="Nirmala UI"/>
        </w:rPr>
        <w:t xml:space="preserve"> </w:t>
      </w:r>
      <w:r>
        <w:rPr>
          <w:rFonts w:ascii="Malgun Gothic" w:hAnsi="Malgun Gothic" w:eastAsia="Malgun Gothic" w:cs="Malgun Gothic"/>
        </w:rPr>
        <w:t>예언은</w:t>
      </w:r>
      <w:r>
        <w:rPr>
          <w:rFonts w:ascii="Nirmala UI" w:hAnsi="Nirmala UI" w:eastAsia="Nirmala UI" w:cs="Nirmala UI"/>
        </w:rPr>
        <w:t xml:space="preserve"> </w:t>
      </w:r>
      <w:r>
        <w:rPr>
          <w:rFonts w:ascii="Malgun Gothic" w:hAnsi="Malgun Gothic" w:eastAsia="Malgun Gothic" w:cs="Malgun Gothic"/>
        </w:rPr>
        <w:t>요한계시록</w:t>
      </w:r>
      <w:r>
        <w:rPr>
          <w:rFonts w:ascii="Nirmala UI" w:hAnsi="Nirmala UI" w:eastAsia="Nirmala UI" w:cs="Nirmala UI"/>
        </w:rPr>
        <w:t xml:space="preserve"> 13</w:t>
      </w:r>
      <w:r>
        <w:rPr>
          <w:rFonts w:ascii="Malgun Gothic" w:hAnsi="Malgun Gothic" w:eastAsia="Malgun Gothic" w:cs="Malgun Gothic"/>
        </w:rPr>
        <w:t>장의</w:t>
      </w:r>
      <w:r>
        <w:rPr>
          <w:rFonts w:ascii="Nirmala UI" w:hAnsi="Nirmala UI" w:eastAsia="Nirmala UI" w:cs="Nirmala UI"/>
        </w:rPr>
        <w:t xml:space="preserve"> </w:t>
      </w:r>
      <w:r>
        <w:rPr>
          <w:rFonts w:ascii="Malgun Gothic" w:hAnsi="Malgun Gothic" w:eastAsia="Malgun Gothic" w:cs="Malgun Gothic"/>
        </w:rPr>
        <w:t>땅의</w:t>
      </w:r>
      <w:r>
        <w:rPr>
          <w:rFonts w:ascii="Nirmala UI" w:hAnsi="Nirmala UI" w:eastAsia="Nirmala UI" w:cs="Nirmala UI"/>
        </w:rPr>
        <w:t xml:space="preserve"> </w:t>
      </w:r>
      <w:r>
        <w:rPr>
          <w:rFonts w:ascii="Malgun Gothic" w:hAnsi="Malgun Gothic" w:eastAsia="Malgun Gothic" w:cs="Malgun Gothic"/>
        </w:rPr>
        <w:t>짐승</w:t>
      </w:r>
      <w:r>
        <w:rPr>
          <w:rFonts w:ascii="Nirmala UI" w:hAnsi="Nirmala UI" w:eastAsia="Nirmala UI" w:cs="Nirmala UI"/>
        </w:rPr>
        <w:t xml:space="preserve"> </w:t>
      </w:r>
      <w:r>
        <w:rPr>
          <w:rFonts w:ascii="Malgun Gothic" w:hAnsi="Malgun Gothic" w:eastAsia="Malgun Gothic" w:cs="Malgun Gothic"/>
        </w:rPr>
        <w:t>위에</w:t>
      </w:r>
      <w:r>
        <w:rPr>
          <w:rFonts w:ascii="Nirmala UI" w:hAnsi="Nirmala UI" w:eastAsia="Nirmala UI" w:cs="Nirmala UI"/>
        </w:rPr>
        <w:t xml:space="preserve"> </w:t>
      </w:r>
      <w:r>
        <w:rPr>
          <w:rFonts w:ascii="Malgun Gothic" w:hAnsi="Malgun Gothic" w:eastAsia="Malgun Gothic" w:cs="Malgun Gothic"/>
        </w:rPr>
        <w:t>있는</w:t>
      </w:r>
      <w:r>
        <w:rPr>
          <w:rFonts w:ascii="Nirmala UI" w:hAnsi="Nirmala UI" w:eastAsia="Nirmala UI" w:cs="Nirmala UI"/>
        </w:rPr>
        <w:t xml:space="preserve"> </w:t>
      </w:r>
      <w:r>
        <w:rPr>
          <w:rFonts w:ascii="Malgun Gothic" w:hAnsi="Malgun Gothic" w:eastAsia="Malgun Gothic" w:cs="Malgun Gothic"/>
        </w:rPr>
        <w:t>개신교의</w:t>
      </w:r>
      <w:r>
        <w:rPr>
          <w:rFonts w:ascii="Nirmala UI" w:hAnsi="Nirmala UI" w:eastAsia="Nirmala UI" w:cs="Nirmala UI"/>
        </w:rPr>
        <w:t xml:space="preserve"> </w:t>
      </w:r>
      <w:r>
        <w:rPr>
          <w:rFonts w:ascii="Malgun Gothic" w:hAnsi="Malgun Gothic" w:eastAsia="Malgun Gothic" w:cs="Malgun Gothic"/>
        </w:rPr>
        <w:t>뿔과</w:t>
      </w:r>
      <w:r>
        <w:rPr>
          <w:rFonts w:ascii="Nirmala UI" w:hAnsi="Nirmala UI" w:eastAsia="Nirmala UI" w:cs="Nirmala UI"/>
        </w:rPr>
        <w:t xml:space="preserve"> </w:t>
      </w:r>
      <w:r>
        <w:rPr>
          <w:rFonts w:ascii="Malgun Gothic" w:hAnsi="Malgun Gothic" w:eastAsia="Malgun Gothic" w:cs="Malgun Gothic"/>
        </w:rPr>
        <w:t>공화주의의</w:t>
      </w:r>
      <w:r>
        <w:rPr>
          <w:rFonts w:ascii="Nirmala UI" w:hAnsi="Nirmala UI" w:eastAsia="Nirmala UI" w:cs="Nirmala UI"/>
        </w:rPr>
        <w:t xml:space="preserve"> </w:t>
      </w:r>
      <w:r>
        <w:rPr>
          <w:rFonts w:ascii="Malgun Gothic" w:hAnsi="Malgun Gothic" w:eastAsia="Malgun Gothic" w:cs="Malgun Gothic"/>
        </w:rPr>
        <w:t>뿔을</w:t>
      </w:r>
      <w:r>
        <w:rPr>
          <w:rFonts w:ascii="Nirmala UI" w:hAnsi="Nirmala UI" w:eastAsia="Nirmala UI" w:cs="Nirmala UI"/>
        </w:rPr>
        <w:t xml:space="preserve"> </w:t>
      </w:r>
      <w:r>
        <w:rPr>
          <w:rFonts w:ascii="Malgun Gothic" w:hAnsi="Malgun Gothic" w:eastAsia="Malgun Gothic" w:cs="Malgun Gothic"/>
        </w:rPr>
        <w:t>식별한다</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땅의</w:t>
      </w:r>
      <w:r>
        <w:rPr>
          <w:rFonts w:ascii="Nirmala UI" w:hAnsi="Nirmala UI" w:eastAsia="Nirmala UI" w:cs="Nirmala UI"/>
        </w:rPr>
        <w:t xml:space="preserve"> </w:t>
      </w:r>
      <w:r>
        <w:rPr>
          <w:rFonts w:ascii="Malgun Gothic" w:hAnsi="Malgun Gothic" w:eastAsia="Malgun Gothic" w:cs="Malgun Gothic"/>
        </w:rPr>
        <w:t>짐승의</w:t>
      </w:r>
      <w:r>
        <w:rPr>
          <w:rFonts w:ascii="Nirmala UI" w:hAnsi="Nirmala UI" w:eastAsia="Nirmala UI" w:cs="Nirmala UI"/>
        </w:rPr>
        <w:t xml:space="preserve"> </w:t>
      </w:r>
      <w:r>
        <w:rPr>
          <w:rFonts w:ascii="Malgun Gothic" w:hAnsi="Malgun Gothic" w:eastAsia="Malgun Gothic" w:cs="Malgun Gothic"/>
        </w:rPr>
        <w:t>공화주의적</w:t>
      </w:r>
      <w:r>
        <w:rPr>
          <w:rFonts w:ascii="Nirmala UI" w:hAnsi="Nirmala UI" w:eastAsia="Nirmala UI" w:cs="Nirmala UI"/>
        </w:rPr>
        <w:t xml:space="preserve"> </w:t>
      </w:r>
      <w:r>
        <w:rPr>
          <w:rFonts w:ascii="Malgun Gothic" w:hAnsi="Malgun Gothic" w:eastAsia="Malgun Gothic" w:cs="Malgun Gothic"/>
        </w:rPr>
        <w:t>뿔은</w:t>
      </w:r>
      <w:r>
        <w:rPr>
          <w:rFonts w:ascii="Nirmala UI" w:hAnsi="Nirmala UI" w:eastAsia="Nirmala UI" w:cs="Nirmala UI"/>
        </w:rPr>
        <w:t xml:space="preserve"> </w:t>
      </w:r>
      <w:r>
        <w:rPr>
          <w:rFonts w:ascii="Malgun Gothic" w:hAnsi="Malgun Gothic" w:eastAsia="Malgun Gothic" w:cs="Malgun Gothic"/>
        </w:rPr>
        <w:t>다니엘</w:t>
      </w:r>
      <w:r>
        <w:rPr>
          <w:rFonts w:ascii="Nirmala UI" w:hAnsi="Nirmala UI" w:eastAsia="Nirmala UI" w:cs="Nirmala UI"/>
        </w:rPr>
        <w:t xml:space="preserve"> 11</w:t>
      </w:r>
      <w:r>
        <w:rPr>
          <w:rFonts w:ascii="Malgun Gothic" w:hAnsi="Malgun Gothic" w:eastAsia="Malgun Gothic" w:cs="Malgun Gothic"/>
        </w:rPr>
        <w:t>장</w:t>
      </w:r>
      <w:r>
        <w:rPr>
          <w:rFonts w:ascii="Nirmala UI" w:hAnsi="Nirmala UI" w:eastAsia="Nirmala UI" w:cs="Nirmala UI"/>
        </w:rPr>
        <w:t xml:space="preserve"> 11</w:t>
      </w:r>
      <w:r>
        <w:rPr>
          <w:rFonts w:ascii="Malgun Gothic" w:hAnsi="Malgun Gothic" w:eastAsia="Malgun Gothic" w:cs="Malgun Gothic"/>
        </w:rPr>
        <w:t>절부터</w:t>
      </w:r>
      <w:r>
        <w:rPr>
          <w:rFonts w:ascii="Nirmala UI" w:hAnsi="Nirmala UI" w:eastAsia="Nirmala UI" w:cs="Nirmala UI"/>
        </w:rPr>
        <w:t xml:space="preserve"> 16</w:t>
      </w:r>
      <w:r>
        <w:rPr>
          <w:rFonts w:ascii="Malgun Gothic" w:hAnsi="Malgun Gothic" w:eastAsia="Malgun Gothic" w:cs="Malgun Gothic"/>
        </w:rPr>
        <w:t>절까지의</w:t>
      </w:r>
      <w:r>
        <w:rPr>
          <w:rFonts w:ascii="Nirmala UI" w:hAnsi="Nirmala UI" w:eastAsia="Nirmala UI" w:cs="Nirmala UI"/>
        </w:rPr>
        <w:t xml:space="preserve"> </w:t>
      </w:r>
      <w:r>
        <w:rPr>
          <w:rFonts w:ascii="Malgun Gothic" w:hAnsi="Malgun Gothic" w:eastAsia="Malgun Gothic" w:cs="Malgun Gothic"/>
        </w:rPr>
        <w:t>한가운데에</w:t>
      </w:r>
      <w:r>
        <w:rPr>
          <w:rFonts w:ascii="Nirmala UI" w:hAnsi="Nirmala UI" w:eastAsia="Nirmala UI" w:cs="Nirmala UI"/>
        </w:rPr>
        <w:t xml:space="preserve"> </w:t>
      </w:r>
      <w:r>
        <w:rPr>
          <w:rFonts w:ascii="Malgun Gothic" w:hAnsi="Malgun Gothic" w:eastAsia="Malgun Gothic" w:cs="Malgun Gothic"/>
        </w:rPr>
        <w:t>놓여</w:t>
      </w:r>
      <w:r>
        <w:rPr>
          <w:rFonts w:ascii="Nirmala UI" w:hAnsi="Nirmala UI" w:eastAsia="Nirmala UI" w:cs="Nirmala UI"/>
        </w:rPr>
        <w:t xml:space="preserve"> </w:t>
      </w:r>
      <w:r>
        <w:rPr>
          <w:rFonts w:ascii="Malgun Gothic" w:hAnsi="Malgun Gothic" w:eastAsia="Malgun Gothic" w:cs="Malgun Gothic"/>
        </w:rPr>
        <w:t>있다</w:t>
      </w:r>
      <w:r>
        <w:rPr>
          <w:rFonts w:ascii="Nirmala UI" w:hAnsi="Nirmala UI" w:eastAsia="Nirmala UI" w:cs="Nirmala UI"/>
        </w:rPr>
        <w:t xml:space="preserve">. </w:t>
      </w:r>
      <w:r>
        <w:rPr>
          <w:rFonts w:ascii="Malgun Gothic" w:hAnsi="Malgun Gothic" w:eastAsia="Malgun Gothic" w:cs="Malgun Gothic"/>
        </w:rPr>
        <w:t>라피아와</w:t>
      </w:r>
      <w:r>
        <w:rPr>
          <w:rFonts w:ascii="Nirmala UI" w:hAnsi="Nirmala UI" w:eastAsia="Nirmala UI" w:cs="Nirmala UI"/>
        </w:rPr>
        <w:t xml:space="preserve"> </w:t>
      </w:r>
      <w:r>
        <w:rPr>
          <w:rFonts w:ascii="Malgun Gothic" w:hAnsi="Malgun Gothic" w:eastAsia="Malgun Gothic" w:cs="Malgun Gothic"/>
        </w:rPr>
        <w:t>파니움</w:t>
      </w:r>
      <w:r>
        <w:rPr>
          <w:rFonts w:ascii="Nirmala UI" w:hAnsi="Nirmala UI" w:eastAsia="Nirmala UI" w:cs="Nirmala UI"/>
        </w:rPr>
        <w:t xml:space="preserve"> </w:t>
      </w:r>
      <w:r>
        <w:rPr>
          <w:rFonts w:ascii="Malgun Gothic" w:hAnsi="Malgun Gothic" w:eastAsia="Malgun Gothic" w:cs="Malgun Gothic"/>
        </w:rPr>
        <w:t>사이의</w:t>
      </w:r>
      <w:r>
        <w:rPr>
          <w:rFonts w:ascii="Nirmala UI" w:hAnsi="Nirmala UI" w:eastAsia="Nirmala UI" w:cs="Nirmala UI"/>
        </w:rPr>
        <w:t xml:space="preserve"> 17</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기간은</w:t>
      </w:r>
      <w:r>
        <w:rPr>
          <w:rFonts w:ascii="Nirmala UI" w:hAnsi="Nirmala UI" w:eastAsia="Nirmala UI" w:cs="Nirmala UI"/>
        </w:rPr>
        <w:t xml:space="preserve"> </w:t>
      </w:r>
      <w:r>
        <w:rPr>
          <w:rFonts w:ascii="Malgun Gothic" w:hAnsi="Malgun Gothic" w:eastAsia="Malgun Gothic" w:cs="Malgun Gothic"/>
        </w:rPr>
        <w:t>기원전</w:t>
      </w:r>
      <w:r>
        <w:rPr>
          <w:rFonts w:ascii="Nirmala UI" w:hAnsi="Nirmala UI" w:eastAsia="Nirmala UI" w:cs="Nirmala UI"/>
        </w:rPr>
        <w:t xml:space="preserve"> 457</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세</w:t>
      </w:r>
      <w:r>
        <w:rPr>
          <w:rFonts w:ascii="Nirmala UI" w:hAnsi="Nirmala UI" w:eastAsia="Nirmala UI" w:cs="Nirmala UI"/>
        </w:rPr>
        <w:t xml:space="preserve"> </w:t>
      </w:r>
      <w:r>
        <w:rPr>
          <w:rFonts w:ascii="Malgun Gothic" w:hAnsi="Malgun Gothic" w:eastAsia="Malgun Gothic" w:cs="Malgun Gothic"/>
        </w:rPr>
        <w:t>번째</w:t>
      </w:r>
      <w:r>
        <w:rPr>
          <w:rFonts w:ascii="Nirmala UI" w:hAnsi="Nirmala UI" w:eastAsia="Nirmala UI" w:cs="Nirmala UI"/>
        </w:rPr>
        <w:t xml:space="preserve"> </w:t>
      </w:r>
      <w:r>
        <w:rPr>
          <w:rFonts w:ascii="Malgun Gothic" w:hAnsi="Malgun Gothic" w:eastAsia="Malgun Gothic" w:cs="Malgun Gothic"/>
        </w:rPr>
        <w:t>칙령에</w:t>
      </w:r>
      <w:r>
        <w:rPr>
          <w:rFonts w:ascii="Nirmala UI" w:hAnsi="Nirmala UI" w:eastAsia="Nirmala UI" w:cs="Nirmala UI"/>
        </w:rPr>
        <w:t xml:space="preserve"> </w:t>
      </w:r>
      <w:r>
        <w:rPr>
          <w:rFonts w:ascii="Malgun Gothic" w:hAnsi="Malgun Gothic" w:eastAsia="Malgun Gothic" w:cs="Malgun Gothic"/>
        </w:rPr>
        <w:t>관한</w:t>
      </w:r>
      <w:r>
        <w:rPr>
          <w:rFonts w:ascii="Nirmala UI" w:hAnsi="Nirmala UI" w:eastAsia="Nirmala UI" w:cs="Nirmala UI"/>
        </w:rPr>
        <w:t xml:space="preserve"> </w:t>
      </w:r>
      <w:r>
        <w:rPr>
          <w:rFonts w:ascii="Malgun Gothic" w:hAnsi="Malgun Gothic" w:eastAsia="Malgun Gothic" w:cs="Malgun Gothic"/>
        </w:rPr>
        <w:t>이중</w:t>
      </w:r>
      <w:r>
        <w:rPr>
          <w:rFonts w:ascii="Nirmala UI" w:hAnsi="Nirmala UI" w:eastAsia="Nirmala UI" w:cs="Nirmala UI"/>
        </w:rPr>
        <w:t xml:space="preserve"> </w:t>
      </w:r>
      <w:r>
        <w:rPr>
          <w:rFonts w:ascii="Malgun Gothic" w:hAnsi="Malgun Gothic" w:eastAsia="Malgun Gothic" w:cs="Malgun Gothic"/>
        </w:rPr>
        <w:t>예언에서</w:t>
      </w:r>
      <w:r>
        <w:rPr>
          <w:rFonts w:ascii="Nirmala UI" w:hAnsi="Nirmala UI" w:eastAsia="Nirmala UI" w:cs="Nirmala UI"/>
        </w:rPr>
        <w:t xml:space="preserve"> </w:t>
      </w:r>
      <w:r>
        <w:rPr>
          <w:rFonts w:ascii="Malgun Gothic" w:hAnsi="Malgun Gothic" w:eastAsia="Malgun Gothic" w:cs="Malgun Gothic"/>
        </w:rPr>
        <w:t>나온</w:t>
      </w:r>
      <w:r>
        <w:rPr>
          <w:rFonts w:ascii="Nirmala UI" w:hAnsi="Nirmala UI" w:eastAsia="Nirmala UI" w:cs="Nirmala UI"/>
        </w:rPr>
        <w:t xml:space="preserve"> </w:t>
      </w:r>
      <w:r>
        <w:rPr>
          <w:rFonts w:ascii="Malgun Gothic" w:hAnsi="Malgun Gothic" w:eastAsia="Malgun Gothic" w:cs="Malgun Gothic"/>
        </w:rPr>
        <w:t>한</w:t>
      </w:r>
      <w:r>
        <w:rPr>
          <w:rFonts w:ascii="Nirmala UI" w:hAnsi="Nirmala UI" w:eastAsia="Nirmala UI" w:cs="Nirmala UI"/>
        </w:rPr>
        <w:t xml:space="preserve"> </w:t>
      </w:r>
      <w:r>
        <w:rPr>
          <w:rFonts w:ascii="Malgun Gothic" w:hAnsi="Malgun Gothic" w:eastAsia="Malgun Gothic" w:cs="Malgun Gothic"/>
        </w:rPr>
        <w:t>뿔에</w:t>
      </w:r>
      <w:r>
        <w:rPr>
          <w:rFonts w:ascii="Nirmala UI" w:hAnsi="Nirmala UI" w:eastAsia="Nirmala UI" w:cs="Nirmala UI"/>
        </w:rPr>
        <w:t xml:space="preserve"> </w:t>
      </w:r>
      <w:r>
        <w:rPr>
          <w:rFonts w:ascii="Malgun Gothic" w:hAnsi="Malgun Gothic" w:eastAsia="Malgun Gothic" w:cs="Malgun Gothic"/>
        </w:rPr>
        <w:t>의해</w:t>
      </w:r>
      <w:r>
        <w:rPr>
          <w:rFonts w:ascii="Nirmala UI" w:hAnsi="Nirmala UI" w:eastAsia="Nirmala UI" w:cs="Nirmala UI"/>
        </w:rPr>
        <w:t xml:space="preserve"> </w:t>
      </w:r>
      <w:r>
        <w:rPr>
          <w:rFonts w:ascii="Malgun Gothic" w:hAnsi="Malgun Gothic" w:eastAsia="Malgun Gothic" w:cs="Malgun Gothic"/>
        </w:rPr>
        <w:t>교차된다</w:t>
      </w:r>
      <w:r>
        <w:rPr>
          <w:rFonts w:ascii="Nirmala UI" w:hAnsi="Nirmala UI" w:eastAsia="Nirmala UI" w:cs="Nirmala UI"/>
        </w:rPr>
        <w:t xml:space="preserve">. </w:t>
      </w:r>
      <w:r>
        <w:rPr>
          <w:rFonts w:ascii="Malgun Gothic" w:hAnsi="Malgun Gothic" w:eastAsia="Malgun Gothic" w:cs="Malgun Gothic"/>
        </w:rPr>
        <w:t>이</w:t>
      </w:r>
      <w:r>
        <w:rPr>
          <w:rFonts w:ascii="Nirmala UI" w:hAnsi="Nirmala UI" w:eastAsia="Nirmala UI" w:cs="Nirmala UI"/>
        </w:rPr>
        <w:t xml:space="preserve"> </w:t>
      </w:r>
      <w:r>
        <w:rPr>
          <w:rFonts w:ascii="Malgun Gothic" w:hAnsi="Malgun Gothic" w:eastAsia="Malgun Gothic" w:cs="Malgun Gothic"/>
        </w:rPr>
        <w:t>이중적</w:t>
      </w:r>
      <w:r>
        <w:rPr>
          <w:rFonts w:ascii="Nirmala UI" w:hAnsi="Nirmala UI" w:eastAsia="Nirmala UI" w:cs="Nirmala UI"/>
        </w:rPr>
        <w:t xml:space="preserve"> </w:t>
      </w:r>
      <w:r>
        <w:rPr>
          <w:rFonts w:ascii="Malgun Gothic" w:hAnsi="Malgun Gothic" w:eastAsia="Malgun Gothic" w:cs="Malgun Gothic"/>
        </w:rPr>
        <w:t>예언은</w:t>
      </w:r>
      <w:r>
        <w:rPr>
          <w:rFonts w:ascii="Nirmala UI" w:hAnsi="Nirmala UI" w:eastAsia="Nirmala UI" w:cs="Nirmala UI"/>
        </w:rPr>
        <w:t xml:space="preserve"> </w:t>
      </w:r>
      <w:r>
        <w:rPr>
          <w:rFonts w:ascii="Malgun Gothic" w:hAnsi="Malgun Gothic" w:eastAsia="Malgun Gothic" w:cs="Malgun Gothic"/>
        </w:rPr>
        <w:t>마지막</w:t>
      </w:r>
      <w:r>
        <w:rPr>
          <w:rFonts w:ascii="Nirmala UI" w:hAnsi="Nirmala UI" w:eastAsia="Nirmala UI" w:cs="Nirmala UI"/>
        </w:rPr>
        <w:t xml:space="preserve"> </w:t>
      </w:r>
      <w:r>
        <w:rPr>
          <w:rFonts w:ascii="Malgun Gothic" w:hAnsi="Malgun Gothic" w:eastAsia="Malgun Gothic" w:cs="Malgun Gothic"/>
        </w:rPr>
        <w:t>언약</w:t>
      </w:r>
      <w:r>
        <w:rPr>
          <w:rFonts w:ascii="Nirmala UI" w:hAnsi="Nirmala UI" w:eastAsia="Nirmala UI" w:cs="Nirmala UI"/>
        </w:rPr>
        <w:t xml:space="preserve"> </w:t>
      </w:r>
      <w:r>
        <w:rPr>
          <w:rFonts w:ascii="Malgun Gothic" w:hAnsi="Malgun Gothic" w:eastAsia="Malgun Gothic" w:cs="Malgun Gothic"/>
        </w:rPr>
        <w:t>백성에</w:t>
      </w:r>
      <w:r>
        <w:rPr>
          <w:rFonts w:ascii="Nirmala UI" w:hAnsi="Nirmala UI" w:eastAsia="Nirmala UI" w:cs="Nirmala UI"/>
        </w:rPr>
        <w:t xml:space="preserve"> </w:t>
      </w:r>
      <w:r>
        <w:rPr>
          <w:rFonts w:ascii="Malgun Gothic" w:hAnsi="Malgun Gothic" w:eastAsia="Malgun Gothic" w:cs="Malgun Gothic"/>
        </w:rPr>
        <w:t>대한</w:t>
      </w:r>
      <w:r>
        <w:rPr>
          <w:rFonts w:ascii="Nirmala UI" w:hAnsi="Nirmala UI" w:eastAsia="Nirmala UI" w:cs="Nirmala UI"/>
        </w:rPr>
        <w:t xml:space="preserve"> </w:t>
      </w:r>
      <w:r>
        <w:rPr>
          <w:rFonts w:ascii="Malgun Gothic" w:hAnsi="Malgun Gothic" w:eastAsia="Malgun Gothic" w:cs="Malgun Gothic"/>
        </w:rPr>
        <w:t>심판과</w:t>
      </w:r>
      <w:r>
        <w:rPr>
          <w:rFonts w:ascii="Nirmala UI" w:hAnsi="Nirmala UI" w:eastAsia="Nirmala UI" w:cs="Nirmala UI"/>
        </w:rPr>
        <w:t xml:space="preserve"> </w:t>
      </w:r>
      <w:r>
        <w:rPr>
          <w:rFonts w:ascii="Malgun Gothic" w:hAnsi="Malgun Gothic" w:eastAsia="Malgun Gothic" w:cs="Malgun Gothic"/>
        </w:rPr>
        <w:t>또한</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언약</w:t>
      </w:r>
      <w:r>
        <w:rPr>
          <w:rFonts w:ascii="Nirmala UI" w:hAnsi="Nirmala UI" w:eastAsia="Nirmala UI" w:cs="Nirmala UI"/>
        </w:rPr>
        <w:t xml:space="preserve"> </w:t>
      </w:r>
      <w:r>
        <w:rPr>
          <w:rFonts w:ascii="Malgun Gothic" w:hAnsi="Malgun Gothic" w:eastAsia="Malgun Gothic" w:cs="Malgun Gothic"/>
        </w:rPr>
        <w:t>백성이</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뿌리를</w:t>
      </w:r>
      <w:r>
        <w:rPr>
          <w:rFonts w:ascii="Nirmala UI" w:hAnsi="Nirmala UI" w:eastAsia="Nirmala UI" w:cs="Nirmala UI"/>
        </w:rPr>
        <w:t xml:space="preserve"> </w:t>
      </w:r>
      <w:r>
        <w:rPr>
          <w:rFonts w:ascii="Malgun Gothic" w:hAnsi="Malgun Gothic" w:eastAsia="Malgun Gothic" w:cs="Malgun Gothic"/>
        </w:rPr>
        <w:t>두고</w:t>
      </w:r>
      <w:r>
        <w:rPr>
          <w:rFonts w:ascii="Nirmala UI" w:hAnsi="Nirmala UI" w:eastAsia="Nirmala UI" w:cs="Nirmala UI"/>
        </w:rPr>
        <w:t xml:space="preserve"> </w:t>
      </w:r>
      <w:r>
        <w:rPr>
          <w:rFonts w:ascii="Malgun Gothic" w:hAnsi="Malgun Gothic" w:eastAsia="Malgun Gothic" w:cs="Malgun Gothic"/>
        </w:rPr>
        <w:t>있는</w:t>
      </w:r>
      <w:r>
        <w:rPr>
          <w:rFonts w:ascii="Nirmala UI" w:hAnsi="Nirmala UI" w:eastAsia="Nirmala UI" w:cs="Nirmala UI"/>
        </w:rPr>
        <w:t xml:space="preserve"> </w:t>
      </w:r>
      <w:r>
        <w:rPr>
          <w:rFonts w:ascii="Malgun Gothic" w:hAnsi="Malgun Gothic" w:eastAsia="Malgun Gothic" w:cs="Malgun Gothic"/>
        </w:rPr>
        <w:t>나라에</w:t>
      </w:r>
      <w:r>
        <w:rPr>
          <w:rFonts w:ascii="Nirmala UI" w:hAnsi="Nirmala UI" w:eastAsia="Nirmala UI" w:cs="Nirmala UI"/>
        </w:rPr>
        <w:t xml:space="preserve"> </w:t>
      </w:r>
      <w:r>
        <w:rPr>
          <w:rFonts w:ascii="Malgun Gothic" w:hAnsi="Malgun Gothic" w:eastAsia="Malgun Gothic" w:cs="Malgun Gothic"/>
        </w:rPr>
        <w:t>대한</w:t>
      </w:r>
      <w:r>
        <w:rPr>
          <w:rFonts w:ascii="Nirmala UI" w:hAnsi="Nirmala UI" w:eastAsia="Nirmala UI" w:cs="Nirmala UI"/>
        </w:rPr>
        <w:t xml:space="preserve"> </w:t>
      </w:r>
      <w:r>
        <w:rPr>
          <w:rFonts w:ascii="Malgun Gothic" w:hAnsi="Malgun Gothic" w:eastAsia="Malgun Gothic" w:cs="Malgun Gothic"/>
        </w:rPr>
        <w:t>심판을</w:t>
      </w:r>
      <w:r>
        <w:rPr>
          <w:rFonts w:ascii="Nirmala UI" w:hAnsi="Nirmala UI" w:eastAsia="Nirmala UI" w:cs="Nirmala UI"/>
        </w:rPr>
        <w:t xml:space="preserve"> </w:t>
      </w:r>
      <w:r>
        <w:rPr>
          <w:rFonts w:ascii="Malgun Gothic" w:hAnsi="Malgun Gothic" w:eastAsia="Malgun Gothic" w:cs="Malgun Gothic"/>
        </w:rPr>
        <w:t>모두</w:t>
      </w:r>
      <w:r>
        <w:rPr>
          <w:rFonts w:ascii="Nirmala UI" w:hAnsi="Nirmala UI" w:eastAsia="Nirmala UI" w:cs="Nirmala UI"/>
        </w:rPr>
        <w:t xml:space="preserve"> </w:t>
      </w:r>
      <w:r>
        <w:rPr>
          <w:rFonts w:ascii="Malgun Gothic" w:hAnsi="Malgun Gothic" w:eastAsia="Malgun Gothic" w:cs="Malgun Gothic"/>
        </w:rPr>
        <w:t>식별한다</w:t>
      </w:r>
      <w:r>
        <w:rPr>
          <w:rFonts w:ascii="Nirmala UI" w:hAnsi="Nirmala UI" w:eastAsia="Nirmala UI" w:cs="Nirmala UI"/>
        </w:rPr>
        <w:t>.</w:t>
      </w:r>
    </w:p>
    <w:p>
      <w:pPr>
        <w:pStyle w:val="ArticleScripture"/>
        <w:jc w:val="left"/>
      </w:pPr>
      <w:r>
        <w:rPr>
          <w:rFonts w:ascii="Nirmala UI" w:hAnsi="Nirmala UI" w:eastAsia="Nirmala UI" w:cs="Nirmala UI"/>
        </w:rPr>
        <w:t>Ugati Abramu ati: Menya udakeka ko urubyaro rwawe ruzaba abashyitsi mu gihugu kitari icyabo, kandi bazagikorera; na bo bazabarenganya imyaka magana ane. Kandi iryo shyanga bazakorera na ryo nzaricira urubanza; maze nyuma y’ibyo bazasohokamo bafite ubutunzi bwinshi. Itangiriro 15:13, 14.</w:t>
      </w:r>
    </w:p>
    <w:p>
      <w:pPr>
        <w:pStyle w:val="ArticleBody"/>
        <w:jc w:val="left"/>
      </w:pPr>
      <w:r>
        <w:rPr>
          <w:rFonts w:ascii="Ebrima" w:hAnsi="Ebrima" w:eastAsia="Ebrima" w:cs="Ebrima"/>
        </w:rPr>
        <w:t>ሐዝቅኤል</w:t>
      </w:r>
      <w:r>
        <w:rPr>
          <w:rFonts w:ascii="Nirmala UI" w:hAnsi="Nirmala UI" w:eastAsia="Nirmala UI" w:cs="Nirmala UI"/>
        </w:rPr>
        <w:t xml:space="preserve"> </w:t>
      </w:r>
      <w:r>
        <w:rPr>
          <w:rFonts w:ascii="Ebrima" w:hAnsi="Ebrima" w:eastAsia="Ebrima" w:cs="Ebrima"/>
        </w:rPr>
        <w:t>መጽሐፍ</w:t>
      </w:r>
      <w:r>
        <w:rPr>
          <w:rFonts w:ascii="Nirmala UI" w:hAnsi="Nirmala UI" w:eastAsia="Nirmala UI" w:cs="Nirmala UI"/>
        </w:rPr>
        <w:t xml:space="preserve"> </w:t>
      </w:r>
      <w:r>
        <w:rPr>
          <w:rFonts w:ascii="Ebrima" w:hAnsi="Ebrima" w:eastAsia="Ebrima" w:cs="Ebrima"/>
        </w:rPr>
        <w:t>ውስጥ፥</w:t>
      </w:r>
      <w:r>
        <w:rPr>
          <w:rFonts w:ascii="Nirmala UI" w:hAnsi="Nirmala UI" w:eastAsia="Nirmala UI" w:cs="Nirmala UI"/>
        </w:rPr>
        <w:t xml:space="preserve"> </w:t>
      </w:r>
      <w:r>
        <w:rPr>
          <w:rFonts w:ascii="Ebrima" w:hAnsi="Ebrima" w:eastAsia="Ebrima" w:cs="Ebrima"/>
        </w:rPr>
        <w:t>ጥቅምት</w:t>
      </w:r>
      <w:r>
        <w:rPr>
          <w:rFonts w:ascii="Nirmala UI" w:hAnsi="Nirmala UI" w:eastAsia="Nirmala UI" w:cs="Nirmala UI"/>
        </w:rPr>
        <w:t xml:space="preserve"> 22 </w:t>
      </w:r>
      <w:r>
        <w:rPr>
          <w:rFonts w:ascii="Ebrima" w:hAnsi="Ebrima" w:eastAsia="Ebrima" w:cs="Ebrima"/>
        </w:rPr>
        <w:t>ቀን</w:t>
      </w:r>
      <w:r>
        <w:rPr>
          <w:rFonts w:ascii="Nirmala UI" w:hAnsi="Nirmala UI" w:eastAsia="Nirmala UI" w:cs="Nirmala UI"/>
        </w:rPr>
        <w:t xml:space="preserve"> 1844 </w:t>
      </w:r>
      <w:r>
        <w:rPr>
          <w:rFonts w:ascii="Ebrima" w:hAnsi="Ebrima" w:eastAsia="Ebrima" w:cs="Ebrima"/>
        </w:rPr>
        <w:t>በጥቅምት</w:t>
      </w:r>
      <w:r>
        <w:rPr>
          <w:rFonts w:ascii="Nirmala UI" w:hAnsi="Nirmala UI" w:eastAsia="Nirmala UI" w:cs="Nirmala UI"/>
        </w:rPr>
        <w:t xml:space="preserve"> 22 </w:t>
      </w:r>
      <w:r>
        <w:rPr>
          <w:rFonts w:ascii="Ebrima" w:hAnsi="Ebrima" w:eastAsia="Ebrima" w:cs="Ebrima"/>
        </w:rPr>
        <w:t>ቀን</w:t>
      </w:r>
      <w:r>
        <w:rPr>
          <w:rFonts w:ascii="Nirmala UI" w:hAnsi="Nirmala UI" w:eastAsia="Nirmala UI" w:cs="Nirmala UI"/>
        </w:rPr>
        <w:t xml:space="preserve"> 573 </w:t>
      </w:r>
      <w:r>
        <w:rPr>
          <w:rFonts w:ascii="Ebrima" w:hAnsi="Ebrima" w:eastAsia="Ebrima" w:cs="Ebrima"/>
        </w:rPr>
        <w:t>ዓ</w:t>
      </w:r>
      <w:r>
        <w:rPr>
          <w:rFonts w:ascii="Nirmala UI" w:hAnsi="Nirmala UI" w:eastAsia="Nirmala UI" w:cs="Nirmala UI"/>
        </w:rPr>
        <w:t>.</w:t>
      </w:r>
      <w:r>
        <w:rPr>
          <w:rFonts w:ascii="Ebrima" w:hAnsi="Ebrima" w:eastAsia="Ebrima" w:cs="Ebrima"/>
        </w:rPr>
        <w:t>ዓ</w:t>
      </w:r>
      <w:r>
        <w:rPr>
          <w:rFonts w:ascii="Nirmala UI" w:hAnsi="Nirmala UI" w:eastAsia="Nirmala UI" w:cs="Nirmala UI"/>
        </w:rPr>
        <w:t>.</w:t>
      </w:r>
      <w:r>
        <w:rPr>
          <w:rFonts w:ascii="Ebrima" w:hAnsi="Ebrima" w:eastAsia="Ebrima" w:cs="Ebrima"/>
        </w:rPr>
        <w:t>በ</w:t>
      </w:r>
      <w:r>
        <w:rPr>
          <w:rFonts w:ascii="Nirmala UI" w:hAnsi="Nirmala UI" w:eastAsia="Nirmala UI" w:cs="Nirmala UI"/>
        </w:rPr>
        <w:t xml:space="preserve">. </w:t>
      </w:r>
      <w:r>
        <w:rPr>
          <w:rFonts w:ascii="Ebrima" w:hAnsi="Ebrima" w:eastAsia="Ebrima" w:cs="Ebrima"/>
        </w:rPr>
        <w:t>በምሳሌነት</w:t>
      </w:r>
      <w:r>
        <w:rPr>
          <w:rFonts w:ascii="Nirmala UI" w:hAnsi="Nirmala UI" w:eastAsia="Nirmala UI" w:cs="Nirmala UI"/>
        </w:rPr>
        <w:t xml:space="preserve"> </w:t>
      </w:r>
      <w:r>
        <w:rPr>
          <w:rFonts w:ascii="Ebrima" w:hAnsi="Ebrima" w:eastAsia="Ebrima" w:cs="Ebrima"/>
        </w:rPr>
        <w:t>ተወክሏል።</w:t>
      </w:r>
      <w:r>
        <w:rPr>
          <w:rFonts w:ascii="Nirmala UI" w:hAnsi="Nirmala UI" w:eastAsia="Nirmala UI" w:cs="Nirmala UI"/>
        </w:rPr>
        <w:t xml:space="preserve"> </w:t>
      </w:r>
      <w:r>
        <w:rPr>
          <w:rFonts w:ascii="Ebrima" w:hAnsi="Ebrima" w:eastAsia="Ebrima" w:cs="Ebrima"/>
        </w:rPr>
        <w:t>አንደኛው</w:t>
      </w:r>
      <w:r>
        <w:rPr>
          <w:rFonts w:ascii="Nirmala UI" w:hAnsi="Nirmala UI" w:eastAsia="Nirmala UI" w:cs="Nirmala UI"/>
        </w:rPr>
        <w:t xml:space="preserve"> </w:t>
      </w:r>
      <w:r>
        <w:rPr>
          <w:rFonts w:ascii="Ebrima" w:hAnsi="Ebrima" w:eastAsia="Ebrima" w:cs="Ebrima"/>
        </w:rPr>
        <w:t>ቀን</w:t>
      </w:r>
      <w:r>
        <w:rPr>
          <w:rFonts w:ascii="Nirmala UI" w:hAnsi="Nirmala UI" w:eastAsia="Nirmala UI" w:cs="Nirmala UI"/>
        </w:rPr>
        <w:t xml:space="preserve"> </w:t>
      </w:r>
      <w:r>
        <w:rPr>
          <w:rFonts w:ascii="Ebrima" w:hAnsi="Ebrima" w:eastAsia="Ebrima" w:cs="Ebrima"/>
        </w:rPr>
        <w:t>የምርመራ</w:t>
      </w:r>
      <w:r>
        <w:rPr>
          <w:rFonts w:ascii="Nirmala UI" w:hAnsi="Nirmala UI" w:eastAsia="Nirmala UI" w:cs="Nirmala UI"/>
        </w:rPr>
        <w:t xml:space="preserve"> </w:t>
      </w:r>
      <w:r>
        <w:rPr>
          <w:rFonts w:ascii="Ebrima" w:hAnsi="Ebrima" w:eastAsia="Ebrima" w:cs="Ebrima"/>
        </w:rPr>
        <w:t>ፍርድ</w:t>
      </w:r>
      <w:r>
        <w:rPr>
          <w:rFonts w:ascii="Nirmala UI" w:hAnsi="Nirmala UI" w:eastAsia="Nirmala UI" w:cs="Nirmala UI"/>
        </w:rPr>
        <w:t xml:space="preserve"> </w:t>
      </w:r>
      <w:r>
        <w:rPr>
          <w:rFonts w:ascii="Ebrima" w:hAnsi="Ebrima" w:eastAsia="Ebrima" w:cs="Ebrima"/>
        </w:rPr>
        <w:t>መጀመሪያን</w:t>
      </w:r>
      <w:r>
        <w:rPr>
          <w:rFonts w:ascii="Nirmala UI" w:hAnsi="Nirmala UI" w:eastAsia="Nirmala UI" w:cs="Nirmala UI"/>
        </w:rPr>
        <w:t xml:space="preserve"> </w:t>
      </w:r>
      <w:r>
        <w:rPr>
          <w:rFonts w:ascii="Ebrima" w:hAnsi="Ebrima" w:eastAsia="Ebrima" w:cs="Ebrima"/>
        </w:rPr>
        <w:t>ያመለክታል፤</w:t>
      </w:r>
      <w:r>
        <w:rPr>
          <w:rFonts w:ascii="Nirmala UI" w:hAnsi="Nirmala UI" w:eastAsia="Nirmala UI" w:cs="Nirmala UI"/>
        </w:rPr>
        <w:t xml:space="preserve"> </w:t>
      </w:r>
      <w:r>
        <w:rPr>
          <w:rFonts w:ascii="Ebrima" w:hAnsi="Ebrima" w:eastAsia="Ebrima" w:cs="Ebrima"/>
        </w:rPr>
        <w:t>ሌላውም</w:t>
      </w:r>
      <w:r>
        <w:rPr>
          <w:rFonts w:ascii="Nirmala UI" w:hAnsi="Nirmala UI" w:eastAsia="Nirmala UI" w:cs="Nirmala UI"/>
        </w:rPr>
        <w:t xml:space="preserve"> </w:t>
      </w:r>
      <w:r>
        <w:rPr>
          <w:rFonts w:ascii="Ebrima" w:hAnsi="Ebrima" w:eastAsia="Ebrima" w:cs="Ebrima"/>
        </w:rPr>
        <w:t>ቀን</w:t>
      </w:r>
      <w:r>
        <w:rPr>
          <w:rFonts w:ascii="Nirmala UI" w:hAnsi="Nirmala UI" w:eastAsia="Nirmala UI" w:cs="Nirmala UI"/>
        </w:rPr>
        <w:t xml:space="preserve"> </w:t>
      </w:r>
      <w:r>
        <w:rPr>
          <w:rFonts w:ascii="Ebrima" w:hAnsi="Ebrima" w:eastAsia="Ebrima" w:cs="Ebrima"/>
        </w:rPr>
        <w:t>በፍርድ</w:t>
      </w:r>
      <w:r>
        <w:rPr>
          <w:rFonts w:ascii="Nirmala UI" w:hAnsi="Nirmala UI" w:eastAsia="Nirmala UI" w:cs="Nirmala UI"/>
        </w:rPr>
        <w:t xml:space="preserve"> </w:t>
      </w:r>
      <w:r>
        <w:rPr>
          <w:rFonts w:ascii="Ebrima" w:hAnsi="Ebrima" w:eastAsia="Ebrima" w:cs="Ebrima"/>
        </w:rPr>
        <w:t>ሂደቱ</w:t>
      </w:r>
      <w:r>
        <w:rPr>
          <w:rFonts w:ascii="Nirmala UI" w:hAnsi="Nirmala UI" w:eastAsia="Nirmala UI" w:cs="Nirmala UI"/>
        </w:rPr>
        <w:t xml:space="preserve"> </w:t>
      </w:r>
      <w:r>
        <w:rPr>
          <w:rFonts w:ascii="Ebrima" w:hAnsi="Ebrima" w:eastAsia="Ebrima" w:cs="Ebrima"/>
        </w:rPr>
        <w:t>መጀመሪያም</w:t>
      </w:r>
      <w:r>
        <w:rPr>
          <w:rFonts w:ascii="Nirmala UI" w:hAnsi="Nirmala UI" w:eastAsia="Nirmala UI" w:cs="Nirmala UI"/>
        </w:rPr>
        <w:t xml:space="preserve"> </w:t>
      </w:r>
      <w:r>
        <w:rPr>
          <w:rFonts w:ascii="Ebrima" w:hAnsi="Ebrima" w:eastAsia="Ebrima" w:cs="Ebrima"/>
        </w:rPr>
        <w:t>ሆነ</w:t>
      </w:r>
      <w:r>
        <w:rPr>
          <w:rFonts w:ascii="Nirmala UI" w:hAnsi="Nirmala UI" w:eastAsia="Nirmala UI" w:cs="Nirmala UI"/>
        </w:rPr>
        <w:t xml:space="preserve"> </w:t>
      </w:r>
      <w:r>
        <w:rPr>
          <w:rFonts w:ascii="Ebrima" w:hAnsi="Ebrima" w:eastAsia="Ebrima" w:cs="Ebrima"/>
        </w:rPr>
        <w:t>በመደረሻው</w:t>
      </w:r>
      <w:r>
        <w:rPr>
          <w:rFonts w:ascii="Nirmala UI" w:hAnsi="Nirmala UI" w:eastAsia="Nirmala UI" w:cs="Nirmala UI"/>
        </w:rPr>
        <w:t xml:space="preserve"> </w:t>
      </w:r>
      <w:r>
        <w:rPr>
          <w:rFonts w:ascii="Ebrima" w:hAnsi="Ebrima" w:eastAsia="Ebrima" w:cs="Ebrima"/>
        </w:rPr>
        <w:t>የኢዮቤልዩ</w:t>
      </w:r>
      <w:r>
        <w:rPr>
          <w:rFonts w:ascii="Nirmala UI" w:hAnsi="Nirmala UI" w:eastAsia="Nirmala UI" w:cs="Nirmala UI"/>
        </w:rPr>
        <w:t xml:space="preserve"> </w:t>
      </w:r>
      <w:r>
        <w:rPr>
          <w:rFonts w:ascii="Ebrima" w:hAnsi="Ebrima" w:eastAsia="Ebrima" w:cs="Ebrima"/>
        </w:rPr>
        <w:t>መለከት</w:t>
      </w:r>
      <w:r>
        <w:rPr>
          <w:rFonts w:ascii="Nirmala UI" w:hAnsi="Nirmala UI" w:eastAsia="Nirmala UI" w:cs="Nirmala UI"/>
        </w:rPr>
        <w:t xml:space="preserve"> </w:t>
      </w:r>
      <w:r>
        <w:rPr>
          <w:rFonts w:ascii="Ebrima" w:hAnsi="Ebrima" w:eastAsia="Ebrima" w:cs="Ebrima"/>
        </w:rPr>
        <w:t>መነፋትን</w:t>
      </w:r>
      <w:r>
        <w:rPr>
          <w:rFonts w:ascii="Nirmala UI" w:hAnsi="Nirmala UI" w:eastAsia="Nirmala UI" w:cs="Nirmala UI"/>
        </w:rPr>
        <w:t xml:space="preserve"> </w:t>
      </w:r>
      <w:r>
        <w:rPr>
          <w:rFonts w:ascii="Ebrima" w:hAnsi="Ebrima" w:eastAsia="Ebrima" w:cs="Ebrima"/>
        </w:rPr>
        <w:t>ያመለክታል።</w:t>
      </w:r>
      <w:r>
        <w:rPr>
          <w:rFonts w:ascii="Nirmala UI" w:hAnsi="Nirmala UI" w:eastAsia="Nirmala UI" w:cs="Nirmala UI"/>
        </w:rPr>
        <w:t xml:space="preserve"> </w:t>
      </w:r>
      <w:r>
        <w:rPr>
          <w:rFonts w:ascii="Ebrima" w:hAnsi="Ebrima" w:eastAsia="Ebrima" w:cs="Ebrima"/>
        </w:rPr>
        <w:t>ሁለቱም</w:t>
      </w:r>
      <w:r>
        <w:rPr>
          <w:rFonts w:ascii="Nirmala UI" w:hAnsi="Nirmala UI" w:eastAsia="Nirmala UI" w:cs="Nirmala UI"/>
        </w:rPr>
        <w:t xml:space="preserve"> </w:t>
      </w:r>
      <w:r>
        <w:rPr>
          <w:rFonts w:ascii="Ebrima" w:hAnsi="Ebrima" w:eastAsia="Ebrima" w:cs="Ebrima"/>
        </w:rPr>
        <w:t>ቀናት</w:t>
      </w:r>
      <w:r>
        <w:rPr>
          <w:rFonts w:ascii="Nirmala UI" w:hAnsi="Nirmala UI" w:eastAsia="Nirmala UI" w:cs="Nirmala UI"/>
        </w:rPr>
        <w:t xml:space="preserve"> </w:t>
      </w:r>
      <w:r>
        <w:rPr>
          <w:rFonts w:ascii="Ebrima" w:hAnsi="Ebrima" w:eastAsia="Ebrima" w:cs="Ebrima"/>
        </w:rPr>
        <w:t>ይጣጣማሉ፥</w:t>
      </w:r>
      <w:r>
        <w:rPr>
          <w:rFonts w:ascii="Nirmala UI" w:hAnsi="Nirmala UI" w:eastAsia="Nirmala UI" w:cs="Nirmala UI"/>
        </w:rPr>
        <w:t xml:space="preserve"> </w:t>
      </w:r>
      <w:r>
        <w:rPr>
          <w:rFonts w:ascii="Ebrima" w:hAnsi="Ebrima" w:eastAsia="Ebrima" w:cs="Ebrima"/>
        </w:rPr>
        <w:t>ሁለቱምም</w:t>
      </w:r>
      <w:r>
        <w:rPr>
          <w:rFonts w:ascii="Nirmala UI" w:hAnsi="Nirmala UI" w:eastAsia="Nirmala UI" w:cs="Nirmala UI"/>
        </w:rPr>
        <w:t xml:space="preserve"> </w:t>
      </w:r>
      <w:r>
        <w:rPr>
          <w:rFonts w:ascii="Ebrima" w:hAnsi="Ebrima" w:eastAsia="Ebrima" w:cs="Ebrima"/>
        </w:rPr>
        <w:t>የተዘጋ</w:t>
      </w:r>
      <w:r>
        <w:rPr>
          <w:rFonts w:ascii="Nirmala UI" w:hAnsi="Nirmala UI" w:eastAsia="Nirmala UI" w:cs="Nirmala UI"/>
        </w:rPr>
        <w:t xml:space="preserve"> </w:t>
      </w:r>
      <w:r>
        <w:rPr>
          <w:rFonts w:ascii="Ebrima" w:hAnsi="Ebrima" w:eastAsia="Ebrima" w:cs="Ebrima"/>
        </w:rPr>
        <w:t>ደጅን</w:t>
      </w:r>
      <w:r>
        <w:rPr>
          <w:rFonts w:ascii="Nirmala UI" w:hAnsi="Nirmala UI" w:eastAsia="Nirmala UI" w:cs="Nirmala UI"/>
        </w:rPr>
        <w:t xml:space="preserve"> </w:t>
      </w:r>
      <w:r>
        <w:rPr>
          <w:rFonts w:ascii="Ebrima" w:hAnsi="Ebrima" w:eastAsia="Ebrima" w:cs="Ebrima"/>
        </w:rPr>
        <w:t>ያመለክታሉ።</w:t>
      </w:r>
      <w:r>
        <w:rPr>
          <w:rFonts w:ascii="Nirmala UI" w:hAnsi="Nirmala UI" w:eastAsia="Nirmala UI" w:cs="Nirmala UI"/>
        </w:rPr>
        <w:t xml:space="preserve"> 1844 </w:t>
      </w:r>
      <w:r>
        <w:rPr>
          <w:rFonts w:ascii="Ebrima" w:hAnsi="Ebrima" w:eastAsia="Ebrima" w:cs="Ebrima"/>
        </w:rPr>
        <w:t>ክርስቶስ</w:t>
      </w:r>
      <w:r>
        <w:rPr>
          <w:rFonts w:ascii="Nirmala UI" w:hAnsi="Nirmala UI" w:eastAsia="Nirmala UI" w:cs="Nirmala UI"/>
        </w:rPr>
        <w:t xml:space="preserve"> </w:t>
      </w:r>
      <w:r>
        <w:rPr>
          <w:rFonts w:ascii="Ebrima" w:hAnsi="Ebrima" w:eastAsia="Ebrima" w:cs="Ebrima"/>
        </w:rPr>
        <w:t>ወደ</w:t>
      </w:r>
      <w:r>
        <w:rPr>
          <w:rFonts w:ascii="Nirmala UI" w:hAnsi="Nirmala UI" w:eastAsia="Nirmala UI" w:cs="Nirmala UI"/>
        </w:rPr>
        <w:t xml:space="preserve"> </w:t>
      </w:r>
      <w:r>
        <w:rPr>
          <w:rFonts w:ascii="Ebrima" w:hAnsi="Ebrima" w:eastAsia="Ebrima" w:cs="Ebrima"/>
        </w:rPr>
        <w:t>ቅድስተ</w:t>
      </w:r>
      <w:r>
        <w:rPr>
          <w:rFonts w:ascii="Nirmala UI" w:hAnsi="Nirmala UI" w:eastAsia="Nirmala UI" w:cs="Nirmala UI"/>
        </w:rPr>
        <w:t xml:space="preserve"> </w:t>
      </w:r>
      <w:r>
        <w:rPr>
          <w:rFonts w:ascii="Ebrima" w:hAnsi="Ebrima" w:eastAsia="Ebrima" w:cs="Ebrima"/>
        </w:rPr>
        <w:t>ቅዱሳን</w:t>
      </w:r>
      <w:r>
        <w:rPr>
          <w:rFonts w:ascii="Nirmala UI" w:hAnsi="Nirmala UI" w:eastAsia="Nirmala UI" w:cs="Nirmala UI"/>
        </w:rPr>
        <w:t xml:space="preserve"> </w:t>
      </w:r>
      <w:r>
        <w:rPr>
          <w:rFonts w:ascii="Ebrima" w:hAnsi="Ebrima" w:eastAsia="Ebrima" w:cs="Ebrima"/>
        </w:rPr>
        <w:t>ሲገባ</w:t>
      </w:r>
      <w:r>
        <w:rPr>
          <w:rFonts w:ascii="Nirmala UI" w:hAnsi="Nirmala UI" w:eastAsia="Nirmala UI" w:cs="Nirmala UI"/>
        </w:rPr>
        <w:t xml:space="preserve"> </w:t>
      </w:r>
      <w:r>
        <w:rPr>
          <w:rFonts w:ascii="Ebrima" w:hAnsi="Ebrima" w:eastAsia="Ebrima" w:cs="Ebrima"/>
        </w:rPr>
        <w:t>የቅዱሱ</w:t>
      </w:r>
      <w:r>
        <w:rPr>
          <w:rFonts w:ascii="Nirmala UI" w:hAnsi="Nirmala UI" w:eastAsia="Nirmala UI" w:cs="Nirmala UI"/>
        </w:rPr>
        <w:t xml:space="preserve"> </w:t>
      </w:r>
      <w:r>
        <w:rPr>
          <w:rFonts w:ascii="Ebrima" w:hAnsi="Ebrima" w:eastAsia="Ebrima" w:cs="Ebrima"/>
        </w:rPr>
        <w:t>ስፍራ</w:t>
      </w:r>
      <w:r>
        <w:rPr>
          <w:rFonts w:ascii="Nirmala UI" w:hAnsi="Nirmala UI" w:eastAsia="Nirmala UI" w:cs="Nirmala UI"/>
        </w:rPr>
        <w:t xml:space="preserve"> </w:t>
      </w:r>
      <w:r>
        <w:rPr>
          <w:rFonts w:ascii="Ebrima" w:hAnsi="Ebrima" w:eastAsia="Ebrima" w:cs="Ebrima"/>
        </w:rPr>
        <w:t>ደጅ</w:t>
      </w:r>
      <w:r>
        <w:rPr>
          <w:rFonts w:ascii="Nirmala UI" w:hAnsi="Nirmala UI" w:eastAsia="Nirmala UI" w:cs="Nirmala UI"/>
        </w:rPr>
        <w:t xml:space="preserve"> </w:t>
      </w:r>
      <w:r>
        <w:rPr>
          <w:rFonts w:ascii="Ebrima" w:hAnsi="Ebrima" w:eastAsia="Ebrima" w:cs="Ebrima"/>
        </w:rPr>
        <w:t>መዘጋትን</w:t>
      </w:r>
      <w:r>
        <w:rPr>
          <w:rFonts w:ascii="Nirmala UI" w:hAnsi="Nirmala UI" w:eastAsia="Nirmala UI" w:cs="Nirmala UI"/>
        </w:rPr>
        <w:t xml:space="preserve"> </w:t>
      </w:r>
      <w:r>
        <w:rPr>
          <w:rFonts w:ascii="Ebrima" w:hAnsi="Ebrima" w:eastAsia="Ebrima" w:cs="Ebrima"/>
        </w:rPr>
        <w:t>ይወክላል።</w:t>
      </w:r>
      <w:r>
        <w:rPr>
          <w:rFonts w:ascii="Nirmala UI" w:hAnsi="Nirmala UI" w:eastAsia="Nirmala UI" w:cs="Nirmala UI"/>
        </w:rPr>
        <w:t xml:space="preserve"> 573 </w:t>
      </w:r>
      <w:r>
        <w:rPr>
          <w:rFonts w:ascii="Ebrima" w:hAnsi="Ebrima" w:eastAsia="Ebrima" w:cs="Ebrima"/>
        </w:rPr>
        <w:t>ዓ</w:t>
      </w:r>
      <w:r>
        <w:rPr>
          <w:rFonts w:ascii="Nirmala UI" w:hAnsi="Nirmala UI" w:eastAsia="Nirmala UI" w:cs="Nirmala UI"/>
        </w:rPr>
        <w:t>.</w:t>
      </w:r>
      <w:r>
        <w:rPr>
          <w:rFonts w:ascii="Ebrima" w:hAnsi="Ebrima" w:eastAsia="Ebrima" w:cs="Ebrima"/>
        </w:rPr>
        <w:t>ዓ</w:t>
      </w:r>
      <w:r>
        <w:rPr>
          <w:rFonts w:ascii="Nirmala UI" w:hAnsi="Nirmala UI" w:eastAsia="Nirmala UI" w:cs="Nirmala UI"/>
        </w:rPr>
        <w:t>.</w:t>
      </w:r>
      <w:r>
        <w:rPr>
          <w:rFonts w:ascii="Ebrima" w:hAnsi="Ebrima" w:eastAsia="Ebrima" w:cs="Ebrima"/>
        </w:rPr>
        <w:t>በ</w:t>
      </w:r>
      <w:r>
        <w:rPr>
          <w:rFonts w:ascii="Nirmala UI" w:hAnsi="Nirmala UI" w:eastAsia="Nirmala UI" w:cs="Nirmala UI"/>
        </w:rPr>
        <w:t xml:space="preserve">. </w:t>
      </w:r>
      <w:r>
        <w:rPr>
          <w:rFonts w:ascii="Ebrima" w:hAnsi="Ebrima" w:eastAsia="Ebrima" w:cs="Ebrima"/>
        </w:rPr>
        <w:t>ደግሞ</w:t>
      </w:r>
      <w:r>
        <w:rPr>
          <w:rFonts w:ascii="Nirmala UI" w:hAnsi="Nirmala UI" w:eastAsia="Nirmala UI" w:cs="Nirmala UI"/>
        </w:rPr>
        <w:t xml:space="preserve"> </w:t>
      </w:r>
      <w:r>
        <w:rPr>
          <w:rFonts w:ascii="Ebrima" w:hAnsi="Ebrima" w:eastAsia="Ebrima" w:cs="Ebrima"/>
        </w:rPr>
        <w:t>በኃጢአት</w:t>
      </w:r>
      <w:r>
        <w:rPr>
          <w:rFonts w:ascii="Nirmala UI" w:hAnsi="Nirmala UI" w:eastAsia="Nirmala UI" w:cs="Nirmala UI"/>
        </w:rPr>
        <w:t xml:space="preserve"> </w:t>
      </w:r>
      <w:r>
        <w:rPr>
          <w:rFonts w:ascii="Ebrima" w:hAnsi="Ebrima" w:eastAsia="Ebrima" w:cs="Ebrima"/>
        </w:rPr>
        <w:t>ባርነት</w:t>
      </w:r>
      <w:r>
        <w:rPr>
          <w:rFonts w:ascii="Nirmala UI" w:hAnsi="Nirmala UI" w:eastAsia="Nirmala UI" w:cs="Nirmala UI"/>
        </w:rPr>
        <w:t xml:space="preserve"> </w:t>
      </w:r>
      <w:r>
        <w:rPr>
          <w:rFonts w:ascii="Ebrima" w:hAnsi="Ebrima" w:eastAsia="Ebrima" w:cs="Ebrima"/>
        </w:rPr>
        <w:t>ውስጥ</w:t>
      </w:r>
      <w:r>
        <w:rPr>
          <w:rFonts w:ascii="Nirmala UI" w:hAnsi="Nirmala UI" w:eastAsia="Nirmala UI" w:cs="Nirmala UI"/>
        </w:rPr>
        <w:t xml:space="preserve"> </w:t>
      </w:r>
      <w:r>
        <w:rPr>
          <w:rFonts w:ascii="Ebrima" w:hAnsi="Ebrima" w:eastAsia="Ebrima" w:cs="Ebrima"/>
        </w:rPr>
        <w:t>የነበሩ</w:t>
      </w:r>
      <w:r>
        <w:rPr>
          <w:rFonts w:ascii="Nirmala UI" w:hAnsi="Nirmala UI" w:eastAsia="Nirmala UI" w:cs="Nirmala UI"/>
        </w:rPr>
        <w:t xml:space="preserve"> </w:t>
      </w:r>
      <w:r>
        <w:rPr>
          <w:rFonts w:ascii="Ebrima" w:hAnsi="Ebrima" w:eastAsia="Ebrima" w:cs="Ebrima"/>
        </w:rPr>
        <w:t>ነገር</w:t>
      </w:r>
      <w:r>
        <w:rPr>
          <w:rFonts w:ascii="Nirmala UI" w:hAnsi="Nirmala UI" w:eastAsia="Nirmala UI" w:cs="Nirmala UI"/>
        </w:rPr>
        <w:t xml:space="preserve"> </w:t>
      </w:r>
      <w:r>
        <w:rPr>
          <w:rFonts w:ascii="Ebrima" w:hAnsi="Ebrima" w:eastAsia="Ebrima" w:cs="Ebrima"/>
        </w:rPr>
        <w:t>ግን</w:t>
      </w:r>
      <w:r>
        <w:rPr>
          <w:rFonts w:ascii="Nirmala UI" w:hAnsi="Nirmala UI" w:eastAsia="Nirmala UI" w:cs="Nirmala UI"/>
        </w:rPr>
        <w:t xml:space="preserve"> </w:t>
      </w:r>
      <w:r>
        <w:rPr>
          <w:rFonts w:ascii="Ebrima" w:hAnsi="Ebrima" w:eastAsia="Ebrima" w:cs="Ebrima"/>
        </w:rPr>
        <w:t>የተቤዠው</w:t>
      </w:r>
      <w:r>
        <w:rPr>
          <w:rFonts w:ascii="Nirmala UI" w:hAnsi="Nirmala UI" w:eastAsia="Nirmala UI" w:cs="Nirmala UI"/>
        </w:rPr>
        <w:t xml:space="preserve"> </w:t>
      </w:r>
      <w:r>
        <w:rPr>
          <w:rFonts w:ascii="Ebrima" w:hAnsi="Ebrima" w:eastAsia="Ebrima" w:cs="Ebrima"/>
        </w:rPr>
        <w:t>ሰዎች</w:t>
      </w:r>
      <w:r>
        <w:rPr>
          <w:rFonts w:ascii="Nirmala UI" w:hAnsi="Nirmala UI" w:eastAsia="Nirmala UI" w:cs="Nirmala UI"/>
        </w:rPr>
        <w:t xml:space="preserve"> </w:t>
      </w:r>
      <w:r>
        <w:rPr>
          <w:rFonts w:ascii="Ebrima" w:hAnsi="Ebrima" w:eastAsia="Ebrima" w:cs="Ebrima"/>
        </w:rPr>
        <w:t>ነፃነታቸው</w:t>
      </w:r>
      <w:r>
        <w:rPr>
          <w:rFonts w:ascii="Nirmala UI" w:hAnsi="Nirmala UI" w:eastAsia="Nirmala UI" w:cs="Nirmala UI"/>
        </w:rPr>
        <w:t xml:space="preserve"> </w:t>
      </w:r>
      <w:r>
        <w:rPr>
          <w:rFonts w:ascii="Ebrima" w:hAnsi="Ebrima" w:eastAsia="Ebrima" w:cs="Ebrima"/>
        </w:rPr>
        <w:t>የሚሰጣቸውን</w:t>
      </w:r>
      <w:r>
        <w:rPr>
          <w:rFonts w:ascii="Nirmala UI" w:hAnsi="Nirmala UI" w:eastAsia="Nirmala UI" w:cs="Nirmala UI"/>
        </w:rPr>
        <w:t xml:space="preserve"> </w:t>
      </w:r>
      <w:r>
        <w:rPr>
          <w:rFonts w:ascii="Ebrima" w:hAnsi="Ebrima" w:eastAsia="Ebrima" w:cs="Ebrima"/>
        </w:rPr>
        <w:t>እና</w:t>
      </w:r>
      <w:r>
        <w:rPr>
          <w:rFonts w:ascii="Nirmala UI" w:hAnsi="Nirmala UI" w:eastAsia="Nirmala UI" w:cs="Nirmala UI"/>
        </w:rPr>
        <w:t xml:space="preserve"> </w:t>
      </w:r>
      <w:r>
        <w:rPr>
          <w:rFonts w:ascii="Ebrima" w:hAnsi="Ebrima" w:eastAsia="Ebrima" w:cs="Ebrima"/>
        </w:rPr>
        <w:t>የሚኖሩባትን</w:t>
      </w:r>
      <w:r>
        <w:rPr>
          <w:rFonts w:ascii="Nirmala UI" w:hAnsi="Nirmala UI" w:eastAsia="Nirmala UI" w:cs="Nirmala UI"/>
        </w:rPr>
        <w:t xml:space="preserve"> </w:t>
      </w:r>
      <w:r>
        <w:rPr>
          <w:rFonts w:ascii="Ebrima" w:hAnsi="Ebrima" w:eastAsia="Ebrima" w:cs="Ebrima"/>
        </w:rPr>
        <w:t>አዲስ</w:t>
      </w:r>
      <w:r>
        <w:rPr>
          <w:rFonts w:ascii="Nirmala UI" w:hAnsi="Nirmala UI" w:eastAsia="Nirmala UI" w:cs="Nirmala UI"/>
        </w:rPr>
        <w:t xml:space="preserve"> </w:t>
      </w:r>
      <w:r>
        <w:rPr>
          <w:rFonts w:ascii="Ebrima" w:hAnsi="Ebrima" w:eastAsia="Ebrima" w:cs="Ebrima"/>
        </w:rPr>
        <w:t>ምድር</w:t>
      </w:r>
      <w:r>
        <w:rPr>
          <w:rFonts w:ascii="Nirmala UI" w:hAnsi="Nirmala UI" w:eastAsia="Nirmala UI" w:cs="Nirmala UI"/>
        </w:rPr>
        <w:t xml:space="preserve"> </w:t>
      </w:r>
      <w:r>
        <w:rPr>
          <w:rFonts w:ascii="Ebrima" w:hAnsi="Ebrima" w:eastAsia="Ebrima" w:cs="Ebrima"/>
        </w:rPr>
        <w:t>የሚቀበሉበትን</w:t>
      </w:r>
      <w:r>
        <w:rPr>
          <w:rFonts w:ascii="Nirmala UI" w:hAnsi="Nirmala UI" w:eastAsia="Nirmala UI" w:cs="Nirmala UI"/>
        </w:rPr>
        <w:t xml:space="preserve"> </w:t>
      </w:r>
      <w:r>
        <w:rPr>
          <w:rFonts w:ascii="Ebrima" w:hAnsi="Ebrima" w:eastAsia="Ebrima" w:cs="Ebrima"/>
        </w:rPr>
        <w:t>የሰው</w:t>
      </w:r>
      <w:r>
        <w:rPr>
          <w:rFonts w:ascii="Nirmala UI" w:hAnsi="Nirmala UI" w:eastAsia="Nirmala UI" w:cs="Nirmala UI"/>
        </w:rPr>
        <w:t xml:space="preserve"> </w:t>
      </w:r>
      <w:r>
        <w:rPr>
          <w:rFonts w:ascii="Ebrima" w:hAnsi="Ebrima" w:eastAsia="Ebrima" w:cs="Ebrima"/>
        </w:rPr>
        <w:t>ፈተና</w:t>
      </w:r>
      <w:r>
        <w:rPr>
          <w:rFonts w:ascii="Nirmala UI" w:hAnsi="Nirmala UI" w:eastAsia="Nirmala UI" w:cs="Nirmala UI"/>
        </w:rPr>
        <w:t xml:space="preserve"> </w:t>
      </w:r>
      <w:r>
        <w:rPr>
          <w:rFonts w:ascii="Ebrima" w:hAnsi="Ebrima" w:eastAsia="Ebrima" w:cs="Ebrima"/>
        </w:rPr>
        <w:t>ጊዜ</w:t>
      </w:r>
      <w:r>
        <w:rPr>
          <w:rFonts w:ascii="Nirmala UI" w:hAnsi="Nirmala UI" w:eastAsia="Nirmala UI" w:cs="Nirmala UI"/>
        </w:rPr>
        <w:t xml:space="preserve"> </w:t>
      </w:r>
      <w:r>
        <w:rPr>
          <w:rFonts w:ascii="Ebrima" w:hAnsi="Ebrima" w:eastAsia="Ebrima" w:cs="Ebrima"/>
        </w:rPr>
        <w:t>መዘጋት</w:t>
      </w:r>
      <w:r>
        <w:rPr>
          <w:rFonts w:ascii="Nirmala UI" w:hAnsi="Nirmala UI" w:eastAsia="Nirmala UI" w:cs="Nirmala UI"/>
        </w:rPr>
        <w:t xml:space="preserve"> </w:t>
      </w:r>
      <w:r>
        <w:rPr>
          <w:rFonts w:ascii="Ebrima" w:hAnsi="Ebrima" w:eastAsia="Ebrima" w:cs="Ebrima"/>
        </w:rPr>
        <w:t>ያመለክታል።</w:t>
      </w:r>
    </w:p>
    <w:p>
      <w:pPr>
        <w:pStyle w:val="ArticleScripture"/>
        <w:jc w:val="left"/>
      </w:pPr>
      <w:r>
        <w:rPr>
          <w:rFonts w:ascii="Malgun Gothic" w:hAnsi="Malgun Gothic" w:eastAsia="Malgun Gothic" w:cs="Malgun Gothic"/>
        </w:rPr>
        <w:t>세</w:t>
      </w:r>
      <w:r>
        <w:rPr>
          <w:rFonts w:ascii="Nirmala UI" w:hAnsi="Nirmala UI" w:eastAsia="Nirmala UI" w:cs="Nirmala UI"/>
        </w:rPr>
        <w:t xml:space="preserve"> </w:t>
      </w:r>
      <w:r>
        <w:rPr>
          <w:rFonts w:ascii="Segoe UI" w:hAnsi="Segoe UI" w:eastAsia="Segoe UI" w:cs="Segoe UI"/>
        </w:rPr>
        <w:t>שנת</w:t>
      </w:r>
      <w:r>
        <w:rPr>
          <w:rFonts w:ascii="Malgun Gothic" w:hAnsi="Malgun Gothic" w:eastAsia="Malgun Gothic" w:cs="Malgun Gothic"/>
        </w:rPr>
        <w:t>들</w:t>
      </w:r>
      <w:r>
        <w:rPr>
          <w:rFonts w:ascii="Nirmala UI" w:hAnsi="Nirmala UI" w:eastAsia="Nirmala UI" w:cs="Nirmala UI"/>
        </w:rPr>
        <w:t xml:space="preserve"> </w:t>
      </w:r>
      <w:r>
        <w:rPr>
          <w:rFonts w:ascii="Malgun Gothic" w:hAnsi="Malgun Gothic" w:eastAsia="Malgun Gothic" w:cs="Malgun Gothic"/>
        </w:rPr>
        <w:t>안에</w:t>
      </w:r>
      <w:r>
        <w:rPr>
          <w:rFonts w:ascii="Nirmala UI" w:hAnsi="Nirmala UI" w:eastAsia="Nirmala UI" w:cs="Nirmala UI"/>
        </w:rPr>
        <w:t xml:space="preserve"> </w:t>
      </w:r>
      <w:r>
        <w:rPr>
          <w:rFonts w:ascii="Malgun Gothic" w:hAnsi="Malgun Gothic" w:eastAsia="Malgun Gothic" w:cs="Malgun Gothic"/>
        </w:rPr>
        <w:t>그가</w:t>
      </w:r>
      <w:r>
        <w:rPr>
          <w:rFonts w:ascii="Nirmala UI" w:hAnsi="Nirmala UI" w:eastAsia="Nirmala UI" w:cs="Nirmala UI"/>
        </w:rPr>
        <w:t xml:space="preserve"> </w:t>
      </w:r>
      <w:r>
        <w:rPr>
          <w:rFonts w:ascii="Malgun Gothic" w:hAnsi="Malgun Gothic" w:eastAsia="Malgun Gothic" w:cs="Malgun Gothic"/>
        </w:rPr>
        <w:t>속량되지</w:t>
      </w:r>
      <w:r>
        <w:rPr>
          <w:rFonts w:ascii="Nirmala UI" w:hAnsi="Nirmala UI" w:eastAsia="Nirmala UI" w:cs="Nirmala UI"/>
        </w:rPr>
        <w:t xml:space="preserve"> </w:t>
      </w:r>
      <w:r>
        <w:rPr>
          <w:rFonts w:ascii="Malgun Gothic" w:hAnsi="Malgun Gothic" w:eastAsia="Malgun Gothic" w:cs="Malgun Gothic"/>
        </w:rPr>
        <w:t>못하면</w:t>
      </w:r>
      <w:r>
        <w:rPr>
          <w:rFonts w:ascii="Nirmala UI" w:hAnsi="Nirmala UI" w:eastAsia="Nirmala UI" w:cs="Nirmala UI"/>
        </w:rPr>
        <w:t xml:space="preserve">, </w:t>
      </w:r>
      <w:r>
        <w:rPr>
          <w:rFonts w:ascii="Malgun Gothic" w:hAnsi="Malgun Gothic" w:eastAsia="Malgun Gothic" w:cs="Malgun Gothic"/>
        </w:rPr>
        <w:t>희년의</w:t>
      </w:r>
      <w:r>
        <w:rPr>
          <w:rFonts w:ascii="Nirmala UI" w:hAnsi="Nirmala UI" w:eastAsia="Nirmala UI" w:cs="Nirmala UI"/>
        </w:rPr>
        <w:t xml:space="preserve"> </w:t>
      </w:r>
      <w:r>
        <w:rPr>
          <w:rFonts w:ascii="Malgun Gothic" w:hAnsi="Malgun Gothic" w:eastAsia="Malgun Gothic" w:cs="Malgun Gothic"/>
        </w:rPr>
        <w:t>해에</w:t>
      </w:r>
      <w:r>
        <w:rPr>
          <w:rFonts w:ascii="Nirmala UI" w:hAnsi="Nirmala UI" w:eastAsia="Nirmala UI" w:cs="Nirmala UI"/>
        </w:rPr>
        <w:t xml:space="preserve"> </w:t>
      </w:r>
      <w:r>
        <w:rPr>
          <w:rFonts w:ascii="Malgun Gothic" w:hAnsi="Malgun Gothic" w:eastAsia="Malgun Gothic" w:cs="Malgun Gothic"/>
        </w:rPr>
        <w:t>그는</w:t>
      </w:r>
      <w:r>
        <w:rPr>
          <w:rFonts w:ascii="Nirmala UI" w:hAnsi="Nirmala UI" w:eastAsia="Nirmala UI" w:cs="Nirmala UI"/>
        </w:rPr>
        <w:t xml:space="preserve"> </w:t>
      </w:r>
      <w:r>
        <w:rPr>
          <w:rFonts w:ascii="Malgun Gothic" w:hAnsi="Malgun Gothic" w:eastAsia="Malgun Gothic" w:cs="Malgun Gothic"/>
        </w:rPr>
        <w:t>나가게</w:t>
      </w:r>
      <w:r>
        <w:rPr>
          <w:rFonts w:ascii="Nirmala UI" w:hAnsi="Nirmala UI" w:eastAsia="Nirmala UI" w:cs="Nirmala UI"/>
        </w:rPr>
        <w:t xml:space="preserve"> </w:t>
      </w:r>
      <w:r>
        <w:rPr>
          <w:rFonts w:ascii="Malgun Gothic" w:hAnsi="Malgun Gothic" w:eastAsia="Malgun Gothic" w:cs="Malgun Gothic"/>
        </w:rPr>
        <w:t>될</w:t>
      </w:r>
      <w:r>
        <w:rPr>
          <w:rFonts w:ascii="Nirmala UI" w:hAnsi="Nirmala UI" w:eastAsia="Nirmala UI" w:cs="Nirmala UI"/>
        </w:rPr>
        <w:t xml:space="preserve"> </w:t>
      </w:r>
      <w:r>
        <w:rPr>
          <w:rFonts w:ascii="Malgun Gothic" w:hAnsi="Malgun Gothic" w:eastAsia="Malgun Gothic" w:cs="Malgun Gothic"/>
        </w:rPr>
        <w:t>것이니</w:t>
      </w:r>
      <w:r>
        <w:rPr>
          <w:rFonts w:ascii="Nirmala UI" w:hAnsi="Nirmala UI" w:eastAsia="Nirmala UI" w:cs="Nirmala UI"/>
        </w:rPr>
        <w:t xml:space="preserve">, </w:t>
      </w:r>
      <w:r>
        <w:rPr>
          <w:rFonts w:ascii="Malgun Gothic" w:hAnsi="Malgun Gothic" w:eastAsia="Malgun Gothic" w:cs="Malgun Gothic"/>
        </w:rPr>
        <w:t>그와</w:t>
      </w:r>
      <w:r>
        <w:rPr>
          <w:rFonts w:ascii="Nirmala UI" w:hAnsi="Nirmala UI" w:eastAsia="Nirmala UI" w:cs="Nirmala UI"/>
        </w:rPr>
        <w:t xml:space="preserve"> </w:t>
      </w:r>
      <w:r>
        <w:rPr>
          <w:rFonts w:ascii="Malgun Gothic" w:hAnsi="Malgun Gothic" w:eastAsia="Malgun Gothic" w:cs="Malgun Gothic"/>
        </w:rPr>
        <w:t>그의</w:t>
      </w:r>
      <w:r>
        <w:rPr>
          <w:rFonts w:ascii="Nirmala UI" w:hAnsi="Nirmala UI" w:eastAsia="Nirmala UI" w:cs="Nirmala UI"/>
        </w:rPr>
        <w:t xml:space="preserve"> </w:t>
      </w:r>
      <w:r>
        <w:rPr>
          <w:rFonts w:ascii="Malgun Gothic" w:hAnsi="Malgun Gothic" w:eastAsia="Malgun Gothic" w:cs="Malgun Gothic"/>
        </w:rPr>
        <w:t>자녀들도</w:t>
      </w:r>
      <w:r>
        <w:rPr>
          <w:rFonts w:ascii="Nirmala UI" w:hAnsi="Nirmala UI" w:eastAsia="Nirmala UI" w:cs="Nirmala UI"/>
        </w:rPr>
        <w:t xml:space="preserve"> </w:t>
      </w:r>
      <w:r>
        <w:rPr>
          <w:rFonts w:ascii="Malgun Gothic" w:hAnsi="Malgun Gothic" w:eastAsia="Malgun Gothic" w:cs="Malgun Gothic"/>
        </w:rPr>
        <w:t>그와</w:t>
      </w:r>
      <w:r>
        <w:rPr>
          <w:rFonts w:ascii="Nirmala UI" w:hAnsi="Nirmala UI" w:eastAsia="Nirmala UI" w:cs="Nirmala UI"/>
        </w:rPr>
        <w:t xml:space="preserve"> </w:t>
      </w:r>
      <w:r>
        <w:rPr>
          <w:rFonts w:ascii="Malgun Gothic" w:hAnsi="Malgun Gothic" w:eastAsia="Malgun Gothic" w:cs="Malgun Gothic"/>
        </w:rPr>
        <w:t>함께</w:t>
      </w:r>
      <w:r>
        <w:rPr>
          <w:rFonts w:ascii="Nirmala UI" w:hAnsi="Nirmala UI" w:eastAsia="Nirmala UI" w:cs="Nirmala UI"/>
        </w:rPr>
        <w:t xml:space="preserve"> </w:t>
      </w:r>
      <w:r>
        <w:rPr>
          <w:rFonts w:ascii="Malgun Gothic" w:hAnsi="Malgun Gothic" w:eastAsia="Malgun Gothic" w:cs="Malgun Gothic"/>
        </w:rPr>
        <w:t>나갈</w:t>
      </w:r>
      <w:r>
        <w:rPr>
          <w:rFonts w:ascii="Nirmala UI" w:hAnsi="Nirmala UI" w:eastAsia="Nirmala UI" w:cs="Nirmala UI"/>
        </w:rPr>
        <w:t xml:space="preserve"> </w:t>
      </w:r>
      <w:r>
        <w:rPr>
          <w:rFonts w:ascii="Malgun Gothic" w:hAnsi="Malgun Gothic" w:eastAsia="Malgun Gothic" w:cs="Malgun Gothic"/>
        </w:rPr>
        <w:t>것이다</w:t>
      </w:r>
      <w:r>
        <w:rPr>
          <w:rFonts w:ascii="Nirmala UI" w:hAnsi="Nirmala UI" w:eastAsia="Nirmala UI" w:cs="Nirmala UI"/>
        </w:rPr>
        <w:t xml:space="preserve">. </w:t>
      </w:r>
      <w:r>
        <w:rPr>
          <w:rFonts w:ascii="Malgun Gothic" w:hAnsi="Malgun Gothic" w:eastAsia="Malgun Gothic" w:cs="Malgun Gothic"/>
        </w:rPr>
        <w:t>이는</w:t>
      </w:r>
      <w:r>
        <w:rPr>
          <w:rFonts w:ascii="Nirmala UI" w:hAnsi="Nirmala UI" w:eastAsia="Nirmala UI" w:cs="Nirmala UI"/>
        </w:rPr>
        <w:t xml:space="preserve"> </w:t>
      </w:r>
      <w:r>
        <w:rPr>
          <w:rFonts w:ascii="Malgun Gothic" w:hAnsi="Malgun Gothic" w:eastAsia="Malgun Gothic" w:cs="Malgun Gothic"/>
        </w:rPr>
        <w:t>이스라엘</w:t>
      </w:r>
      <w:r>
        <w:rPr>
          <w:rFonts w:ascii="Nirmala UI" w:hAnsi="Nirmala UI" w:eastAsia="Nirmala UI" w:cs="Nirmala UI"/>
        </w:rPr>
        <w:t xml:space="preserve"> </w:t>
      </w:r>
      <w:r>
        <w:rPr>
          <w:rFonts w:ascii="Malgun Gothic" w:hAnsi="Malgun Gothic" w:eastAsia="Malgun Gothic" w:cs="Malgun Gothic"/>
        </w:rPr>
        <w:t>자손이</w:t>
      </w:r>
      <w:r>
        <w:rPr>
          <w:rFonts w:ascii="Nirmala UI" w:hAnsi="Nirmala UI" w:eastAsia="Nirmala UI" w:cs="Nirmala UI"/>
        </w:rPr>
        <w:t xml:space="preserve"> </w:t>
      </w:r>
      <w:r>
        <w:rPr>
          <w:rFonts w:ascii="Malgun Gothic" w:hAnsi="Malgun Gothic" w:eastAsia="Malgun Gothic" w:cs="Malgun Gothic"/>
        </w:rPr>
        <w:t>내게</w:t>
      </w:r>
      <w:r>
        <w:rPr>
          <w:rFonts w:ascii="Nirmala UI" w:hAnsi="Nirmala UI" w:eastAsia="Nirmala UI" w:cs="Nirmala UI"/>
        </w:rPr>
        <w:t xml:space="preserve"> </w:t>
      </w:r>
      <w:r>
        <w:rPr>
          <w:rFonts w:ascii="Malgun Gothic" w:hAnsi="Malgun Gothic" w:eastAsia="Malgun Gothic" w:cs="Malgun Gothic"/>
        </w:rPr>
        <w:t>종들이기</w:t>
      </w:r>
      <w:r>
        <w:rPr>
          <w:rFonts w:ascii="Nirmala UI" w:hAnsi="Nirmala UI" w:eastAsia="Nirmala UI" w:cs="Nirmala UI"/>
        </w:rPr>
        <w:t xml:space="preserve"> </w:t>
      </w:r>
      <w:r>
        <w:rPr>
          <w:rFonts w:ascii="Malgun Gothic" w:hAnsi="Malgun Gothic" w:eastAsia="Malgun Gothic" w:cs="Malgun Gothic"/>
        </w:rPr>
        <w:t>때문이니</w:t>
      </w:r>
      <w:r>
        <w:rPr>
          <w:rFonts w:ascii="Nirmala UI" w:hAnsi="Nirmala UI" w:eastAsia="Nirmala UI" w:cs="Nirmala UI"/>
        </w:rPr>
        <w:t xml:space="preserve">, </w:t>
      </w:r>
      <w:r>
        <w:rPr>
          <w:rFonts w:ascii="Malgun Gothic" w:hAnsi="Malgun Gothic" w:eastAsia="Malgun Gothic" w:cs="Malgun Gothic"/>
        </w:rPr>
        <w:t>그들은</w:t>
      </w:r>
      <w:r>
        <w:rPr>
          <w:rFonts w:ascii="Nirmala UI" w:hAnsi="Nirmala UI" w:eastAsia="Nirmala UI" w:cs="Nirmala UI"/>
        </w:rPr>
        <w:t xml:space="preserve"> </w:t>
      </w:r>
      <w:r>
        <w:rPr>
          <w:rFonts w:ascii="Malgun Gothic" w:hAnsi="Malgun Gothic" w:eastAsia="Malgun Gothic" w:cs="Malgun Gothic"/>
        </w:rPr>
        <w:t>내가</w:t>
      </w:r>
      <w:r>
        <w:rPr>
          <w:rFonts w:ascii="Nirmala UI" w:hAnsi="Nirmala UI" w:eastAsia="Nirmala UI" w:cs="Nirmala UI"/>
        </w:rPr>
        <w:t xml:space="preserve"> </w:t>
      </w:r>
      <w:r>
        <w:rPr>
          <w:rFonts w:ascii="Malgun Gothic" w:hAnsi="Malgun Gothic" w:eastAsia="Malgun Gothic" w:cs="Malgun Gothic"/>
        </w:rPr>
        <w:t>이집트</w:t>
      </w:r>
      <w:r>
        <w:rPr>
          <w:rFonts w:ascii="Nirmala UI" w:hAnsi="Nirmala UI" w:eastAsia="Nirmala UI" w:cs="Nirmala UI"/>
        </w:rPr>
        <w:t xml:space="preserve"> </w:t>
      </w:r>
      <w:r>
        <w:rPr>
          <w:rFonts w:ascii="Malgun Gothic" w:hAnsi="Malgun Gothic" w:eastAsia="Malgun Gothic" w:cs="Malgun Gothic"/>
        </w:rPr>
        <w:t>땅에서</w:t>
      </w:r>
      <w:r>
        <w:rPr>
          <w:rFonts w:ascii="Nirmala UI" w:hAnsi="Nirmala UI" w:eastAsia="Nirmala UI" w:cs="Nirmala UI"/>
        </w:rPr>
        <w:t xml:space="preserve"> </w:t>
      </w:r>
      <w:r>
        <w:rPr>
          <w:rFonts w:ascii="Malgun Gothic" w:hAnsi="Malgun Gothic" w:eastAsia="Malgun Gothic" w:cs="Malgun Gothic"/>
        </w:rPr>
        <w:t>인도하여</w:t>
      </w:r>
      <w:r>
        <w:rPr>
          <w:rFonts w:ascii="Nirmala UI" w:hAnsi="Nirmala UI" w:eastAsia="Nirmala UI" w:cs="Nirmala UI"/>
        </w:rPr>
        <w:t xml:space="preserve"> </w:t>
      </w:r>
      <w:r>
        <w:rPr>
          <w:rFonts w:ascii="Malgun Gothic" w:hAnsi="Malgun Gothic" w:eastAsia="Malgun Gothic" w:cs="Malgun Gothic"/>
        </w:rPr>
        <w:t>낸</w:t>
      </w:r>
      <w:r>
        <w:rPr>
          <w:rFonts w:ascii="Nirmala UI" w:hAnsi="Nirmala UI" w:eastAsia="Nirmala UI" w:cs="Nirmala UI"/>
        </w:rPr>
        <w:t xml:space="preserve"> </w:t>
      </w:r>
      <w:r>
        <w:rPr>
          <w:rFonts w:ascii="Malgun Gothic" w:hAnsi="Malgun Gothic" w:eastAsia="Malgun Gothic" w:cs="Malgun Gothic"/>
        </w:rPr>
        <w:t>나의</w:t>
      </w:r>
      <w:r>
        <w:rPr>
          <w:rFonts w:ascii="Nirmala UI" w:hAnsi="Nirmala UI" w:eastAsia="Nirmala UI" w:cs="Nirmala UI"/>
        </w:rPr>
        <w:t xml:space="preserve"> </w:t>
      </w:r>
      <w:r>
        <w:rPr>
          <w:rFonts w:ascii="Malgun Gothic" w:hAnsi="Malgun Gothic" w:eastAsia="Malgun Gothic" w:cs="Malgun Gothic"/>
        </w:rPr>
        <w:t>종들이다</w:t>
      </w:r>
      <w:r>
        <w:rPr>
          <w:rFonts w:ascii="Nirmala UI" w:hAnsi="Nirmala UI" w:eastAsia="Nirmala UI" w:cs="Nirmala UI"/>
        </w:rPr>
        <w:t xml:space="preserve">. </w:t>
      </w:r>
      <w:r>
        <w:rPr>
          <w:rFonts w:ascii="Malgun Gothic" w:hAnsi="Malgun Gothic" w:eastAsia="Malgun Gothic" w:cs="Malgun Gothic"/>
        </w:rPr>
        <w:t>나는</w:t>
      </w:r>
      <w:r>
        <w:rPr>
          <w:rFonts w:ascii="Nirmala UI" w:hAnsi="Nirmala UI" w:eastAsia="Nirmala UI" w:cs="Nirmala UI"/>
        </w:rPr>
        <w:t xml:space="preserve"> </w:t>
      </w:r>
      <w:r>
        <w:rPr>
          <w:rFonts w:ascii="Malgun Gothic" w:hAnsi="Malgun Gothic" w:eastAsia="Malgun Gothic" w:cs="Malgun Gothic"/>
        </w:rPr>
        <w:t>주</w:t>
      </w:r>
      <w:r>
        <w:rPr>
          <w:rFonts w:ascii="Nirmala UI" w:hAnsi="Nirmala UI" w:eastAsia="Nirmala UI" w:cs="Nirmala UI"/>
        </w:rPr>
        <w:t xml:space="preserve"> </w:t>
      </w:r>
      <w:r>
        <w:rPr>
          <w:rFonts w:ascii="Malgun Gothic" w:hAnsi="Malgun Gothic" w:eastAsia="Malgun Gothic" w:cs="Malgun Gothic"/>
        </w:rPr>
        <w:t>너희의</w:t>
      </w:r>
      <w:r>
        <w:rPr>
          <w:rFonts w:ascii="Nirmala UI" w:hAnsi="Nirmala UI" w:eastAsia="Nirmala UI" w:cs="Nirmala UI"/>
        </w:rPr>
        <w:t xml:space="preserve"> </w:t>
      </w:r>
      <w:r>
        <w:rPr>
          <w:rFonts w:ascii="Malgun Gothic" w:hAnsi="Malgun Gothic" w:eastAsia="Malgun Gothic" w:cs="Malgun Gothic"/>
        </w:rPr>
        <w:t>하나님이다</w:t>
      </w:r>
      <w:r>
        <w:rPr>
          <w:rFonts w:ascii="Nirmala UI" w:hAnsi="Nirmala UI" w:eastAsia="Nirmala UI" w:cs="Nirmala UI"/>
        </w:rPr>
        <w:t xml:space="preserve">. </w:t>
      </w:r>
      <w:r>
        <w:rPr>
          <w:rFonts w:ascii="Malgun Gothic" w:hAnsi="Malgun Gothic" w:eastAsia="Malgun Gothic" w:cs="Malgun Gothic"/>
        </w:rPr>
        <w:t>레위기</w:t>
      </w:r>
      <w:r>
        <w:rPr>
          <w:rFonts w:ascii="Nirmala UI" w:hAnsi="Nirmala UI" w:eastAsia="Nirmala UI" w:cs="Nirmala UI"/>
        </w:rPr>
        <w:t xml:space="preserve"> 25:54, 55.</w:t>
      </w:r>
    </w:p>
    <w:p>
      <w:pPr>
        <w:pStyle w:val="ArticleBody"/>
        <w:jc w:val="left"/>
      </w:pPr>
      <w:r>
        <w:rPr>
          <w:rFonts w:ascii="Nirmala UI" w:hAnsi="Nirmala UI" w:eastAsia="Nirmala UI" w:cs="Nirmala UI"/>
        </w:rPr>
        <w:t>બંને ૨૨ ઓક્ટોબર આવનારી રવિવારના કાયદાની બંધ બારણાની નિશાનીરૂપ છે. એડ્વેન્ટિઝમને અપાયેલ પરિક્ષાકાળ ૧૮૪૪માં શરૂ થયો હતો અને આવનારી રવિવારના કાયદા પર સમાપ્ત થાય છે, અને સંયુક્ત રાજ્ય અમેરિકાને અપાયેલ પરિક્ષાકાળ પણ આવનારી રવિવારના કાયદા પર જ સમાપ્ત થાય છે. આ બંને સમાપ્તિઓ ૨૨ ઓક્ટોબરનાં ૨,૩૦૦ વર્ષ અને બે સો પચાસ વર્ષના બે સાક્ષીઓ સાથે સુસંગત છે.</w:t>
      </w:r>
    </w:p>
    <w:p>
      <w:pPr>
        <w:pStyle w:val="ArticleBody"/>
        <w:jc w:val="left"/>
      </w:pPr>
      <w:r>
        <w:rPr>
          <w:rFonts w:ascii="Nirmala UI" w:hAnsi="Nirmala UI" w:eastAsia="Nirmala UI" w:cs="Nirmala UI"/>
        </w:rPr>
        <w:t>Iminyaka magana abiri na mirongo itanu irangira mu mateka hagati ya Raphia na Panium igabanya igihe cy’izo ntambara ebyiri mo imibare ibiri y’ikigereranyo, kandi iyo mibare hamwe ifite ubusobanuro bwayo bwihariye. Nyuma y’imyaka icumi uhereye kuri Raphia, risobanura umupaka, kandi mbere y’imyaka irindwi ya Panium, yari intambara yarwaniwe ku kibaya maze irangirira mu kugota. Cumi na karindwi, nk’ikimenyetso, biranga imbaraga z’ikiyoka hashingiwe ku buhamya butandukanye. Umwaka wa 207 Mbere ya Kristo ushyira Trump, ikimenyetso cy’inyamaswa yo mu isi, hagati y’umurongo wa cumi n’umwe n’uwa cumi na gatanu byo muri Daniyeli 11, mu buhanuzi imutegurira kuvuga nk’ikiyoka, nk’uko bigaragazwa no guhurizwa hamwe kw’umubare cumi n’umubare karindwi.</w:t>
      </w:r>
    </w:p>
    <w:p>
      <w:pPr>
        <w:pStyle w:val="ArticleBody"/>
        <w:jc w:val="left"/>
      </w:pPr>
      <w:r>
        <w:rPr>
          <w:rFonts w:ascii="Malgun Gothic" w:hAnsi="Malgun Gothic" w:eastAsia="Malgun Gothic" w:cs="Malgun Gothic"/>
        </w:rPr>
        <w:t>십칠은</w:t>
      </w:r>
      <w:r>
        <w:rPr>
          <w:rFonts w:ascii="Nirmala UI" w:hAnsi="Nirmala UI" w:eastAsia="Nirmala UI" w:cs="Nirmala UI"/>
        </w:rPr>
        <w:t xml:space="preserve"> </w:t>
      </w:r>
      <w:r>
        <w:rPr>
          <w:rFonts w:ascii="Malgun Gothic" w:hAnsi="Malgun Gothic" w:eastAsia="Malgun Gothic" w:cs="Malgun Gothic"/>
        </w:rPr>
        <w:t>또한</w:t>
      </w:r>
      <w:r>
        <w:rPr>
          <w:rFonts w:ascii="Nirmala UI" w:hAnsi="Nirmala UI" w:eastAsia="Nirmala UI" w:cs="Nirmala UI"/>
        </w:rPr>
        <w:t xml:space="preserve"> </w:t>
      </w:r>
      <w:r>
        <w:rPr>
          <w:rFonts w:ascii="Malgun Gothic" w:hAnsi="Malgun Gothic" w:eastAsia="Malgun Gothic" w:cs="Malgun Gothic"/>
        </w:rPr>
        <w:t>상징적이며</w:t>
      </w:r>
      <w:r>
        <w:rPr>
          <w:rFonts w:ascii="Nirmala UI" w:hAnsi="Nirmala UI" w:eastAsia="Nirmala UI" w:cs="Nirmala UI"/>
        </w:rPr>
        <w:t xml:space="preserve">, </w:t>
      </w:r>
      <w:r>
        <w:rPr>
          <w:rFonts w:ascii="Malgun Gothic" w:hAnsi="Malgun Gothic" w:eastAsia="Malgun Gothic" w:cs="Malgun Gothic"/>
        </w:rPr>
        <w:t>그것은</w:t>
      </w:r>
      <w:r>
        <w:rPr>
          <w:rFonts w:ascii="Nirmala UI" w:hAnsi="Nirmala UI" w:eastAsia="Nirmala UI" w:cs="Nirmala UI"/>
        </w:rPr>
        <w:t xml:space="preserve"> </w:t>
      </w:r>
      <w:r>
        <w:rPr>
          <w:rFonts w:ascii="Malgun Gothic" w:hAnsi="Malgun Gothic" w:eastAsia="Malgun Gothic" w:cs="Malgun Gothic"/>
        </w:rPr>
        <w:t>라피아에서</w:t>
      </w:r>
      <w:r>
        <w:rPr>
          <w:rFonts w:ascii="Nirmala UI" w:hAnsi="Nirmala UI" w:eastAsia="Nirmala UI" w:cs="Nirmala UI"/>
        </w:rPr>
        <w:t xml:space="preserve"> </w:t>
      </w:r>
      <w:r>
        <w:rPr>
          <w:rFonts w:ascii="Malgun Gothic" w:hAnsi="Malgun Gothic" w:eastAsia="Malgun Gothic" w:cs="Malgun Gothic"/>
        </w:rPr>
        <w:t>파니움에</w:t>
      </w:r>
      <w:r>
        <w:rPr>
          <w:rFonts w:ascii="Nirmala UI" w:hAnsi="Nirmala UI" w:eastAsia="Nirmala UI" w:cs="Nirmala UI"/>
        </w:rPr>
        <w:t xml:space="preserve"> </w:t>
      </w:r>
      <w:r>
        <w:rPr>
          <w:rFonts w:ascii="Malgun Gothic" w:hAnsi="Malgun Gothic" w:eastAsia="Malgun Gothic" w:cs="Malgun Gothic"/>
        </w:rPr>
        <w:t>이르는</w:t>
      </w:r>
      <w:r>
        <w:rPr>
          <w:rFonts w:ascii="Nirmala UI" w:hAnsi="Nirmala UI" w:eastAsia="Nirmala UI" w:cs="Nirmala UI"/>
        </w:rPr>
        <w:t xml:space="preserve"> </w:t>
      </w:r>
      <w:r>
        <w:rPr>
          <w:rFonts w:ascii="Malgun Gothic" w:hAnsi="Malgun Gothic" w:eastAsia="Malgun Gothic" w:cs="Malgun Gothic"/>
        </w:rPr>
        <w:t>역사를</w:t>
      </w:r>
      <w:r>
        <w:rPr>
          <w:rFonts w:ascii="Nirmala UI" w:hAnsi="Nirmala UI" w:eastAsia="Nirmala UI" w:cs="Nirmala UI"/>
        </w:rPr>
        <w:t xml:space="preserve"> </w:t>
      </w:r>
      <w:r>
        <w:rPr>
          <w:rFonts w:ascii="Malgun Gothic" w:hAnsi="Malgun Gothic" w:eastAsia="Malgun Gothic" w:cs="Malgun Gothic"/>
        </w:rPr>
        <w:t>파니움을</w:t>
      </w:r>
      <w:r>
        <w:rPr>
          <w:rFonts w:ascii="Nirmala UI" w:hAnsi="Nirmala UI" w:eastAsia="Nirmala UI" w:cs="Nirmala UI"/>
        </w:rPr>
        <w:t xml:space="preserve"> </w:t>
      </w:r>
      <w:r>
        <w:rPr>
          <w:rFonts w:ascii="Malgun Gothic" w:hAnsi="Malgun Gothic" w:eastAsia="Malgun Gothic" w:cs="Malgun Gothic"/>
        </w:rPr>
        <w:t>넘어</w:t>
      </w:r>
      <w:r>
        <w:rPr>
          <w:rFonts w:ascii="Nirmala UI" w:hAnsi="Nirmala UI" w:eastAsia="Nirmala UI" w:cs="Nirmala UI"/>
        </w:rPr>
        <w:t xml:space="preserve"> </w:t>
      </w:r>
      <w:r>
        <w:rPr>
          <w:rFonts w:ascii="Malgun Gothic" w:hAnsi="Malgun Gothic" w:eastAsia="Malgun Gothic" w:cs="Malgun Gothic"/>
        </w:rPr>
        <w:t>확장할</w:t>
      </w:r>
      <w:r>
        <w:rPr>
          <w:rFonts w:ascii="Nirmala UI" w:hAnsi="Nirmala UI" w:eastAsia="Nirmala UI" w:cs="Nirmala UI"/>
        </w:rPr>
        <w:t xml:space="preserve"> </w:t>
      </w:r>
      <w:r>
        <w:rPr>
          <w:rFonts w:ascii="Malgun Gothic" w:hAnsi="Malgun Gothic" w:eastAsia="Malgun Gothic" w:cs="Malgun Gothic"/>
        </w:rPr>
        <w:t>뿐</w:t>
      </w:r>
      <w:r>
        <w:rPr>
          <w:rFonts w:ascii="Nirmala UI" w:hAnsi="Nirmala UI" w:eastAsia="Nirmala UI" w:cs="Nirmala UI"/>
        </w:rPr>
        <w:t xml:space="preserve"> </w:t>
      </w:r>
      <w:r>
        <w:rPr>
          <w:rFonts w:ascii="Malgun Gothic" w:hAnsi="Malgun Gothic" w:eastAsia="Malgun Gothic" w:cs="Malgun Gothic"/>
        </w:rPr>
        <w:t>아니라</w:t>
      </w:r>
      <w:r>
        <w:rPr>
          <w:rFonts w:ascii="Nirmala UI" w:hAnsi="Nirmala UI" w:eastAsia="Nirmala UI" w:cs="Nirmala UI"/>
        </w:rPr>
        <w:t xml:space="preserve"> </w:t>
      </w:r>
      <w:r>
        <w:rPr>
          <w:rFonts w:ascii="Malgun Gothic" w:hAnsi="Malgun Gothic" w:eastAsia="Malgun Gothic" w:cs="Malgun Gothic"/>
        </w:rPr>
        <w:t>라피아</w:t>
      </w:r>
      <w:r>
        <w:rPr>
          <w:rFonts w:ascii="Nirmala UI" w:hAnsi="Nirmala UI" w:eastAsia="Nirmala UI" w:cs="Nirmala UI"/>
        </w:rPr>
        <w:t xml:space="preserve"> </w:t>
      </w:r>
      <w:r>
        <w:rPr>
          <w:rFonts w:ascii="Malgun Gothic" w:hAnsi="Malgun Gothic" w:eastAsia="Malgun Gothic" w:cs="Malgun Gothic"/>
        </w:rPr>
        <w:t>이전으로도</w:t>
      </w:r>
      <w:r>
        <w:rPr>
          <w:rFonts w:ascii="Nirmala UI" w:hAnsi="Nirmala UI" w:eastAsia="Nirmala UI" w:cs="Nirmala UI"/>
        </w:rPr>
        <w:t xml:space="preserve"> </w:t>
      </w:r>
      <w:r>
        <w:rPr>
          <w:rFonts w:ascii="Malgun Gothic" w:hAnsi="Malgun Gothic" w:eastAsia="Malgun Gothic" w:cs="Malgun Gothic"/>
        </w:rPr>
        <w:t>확장한다</w:t>
      </w:r>
      <w:r>
        <w:rPr>
          <w:rFonts w:ascii="Nirmala UI" w:hAnsi="Nirmala UI" w:eastAsia="Nirmala UI" w:cs="Nirmala UI"/>
        </w:rPr>
        <w:t xml:space="preserve">. </w:t>
      </w:r>
      <w:r>
        <w:rPr>
          <w:rFonts w:ascii="Malgun Gothic" w:hAnsi="Malgun Gothic" w:eastAsia="Malgun Gothic" w:cs="Malgun Gothic"/>
        </w:rPr>
        <w:t>프톨레마이오스</w:t>
      </w:r>
      <w:r>
        <w:rPr>
          <w:rFonts w:ascii="Nirmala UI" w:hAnsi="Nirmala UI" w:eastAsia="Nirmala UI" w:cs="Nirmala UI"/>
        </w:rPr>
        <w:t xml:space="preserve"> 4</w:t>
      </w:r>
      <w:r>
        <w:rPr>
          <w:rFonts w:ascii="Malgun Gothic" w:hAnsi="Malgun Gothic" w:eastAsia="Malgun Gothic" w:cs="Malgun Gothic"/>
        </w:rPr>
        <w:t>세</w:t>
      </w:r>
      <w:r>
        <w:rPr>
          <w:rFonts w:ascii="Nirmala UI" w:hAnsi="Nirmala UI" w:eastAsia="Nirmala UI" w:cs="Nirmala UI"/>
        </w:rPr>
        <w:t xml:space="preserve"> </w:t>
      </w:r>
      <w:r>
        <w:rPr>
          <w:rFonts w:ascii="Malgun Gothic" w:hAnsi="Malgun Gothic" w:eastAsia="Malgun Gothic" w:cs="Malgun Gothic"/>
        </w:rPr>
        <w:t>필로파토르는</w:t>
      </w:r>
      <w:r>
        <w:rPr>
          <w:rFonts w:ascii="Nirmala UI" w:hAnsi="Nirmala UI" w:eastAsia="Nirmala UI" w:cs="Nirmala UI"/>
        </w:rPr>
        <w:t xml:space="preserve"> </w:t>
      </w:r>
      <w:r>
        <w:rPr>
          <w:rFonts w:ascii="Malgun Gothic" w:hAnsi="Malgun Gothic" w:eastAsia="Malgun Gothic" w:cs="Malgun Gothic"/>
        </w:rPr>
        <w:t>기원전</w:t>
      </w:r>
      <w:r>
        <w:rPr>
          <w:rFonts w:ascii="Nirmala UI" w:hAnsi="Nirmala UI" w:eastAsia="Nirmala UI" w:cs="Nirmala UI"/>
        </w:rPr>
        <w:t xml:space="preserve"> 221</w:t>
      </w:r>
      <w:r>
        <w:rPr>
          <w:rFonts w:ascii="Malgun Gothic" w:hAnsi="Malgun Gothic" w:eastAsia="Malgun Gothic" w:cs="Malgun Gothic"/>
        </w:rPr>
        <w:t>년부터</w:t>
      </w:r>
      <w:r>
        <w:rPr>
          <w:rFonts w:ascii="Nirmala UI" w:hAnsi="Nirmala UI" w:eastAsia="Nirmala UI" w:cs="Nirmala UI"/>
        </w:rPr>
        <w:t xml:space="preserve"> </w:t>
      </w:r>
      <w:r>
        <w:rPr>
          <w:rFonts w:ascii="Malgun Gothic" w:hAnsi="Malgun Gothic" w:eastAsia="Malgun Gothic" w:cs="Malgun Gothic"/>
        </w:rPr>
        <w:t>기원전</w:t>
      </w:r>
      <w:r>
        <w:rPr>
          <w:rFonts w:ascii="Nirmala UI" w:hAnsi="Nirmala UI" w:eastAsia="Nirmala UI" w:cs="Nirmala UI"/>
        </w:rPr>
        <w:t xml:space="preserve"> 204</w:t>
      </w:r>
      <w:r>
        <w:rPr>
          <w:rFonts w:ascii="Malgun Gothic" w:hAnsi="Malgun Gothic" w:eastAsia="Malgun Gothic" w:cs="Malgun Gothic"/>
        </w:rPr>
        <w:t>년까지</w:t>
      </w:r>
      <w:r>
        <w:rPr>
          <w:rFonts w:ascii="Nirmala UI" w:hAnsi="Nirmala UI" w:eastAsia="Nirmala UI" w:cs="Nirmala UI"/>
        </w:rPr>
        <w:t xml:space="preserve"> </w:t>
      </w:r>
      <w:r>
        <w:rPr>
          <w:rFonts w:ascii="Malgun Gothic" w:hAnsi="Malgun Gothic" w:eastAsia="Malgun Gothic" w:cs="Malgun Gothic"/>
        </w:rPr>
        <w:t>프톨레마이오스</w:t>
      </w:r>
      <w:r>
        <w:rPr>
          <w:rFonts w:ascii="Nirmala UI" w:hAnsi="Nirmala UI" w:eastAsia="Nirmala UI" w:cs="Nirmala UI"/>
        </w:rPr>
        <w:t xml:space="preserve"> </w:t>
      </w:r>
      <w:r>
        <w:rPr>
          <w:rFonts w:ascii="Malgun Gothic" w:hAnsi="Malgun Gothic" w:eastAsia="Malgun Gothic" w:cs="Malgun Gothic"/>
        </w:rPr>
        <w:t>이집트의</w:t>
      </w:r>
      <w:r>
        <w:rPr>
          <w:rFonts w:ascii="Nirmala UI" w:hAnsi="Nirmala UI" w:eastAsia="Nirmala UI" w:cs="Nirmala UI"/>
        </w:rPr>
        <w:t xml:space="preserve"> </w:t>
      </w:r>
      <w:r>
        <w:rPr>
          <w:rFonts w:ascii="Malgun Gothic" w:hAnsi="Malgun Gothic" w:eastAsia="Malgun Gothic" w:cs="Malgun Gothic"/>
        </w:rPr>
        <w:t>왕으로</w:t>
      </w:r>
      <w:r>
        <w:rPr>
          <w:rFonts w:ascii="Nirmala UI" w:hAnsi="Nirmala UI" w:eastAsia="Nirmala UI" w:cs="Nirmala UI"/>
        </w:rPr>
        <w:t xml:space="preserve"> </w:t>
      </w:r>
      <w:r>
        <w:rPr>
          <w:rFonts w:ascii="Malgun Gothic" w:hAnsi="Malgun Gothic" w:eastAsia="Malgun Gothic" w:cs="Malgun Gothic"/>
        </w:rPr>
        <w:t>통치하였고</w:t>
      </w:r>
      <w:r>
        <w:rPr>
          <w:rFonts w:ascii="Nirmala UI" w:hAnsi="Nirmala UI" w:eastAsia="Nirmala UI" w:cs="Nirmala UI"/>
        </w:rPr>
        <w:t xml:space="preserve">, </w:t>
      </w:r>
      <w:r>
        <w:rPr>
          <w:rFonts w:ascii="Malgun Gothic" w:hAnsi="Malgun Gothic" w:eastAsia="Malgun Gothic" w:cs="Malgun Gothic"/>
        </w:rPr>
        <w:t>그는</w:t>
      </w:r>
      <w:r>
        <w:rPr>
          <w:rFonts w:ascii="Nirmala UI" w:hAnsi="Nirmala UI" w:eastAsia="Nirmala UI" w:cs="Nirmala UI"/>
        </w:rPr>
        <w:t xml:space="preserve"> </w:t>
      </w:r>
      <w:r>
        <w:rPr>
          <w:rFonts w:ascii="Malgun Gothic" w:hAnsi="Malgun Gothic" w:eastAsia="Malgun Gothic" w:cs="Malgun Gothic"/>
        </w:rPr>
        <w:t>기원전</w:t>
      </w:r>
      <w:r>
        <w:rPr>
          <w:rFonts w:ascii="Nirmala UI" w:hAnsi="Nirmala UI" w:eastAsia="Nirmala UI" w:cs="Nirmala UI"/>
        </w:rPr>
        <w:t xml:space="preserve"> 217</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라피아에서</w:t>
      </w:r>
      <w:r>
        <w:rPr>
          <w:rFonts w:ascii="Nirmala UI" w:hAnsi="Nirmala UI" w:eastAsia="Nirmala UI" w:cs="Nirmala UI"/>
        </w:rPr>
        <w:t xml:space="preserve"> </w:t>
      </w:r>
      <w:r>
        <w:rPr>
          <w:rFonts w:ascii="Malgun Gothic" w:hAnsi="Malgun Gothic" w:eastAsia="Malgun Gothic" w:cs="Malgun Gothic"/>
        </w:rPr>
        <w:t>안티오쿠스</w:t>
      </w:r>
      <w:r>
        <w:rPr>
          <w:rFonts w:ascii="Nirmala UI" w:hAnsi="Nirmala UI" w:eastAsia="Nirmala UI" w:cs="Nirmala UI"/>
        </w:rPr>
        <w:t xml:space="preserve"> </w:t>
      </w:r>
      <w:r>
        <w:rPr>
          <w:rFonts w:ascii="Malgun Gothic" w:hAnsi="Malgun Gothic" w:eastAsia="Malgun Gothic" w:cs="Malgun Gothic"/>
        </w:rPr>
        <w:t>마그누스를</w:t>
      </w:r>
      <w:r>
        <w:rPr>
          <w:rFonts w:ascii="Nirmala UI" w:hAnsi="Nirmala UI" w:eastAsia="Nirmala UI" w:cs="Nirmala UI"/>
        </w:rPr>
        <w:t xml:space="preserve"> </w:t>
      </w:r>
      <w:r>
        <w:rPr>
          <w:rFonts w:ascii="Malgun Gothic" w:hAnsi="Malgun Gothic" w:eastAsia="Malgun Gothic" w:cs="Malgun Gothic"/>
        </w:rPr>
        <w:t>패배시켰다</w:t>
      </w:r>
      <w:r>
        <w:rPr>
          <w:rFonts w:ascii="Nirmala UI" w:hAnsi="Nirmala UI" w:eastAsia="Nirmala UI" w:cs="Nirmala UI"/>
        </w:rPr>
        <w:t xml:space="preserve">. </w:t>
      </w:r>
      <w:r>
        <w:rPr>
          <w:rFonts w:ascii="Malgun Gothic" w:hAnsi="Malgun Gothic" w:eastAsia="Malgun Gothic" w:cs="Malgun Gothic"/>
        </w:rPr>
        <w:t>프톨레마이오스는</w:t>
      </w:r>
      <w:r>
        <w:rPr>
          <w:rFonts w:ascii="Nirmala UI" w:hAnsi="Nirmala UI" w:eastAsia="Nirmala UI" w:cs="Nirmala UI"/>
        </w:rPr>
        <w:t xml:space="preserve"> </w:t>
      </w:r>
      <w:r>
        <w:rPr>
          <w:rFonts w:ascii="Malgun Gothic" w:hAnsi="Malgun Gothic" w:eastAsia="Malgun Gothic" w:cs="Malgun Gothic"/>
        </w:rPr>
        <w:t>라피아</w:t>
      </w:r>
      <w:r>
        <w:rPr>
          <w:rFonts w:ascii="Nirmala UI" w:hAnsi="Nirmala UI" w:eastAsia="Nirmala UI" w:cs="Nirmala UI"/>
        </w:rPr>
        <w:t xml:space="preserve"> </w:t>
      </w:r>
      <w:r>
        <w:rPr>
          <w:rFonts w:ascii="Malgun Gothic" w:hAnsi="Malgun Gothic" w:eastAsia="Malgun Gothic" w:cs="Malgun Gothic"/>
        </w:rPr>
        <w:t>이전에</w:t>
      </w:r>
      <w:r>
        <w:rPr>
          <w:rFonts w:ascii="Nirmala UI" w:hAnsi="Nirmala UI" w:eastAsia="Nirmala UI" w:cs="Nirmala UI"/>
        </w:rPr>
        <w:t xml:space="preserve"> </w:t>
      </w:r>
      <w:r>
        <w:rPr>
          <w:rFonts w:ascii="Malgun Gothic" w:hAnsi="Malgun Gothic" w:eastAsia="Malgun Gothic" w:cs="Malgun Gothic"/>
        </w:rPr>
        <w:t>통치를</w:t>
      </w:r>
      <w:r>
        <w:rPr>
          <w:rFonts w:ascii="Nirmala UI" w:hAnsi="Nirmala UI" w:eastAsia="Nirmala UI" w:cs="Nirmala UI"/>
        </w:rPr>
        <w:t xml:space="preserve"> </w:t>
      </w:r>
      <w:r>
        <w:rPr>
          <w:rFonts w:ascii="Malgun Gothic" w:hAnsi="Malgun Gothic" w:eastAsia="Malgun Gothic" w:cs="Malgun Gothic"/>
        </w:rPr>
        <w:t>시작하였으며</w:t>
      </w:r>
      <w:r>
        <w:rPr>
          <w:rFonts w:ascii="Nirmala UI" w:hAnsi="Nirmala UI" w:eastAsia="Nirmala UI" w:cs="Nirmala UI"/>
        </w:rPr>
        <w:t xml:space="preserve">, </w:t>
      </w:r>
      <w:r>
        <w:rPr>
          <w:rFonts w:ascii="Malgun Gothic" w:hAnsi="Malgun Gothic" w:eastAsia="Malgun Gothic" w:cs="Malgun Gothic"/>
        </w:rPr>
        <w:t>그는</w:t>
      </w:r>
      <w:r>
        <w:rPr>
          <w:rFonts w:ascii="Nirmala UI" w:hAnsi="Nirmala UI" w:eastAsia="Nirmala UI" w:cs="Nirmala UI"/>
        </w:rPr>
        <w:t xml:space="preserve"> ‘</w:t>
      </w:r>
      <w:r>
        <w:rPr>
          <w:rFonts w:ascii="Malgun Gothic" w:hAnsi="Malgun Gothic" w:eastAsia="Malgun Gothic" w:cs="Malgun Gothic"/>
        </w:rPr>
        <w:t>십칠</w:t>
      </w:r>
      <w:r>
        <w:rPr>
          <w:rFonts w:ascii="Nirmala UI" w:hAnsi="Nirmala UI" w:eastAsia="Nirmala UI" w:cs="Nirmala UI"/>
        </w:rPr>
        <w:t xml:space="preserve">’ </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동안</w:t>
      </w:r>
      <w:r>
        <w:rPr>
          <w:rFonts w:ascii="Nirmala UI" w:hAnsi="Nirmala UI" w:eastAsia="Nirmala UI" w:cs="Nirmala UI"/>
        </w:rPr>
        <w:t xml:space="preserve"> </w:t>
      </w:r>
      <w:r>
        <w:rPr>
          <w:rFonts w:ascii="Malgun Gothic" w:hAnsi="Malgun Gothic" w:eastAsia="Malgun Gothic" w:cs="Malgun Gothic"/>
        </w:rPr>
        <w:t>통치하였다</w:t>
      </w:r>
      <w:r>
        <w:rPr>
          <w:rFonts w:ascii="Nirmala UI" w:hAnsi="Nirmala UI" w:eastAsia="Nirmala UI" w:cs="Nirmala UI"/>
        </w:rPr>
        <w:t xml:space="preserve">. </w:t>
      </w:r>
      <w:r>
        <w:rPr>
          <w:rFonts w:ascii="Malgun Gothic" w:hAnsi="Malgun Gothic" w:eastAsia="Malgun Gothic" w:cs="Malgun Gothic"/>
        </w:rPr>
        <w:t>숫자</w:t>
      </w:r>
      <w:r>
        <w:rPr>
          <w:rFonts w:ascii="Nirmala UI" w:hAnsi="Nirmala UI" w:eastAsia="Nirmala UI" w:cs="Nirmala UI"/>
        </w:rPr>
        <w:t xml:space="preserve"> </w:t>
      </w:r>
      <w:r>
        <w:rPr>
          <w:rFonts w:ascii="Malgun Gothic" w:hAnsi="Malgun Gothic" w:eastAsia="Malgun Gothic" w:cs="Malgun Gothic"/>
        </w:rPr>
        <w:t>십칠은</w:t>
      </w:r>
      <w:r>
        <w:rPr>
          <w:rFonts w:ascii="Nirmala UI" w:hAnsi="Nirmala UI" w:eastAsia="Nirmala UI" w:cs="Nirmala UI"/>
        </w:rPr>
        <w:t xml:space="preserve"> </w:t>
      </w:r>
      <w:r>
        <w:rPr>
          <w:rFonts w:ascii="Malgun Gothic" w:hAnsi="Malgun Gothic" w:eastAsia="Malgun Gothic" w:cs="Malgun Gothic"/>
        </w:rPr>
        <w:t>라피아</w:t>
      </w:r>
      <w:r>
        <w:rPr>
          <w:rFonts w:ascii="Nirmala UI" w:hAnsi="Nirmala UI" w:eastAsia="Nirmala UI" w:cs="Nirmala UI"/>
        </w:rPr>
        <w:t xml:space="preserve"> </w:t>
      </w:r>
      <w:r>
        <w:rPr>
          <w:rFonts w:ascii="Malgun Gothic" w:hAnsi="Malgun Gothic" w:eastAsia="Malgun Gothic" w:cs="Malgun Gothic"/>
        </w:rPr>
        <w:t>이전에</w:t>
      </w:r>
      <w:r>
        <w:rPr>
          <w:rFonts w:ascii="Nirmala UI" w:hAnsi="Nirmala UI" w:eastAsia="Nirmala UI" w:cs="Nirmala UI"/>
        </w:rPr>
        <w:t xml:space="preserve"> </w:t>
      </w:r>
      <w:r>
        <w:rPr>
          <w:rFonts w:ascii="Malgun Gothic" w:hAnsi="Malgun Gothic" w:eastAsia="Malgun Gothic" w:cs="Malgun Gothic"/>
        </w:rPr>
        <w:t>시작되어</w:t>
      </w:r>
      <w:r>
        <w:rPr>
          <w:rFonts w:ascii="Nirmala UI" w:hAnsi="Nirmala UI" w:eastAsia="Nirmala UI" w:cs="Nirmala UI"/>
        </w:rPr>
        <w:t xml:space="preserve">, </w:t>
      </w:r>
      <w:r>
        <w:rPr>
          <w:rFonts w:ascii="Malgun Gothic" w:hAnsi="Malgun Gothic" w:eastAsia="Malgun Gothic" w:cs="Malgun Gothic"/>
        </w:rPr>
        <w:t>파니움</w:t>
      </w:r>
      <w:r>
        <w:rPr>
          <w:rFonts w:ascii="Nirmala UI" w:hAnsi="Nirmala UI" w:eastAsia="Nirmala UI" w:cs="Nirmala UI"/>
        </w:rPr>
        <w:t xml:space="preserve"> </w:t>
      </w:r>
      <w:r>
        <w:rPr>
          <w:rFonts w:ascii="Malgun Gothic" w:hAnsi="Malgun Gothic" w:eastAsia="Malgun Gothic" w:cs="Malgun Gothic"/>
        </w:rPr>
        <w:t>전투와</w:t>
      </w:r>
      <w:r>
        <w:rPr>
          <w:rFonts w:ascii="Nirmala UI" w:hAnsi="Nirmala UI" w:eastAsia="Nirmala UI" w:cs="Nirmala UI"/>
        </w:rPr>
        <w:t xml:space="preserve"> </w:t>
      </w:r>
      <w:r>
        <w:rPr>
          <w:rFonts w:ascii="Malgun Gothic" w:hAnsi="Malgun Gothic" w:eastAsia="Malgun Gothic" w:cs="Malgun Gothic"/>
        </w:rPr>
        <w:t>시돈</w:t>
      </w:r>
      <w:r>
        <w:rPr>
          <w:rFonts w:ascii="Nirmala UI" w:hAnsi="Nirmala UI" w:eastAsia="Nirmala UI" w:cs="Nirmala UI"/>
        </w:rPr>
        <w:t xml:space="preserve"> </w:t>
      </w:r>
      <w:r>
        <w:rPr>
          <w:rFonts w:ascii="Malgun Gothic" w:hAnsi="Malgun Gothic" w:eastAsia="Malgun Gothic" w:cs="Malgun Gothic"/>
        </w:rPr>
        <w:t>포위전을</w:t>
      </w:r>
      <w:r>
        <w:rPr>
          <w:rFonts w:ascii="Nirmala UI" w:hAnsi="Nirmala UI" w:eastAsia="Nirmala UI" w:cs="Nirmala UI"/>
        </w:rPr>
        <w:t xml:space="preserve"> </w:t>
      </w:r>
      <w:r>
        <w:rPr>
          <w:rFonts w:ascii="Malgun Gothic" w:hAnsi="Malgun Gothic" w:eastAsia="Malgun Gothic" w:cs="Malgun Gothic"/>
        </w:rPr>
        <w:t>넘어</w:t>
      </w:r>
      <w:r>
        <w:rPr>
          <w:rFonts w:ascii="Nirmala UI" w:hAnsi="Nirmala UI" w:eastAsia="Nirmala UI" w:cs="Nirmala UI"/>
        </w:rPr>
        <w:t xml:space="preserve"> 330</w:t>
      </w:r>
      <w:r>
        <w:rPr>
          <w:rFonts w:ascii="Malgun Gothic" w:hAnsi="Malgun Gothic" w:eastAsia="Malgun Gothic" w:cs="Malgun Gothic"/>
        </w:rPr>
        <w:t>년으로</w:t>
      </w:r>
      <w:r>
        <w:rPr>
          <w:rFonts w:ascii="Nirmala UI" w:hAnsi="Nirmala UI" w:eastAsia="Nirmala UI" w:cs="Nirmala UI"/>
        </w:rPr>
        <w:t xml:space="preserve"> </w:t>
      </w:r>
      <w:r>
        <w:rPr>
          <w:rFonts w:ascii="Malgun Gothic" w:hAnsi="Malgun Gothic" w:eastAsia="Malgun Gothic" w:cs="Malgun Gothic"/>
        </w:rPr>
        <w:t>표상되는</w:t>
      </w:r>
      <w:r>
        <w:rPr>
          <w:rFonts w:ascii="Nirmala UI" w:hAnsi="Nirmala UI" w:eastAsia="Nirmala UI" w:cs="Nirmala UI"/>
        </w:rPr>
        <w:t xml:space="preserve"> </w:t>
      </w:r>
      <w:r>
        <w:rPr>
          <w:rFonts w:ascii="Malgun Gothic" w:hAnsi="Malgun Gothic" w:eastAsia="Malgun Gothic" w:cs="Malgun Gothic"/>
        </w:rPr>
        <w:t>인간의</w:t>
      </w:r>
      <w:r>
        <w:rPr>
          <w:rFonts w:ascii="Nirmala UI" w:hAnsi="Nirmala UI" w:eastAsia="Nirmala UI" w:cs="Nirmala UI"/>
        </w:rPr>
        <w:t xml:space="preserve"> </w:t>
      </w:r>
      <w:r>
        <w:rPr>
          <w:rFonts w:ascii="Malgun Gothic" w:hAnsi="Malgun Gothic" w:eastAsia="Malgun Gothic" w:cs="Malgun Gothic"/>
        </w:rPr>
        <w:t>은혜의</w:t>
      </w:r>
      <w:r>
        <w:rPr>
          <w:rFonts w:ascii="Nirmala UI" w:hAnsi="Nirmala UI" w:eastAsia="Nirmala UI" w:cs="Nirmala UI"/>
        </w:rPr>
        <w:t xml:space="preserve"> </w:t>
      </w:r>
      <w:r>
        <w:rPr>
          <w:rFonts w:ascii="Malgun Gothic" w:hAnsi="Malgun Gothic" w:eastAsia="Malgun Gothic" w:cs="Malgun Gothic"/>
        </w:rPr>
        <w:t>시기</w:t>
      </w:r>
      <w:r>
        <w:rPr>
          <w:rFonts w:ascii="Nirmala UI" w:hAnsi="Nirmala UI" w:eastAsia="Nirmala UI" w:cs="Nirmala UI"/>
        </w:rPr>
        <w:t xml:space="preserve"> </w:t>
      </w:r>
      <w:r>
        <w:rPr>
          <w:rFonts w:ascii="Malgun Gothic" w:hAnsi="Malgun Gothic" w:eastAsia="Malgun Gothic" w:cs="Malgun Gothic"/>
        </w:rPr>
        <w:t>종결에까지</w:t>
      </w:r>
      <w:r>
        <w:rPr>
          <w:rFonts w:ascii="Nirmala UI" w:hAnsi="Nirmala UI" w:eastAsia="Nirmala UI" w:cs="Nirmala UI"/>
        </w:rPr>
        <w:t xml:space="preserve"> </w:t>
      </w:r>
      <w:r>
        <w:rPr>
          <w:rFonts w:ascii="Malgun Gothic" w:hAnsi="Malgun Gothic" w:eastAsia="Malgun Gothic" w:cs="Malgun Gothic"/>
        </w:rPr>
        <w:t>이르는</w:t>
      </w:r>
      <w:r>
        <w:rPr>
          <w:rFonts w:ascii="Nirmala UI" w:hAnsi="Nirmala UI" w:eastAsia="Nirmala UI" w:cs="Nirmala UI"/>
        </w:rPr>
        <w:t xml:space="preserve"> </w:t>
      </w:r>
      <w:r>
        <w:rPr>
          <w:rFonts w:ascii="Malgun Gothic" w:hAnsi="Malgun Gothic" w:eastAsia="Malgun Gothic" w:cs="Malgun Gothic"/>
        </w:rPr>
        <w:t>역사적</w:t>
      </w:r>
      <w:r>
        <w:rPr>
          <w:rFonts w:ascii="Nirmala UI" w:hAnsi="Nirmala UI" w:eastAsia="Nirmala UI" w:cs="Nirmala UI"/>
        </w:rPr>
        <w:t xml:space="preserve"> </w:t>
      </w:r>
      <w:r>
        <w:rPr>
          <w:rFonts w:ascii="Malgun Gothic" w:hAnsi="Malgun Gothic" w:eastAsia="Malgun Gothic" w:cs="Malgun Gothic"/>
        </w:rPr>
        <w:t>기간을</w:t>
      </w:r>
      <w:r>
        <w:rPr>
          <w:rFonts w:ascii="Nirmala UI" w:hAnsi="Nirmala UI" w:eastAsia="Nirmala UI" w:cs="Nirmala UI"/>
        </w:rPr>
        <w:t xml:space="preserve"> </w:t>
      </w:r>
      <w:r>
        <w:rPr>
          <w:rFonts w:ascii="Malgun Gothic" w:hAnsi="Malgun Gothic" w:eastAsia="Malgun Gothic" w:cs="Malgun Gothic"/>
        </w:rPr>
        <w:t>나타낸다</w:t>
      </w:r>
      <w:r>
        <w:rPr>
          <w:rFonts w:ascii="Nirmala UI" w:hAnsi="Nirmala UI" w:eastAsia="Nirmala UI" w:cs="Nirmala UI"/>
        </w:rPr>
        <w:t xml:space="preserve">. </w:t>
      </w:r>
      <w:r>
        <w:rPr>
          <w:rFonts w:ascii="Malgun Gothic" w:hAnsi="Malgun Gothic" w:eastAsia="Malgun Gothic" w:cs="Malgun Gothic"/>
        </w:rPr>
        <w:t>서머나</w:t>
      </w:r>
      <w:r>
        <w:rPr>
          <w:rFonts w:ascii="Nirmala UI" w:hAnsi="Nirmala UI" w:eastAsia="Nirmala UI" w:cs="Nirmala UI"/>
        </w:rPr>
        <w:t xml:space="preserve"> </w:t>
      </w:r>
      <w:r>
        <w:rPr>
          <w:rFonts w:ascii="Malgun Gothic" w:hAnsi="Malgun Gothic" w:eastAsia="Malgun Gothic" w:cs="Malgun Gothic"/>
        </w:rPr>
        <w:t>교회</w:t>
      </w:r>
      <w:r>
        <w:rPr>
          <w:rFonts w:ascii="Nirmala UI" w:hAnsi="Nirmala UI" w:eastAsia="Nirmala UI" w:cs="Nirmala UI"/>
        </w:rPr>
        <w:t xml:space="preserve"> </w:t>
      </w:r>
      <w:r>
        <w:rPr>
          <w:rFonts w:ascii="Malgun Gothic" w:hAnsi="Malgun Gothic" w:eastAsia="Malgun Gothic" w:cs="Malgun Gothic"/>
        </w:rPr>
        <w:t>시대를</w:t>
      </w:r>
      <w:r>
        <w:rPr>
          <w:rFonts w:ascii="Nirmala UI" w:hAnsi="Nirmala UI" w:eastAsia="Nirmala UI" w:cs="Nirmala UI"/>
        </w:rPr>
        <w:t xml:space="preserve"> </w:t>
      </w:r>
      <w:r>
        <w:rPr>
          <w:rFonts w:ascii="Malgun Gothic" w:hAnsi="Malgun Gothic" w:eastAsia="Malgun Gothic" w:cs="Malgun Gothic"/>
        </w:rPr>
        <w:t>위한</w:t>
      </w:r>
      <w:r>
        <w:rPr>
          <w:rFonts w:ascii="Nirmala UI" w:hAnsi="Nirmala UI" w:eastAsia="Nirmala UI" w:cs="Nirmala UI"/>
        </w:rPr>
        <w:t xml:space="preserve"> </w:t>
      </w:r>
      <w:r>
        <w:rPr>
          <w:rFonts w:ascii="Malgun Gothic" w:hAnsi="Malgun Gothic" w:eastAsia="Malgun Gothic" w:cs="Malgun Gothic"/>
        </w:rPr>
        <w:t>이백오십</w:t>
      </w:r>
      <w:r>
        <w:rPr>
          <w:rFonts w:ascii="Nirmala UI" w:hAnsi="Nirmala UI" w:eastAsia="Nirmala UI" w:cs="Nirmala UI"/>
        </w:rPr>
        <w:t xml:space="preserve"> </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예언은</w:t>
      </w:r>
      <w:r>
        <w:rPr>
          <w:rFonts w:ascii="Nirmala UI" w:hAnsi="Nirmala UI" w:eastAsia="Nirmala UI" w:cs="Nirmala UI"/>
        </w:rPr>
        <w:t xml:space="preserve"> 64</w:t>
      </w:r>
      <w:r>
        <w:rPr>
          <w:rFonts w:ascii="Malgun Gothic" w:hAnsi="Malgun Gothic" w:eastAsia="Malgun Gothic" w:cs="Malgun Gothic"/>
        </w:rPr>
        <w:t>년에</w:t>
      </w:r>
      <w:r>
        <w:rPr>
          <w:rFonts w:ascii="Nirmala UI" w:hAnsi="Nirmala UI" w:eastAsia="Nirmala UI" w:cs="Nirmala UI"/>
        </w:rPr>
        <w:t xml:space="preserve"> </w:t>
      </w:r>
      <w:r>
        <w:rPr>
          <w:rFonts w:ascii="Malgun Gothic" w:hAnsi="Malgun Gothic" w:eastAsia="Malgun Gothic" w:cs="Malgun Gothic"/>
        </w:rPr>
        <w:t>시작되어</w:t>
      </w:r>
      <w:r>
        <w:rPr>
          <w:rFonts w:ascii="Nirmala UI" w:hAnsi="Nirmala UI" w:eastAsia="Nirmala UI" w:cs="Nirmala UI"/>
        </w:rPr>
        <w:t xml:space="preserve"> 313</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밀라노</w:t>
      </w:r>
      <w:r>
        <w:rPr>
          <w:rFonts w:ascii="Nirmala UI" w:hAnsi="Nirmala UI" w:eastAsia="Nirmala UI" w:cs="Nirmala UI"/>
        </w:rPr>
        <w:t xml:space="preserve"> </w:t>
      </w:r>
      <w:r>
        <w:rPr>
          <w:rFonts w:ascii="Malgun Gothic" w:hAnsi="Malgun Gothic" w:eastAsia="Malgun Gothic" w:cs="Malgun Gothic"/>
        </w:rPr>
        <w:t>칙령과</w:t>
      </w:r>
      <w:r>
        <w:rPr>
          <w:rFonts w:ascii="Nirmala UI" w:hAnsi="Nirmala UI" w:eastAsia="Nirmala UI" w:cs="Nirmala UI"/>
        </w:rPr>
        <w:t xml:space="preserve"> </w:t>
      </w:r>
      <w:r>
        <w:rPr>
          <w:rFonts w:ascii="Malgun Gothic" w:hAnsi="Malgun Gothic" w:eastAsia="Malgun Gothic" w:cs="Malgun Gothic"/>
        </w:rPr>
        <w:t>혼인</w:t>
      </w:r>
      <w:r>
        <w:rPr>
          <w:rFonts w:ascii="Nirmala UI" w:hAnsi="Nirmala UI" w:eastAsia="Nirmala UI" w:cs="Nirmala UI"/>
        </w:rPr>
        <w:t xml:space="preserve"> </w:t>
      </w:r>
      <w:r>
        <w:rPr>
          <w:rFonts w:ascii="Malgun Gothic" w:hAnsi="Malgun Gothic" w:eastAsia="Malgun Gothic" w:cs="Malgun Gothic"/>
        </w:rPr>
        <w:t>조약에서</w:t>
      </w:r>
      <w:r>
        <w:rPr>
          <w:rFonts w:ascii="Nirmala UI" w:hAnsi="Nirmala UI" w:eastAsia="Nirmala UI" w:cs="Nirmala UI"/>
        </w:rPr>
        <w:t xml:space="preserve"> </w:t>
      </w:r>
      <w:r>
        <w:rPr>
          <w:rFonts w:ascii="Malgun Gothic" w:hAnsi="Malgun Gothic" w:eastAsia="Malgun Gothic" w:cs="Malgun Gothic"/>
        </w:rPr>
        <w:t>끝났다</w:t>
      </w:r>
      <w:r>
        <w:rPr>
          <w:rFonts w:ascii="Nirmala UI" w:hAnsi="Nirmala UI" w:eastAsia="Nirmala UI" w:cs="Nirmala UI"/>
        </w:rPr>
        <w:t>.</w:t>
      </w:r>
    </w:p>
    <w:p>
      <w:pPr>
        <w:pStyle w:val="ArticleBody"/>
        <w:jc w:val="left"/>
      </w:pPr>
      <w:r>
        <w:rPr>
          <w:rFonts w:ascii="Nirmala UI" w:hAnsi="Nirmala UI" w:eastAsia="Nirmala UI" w:cs="Nirmala UI"/>
        </w:rPr>
        <w:t>Konstantine Omukuru ahagarariye amateka y’itorero rya Perugamo, kandi ayo mateka yatangiye mu mwaka wa 313 arangira mu wa 538. “Imyaka cumi n’irindwi” ya mbere ikurikira iherezo ry’ubuhanuzi bw’imyaka magana abiri na mirongo itanu mu wa 313 ifite ibimenyetso bitatu by’inzira. Umwaka wa 313 wari Itegeko rya Milano, uwa 321 wari itegeko rya mbere ry’icyumweru, kandi ugabanywa k’ubwami bugaragazwa mu wa 330. Umwaka wa 330 uhagarariye itegeko rya nyuma ry’icyumweru riranga iherezo ry’igihe cy’igeragezwa cy’abantu. Ni cyo gituma umubare cumi n’irindwi utangirira mbere ya Rafia kandi ukarangira kure cyane nyuma y’urugamba rwa gisirikare rwa Paniumu na Sidoni. Umurongo wa cumi na gatandatu wo muri Daniyeli cumi na rimwe uhagarariye itegeko ry’icyumweru muri Leta Zunze Ubumwe za Amerika.</w:t>
      </w:r>
    </w:p>
    <w:p>
      <w:pPr>
        <w:pStyle w:val="ArticleBody"/>
        <w:jc w:val="left"/>
      </w:pPr>
      <w:r>
        <w:rPr>
          <w:rFonts w:ascii="Malgun Gothic" w:hAnsi="Malgun Gothic" w:eastAsia="Malgun Gothic" w:cs="Malgun Gothic"/>
        </w:rPr>
        <w:t>스미르나</w:t>
      </w:r>
      <w:r>
        <w:rPr>
          <w:rFonts w:ascii="Nirmala UI" w:hAnsi="Nirmala UI" w:eastAsia="Nirmala UI" w:cs="Nirmala UI"/>
        </w:rPr>
        <w:t xml:space="preserve"> </w:t>
      </w:r>
      <w:r>
        <w:rPr>
          <w:rFonts w:ascii="Malgun Gothic" w:hAnsi="Malgun Gothic" w:eastAsia="Malgun Gothic" w:cs="Malgun Gothic"/>
        </w:rPr>
        <w:t>예언은</w:t>
      </w:r>
      <w:r>
        <w:rPr>
          <w:rFonts w:ascii="Nirmala UI" w:hAnsi="Nirmala UI" w:eastAsia="Nirmala UI" w:cs="Nirmala UI"/>
        </w:rPr>
        <w:t xml:space="preserve"> </w:t>
      </w:r>
      <w:r>
        <w:rPr>
          <w:rFonts w:ascii="Malgun Gothic" w:hAnsi="Malgun Gothic" w:eastAsia="Malgun Gothic" w:cs="Malgun Gothic"/>
        </w:rPr>
        <w:t>에스겔의</w:t>
      </w:r>
      <w:r>
        <w:rPr>
          <w:rFonts w:ascii="Nirmala UI" w:hAnsi="Nirmala UI" w:eastAsia="Nirmala UI" w:cs="Nirmala UI"/>
        </w:rPr>
        <w:t xml:space="preserve"> </w:t>
      </w:r>
      <w:r>
        <w:rPr>
          <w:rFonts w:ascii="Malgun Gothic" w:hAnsi="Malgun Gothic" w:eastAsia="Malgun Gothic" w:cs="Malgun Gothic"/>
        </w:rPr>
        <w:t>경고</w:t>
      </w:r>
      <w:r>
        <w:rPr>
          <w:rFonts w:ascii="Nirmala UI" w:hAnsi="Nirmala UI" w:eastAsia="Nirmala UI" w:cs="Nirmala UI"/>
        </w:rPr>
        <w:t xml:space="preserve"> </w:t>
      </w:r>
      <w:r>
        <w:rPr>
          <w:rFonts w:ascii="Malgun Gothic" w:hAnsi="Malgun Gothic" w:eastAsia="Malgun Gothic" w:cs="Malgun Gothic"/>
        </w:rPr>
        <w:t>기별의</w:t>
      </w:r>
      <w:r>
        <w:rPr>
          <w:rFonts w:ascii="Nirmala UI" w:hAnsi="Nirmala UI" w:eastAsia="Nirmala UI" w:cs="Nirmala UI"/>
        </w:rPr>
        <w:t xml:space="preserve"> </w:t>
      </w:r>
      <w:r>
        <w:rPr>
          <w:rFonts w:ascii="Malgun Gothic" w:hAnsi="Malgun Gothic" w:eastAsia="Malgun Gothic" w:cs="Malgun Gothic"/>
        </w:rPr>
        <w:t>바로</w:t>
      </w:r>
      <w:r>
        <w:rPr>
          <w:rFonts w:ascii="Nirmala UI" w:hAnsi="Nirmala UI" w:eastAsia="Nirmala UI" w:cs="Nirmala UI"/>
        </w:rPr>
        <w:t xml:space="preserve"> </w:t>
      </w:r>
      <w:r>
        <w:rPr>
          <w:rFonts w:ascii="Malgun Gothic" w:hAnsi="Malgun Gothic" w:eastAsia="Malgun Gothic" w:cs="Malgun Gothic"/>
        </w:rPr>
        <w:t>핵심이</w:t>
      </w:r>
      <w:r>
        <w:rPr>
          <w:rFonts w:ascii="Nirmala UI" w:hAnsi="Nirmala UI" w:eastAsia="Nirmala UI" w:cs="Nirmala UI"/>
        </w:rPr>
        <w:t xml:space="preserve"> </w:t>
      </w:r>
      <w:r>
        <w:rPr>
          <w:rFonts w:ascii="Malgun Gothic" w:hAnsi="Malgun Gothic" w:eastAsia="Malgun Gothic" w:cs="Malgun Gothic"/>
        </w:rPr>
        <w:t>되는</w:t>
      </w:r>
      <w:r>
        <w:rPr>
          <w:rFonts w:ascii="Nirmala UI" w:hAnsi="Nirmala UI" w:eastAsia="Nirmala UI" w:cs="Nirmala UI"/>
        </w:rPr>
        <w:t xml:space="preserve"> </w:t>
      </w:r>
      <w:r>
        <w:rPr>
          <w:rFonts w:ascii="Malgun Gothic" w:hAnsi="Malgun Gothic" w:eastAsia="Malgun Gothic" w:cs="Malgun Gothic"/>
        </w:rPr>
        <w:t>포위의</w:t>
      </w:r>
      <w:r>
        <w:rPr>
          <w:rFonts w:ascii="Nirmala UI" w:hAnsi="Nirmala UI" w:eastAsia="Nirmala UI" w:cs="Nirmala UI"/>
        </w:rPr>
        <w:t xml:space="preserve"> </w:t>
      </w:r>
      <w:r>
        <w:rPr>
          <w:rFonts w:ascii="Malgun Gothic" w:hAnsi="Malgun Gothic" w:eastAsia="Malgun Gothic" w:cs="Malgun Gothic"/>
        </w:rPr>
        <w:t>징조를</w:t>
      </w:r>
      <w:r>
        <w:rPr>
          <w:rFonts w:ascii="Nirmala UI" w:hAnsi="Nirmala UI" w:eastAsia="Nirmala UI" w:cs="Nirmala UI"/>
        </w:rPr>
        <w:t xml:space="preserve"> </w:t>
      </w:r>
      <w:r>
        <w:rPr>
          <w:rFonts w:ascii="Malgun Gothic" w:hAnsi="Malgun Gothic" w:eastAsia="Malgun Gothic" w:cs="Malgun Gothic"/>
        </w:rPr>
        <w:t>밝혀</w:t>
      </w:r>
      <w:r>
        <w:rPr>
          <w:rFonts w:ascii="Nirmala UI" w:hAnsi="Nirmala UI" w:eastAsia="Nirmala UI" w:cs="Nirmala UI"/>
        </w:rPr>
        <w:t xml:space="preserve"> </w:t>
      </w:r>
      <w:r>
        <w:rPr>
          <w:rFonts w:ascii="Malgun Gothic" w:hAnsi="Malgun Gothic" w:eastAsia="Malgun Gothic" w:cs="Malgun Gothic"/>
        </w:rPr>
        <w:t>준다</w:t>
      </w:r>
      <w:r>
        <w:rPr>
          <w:rFonts w:ascii="Nirmala UI" w:hAnsi="Nirmala UI" w:eastAsia="Nirmala UI" w:cs="Nirmala UI"/>
        </w:rPr>
        <w:t xml:space="preserve">. </w:t>
      </w:r>
      <w:r>
        <w:rPr>
          <w:rFonts w:ascii="Malgun Gothic" w:hAnsi="Malgun Gothic" w:eastAsia="Malgun Gothic" w:cs="Malgun Gothic"/>
        </w:rPr>
        <w:t>예루살렘</w:t>
      </w:r>
      <w:r>
        <w:rPr>
          <w:rFonts w:ascii="Nirmala UI" w:hAnsi="Nirmala UI" w:eastAsia="Nirmala UI" w:cs="Nirmala UI"/>
        </w:rPr>
        <w:t xml:space="preserve"> </w:t>
      </w:r>
      <w:r>
        <w:rPr>
          <w:rFonts w:ascii="Malgun Gothic" w:hAnsi="Malgun Gothic" w:eastAsia="Malgun Gothic" w:cs="Malgun Gothic"/>
        </w:rPr>
        <w:t>멸망에</w:t>
      </w:r>
      <w:r>
        <w:rPr>
          <w:rFonts w:ascii="Nirmala UI" w:hAnsi="Nirmala UI" w:eastAsia="Nirmala UI" w:cs="Nirmala UI"/>
        </w:rPr>
        <w:t xml:space="preserve"> </w:t>
      </w:r>
      <w:r>
        <w:rPr>
          <w:rFonts w:ascii="Malgun Gothic" w:hAnsi="Malgun Gothic" w:eastAsia="Malgun Gothic" w:cs="Malgun Gothic"/>
        </w:rPr>
        <w:t>관한</w:t>
      </w:r>
      <w:r>
        <w:rPr>
          <w:rFonts w:ascii="Nirmala UI" w:hAnsi="Nirmala UI" w:eastAsia="Nirmala UI" w:cs="Nirmala UI"/>
        </w:rPr>
        <w:t xml:space="preserve"> </w:t>
      </w:r>
      <w:r>
        <w:rPr>
          <w:rFonts w:ascii="Malgun Gothic" w:hAnsi="Malgun Gothic" w:eastAsia="Malgun Gothic" w:cs="Malgun Gothic"/>
        </w:rPr>
        <w:t>두</w:t>
      </w:r>
      <w:r>
        <w:rPr>
          <w:rFonts w:ascii="Nirmala UI" w:hAnsi="Nirmala UI" w:eastAsia="Nirmala UI" w:cs="Nirmala UI"/>
        </w:rPr>
        <w:t xml:space="preserve"> </w:t>
      </w:r>
      <w:r>
        <w:rPr>
          <w:rFonts w:ascii="Malgun Gothic" w:hAnsi="Malgun Gothic" w:eastAsia="Malgun Gothic" w:cs="Malgun Gothic"/>
        </w:rPr>
        <w:t>표상으로</w:t>
      </w:r>
      <w:r>
        <w:rPr>
          <w:rFonts w:ascii="Nirmala UI" w:hAnsi="Nirmala UI" w:eastAsia="Nirmala UI" w:cs="Nirmala UI"/>
        </w:rPr>
        <w:t xml:space="preserve"> </w:t>
      </w:r>
      <w:r>
        <w:rPr>
          <w:rFonts w:ascii="Malgun Gothic" w:hAnsi="Malgun Gothic" w:eastAsia="Malgun Gothic" w:cs="Malgun Gothic"/>
        </w:rPr>
        <w:t>제시된</w:t>
      </w:r>
      <w:r>
        <w:rPr>
          <w:rFonts w:ascii="Nirmala UI" w:hAnsi="Nirmala UI" w:eastAsia="Nirmala UI" w:cs="Nirmala UI"/>
        </w:rPr>
        <w:t xml:space="preserve"> </w:t>
      </w:r>
      <w:r>
        <w:rPr>
          <w:rFonts w:ascii="Malgun Gothic" w:hAnsi="Malgun Gothic" w:eastAsia="Malgun Gothic" w:cs="Malgun Gothic"/>
        </w:rPr>
        <w:t>바와</w:t>
      </w:r>
      <w:r>
        <w:rPr>
          <w:rFonts w:ascii="Nirmala UI" w:hAnsi="Nirmala UI" w:eastAsia="Nirmala UI" w:cs="Nirmala UI"/>
        </w:rPr>
        <w:t xml:space="preserve"> </w:t>
      </w:r>
      <w:r>
        <w:rPr>
          <w:rFonts w:ascii="Malgun Gothic" w:hAnsi="Malgun Gothic" w:eastAsia="Malgun Gothic" w:cs="Malgun Gothic"/>
        </w:rPr>
        <w:t>같이</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법령에</w:t>
      </w:r>
      <w:r>
        <w:rPr>
          <w:rFonts w:ascii="Nirmala UI" w:hAnsi="Nirmala UI" w:eastAsia="Nirmala UI" w:cs="Nirmala UI"/>
        </w:rPr>
        <w:t xml:space="preserve"> </w:t>
      </w:r>
      <w:r>
        <w:rPr>
          <w:rFonts w:ascii="Malgun Gothic" w:hAnsi="Malgun Gothic" w:eastAsia="Malgun Gothic" w:cs="Malgun Gothic"/>
        </w:rPr>
        <w:t>앞서</w:t>
      </w:r>
      <w:r>
        <w:rPr>
          <w:rFonts w:ascii="Nirmala UI" w:hAnsi="Nirmala UI" w:eastAsia="Nirmala UI" w:cs="Nirmala UI"/>
        </w:rPr>
        <w:t xml:space="preserve"> </w:t>
      </w:r>
      <w:r>
        <w:rPr>
          <w:rFonts w:ascii="Malgun Gothic" w:hAnsi="Malgun Gothic" w:eastAsia="Malgun Gothic" w:cs="Malgun Gothic"/>
        </w:rPr>
        <w:t>나타나는</w:t>
      </w:r>
      <w:r>
        <w:rPr>
          <w:rFonts w:ascii="Nirmala UI" w:hAnsi="Nirmala UI" w:eastAsia="Nirmala UI" w:cs="Nirmala UI"/>
        </w:rPr>
        <w:t xml:space="preserve"> </w:t>
      </w:r>
      <w:r>
        <w:rPr>
          <w:rFonts w:ascii="Malgun Gothic" w:hAnsi="Malgun Gothic" w:eastAsia="Malgun Gothic" w:cs="Malgun Gothic"/>
        </w:rPr>
        <w:t>이정표는</w:t>
      </w:r>
      <w:r>
        <w:rPr>
          <w:rFonts w:ascii="Nirmala UI" w:hAnsi="Nirmala UI" w:eastAsia="Nirmala UI" w:cs="Nirmala UI"/>
        </w:rPr>
        <w:t xml:space="preserve"> </w:t>
      </w:r>
      <w:r>
        <w:rPr>
          <w:rFonts w:ascii="Malgun Gothic" w:hAnsi="Malgun Gothic" w:eastAsia="Malgun Gothic" w:cs="Malgun Gothic"/>
        </w:rPr>
        <w:t>포위이지만</w:t>
      </w:r>
      <w:r>
        <w:rPr>
          <w:rFonts w:ascii="Nirmala UI" w:hAnsi="Nirmala UI" w:eastAsia="Nirmala UI" w:cs="Nirmala UI"/>
        </w:rPr>
        <w:t xml:space="preserve">, </w:t>
      </w:r>
      <w:r>
        <w:rPr>
          <w:rFonts w:ascii="Malgun Gothic" w:hAnsi="Malgun Gothic" w:eastAsia="Malgun Gothic" w:cs="Malgun Gothic"/>
        </w:rPr>
        <w:t>또한</w:t>
      </w:r>
      <w:r>
        <w:rPr>
          <w:rFonts w:ascii="Nirmala UI" w:hAnsi="Nirmala UI" w:eastAsia="Nirmala UI" w:cs="Nirmala UI"/>
        </w:rPr>
        <w:t xml:space="preserve"> </w:t>
      </w:r>
      <w:r>
        <w:rPr>
          <w:rFonts w:ascii="Malgun Gothic" w:hAnsi="Malgun Gothic" w:eastAsia="Malgun Gothic" w:cs="Malgun Gothic"/>
        </w:rPr>
        <w:t>그것은</w:t>
      </w:r>
      <w:r>
        <w:rPr>
          <w:rFonts w:ascii="Nirmala UI" w:hAnsi="Nirmala UI" w:eastAsia="Nirmala UI" w:cs="Nirmala UI"/>
        </w:rPr>
        <w:t xml:space="preserve"> </w:t>
      </w:r>
      <w:r>
        <w:rPr>
          <w:rFonts w:ascii="Malgun Gothic" w:hAnsi="Malgun Gothic" w:eastAsia="Malgun Gothic" w:cs="Malgun Gothic"/>
        </w:rPr>
        <w:t>짐승의</w:t>
      </w:r>
      <w:r>
        <w:rPr>
          <w:rFonts w:ascii="Nirmala UI" w:hAnsi="Nirmala UI" w:eastAsia="Nirmala UI" w:cs="Nirmala UI"/>
        </w:rPr>
        <w:t xml:space="preserve"> </w:t>
      </w:r>
      <w:r>
        <w:rPr>
          <w:rFonts w:ascii="Malgun Gothic" w:hAnsi="Malgun Gothic" w:eastAsia="Malgun Gothic" w:cs="Malgun Gothic"/>
        </w:rPr>
        <w:t>우상의</w:t>
      </w:r>
      <w:r>
        <w:rPr>
          <w:rFonts w:ascii="Nirmala UI" w:hAnsi="Nirmala UI" w:eastAsia="Nirmala UI" w:cs="Nirmala UI"/>
        </w:rPr>
        <w:t xml:space="preserve"> </w:t>
      </w:r>
      <w:r>
        <w:rPr>
          <w:rFonts w:ascii="Malgun Gothic" w:hAnsi="Malgun Gothic" w:eastAsia="Malgun Gothic" w:cs="Malgun Gothic"/>
        </w:rPr>
        <w:t>형성을</w:t>
      </w:r>
      <w:r>
        <w:rPr>
          <w:rFonts w:ascii="Nirmala UI" w:hAnsi="Nirmala UI" w:eastAsia="Nirmala UI" w:cs="Nirmala UI"/>
        </w:rPr>
        <w:t xml:space="preserve"> </w:t>
      </w:r>
      <w:r>
        <w:rPr>
          <w:rFonts w:ascii="Malgun Gothic" w:hAnsi="Malgun Gothic" w:eastAsia="Malgun Gothic" w:cs="Malgun Gothic"/>
        </w:rPr>
        <w:t>시작하게</w:t>
      </w:r>
      <w:r>
        <w:rPr>
          <w:rFonts w:ascii="Nirmala UI" w:hAnsi="Nirmala UI" w:eastAsia="Nirmala UI" w:cs="Nirmala UI"/>
        </w:rPr>
        <w:t xml:space="preserve"> </w:t>
      </w:r>
      <w:r>
        <w:rPr>
          <w:rFonts w:ascii="Malgun Gothic" w:hAnsi="Malgun Gothic" w:eastAsia="Malgun Gothic" w:cs="Malgun Gothic"/>
        </w:rPr>
        <w:t>하는</w:t>
      </w:r>
      <w:r>
        <w:rPr>
          <w:rFonts w:ascii="Nirmala UI" w:hAnsi="Nirmala UI" w:eastAsia="Nirmala UI" w:cs="Nirmala UI"/>
        </w:rPr>
        <w:t xml:space="preserve"> </w:t>
      </w:r>
      <w:r>
        <w:rPr>
          <w:rFonts w:ascii="Malgun Gothic" w:hAnsi="Malgun Gothic" w:eastAsia="Malgun Gothic" w:cs="Malgun Gothic"/>
        </w:rPr>
        <w:t>밀라노</w:t>
      </w:r>
      <w:r>
        <w:rPr>
          <w:rFonts w:ascii="Nirmala UI" w:hAnsi="Nirmala UI" w:eastAsia="Nirmala UI" w:cs="Nirmala UI"/>
        </w:rPr>
        <w:t xml:space="preserve"> </w:t>
      </w:r>
      <w:r>
        <w:rPr>
          <w:rFonts w:ascii="Malgun Gothic" w:hAnsi="Malgun Gothic" w:eastAsia="Malgun Gothic" w:cs="Malgun Gothic"/>
        </w:rPr>
        <w:t>칙령이기도</w:t>
      </w:r>
      <w:r>
        <w:rPr>
          <w:rFonts w:ascii="Nirmala UI" w:hAnsi="Nirmala UI" w:eastAsia="Nirmala UI" w:cs="Nirmala UI"/>
        </w:rPr>
        <w:t xml:space="preserve"> </w:t>
      </w:r>
      <w:r>
        <w:rPr>
          <w:rFonts w:ascii="Malgun Gothic" w:hAnsi="Malgun Gothic" w:eastAsia="Malgun Gothic" w:cs="Malgun Gothic"/>
        </w:rPr>
        <w:t>하다</w:t>
      </w:r>
      <w:r>
        <w:rPr>
          <w:rFonts w:ascii="Nirmala UI" w:hAnsi="Nirmala UI" w:eastAsia="Nirmala UI" w:cs="Nirmala UI"/>
        </w:rPr>
        <w:t>.</w:t>
      </w:r>
    </w:p>
    <w:p>
      <w:pPr>
        <w:pStyle w:val="ArticleBody"/>
        <w:jc w:val="left"/>
      </w:pPr>
      <w:r>
        <w:rPr>
          <w:rFonts w:ascii="Malgun Gothic" w:hAnsi="Malgun Gothic" w:eastAsia="Malgun Gothic" w:cs="Malgun Gothic"/>
        </w:rPr>
        <w:t>포위</w:t>
      </w:r>
      <w:r>
        <w:rPr>
          <w:rFonts w:ascii="Nirmala UI" w:hAnsi="Nirmala UI" w:eastAsia="Nirmala UI" w:cs="Nirmala UI"/>
        </w:rPr>
        <w:t xml:space="preserve"> </w:t>
      </w:r>
      <w:r>
        <w:rPr>
          <w:rFonts w:ascii="Malgun Gothic" w:hAnsi="Malgun Gothic" w:eastAsia="Malgun Gothic" w:cs="Malgun Gothic"/>
        </w:rPr>
        <w:t>때에</w:t>
      </w:r>
      <w:r>
        <w:rPr>
          <w:rFonts w:ascii="Nirmala UI" w:hAnsi="Nirmala UI" w:eastAsia="Nirmala UI" w:cs="Nirmala UI"/>
        </w:rPr>
        <w:t xml:space="preserve"> </w:t>
      </w:r>
      <w:r>
        <w:rPr>
          <w:rFonts w:ascii="Malgun Gothic" w:hAnsi="Malgun Gothic" w:eastAsia="Malgun Gothic" w:cs="Malgun Gothic"/>
        </w:rPr>
        <w:t>조약</w:t>
      </w:r>
      <w:r>
        <w:rPr>
          <w:rFonts w:ascii="Nirmala UI" w:hAnsi="Nirmala UI" w:eastAsia="Nirmala UI" w:cs="Nirmala UI"/>
        </w:rPr>
        <w:t xml:space="preserve"> </w:t>
      </w:r>
      <w:r>
        <w:rPr>
          <w:rFonts w:ascii="Malgun Gothic" w:hAnsi="Malgun Gothic" w:eastAsia="Malgun Gothic" w:cs="Malgun Gothic"/>
        </w:rPr>
        <w:t>결혼</w:t>
      </w:r>
      <w:r>
        <w:rPr>
          <w:rFonts w:ascii="Nirmala UI" w:hAnsi="Nirmala UI" w:eastAsia="Nirmala UI" w:cs="Nirmala UI"/>
        </w:rPr>
        <w:t xml:space="preserve"> </w:t>
      </w:r>
      <w:r>
        <w:rPr>
          <w:rFonts w:ascii="Malgun Gothic" w:hAnsi="Malgun Gothic" w:eastAsia="Malgun Gothic" w:cs="Malgun Gothic"/>
        </w:rPr>
        <w:t>행렬이</w:t>
      </w:r>
      <w:r>
        <w:rPr>
          <w:rFonts w:ascii="Nirmala UI" w:hAnsi="Nirmala UI" w:eastAsia="Nirmala UI" w:cs="Nirmala UI"/>
        </w:rPr>
        <w:t xml:space="preserve"> </w:t>
      </w:r>
      <w:r>
        <w:rPr>
          <w:rFonts w:ascii="Malgun Gothic" w:hAnsi="Malgun Gothic" w:eastAsia="Malgun Gothic" w:cs="Malgun Gothic"/>
        </w:rPr>
        <w:t>일어날</w:t>
      </w:r>
      <w:r>
        <w:rPr>
          <w:rFonts w:ascii="Nirmala UI" w:hAnsi="Nirmala UI" w:eastAsia="Nirmala UI" w:cs="Nirmala UI"/>
        </w:rPr>
        <w:t xml:space="preserve"> </w:t>
      </w:r>
      <w:r>
        <w:rPr>
          <w:rFonts w:ascii="Malgun Gothic" w:hAnsi="Malgun Gothic" w:eastAsia="Malgun Gothic" w:cs="Malgun Gothic"/>
        </w:rPr>
        <w:t>것이다</w:t>
      </w:r>
      <w:r>
        <w:rPr>
          <w:rFonts w:ascii="Nirmala UI" w:hAnsi="Nirmala UI" w:eastAsia="Nirmala UI" w:cs="Nirmala UI"/>
        </w:rPr>
        <w:t xml:space="preserve">. </w:t>
      </w:r>
      <w:r>
        <w:rPr>
          <w:rFonts w:ascii="Malgun Gothic" w:hAnsi="Malgun Gothic" w:eastAsia="Malgun Gothic" w:cs="Malgun Gothic"/>
        </w:rPr>
        <w:t>그것은</w:t>
      </w:r>
      <w:r>
        <w:rPr>
          <w:rFonts w:ascii="Nirmala UI" w:hAnsi="Nirmala UI" w:eastAsia="Nirmala UI" w:cs="Nirmala UI"/>
        </w:rPr>
        <w:t xml:space="preserve"> 496</w:t>
      </w:r>
      <w:r>
        <w:rPr>
          <w:rFonts w:ascii="Malgun Gothic" w:hAnsi="Malgun Gothic" w:eastAsia="Malgun Gothic" w:cs="Malgun Gothic"/>
        </w:rPr>
        <w:t>년에</w:t>
      </w:r>
      <w:r>
        <w:rPr>
          <w:rFonts w:ascii="Nirmala UI" w:hAnsi="Nirmala UI" w:eastAsia="Nirmala UI" w:cs="Nirmala UI"/>
        </w:rPr>
        <w:t xml:space="preserve"> </w:t>
      </w:r>
      <w:r>
        <w:rPr>
          <w:rFonts w:ascii="Malgun Gothic" w:hAnsi="Malgun Gothic" w:eastAsia="Malgun Gothic" w:cs="Malgun Gothic"/>
        </w:rPr>
        <w:t>클로비스로</w:t>
      </w:r>
      <w:r>
        <w:rPr>
          <w:rFonts w:ascii="Nirmala UI" w:hAnsi="Nirmala UI" w:eastAsia="Nirmala UI" w:cs="Nirmala UI"/>
        </w:rPr>
        <w:t xml:space="preserve"> </w:t>
      </w:r>
      <w:r>
        <w:rPr>
          <w:rFonts w:ascii="Malgun Gothic" w:hAnsi="Malgun Gothic" w:eastAsia="Malgun Gothic" w:cs="Malgun Gothic"/>
        </w:rPr>
        <w:t>예표된</w:t>
      </w:r>
      <w:r>
        <w:rPr>
          <w:rFonts w:ascii="Nirmala UI" w:hAnsi="Nirmala UI" w:eastAsia="Nirmala UI" w:cs="Nirmala UI"/>
        </w:rPr>
        <w:t xml:space="preserve"> </w:t>
      </w:r>
      <w:r>
        <w:rPr>
          <w:rFonts w:ascii="Malgun Gothic" w:hAnsi="Malgun Gothic" w:eastAsia="Malgun Gothic" w:cs="Malgun Gothic"/>
        </w:rPr>
        <w:t>바와</w:t>
      </w:r>
      <w:r>
        <w:rPr>
          <w:rFonts w:ascii="Nirmala UI" w:hAnsi="Nirmala UI" w:eastAsia="Nirmala UI" w:cs="Nirmala UI"/>
        </w:rPr>
        <w:t xml:space="preserve"> </w:t>
      </w:r>
      <w:r>
        <w:rPr>
          <w:rFonts w:ascii="Malgun Gothic" w:hAnsi="Malgun Gothic" w:eastAsia="Malgun Gothic" w:cs="Malgun Gothic"/>
        </w:rPr>
        <w:t>같이</w:t>
      </w:r>
      <w:r>
        <w:rPr>
          <w:rFonts w:ascii="Nirmala UI" w:hAnsi="Nirmala UI" w:eastAsia="Nirmala UI" w:cs="Nirmala UI"/>
        </w:rPr>
        <w:t xml:space="preserve"> </w:t>
      </w:r>
      <w:r>
        <w:rPr>
          <w:rFonts w:ascii="Malgun Gothic" w:hAnsi="Malgun Gothic" w:eastAsia="Malgun Gothic" w:cs="Malgun Gothic"/>
        </w:rPr>
        <w:t>레이건과</w:t>
      </w:r>
      <w:r>
        <w:rPr>
          <w:rFonts w:ascii="Nirmala UI" w:hAnsi="Nirmala UI" w:eastAsia="Nirmala UI" w:cs="Nirmala UI"/>
        </w:rPr>
        <w:t xml:space="preserve"> </w:t>
      </w:r>
      <w:r>
        <w:rPr>
          <w:rFonts w:ascii="Malgun Gothic" w:hAnsi="Malgun Gothic" w:eastAsia="Malgun Gothic" w:cs="Malgun Gothic"/>
        </w:rPr>
        <w:t>함께</w:t>
      </w:r>
      <w:r>
        <w:rPr>
          <w:rFonts w:ascii="Nirmala UI" w:hAnsi="Nirmala UI" w:eastAsia="Nirmala UI" w:cs="Nirmala UI"/>
        </w:rPr>
        <w:t xml:space="preserve"> </w:t>
      </w:r>
      <w:r>
        <w:rPr>
          <w:rFonts w:ascii="Malgun Gothic" w:hAnsi="Malgun Gothic" w:eastAsia="Malgun Gothic" w:cs="Malgun Gothic"/>
        </w:rPr>
        <w:t>시작된</w:t>
      </w:r>
      <w:r>
        <w:rPr>
          <w:rFonts w:ascii="Nirmala UI" w:hAnsi="Nirmala UI" w:eastAsia="Nirmala UI" w:cs="Nirmala UI"/>
        </w:rPr>
        <w:t xml:space="preserve"> </w:t>
      </w:r>
      <w:r>
        <w:rPr>
          <w:rFonts w:ascii="Malgun Gothic" w:hAnsi="Malgun Gothic" w:eastAsia="Malgun Gothic" w:cs="Malgun Gothic"/>
        </w:rPr>
        <w:t>결혼</w:t>
      </w:r>
      <w:r>
        <w:rPr>
          <w:rFonts w:ascii="Nirmala UI" w:hAnsi="Nirmala UI" w:eastAsia="Nirmala UI" w:cs="Nirmala UI"/>
        </w:rPr>
        <w:t xml:space="preserve"> </w:t>
      </w:r>
      <w:r>
        <w:rPr>
          <w:rFonts w:ascii="Malgun Gothic" w:hAnsi="Malgun Gothic" w:eastAsia="Malgun Gothic" w:cs="Malgun Gothic"/>
        </w:rPr>
        <w:t>행렬의</w:t>
      </w:r>
      <w:r>
        <w:rPr>
          <w:rFonts w:ascii="Nirmala UI" w:hAnsi="Nirmala UI" w:eastAsia="Nirmala UI" w:cs="Nirmala UI"/>
        </w:rPr>
        <w:t xml:space="preserve"> </w:t>
      </w:r>
      <w:r>
        <w:rPr>
          <w:rFonts w:ascii="Malgun Gothic" w:hAnsi="Malgun Gothic" w:eastAsia="Malgun Gothic" w:cs="Malgun Gothic"/>
        </w:rPr>
        <w:t>프랙탈이지만</w:t>
      </w:r>
      <w:r>
        <w:rPr>
          <w:rFonts w:ascii="Nirmala UI" w:hAnsi="Nirmala UI" w:eastAsia="Nirmala UI" w:cs="Nirmala UI"/>
        </w:rPr>
        <w:t xml:space="preserve">, </w:t>
      </w:r>
      <w:r>
        <w:rPr>
          <w:rFonts w:ascii="Malgun Gothic" w:hAnsi="Malgun Gothic" w:eastAsia="Malgun Gothic" w:cs="Malgun Gothic"/>
        </w:rPr>
        <w:t>결혼에</w:t>
      </w:r>
      <w:r>
        <w:rPr>
          <w:rFonts w:ascii="Nirmala UI" w:hAnsi="Nirmala UI" w:eastAsia="Nirmala UI" w:cs="Nirmala UI"/>
        </w:rPr>
        <w:t xml:space="preserve"> </w:t>
      </w:r>
      <w:r>
        <w:rPr>
          <w:rFonts w:ascii="Malgun Gothic" w:hAnsi="Malgun Gothic" w:eastAsia="Malgun Gothic" w:cs="Malgun Gothic"/>
        </w:rPr>
        <w:t>이르는</w:t>
      </w:r>
      <w:r>
        <w:rPr>
          <w:rFonts w:ascii="Nirmala UI" w:hAnsi="Nirmala UI" w:eastAsia="Nirmala UI" w:cs="Nirmala UI"/>
        </w:rPr>
        <w:t xml:space="preserve"> </w:t>
      </w:r>
      <w:r>
        <w:rPr>
          <w:rFonts w:ascii="Malgun Gothic" w:hAnsi="Malgun Gothic" w:eastAsia="Malgun Gothic" w:cs="Malgun Gothic"/>
        </w:rPr>
        <w:t>최종</w:t>
      </w:r>
      <w:r>
        <w:rPr>
          <w:rFonts w:ascii="Nirmala UI" w:hAnsi="Nirmala UI" w:eastAsia="Nirmala UI" w:cs="Nirmala UI"/>
        </w:rPr>
        <w:t xml:space="preserve"> </w:t>
      </w:r>
      <w:r>
        <w:rPr>
          <w:rFonts w:ascii="Malgun Gothic" w:hAnsi="Malgun Gothic" w:eastAsia="Malgun Gothic" w:cs="Malgun Gothic"/>
        </w:rPr>
        <w:t>행렬은</w:t>
      </w:r>
      <w:r>
        <w:rPr>
          <w:rFonts w:ascii="Nirmala UI" w:hAnsi="Nirmala UI" w:eastAsia="Nirmala UI" w:cs="Nirmala UI"/>
        </w:rPr>
        <w:t xml:space="preserve"> </w:t>
      </w:r>
      <w:r>
        <w:rPr>
          <w:rFonts w:ascii="Malgun Gothic" w:hAnsi="Malgun Gothic" w:eastAsia="Malgun Gothic" w:cs="Malgun Gothic"/>
        </w:rPr>
        <w:t>포위</w:t>
      </w:r>
      <w:r>
        <w:rPr>
          <w:rFonts w:ascii="Nirmala UI" w:hAnsi="Nirmala UI" w:eastAsia="Nirmala UI" w:cs="Nirmala UI"/>
        </w:rPr>
        <w:t xml:space="preserve"> </w:t>
      </w:r>
      <w:r>
        <w:rPr>
          <w:rFonts w:ascii="Malgun Gothic" w:hAnsi="Malgun Gothic" w:eastAsia="Malgun Gothic" w:cs="Malgun Gothic"/>
        </w:rPr>
        <w:t>때에</w:t>
      </w:r>
      <w:r>
        <w:rPr>
          <w:rFonts w:ascii="Nirmala UI" w:hAnsi="Nirmala UI" w:eastAsia="Nirmala UI" w:cs="Nirmala UI"/>
        </w:rPr>
        <w:t xml:space="preserve"> </w:t>
      </w:r>
      <w:r>
        <w:rPr>
          <w:rFonts w:ascii="Malgun Gothic" w:hAnsi="Malgun Gothic" w:eastAsia="Malgun Gothic" w:cs="Malgun Gothic"/>
        </w:rPr>
        <w:t>시작되며</w:t>
      </w:r>
      <w:r>
        <w:rPr>
          <w:rFonts w:ascii="Nirmala UI" w:hAnsi="Nirmala UI" w:eastAsia="Nirmala UI" w:cs="Nirmala UI"/>
        </w:rPr>
        <w:t xml:space="preserve">, </w:t>
      </w:r>
      <w:r>
        <w:rPr>
          <w:rFonts w:ascii="Malgun Gothic" w:hAnsi="Malgun Gothic" w:eastAsia="Malgun Gothic" w:cs="Malgun Gothic"/>
        </w:rPr>
        <w:t>이는</w:t>
      </w:r>
      <w:r>
        <w:rPr>
          <w:rFonts w:ascii="Nirmala UI" w:hAnsi="Nirmala UI" w:eastAsia="Nirmala UI" w:cs="Nirmala UI"/>
        </w:rPr>
        <w:t xml:space="preserve"> 533</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유스티니아누스의</w:t>
      </w:r>
      <w:r>
        <w:rPr>
          <w:rFonts w:ascii="Nirmala UI" w:hAnsi="Nirmala UI" w:eastAsia="Nirmala UI" w:cs="Nirmala UI"/>
        </w:rPr>
        <w:t xml:space="preserve"> </w:t>
      </w:r>
      <w:r>
        <w:rPr>
          <w:rFonts w:ascii="Malgun Gothic" w:hAnsi="Malgun Gothic" w:eastAsia="Malgun Gothic" w:cs="Malgun Gothic"/>
        </w:rPr>
        <w:t>칙령</w:t>
      </w:r>
      <w:r>
        <w:rPr>
          <w:rFonts w:ascii="Nirmala UI" w:hAnsi="Nirmala UI" w:eastAsia="Nirmala UI" w:cs="Nirmala UI"/>
        </w:rPr>
        <w:t xml:space="preserve"> </w:t>
      </w:r>
      <w:r>
        <w:rPr>
          <w:rFonts w:ascii="Malgun Gothic" w:hAnsi="Malgun Gothic" w:eastAsia="Malgun Gothic" w:cs="Malgun Gothic"/>
        </w:rPr>
        <w:t>및</w:t>
      </w:r>
      <w:r>
        <w:rPr>
          <w:rFonts w:ascii="Nirmala UI" w:hAnsi="Nirmala UI" w:eastAsia="Nirmala UI" w:cs="Nirmala UI"/>
        </w:rPr>
        <w:t xml:space="preserve"> 313</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밀라노</w:t>
      </w:r>
      <w:r>
        <w:rPr>
          <w:rFonts w:ascii="Nirmala UI" w:hAnsi="Nirmala UI" w:eastAsia="Nirmala UI" w:cs="Nirmala UI"/>
        </w:rPr>
        <w:t xml:space="preserve"> </w:t>
      </w:r>
      <w:r>
        <w:rPr>
          <w:rFonts w:ascii="Malgun Gothic" w:hAnsi="Malgun Gothic" w:eastAsia="Malgun Gothic" w:cs="Malgun Gothic"/>
        </w:rPr>
        <w:t>칙령과</w:t>
      </w:r>
      <w:r>
        <w:rPr>
          <w:rFonts w:ascii="Nirmala UI" w:hAnsi="Nirmala UI" w:eastAsia="Nirmala UI" w:cs="Nirmala UI"/>
        </w:rPr>
        <w:t xml:space="preserve"> </w:t>
      </w:r>
      <w:r>
        <w:rPr>
          <w:rFonts w:ascii="Malgun Gothic" w:hAnsi="Malgun Gothic" w:eastAsia="Malgun Gothic" w:cs="Malgun Gothic"/>
        </w:rPr>
        <w:t>일치한다</w:t>
      </w:r>
      <w:r>
        <w:rPr>
          <w:rFonts w:ascii="Nirmala UI" w:hAnsi="Nirmala UI" w:eastAsia="Nirmala UI" w:cs="Nirmala UI"/>
        </w:rPr>
        <w:t xml:space="preserve">. </w:t>
      </w:r>
      <w:r>
        <w:rPr>
          <w:rFonts w:ascii="Malgun Gothic" w:hAnsi="Malgun Gothic" w:eastAsia="Malgun Gothic" w:cs="Malgun Gothic"/>
        </w:rPr>
        <w:t>이</w:t>
      </w:r>
      <w:r>
        <w:rPr>
          <w:rFonts w:ascii="Nirmala UI" w:hAnsi="Nirmala UI" w:eastAsia="Nirmala UI" w:cs="Nirmala UI"/>
        </w:rPr>
        <w:t xml:space="preserve"> </w:t>
      </w:r>
      <w:r>
        <w:rPr>
          <w:rFonts w:ascii="Malgun Gothic" w:hAnsi="Malgun Gothic" w:eastAsia="Malgun Gothic" w:cs="Malgun Gothic"/>
        </w:rPr>
        <w:t>두</w:t>
      </w:r>
      <w:r>
        <w:rPr>
          <w:rFonts w:ascii="Nirmala UI" w:hAnsi="Nirmala UI" w:eastAsia="Nirmala UI" w:cs="Nirmala UI"/>
        </w:rPr>
        <w:t xml:space="preserve"> </w:t>
      </w:r>
      <w:r>
        <w:rPr>
          <w:rFonts w:ascii="Malgun Gothic" w:hAnsi="Malgun Gothic" w:eastAsia="Malgun Gothic" w:cs="Malgun Gothic"/>
        </w:rPr>
        <w:t>표지는</w:t>
      </w:r>
      <w:r>
        <w:rPr>
          <w:rFonts w:ascii="Nirmala UI" w:hAnsi="Nirmala UI" w:eastAsia="Nirmala UI" w:cs="Nirmala UI"/>
        </w:rPr>
        <w:t xml:space="preserve"> </w:t>
      </w:r>
      <w:r>
        <w:rPr>
          <w:rFonts w:ascii="Malgun Gothic" w:hAnsi="Malgun Gothic" w:eastAsia="Malgun Gothic" w:cs="Malgun Gothic"/>
        </w:rPr>
        <w:t>모두</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법에</w:t>
      </w:r>
      <w:r>
        <w:rPr>
          <w:rFonts w:ascii="Nirmala UI" w:hAnsi="Nirmala UI" w:eastAsia="Nirmala UI" w:cs="Nirmala UI"/>
        </w:rPr>
        <w:t xml:space="preserve"> </w:t>
      </w:r>
      <w:r>
        <w:rPr>
          <w:rFonts w:ascii="Malgun Gothic" w:hAnsi="Malgun Gothic" w:eastAsia="Malgun Gothic" w:cs="Malgun Gothic"/>
        </w:rPr>
        <w:t>선행한다</w:t>
      </w:r>
      <w:r>
        <w:rPr>
          <w:rFonts w:ascii="Nirmala UI" w:hAnsi="Nirmala UI" w:eastAsia="Nirmala UI" w:cs="Nirmala UI"/>
        </w:rPr>
        <w:t>. 313</w:t>
      </w:r>
      <w:r>
        <w:rPr>
          <w:rFonts w:ascii="Malgun Gothic" w:hAnsi="Malgun Gothic" w:eastAsia="Malgun Gothic" w:cs="Malgun Gothic"/>
        </w:rPr>
        <w:t>년은</w:t>
      </w:r>
      <w:r>
        <w:rPr>
          <w:rFonts w:ascii="Nirmala UI" w:hAnsi="Nirmala UI" w:eastAsia="Nirmala UI" w:cs="Nirmala UI"/>
        </w:rPr>
        <w:t xml:space="preserve"> 321</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첫</w:t>
      </w:r>
      <w:r>
        <w:rPr>
          <w:rFonts w:ascii="Nirmala UI" w:hAnsi="Nirmala UI" w:eastAsia="Nirmala UI" w:cs="Nirmala UI"/>
        </w:rPr>
        <w:t xml:space="preserve"> </w:t>
      </w:r>
      <w:r>
        <w:rPr>
          <w:rFonts w:ascii="Malgun Gothic" w:hAnsi="Malgun Gothic" w:eastAsia="Malgun Gothic" w:cs="Malgun Gothic"/>
        </w:rPr>
        <w:t>번째</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법에</w:t>
      </w:r>
      <w:r>
        <w:rPr>
          <w:rFonts w:ascii="Nirmala UI" w:hAnsi="Nirmala UI" w:eastAsia="Nirmala UI" w:cs="Nirmala UI"/>
        </w:rPr>
        <w:t xml:space="preserve"> </w:t>
      </w:r>
      <w:r>
        <w:rPr>
          <w:rFonts w:ascii="Malgun Gothic" w:hAnsi="Malgun Gothic" w:eastAsia="Malgun Gothic" w:cs="Malgun Gothic"/>
        </w:rPr>
        <w:t>앞섰고</w:t>
      </w:r>
      <w:r>
        <w:rPr>
          <w:rFonts w:ascii="Nirmala UI" w:hAnsi="Nirmala UI" w:eastAsia="Nirmala UI" w:cs="Nirmala UI"/>
        </w:rPr>
        <w:t>, 533</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칙령은</w:t>
      </w:r>
      <w:r>
        <w:rPr>
          <w:rFonts w:ascii="Nirmala UI" w:hAnsi="Nirmala UI" w:eastAsia="Nirmala UI" w:cs="Nirmala UI"/>
        </w:rPr>
        <w:t xml:space="preserve"> 538</w:t>
      </w:r>
      <w:r>
        <w:rPr>
          <w:rFonts w:ascii="Malgun Gothic" w:hAnsi="Malgun Gothic" w:eastAsia="Malgun Gothic" w:cs="Malgun Gothic"/>
        </w:rPr>
        <w:t>년</w:t>
      </w:r>
      <w:r>
        <w:rPr>
          <w:rFonts w:ascii="Nirmala UI" w:hAnsi="Nirmala UI" w:eastAsia="Nirmala UI" w:cs="Nirmala UI"/>
        </w:rPr>
        <w:t xml:space="preserve"> </w:t>
      </w:r>
      <w:r>
        <w:rPr>
          <w:rFonts w:ascii="Malgun Gothic" w:hAnsi="Malgun Gothic" w:eastAsia="Malgun Gothic" w:cs="Malgun Gothic"/>
        </w:rPr>
        <w:t>제</w:t>
      </w:r>
      <w:r>
        <w:rPr>
          <w:rFonts w:ascii="Nirmala UI" w:hAnsi="Nirmala UI" w:eastAsia="Nirmala UI" w:cs="Nirmala UI"/>
        </w:rPr>
        <w:t>3</w:t>
      </w:r>
      <w:r>
        <w:rPr>
          <w:rFonts w:ascii="Malgun Gothic" w:hAnsi="Malgun Gothic" w:eastAsia="Malgun Gothic" w:cs="Malgun Gothic"/>
        </w:rPr>
        <w:t>차</w:t>
      </w:r>
      <w:r>
        <w:rPr>
          <w:rFonts w:ascii="Nirmala UI" w:hAnsi="Nirmala UI" w:eastAsia="Nirmala UI" w:cs="Nirmala UI"/>
        </w:rPr>
        <w:t xml:space="preserve"> </w:t>
      </w:r>
      <w:r>
        <w:rPr>
          <w:rFonts w:ascii="Malgun Gothic" w:hAnsi="Malgun Gothic" w:eastAsia="Malgun Gothic" w:cs="Malgun Gothic"/>
        </w:rPr>
        <w:t>오를레앙</w:t>
      </w:r>
      <w:r>
        <w:rPr>
          <w:rFonts w:ascii="Nirmala UI" w:hAnsi="Nirmala UI" w:eastAsia="Nirmala UI" w:cs="Nirmala UI"/>
        </w:rPr>
        <w:t xml:space="preserve"> </w:t>
      </w:r>
      <w:r>
        <w:rPr>
          <w:rFonts w:ascii="Malgun Gothic" w:hAnsi="Malgun Gothic" w:eastAsia="Malgun Gothic" w:cs="Malgun Gothic"/>
        </w:rPr>
        <w:t>공의회에서의</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법에</w:t>
      </w:r>
      <w:r>
        <w:rPr>
          <w:rFonts w:ascii="Nirmala UI" w:hAnsi="Nirmala UI" w:eastAsia="Nirmala UI" w:cs="Nirmala UI"/>
        </w:rPr>
        <w:t xml:space="preserve"> </w:t>
      </w:r>
      <w:r>
        <w:rPr>
          <w:rFonts w:ascii="Malgun Gothic" w:hAnsi="Malgun Gothic" w:eastAsia="Malgun Gothic" w:cs="Malgun Gothic"/>
        </w:rPr>
        <w:t>앞섰다</w:t>
      </w:r>
      <w:r>
        <w:rPr>
          <w:rFonts w:ascii="Nirmala UI" w:hAnsi="Nirmala UI" w:eastAsia="Nirmala UI" w:cs="Nirmala UI"/>
        </w:rPr>
        <w:t xml:space="preserve">. </w:t>
      </w:r>
      <w:r>
        <w:rPr>
          <w:rFonts w:ascii="Malgun Gothic" w:hAnsi="Malgun Gothic" w:eastAsia="Malgun Gothic" w:cs="Malgun Gothic"/>
        </w:rPr>
        <w:t>어떤</w:t>
      </w:r>
      <w:r>
        <w:rPr>
          <w:rFonts w:ascii="Nirmala UI" w:hAnsi="Nirmala UI" w:eastAsia="Nirmala UI" w:cs="Nirmala UI"/>
        </w:rPr>
        <w:t xml:space="preserve"> </w:t>
      </w:r>
      <w:r>
        <w:rPr>
          <w:rFonts w:ascii="Malgun Gothic" w:hAnsi="Malgun Gothic" w:eastAsia="Malgun Gothic" w:cs="Malgun Gothic"/>
        </w:rPr>
        <w:t>형태의</w:t>
      </w:r>
      <w:r>
        <w:rPr>
          <w:rFonts w:ascii="Nirmala UI" w:hAnsi="Nirmala UI" w:eastAsia="Nirmala UI" w:cs="Nirmala UI"/>
        </w:rPr>
        <w:t xml:space="preserve"> </w:t>
      </w:r>
      <w:r>
        <w:rPr>
          <w:rFonts w:ascii="Malgun Gothic" w:hAnsi="Malgun Gothic" w:eastAsia="Malgun Gothic" w:cs="Malgun Gothic"/>
        </w:rPr>
        <w:t>입법이</w:t>
      </w:r>
      <w:r>
        <w:rPr>
          <w:rFonts w:ascii="Nirmala UI" w:hAnsi="Nirmala UI" w:eastAsia="Nirmala UI" w:cs="Nirmala UI"/>
        </w:rPr>
        <w:t xml:space="preserve"> </w:t>
      </w:r>
      <w:r>
        <w:rPr>
          <w:rFonts w:ascii="Malgun Gothic" w:hAnsi="Malgun Gothic" w:eastAsia="Malgun Gothic" w:cs="Malgun Gothic"/>
        </w:rPr>
        <w:t>유스티니아누스의</w:t>
      </w:r>
      <w:r>
        <w:rPr>
          <w:rFonts w:ascii="Nirmala UI" w:hAnsi="Nirmala UI" w:eastAsia="Nirmala UI" w:cs="Nirmala UI"/>
        </w:rPr>
        <w:t xml:space="preserve"> </w:t>
      </w:r>
      <w:r>
        <w:rPr>
          <w:rFonts w:ascii="Malgun Gothic" w:hAnsi="Malgun Gothic" w:eastAsia="Malgun Gothic" w:cs="Malgun Gothic"/>
        </w:rPr>
        <w:t>칙령과</w:t>
      </w:r>
      <w:r>
        <w:rPr>
          <w:rFonts w:ascii="Nirmala UI" w:hAnsi="Nirmala UI" w:eastAsia="Nirmala UI" w:cs="Nirmala UI"/>
        </w:rPr>
        <w:t xml:space="preserve"> </w:t>
      </w:r>
      <w:r>
        <w:rPr>
          <w:rFonts w:ascii="Malgun Gothic" w:hAnsi="Malgun Gothic" w:eastAsia="Malgun Gothic" w:cs="Malgun Gothic"/>
        </w:rPr>
        <w:t>밀라노</w:t>
      </w:r>
      <w:r>
        <w:rPr>
          <w:rFonts w:ascii="Nirmala UI" w:hAnsi="Nirmala UI" w:eastAsia="Nirmala UI" w:cs="Nirmala UI"/>
        </w:rPr>
        <w:t xml:space="preserve"> </w:t>
      </w:r>
      <w:r>
        <w:rPr>
          <w:rFonts w:ascii="Malgun Gothic" w:hAnsi="Malgun Gothic" w:eastAsia="Malgun Gothic" w:cs="Malgun Gothic"/>
        </w:rPr>
        <w:t>칙령</w:t>
      </w:r>
      <w:r>
        <w:rPr>
          <w:rFonts w:ascii="Nirmala UI" w:hAnsi="Nirmala UI" w:eastAsia="Nirmala UI" w:cs="Nirmala UI"/>
        </w:rPr>
        <w:t xml:space="preserve"> </w:t>
      </w:r>
      <w:r>
        <w:rPr>
          <w:rFonts w:ascii="Malgun Gothic" w:hAnsi="Malgun Gothic" w:eastAsia="Malgun Gothic" w:cs="Malgun Gothic"/>
        </w:rPr>
        <w:t>둘</w:t>
      </w:r>
      <w:r>
        <w:rPr>
          <w:rFonts w:ascii="Nirmala UI" w:hAnsi="Nirmala UI" w:eastAsia="Nirmala UI" w:cs="Nirmala UI"/>
        </w:rPr>
        <w:t xml:space="preserve"> </w:t>
      </w:r>
      <w:r>
        <w:rPr>
          <w:rFonts w:ascii="Malgun Gothic" w:hAnsi="Malgun Gothic" w:eastAsia="Malgun Gothic" w:cs="Malgun Gothic"/>
        </w:rPr>
        <w:t>다의</w:t>
      </w:r>
      <w:r>
        <w:rPr>
          <w:rFonts w:ascii="Nirmala UI" w:hAnsi="Nirmala UI" w:eastAsia="Nirmala UI" w:cs="Nirmala UI"/>
        </w:rPr>
        <w:t xml:space="preserve"> </w:t>
      </w:r>
      <w:r>
        <w:rPr>
          <w:rFonts w:ascii="Malgun Gothic" w:hAnsi="Malgun Gothic" w:eastAsia="Malgun Gothic" w:cs="Malgun Gothic"/>
        </w:rPr>
        <w:t>예언적</w:t>
      </w:r>
      <w:r>
        <w:rPr>
          <w:rFonts w:ascii="Nirmala UI" w:hAnsi="Nirmala UI" w:eastAsia="Nirmala UI" w:cs="Nirmala UI"/>
        </w:rPr>
        <w:t xml:space="preserve"> </w:t>
      </w:r>
      <w:r>
        <w:rPr>
          <w:rFonts w:ascii="Malgun Gothic" w:hAnsi="Malgun Gothic" w:eastAsia="Malgun Gothic" w:cs="Malgun Gothic"/>
        </w:rPr>
        <w:t>특성을</w:t>
      </w:r>
      <w:r>
        <w:rPr>
          <w:rFonts w:ascii="Nirmala UI" w:hAnsi="Nirmala UI" w:eastAsia="Nirmala UI" w:cs="Nirmala UI"/>
        </w:rPr>
        <w:t xml:space="preserve"> </w:t>
      </w:r>
      <w:r>
        <w:rPr>
          <w:rFonts w:ascii="Malgun Gothic" w:hAnsi="Malgun Gothic" w:eastAsia="Malgun Gothic" w:cs="Malgun Gothic"/>
        </w:rPr>
        <w:t>성취할</w:t>
      </w:r>
      <w:r>
        <w:rPr>
          <w:rFonts w:ascii="Nirmala UI" w:hAnsi="Nirmala UI" w:eastAsia="Nirmala UI" w:cs="Nirmala UI"/>
        </w:rPr>
        <w:t xml:space="preserve"> </w:t>
      </w:r>
      <w:r>
        <w:rPr>
          <w:rFonts w:ascii="Malgun Gothic" w:hAnsi="Malgun Gothic" w:eastAsia="Malgun Gothic" w:cs="Malgun Gothic"/>
        </w:rPr>
        <w:t>것이며</w:t>
      </w:r>
      <w:r>
        <w:rPr>
          <w:rFonts w:ascii="Nirmala UI" w:hAnsi="Nirmala UI" w:eastAsia="Nirmala UI" w:cs="Nirmala UI"/>
        </w:rPr>
        <w:t xml:space="preserve">, </w:t>
      </w:r>
      <w:r>
        <w:rPr>
          <w:rFonts w:ascii="Malgun Gothic" w:hAnsi="Malgun Gothic" w:eastAsia="Malgun Gothic" w:cs="Malgun Gothic"/>
        </w:rPr>
        <w:t>동시에</w:t>
      </w:r>
      <w:r>
        <w:rPr>
          <w:rFonts w:ascii="Nirmala UI" w:hAnsi="Nirmala UI" w:eastAsia="Nirmala UI" w:cs="Nirmala UI"/>
        </w:rPr>
        <w:t xml:space="preserve"> </w:t>
      </w:r>
      <w:r>
        <w:rPr>
          <w:rFonts w:ascii="Malgun Gothic" w:hAnsi="Malgun Gothic" w:eastAsia="Malgun Gothic" w:cs="Malgun Gothic"/>
        </w:rPr>
        <w:t>어떤</w:t>
      </w:r>
      <w:r>
        <w:rPr>
          <w:rFonts w:ascii="Nirmala UI" w:hAnsi="Nirmala UI" w:eastAsia="Nirmala UI" w:cs="Nirmala UI"/>
        </w:rPr>
        <w:t xml:space="preserve"> </w:t>
      </w:r>
      <w:r>
        <w:rPr>
          <w:rFonts w:ascii="Malgun Gothic" w:hAnsi="Malgun Gothic" w:eastAsia="Malgun Gothic" w:cs="Malgun Gothic"/>
        </w:rPr>
        <w:t>형태의</w:t>
      </w:r>
      <w:r>
        <w:rPr>
          <w:rFonts w:ascii="Nirmala UI" w:hAnsi="Nirmala UI" w:eastAsia="Nirmala UI" w:cs="Nirmala UI"/>
        </w:rPr>
        <w:t xml:space="preserve"> </w:t>
      </w:r>
      <w:r>
        <w:rPr>
          <w:rFonts w:ascii="Malgun Gothic" w:hAnsi="Malgun Gothic" w:eastAsia="Malgun Gothic" w:cs="Malgun Gothic"/>
        </w:rPr>
        <w:t>상징적</w:t>
      </w:r>
      <w:r>
        <w:rPr>
          <w:rFonts w:ascii="Nirmala UI" w:hAnsi="Nirmala UI" w:eastAsia="Nirmala UI" w:cs="Nirmala UI"/>
        </w:rPr>
        <w:t xml:space="preserve"> </w:t>
      </w:r>
      <w:r>
        <w:rPr>
          <w:rFonts w:ascii="Malgun Gothic" w:hAnsi="Malgun Gothic" w:eastAsia="Malgun Gothic" w:cs="Malgun Gothic"/>
        </w:rPr>
        <w:t>조약</w:t>
      </w:r>
      <w:r>
        <w:rPr>
          <w:rFonts w:ascii="Nirmala UI" w:hAnsi="Nirmala UI" w:eastAsia="Nirmala UI" w:cs="Nirmala UI"/>
        </w:rPr>
        <w:t xml:space="preserve"> </w:t>
      </w:r>
      <w:r>
        <w:rPr>
          <w:rFonts w:ascii="Malgun Gothic" w:hAnsi="Malgun Gothic" w:eastAsia="Malgun Gothic" w:cs="Malgun Gothic"/>
        </w:rPr>
        <w:t>결혼이</w:t>
      </w:r>
      <w:r>
        <w:rPr>
          <w:rFonts w:ascii="Nirmala UI" w:hAnsi="Nirmala UI" w:eastAsia="Nirmala UI" w:cs="Nirmala UI"/>
        </w:rPr>
        <w:t xml:space="preserve"> </w:t>
      </w:r>
      <w:r>
        <w:rPr>
          <w:rFonts w:ascii="Malgun Gothic" w:hAnsi="Malgun Gothic" w:eastAsia="Malgun Gothic" w:cs="Malgun Gothic"/>
        </w:rPr>
        <w:t>확립될</w:t>
      </w:r>
      <w:r>
        <w:rPr>
          <w:rFonts w:ascii="Nirmala UI" w:hAnsi="Nirmala UI" w:eastAsia="Nirmala UI" w:cs="Nirmala UI"/>
        </w:rPr>
        <w:t xml:space="preserve"> </w:t>
      </w:r>
      <w:r>
        <w:rPr>
          <w:rFonts w:ascii="Malgun Gothic" w:hAnsi="Malgun Gothic" w:eastAsia="Malgun Gothic" w:cs="Malgun Gothic"/>
        </w:rPr>
        <w:t>것이다</w:t>
      </w:r>
      <w:r>
        <w:rPr>
          <w:rFonts w:ascii="Nirmala UI" w:hAnsi="Nirmala UI" w:eastAsia="Nirmala UI" w:cs="Nirmala UI"/>
        </w:rPr>
        <w:t>.</w:t>
      </w:r>
    </w:p>
    <w:p>
      <w:pPr>
        <w:pStyle w:val="ArticleBody"/>
        <w:jc w:val="left"/>
      </w:pP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칙령이</w:t>
      </w:r>
      <w:r>
        <w:rPr>
          <w:rFonts w:ascii="Nirmala UI" w:hAnsi="Nirmala UI" w:eastAsia="Nirmala UI" w:cs="Nirmala UI"/>
        </w:rPr>
        <w:t xml:space="preserve"> </w:t>
      </w:r>
      <w:r>
        <w:rPr>
          <w:rFonts w:ascii="Malgun Gothic" w:hAnsi="Malgun Gothic" w:eastAsia="Malgun Gothic" w:cs="Malgun Gothic"/>
        </w:rPr>
        <w:t>내려질</w:t>
      </w:r>
      <w:r>
        <w:rPr>
          <w:rFonts w:ascii="Nirmala UI" w:hAnsi="Nirmala UI" w:eastAsia="Nirmala UI" w:cs="Nirmala UI"/>
        </w:rPr>
        <w:t xml:space="preserve"> </w:t>
      </w:r>
      <w:r>
        <w:rPr>
          <w:rFonts w:ascii="Malgun Gothic" w:hAnsi="Malgun Gothic" w:eastAsia="Malgun Gothic" w:cs="Malgun Gothic"/>
        </w:rPr>
        <w:t>때에는</w:t>
      </w:r>
      <w:r>
        <w:rPr>
          <w:rFonts w:ascii="Nirmala UI" w:hAnsi="Nirmala UI" w:eastAsia="Nirmala UI" w:cs="Nirmala UI"/>
        </w:rPr>
        <w:t xml:space="preserve"> </w:t>
      </w:r>
      <w:r>
        <w:rPr>
          <w:rFonts w:ascii="Malgun Gothic" w:hAnsi="Malgun Gothic" w:eastAsia="Malgun Gothic" w:cs="Malgun Gothic"/>
        </w:rPr>
        <w:t>준비하기에</w:t>
      </w:r>
      <w:r>
        <w:rPr>
          <w:rFonts w:ascii="Nirmala UI" w:hAnsi="Nirmala UI" w:eastAsia="Nirmala UI" w:cs="Nirmala UI"/>
        </w:rPr>
        <w:t xml:space="preserve"> </w:t>
      </w:r>
      <w:r>
        <w:rPr>
          <w:rFonts w:ascii="Malgun Gothic" w:hAnsi="Malgun Gothic" w:eastAsia="Malgun Gothic" w:cs="Malgun Gothic"/>
        </w:rPr>
        <w:t>이미</w:t>
      </w:r>
      <w:r>
        <w:rPr>
          <w:rFonts w:ascii="Nirmala UI" w:hAnsi="Nirmala UI" w:eastAsia="Nirmala UI" w:cs="Nirmala UI"/>
        </w:rPr>
        <w:t xml:space="preserve"> </w:t>
      </w:r>
      <w:r>
        <w:rPr>
          <w:rFonts w:ascii="Malgun Gothic" w:hAnsi="Malgun Gothic" w:eastAsia="Malgun Gothic" w:cs="Malgun Gothic"/>
        </w:rPr>
        <w:t>너무</w:t>
      </w:r>
      <w:r>
        <w:rPr>
          <w:rFonts w:ascii="Nirmala UI" w:hAnsi="Nirmala UI" w:eastAsia="Nirmala UI" w:cs="Nirmala UI"/>
        </w:rPr>
        <w:t xml:space="preserve"> </w:t>
      </w:r>
      <w:r>
        <w:rPr>
          <w:rFonts w:ascii="Malgun Gothic" w:hAnsi="Malgun Gothic" w:eastAsia="Malgun Gothic" w:cs="Malgun Gothic"/>
        </w:rPr>
        <w:t>늦으니</w:t>
      </w:r>
      <w:r>
        <w:rPr>
          <w:rFonts w:ascii="Nirmala UI" w:hAnsi="Nirmala UI" w:eastAsia="Nirmala UI" w:cs="Nirmala UI"/>
        </w:rPr>
        <w:t xml:space="preserve">, </w:t>
      </w:r>
      <w:r>
        <w:rPr>
          <w:rFonts w:ascii="Malgun Gothic" w:hAnsi="Malgun Gothic" w:eastAsia="Malgun Gothic" w:cs="Malgun Gothic"/>
        </w:rPr>
        <w:t>애굽에서</w:t>
      </w:r>
      <w:r>
        <w:rPr>
          <w:rFonts w:ascii="Nirmala UI" w:hAnsi="Nirmala UI" w:eastAsia="Nirmala UI" w:cs="Nirmala UI"/>
        </w:rPr>
        <w:t xml:space="preserve"> </w:t>
      </w:r>
      <w:r>
        <w:rPr>
          <w:rFonts w:ascii="Malgun Gothic" w:hAnsi="Malgun Gothic" w:eastAsia="Malgun Gothic" w:cs="Malgun Gothic"/>
        </w:rPr>
        <w:t>첫</w:t>
      </w:r>
      <w:r>
        <w:rPr>
          <w:rFonts w:ascii="Nirmala UI" w:hAnsi="Nirmala UI" w:eastAsia="Nirmala UI" w:cs="Nirmala UI"/>
        </w:rPr>
        <w:t xml:space="preserve"> </w:t>
      </w:r>
      <w:r>
        <w:rPr>
          <w:rFonts w:ascii="Malgun Gothic" w:hAnsi="Malgun Gothic" w:eastAsia="Malgun Gothic" w:cs="Malgun Gothic"/>
        </w:rPr>
        <w:t>번째</w:t>
      </w:r>
      <w:r>
        <w:rPr>
          <w:rFonts w:ascii="Nirmala UI" w:hAnsi="Nirmala UI" w:eastAsia="Nirmala UI" w:cs="Nirmala UI"/>
        </w:rPr>
        <w:t xml:space="preserve"> </w:t>
      </w:r>
      <w:r>
        <w:rPr>
          <w:rFonts w:ascii="Malgun Gothic" w:hAnsi="Malgun Gothic" w:eastAsia="Malgun Gothic" w:cs="Malgun Gothic"/>
        </w:rPr>
        <w:t>유월절</w:t>
      </w:r>
      <w:r>
        <w:rPr>
          <w:rFonts w:ascii="Nirmala UI" w:hAnsi="Nirmala UI" w:eastAsia="Nirmala UI" w:cs="Nirmala UI"/>
        </w:rPr>
        <w:t xml:space="preserve"> </w:t>
      </w:r>
      <w:r>
        <w:rPr>
          <w:rFonts w:ascii="Malgun Gothic" w:hAnsi="Malgun Gothic" w:eastAsia="Malgun Gothic" w:cs="Malgun Gothic"/>
        </w:rPr>
        <w:t>때</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문이</w:t>
      </w:r>
      <w:r>
        <w:rPr>
          <w:rFonts w:ascii="Nirmala UI" w:hAnsi="Nirmala UI" w:eastAsia="Nirmala UI" w:cs="Nirmala UI"/>
        </w:rPr>
        <w:t xml:space="preserve"> </w:t>
      </w:r>
      <w:r>
        <w:rPr>
          <w:rFonts w:ascii="Malgun Gothic" w:hAnsi="Malgun Gothic" w:eastAsia="Malgun Gothic" w:cs="Malgun Gothic"/>
        </w:rPr>
        <w:t>닫힌</w:t>
      </w:r>
      <w:r>
        <w:rPr>
          <w:rFonts w:ascii="Nirmala UI" w:hAnsi="Nirmala UI" w:eastAsia="Nirmala UI" w:cs="Nirmala UI"/>
        </w:rPr>
        <w:t xml:space="preserve"> </w:t>
      </w:r>
      <w:r>
        <w:rPr>
          <w:rFonts w:ascii="Malgun Gothic" w:hAnsi="Malgun Gothic" w:eastAsia="Malgun Gothic" w:cs="Malgun Gothic"/>
        </w:rPr>
        <w:t>것과</w:t>
      </w:r>
      <w:r>
        <w:rPr>
          <w:rFonts w:ascii="Nirmala UI" w:hAnsi="Nirmala UI" w:eastAsia="Nirmala UI" w:cs="Nirmala UI"/>
        </w:rPr>
        <w:t xml:space="preserve"> </w:t>
      </w:r>
      <w:r>
        <w:rPr>
          <w:rFonts w:ascii="Malgun Gothic" w:hAnsi="Malgun Gothic" w:eastAsia="Malgun Gothic" w:cs="Malgun Gothic"/>
        </w:rPr>
        <w:t>같이</w:t>
      </w:r>
      <w:r>
        <w:rPr>
          <w:rFonts w:ascii="Nirmala UI" w:hAnsi="Nirmala UI" w:eastAsia="Nirmala UI" w:cs="Nirmala UI"/>
        </w:rPr>
        <w:t xml:space="preserve"> </w:t>
      </w:r>
      <w:r>
        <w:rPr>
          <w:rFonts w:ascii="Malgun Gothic" w:hAnsi="Malgun Gothic" w:eastAsia="Malgun Gothic" w:cs="Malgun Gothic"/>
        </w:rPr>
        <w:t>분명히</w:t>
      </w:r>
      <w:r>
        <w:rPr>
          <w:rFonts w:ascii="Nirmala UI" w:hAnsi="Nirmala UI" w:eastAsia="Nirmala UI" w:cs="Nirmala UI"/>
        </w:rPr>
        <w:t xml:space="preserve"> </w:t>
      </w:r>
      <w:r>
        <w:rPr>
          <w:rFonts w:ascii="Malgun Gothic" w:hAnsi="Malgun Gothic" w:eastAsia="Malgun Gothic" w:cs="Malgun Gothic"/>
        </w:rPr>
        <w:t>은혜의</w:t>
      </w:r>
      <w:r>
        <w:rPr>
          <w:rFonts w:ascii="Nirmala UI" w:hAnsi="Nirmala UI" w:eastAsia="Nirmala UI" w:cs="Nirmala UI"/>
        </w:rPr>
        <w:t xml:space="preserve"> </w:t>
      </w:r>
      <w:r>
        <w:rPr>
          <w:rFonts w:ascii="Malgun Gothic" w:hAnsi="Malgun Gothic" w:eastAsia="Malgun Gothic" w:cs="Malgun Gothic"/>
        </w:rPr>
        <w:t>시기가</w:t>
      </w:r>
      <w:r>
        <w:rPr>
          <w:rFonts w:ascii="Nirmala UI" w:hAnsi="Nirmala UI" w:eastAsia="Nirmala UI" w:cs="Nirmala UI"/>
        </w:rPr>
        <w:t xml:space="preserve"> </w:t>
      </w:r>
      <w:r>
        <w:rPr>
          <w:rFonts w:ascii="Malgun Gothic" w:hAnsi="Malgun Gothic" w:eastAsia="Malgun Gothic" w:cs="Malgun Gothic"/>
        </w:rPr>
        <w:t>개신교의</w:t>
      </w:r>
      <w:r>
        <w:rPr>
          <w:rFonts w:ascii="Nirmala UI" w:hAnsi="Nirmala UI" w:eastAsia="Nirmala UI" w:cs="Nirmala UI"/>
        </w:rPr>
        <w:t xml:space="preserve"> </w:t>
      </w:r>
      <w:r>
        <w:rPr>
          <w:rFonts w:ascii="Malgun Gothic" w:hAnsi="Malgun Gothic" w:eastAsia="Malgun Gothic" w:cs="Malgun Gothic"/>
        </w:rPr>
        <w:t>뿔</w:t>
      </w:r>
      <w:r>
        <w:rPr>
          <w:rFonts w:ascii="Nirmala UI" w:hAnsi="Nirmala UI" w:eastAsia="Nirmala UI" w:cs="Nirmala UI"/>
        </w:rPr>
        <w:t xml:space="preserve"> </w:t>
      </w:r>
      <w:r>
        <w:rPr>
          <w:rFonts w:ascii="Malgun Gothic" w:hAnsi="Malgun Gothic" w:eastAsia="Malgun Gothic" w:cs="Malgun Gothic"/>
        </w:rPr>
        <w:t>위에</w:t>
      </w:r>
      <w:r>
        <w:rPr>
          <w:rFonts w:ascii="Nirmala UI" w:hAnsi="Nirmala UI" w:eastAsia="Nirmala UI" w:cs="Nirmala UI"/>
        </w:rPr>
        <w:t xml:space="preserve"> </w:t>
      </w:r>
      <w:r>
        <w:rPr>
          <w:rFonts w:ascii="Malgun Gothic" w:hAnsi="Malgun Gothic" w:eastAsia="Malgun Gothic" w:cs="Malgun Gothic"/>
        </w:rPr>
        <w:t>닫히기</w:t>
      </w:r>
      <w:r>
        <w:rPr>
          <w:rFonts w:ascii="Nirmala UI" w:hAnsi="Nirmala UI" w:eastAsia="Nirmala UI" w:cs="Nirmala UI"/>
        </w:rPr>
        <w:t xml:space="preserve"> </w:t>
      </w:r>
      <w:r>
        <w:rPr>
          <w:rFonts w:ascii="Malgun Gothic" w:hAnsi="Malgun Gothic" w:eastAsia="Malgun Gothic" w:cs="Malgun Gothic"/>
        </w:rPr>
        <w:t>때문이다</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후에</w:t>
      </w:r>
      <w:r>
        <w:rPr>
          <w:rFonts w:ascii="Nirmala UI" w:hAnsi="Nirmala UI" w:eastAsia="Nirmala UI" w:cs="Nirmala UI"/>
        </w:rPr>
        <w:t xml:space="preserve"> </w:t>
      </w:r>
      <w:r>
        <w:rPr>
          <w:rFonts w:ascii="Malgun Gothic" w:hAnsi="Malgun Gothic" w:eastAsia="Malgun Gothic" w:cs="Malgun Gothic"/>
        </w:rPr>
        <w:t>이어지는</w:t>
      </w:r>
      <w:r>
        <w:rPr>
          <w:rFonts w:ascii="Nirmala UI" w:hAnsi="Nirmala UI" w:eastAsia="Nirmala UI" w:cs="Nirmala UI"/>
        </w:rPr>
        <w:t xml:space="preserve"> </w:t>
      </w:r>
      <w:r>
        <w:rPr>
          <w:rFonts w:ascii="Malgun Gothic" w:hAnsi="Malgun Gothic" w:eastAsia="Malgun Gothic" w:cs="Malgun Gothic"/>
        </w:rPr>
        <w:t>다음</w:t>
      </w:r>
      <w:r>
        <w:rPr>
          <w:rFonts w:ascii="Nirmala UI" w:hAnsi="Nirmala UI" w:eastAsia="Nirmala UI" w:cs="Nirmala UI"/>
        </w:rPr>
        <w:t xml:space="preserve"> </w:t>
      </w:r>
      <w:r>
        <w:rPr>
          <w:rFonts w:ascii="Malgun Gothic" w:hAnsi="Malgun Gothic" w:eastAsia="Malgun Gothic" w:cs="Malgun Gothic"/>
        </w:rPr>
        <w:t>이정표인</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법령은</w:t>
      </w:r>
      <w:r>
        <w:rPr>
          <w:rFonts w:ascii="Nirmala UI" w:hAnsi="Nirmala UI" w:eastAsia="Nirmala UI" w:cs="Nirmala UI"/>
        </w:rPr>
        <w:t xml:space="preserve"> </w:t>
      </w:r>
      <w:r>
        <w:rPr>
          <w:rFonts w:ascii="Malgun Gothic" w:hAnsi="Malgun Gothic" w:eastAsia="Malgun Gothic" w:cs="Malgun Gothic"/>
        </w:rPr>
        <w:t>짐승의</w:t>
      </w:r>
      <w:r>
        <w:rPr>
          <w:rFonts w:ascii="Nirmala UI" w:hAnsi="Nirmala UI" w:eastAsia="Nirmala UI" w:cs="Nirmala UI"/>
        </w:rPr>
        <w:t xml:space="preserve"> </w:t>
      </w:r>
      <w:r>
        <w:rPr>
          <w:rFonts w:ascii="Malgun Gothic" w:hAnsi="Malgun Gothic" w:eastAsia="Malgun Gothic" w:cs="Malgun Gothic"/>
        </w:rPr>
        <w:t>우상이</w:t>
      </w:r>
      <w:r>
        <w:rPr>
          <w:rFonts w:ascii="Nirmala UI" w:hAnsi="Nirmala UI" w:eastAsia="Nirmala UI" w:cs="Nirmala UI"/>
        </w:rPr>
        <w:t xml:space="preserve"> </w:t>
      </w:r>
      <w:r>
        <w:rPr>
          <w:rFonts w:ascii="Malgun Gothic" w:hAnsi="Malgun Gothic" w:eastAsia="Malgun Gothic" w:cs="Malgun Gothic"/>
        </w:rPr>
        <w:t>완전히</w:t>
      </w:r>
      <w:r>
        <w:rPr>
          <w:rFonts w:ascii="Nirmala UI" w:hAnsi="Nirmala UI" w:eastAsia="Nirmala UI" w:cs="Nirmala UI"/>
        </w:rPr>
        <w:t xml:space="preserve"> </w:t>
      </w:r>
      <w:r>
        <w:rPr>
          <w:rFonts w:ascii="Malgun Gothic" w:hAnsi="Malgun Gothic" w:eastAsia="Malgun Gothic" w:cs="Malgun Gothic"/>
        </w:rPr>
        <w:t>형성되었음을</w:t>
      </w:r>
      <w:r>
        <w:rPr>
          <w:rFonts w:ascii="Nirmala UI" w:hAnsi="Nirmala UI" w:eastAsia="Nirmala UI" w:cs="Nirmala UI"/>
        </w:rPr>
        <w:t xml:space="preserve"> </w:t>
      </w:r>
      <w:r>
        <w:rPr>
          <w:rFonts w:ascii="Malgun Gothic" w:hAnsi="Malgun Gothic" w:eastAsia="Malgun Gothic" w:cs="Malgun Gothic"/>
        </w:rPr>
        <w:t>단지</w:t>
      </w:r>
      <w:r>
        <w:rPr>
          <w:rFonts w:ascii="Nirmala UI" w:hAnsi="Nirmala UI" w:eastAsia="Nirmala UI" w:cs="Nirmala UI"/>
        </w:rPr>
        <w:t xml:space="preserve"> </w:t>
      </w:r>
      <w:r>
        <w:rPr>
          <w:rFonts w:ascii="Malgun Gothic" w:hAnsi="Malgun Gothic" w:eastAsia="Malgun Gothic" w:cs="Malgun Gothic"/>
        </w:rPr>
        <w:t>드러낼</w:t>
      </w:r>
      <w:r>
        <w:rPr>
          <w:rFonts w:ascii="Nirmala UI" w:hAnsi="Nirmala UI" w:eastAsia="Nirmala UI" w:cs="Nirmala UI"/>
        </w:rPr>
        <w:t xml:space="preserve"> </w:t>
      </w:r>
      <w:r>
        <w:rPr>
          <w:rFonts w:ascii="Malgun Gothic" w:hAnsi="Malgun Gothic" w:eastAsia="Malgun Gothic" w:cs="Malgun Gothic"/>
        </w:rPr>
        <w:t>뿐</w:t>
      </w:r>
      <w:r>
        <w:rPr>
          <w:rFonts w:ascii="Nirmala UI" w:hAnsi="Nirmala UI" w:eastAsia="Nirmala UI" w:cs="Nirmala UI"/>
        </w:rPr>
        <w:t xml:space="preserve"> </w:t>
      </w:r>
      <w:r>
        <w:rPr>
          <w:rFonts w:ascii="Malgun Gothic" w:hAnsi="Malgun Gothic" w:eastAsia="Malgun Gothic" w:cs="Malgun Gothic"/>
        </w:rPr>
        <w:t>아니라</w:t>
      </w:r>
      <w:r>
        <w:rPr>
          <w:rFonts w:ascii="Nirmala UI" w:hAnsi="Nirmala UI" w:eastAsia="Nirmala UI" w:cs="Nirmala UI"/>
        </w:rPr>
        <w:t xml:space="preserve">, </w:t>
      </w:r>
      <w:r>
        <w:rPr>
          <w:rFonts w:ascii="Malgun Gothic" w:hAnsi="Malgun Gothic" w:eastAsia="Malgun Gothic" w:cs="Malgun Gothic"/>
        </w:rPr>
        <w:t>또한</w:t>
      </w:r>
      <w:r>
        <w:rPr>
          <w:rFonts w:ascii="Nirmala UI" w:hAnsi="Nirmala UI" w:eastAsia="Nirmala UI" w:cs="Nirmala UI"/>
        </w:rPr>
        <w:t xml:space="preserve"> </w:t>
      </w:r>
      <w:r>
        <w:rPr>
          <w:rFonts w:ascii="Malgun Gothic" w:hAnsi="Malgun Gothic" w:eastAsia="Malgun Gothic" w:cs="Malgun Gothic"/>
        </w:rPr>
        <w:t>짐승의</w:t>
      </w:r>
      <w:r>
        <w:rPr>
          <w:rFonts w:ascii="Nirmala UI" w:hAnsi="Nirmala UI" w:eastAsia="Nirmala UI" w:cs="Nirmala UI"/>
        </w:rPr>
        <w:t xml:space="preserve"> </w:t>
      </w:r>
      <w:r>
        <w:rPr>
          <w:rFonts w:ascii="Malgun Gothic" w:hAnsi="Malgun Gothic" w:eastAsia="Malgun Gothic" w:cs="Malgun Gothic"/>
        </w:rPr>
        <w:t>표의</w:t>
      </w:r>
      <w:r>
        <w:rPr>
          <w:rFonts w:ascii="Nirmala UI" w:hAnsi="Nirmala UI" w:eastAsia="Nirmala UI" w:cs="Nirmala UI"/>
        </w:rPr>
        <w:t xml:space="preserve"> </w:t>
      </w:r>
      <w:r>
        <w:rPr>
          <w:rFonts w:ascii="Malgun Gothic" w:hAnsi="Malgun Gothic" w:eastAsia="Malgun Gothic" w:cs="Malgun Gothic"/>
        </w:rPr>
        <w:t>강제</w:t>
      </w:r>
      <w:r>
        <w:rPr>
          <w:rFonts w:ascii="Nirmala UI" w:hAnsi="Nirmala UI" w:eastAsia="Nirmala UI" w:cs="Nirmala UI"/>
        </w:rPr>
        <w:t xml:space="preserve"> </w:t>
      </w:r>
      <w:r>
        <w:rPr>
          <w:rFonts w:ascii="Malgun Gothic" w:hAnsi="Malgun Gothic" w:eastAsia="Malgun Gothic" w:cs="Malgun Gothic"/>
        </w:rPr>
        <w:t>시행을</w:t>
      </w:r>
      <w:r>
        <w:rPr>
          <w:rFonts w:ascii="Nirmala UI" w:hAnsi="Nirmala UI" w:eastAsia="Nirmala UI" w:cs="Nirmala UI"/>
        </w:rPr>
        <w:t xml:space="preserve"> </w:t>
      </w:r>
      <w:r>
        <w:rPr>
          <w:rFonts w:ascii="Malgun Gothic" w:hAnsi="Malgun Gothic" w:eastAsia="Malgun Gothic" w:cs="Malgun Gothic"/>
        </w:rPr>
        <w:t>드러낸다</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법령은</w:t>
      </w:r>
      <w:r>
        <w:rPr>
          <w:rFonts w:ascii="Nirmala UI" w:hAnsi="Nirmala UI" w:eastAsia="Nirmala UI" w:cs="Nirmala UI"/>
        </w:rPr>
        <w:t xml:space="preserve">, </w:t>
      </w:r>
      <w:r>
        <w:rPr>
          <w:rFonts w:ascii="Malgun Gothic" w:hAnsi="Malgun Gothic" w:eastAsia="Malgun Gothic" w:cs="Malgun Gothic"/>
        </w:rPr>
        <w:t>유월절</w:t>
      </w:r>
      <w:r>
        <w:rPr>
          <w:rFonts w:ascii="Nirmala UI" w:hAnsi="Nirmala UI" w:eastAsia="Nirmala UI" w:cs="Nirmala UI"/>
        </w:rPr>
        <w:t xml:space="preserve"> </w:t>
      </w:r>
      <w:r>
        <w:rPr>
          <w:rFonts w:ascii="Malgun Gothic" w:hAnsi="Malgun Gothic" w:eastAsia="Malgun Gothic" w:cs="Malgun Gothic"/>
        </w:rPr>
        <w:t>후에</w:t>
      </w:r>
      <w:r>
        <w:rPr>
          <w:rFonts w:ascii="Nirmala UI" w:hAnsi="Nirmala UI" w:eastAsia="Nirmala UI" w:cs="Nirmala UI"/>
        </w:rPr>
        <w:t xml:space="preserve"> </w:t>
      </w:r>
      <w:r>
        <w:rPr>
          <w:rFonts w:ascii="Malgun Gothic" w:hAnsi="Malgun Gothic" w:eastAsia="Malgun Gothic" w:cs="Malgun Gothic"/>
        </w:rPr>
        <w:t>바로와</w:t>
      </w:r>
      <w:r>
        <w:rPr>
          <w:rFonts w:ascii="Nirmala UI" w:hAnsi="Nirmala UI" w:eastAsia="Nirmala UI" w:cs="Nirmala UI"/>
        </w:rPr>
        <w:t xml:space="preserve"> </w:t>
      </w:r>
      <w:r>
        <w:rPr>
          <w:rFonts w:ascii="Malgun Gothic" w:hAnsi="Malgun Gothic" w:eastAsia="Malgun Gothic" w:cs="Malgun Gothic"/>
        </w:rPr>
        <w:t>그의</w:t>
      </w:r>
      <w:r>
        <w:rPr>
          <w:rFonts w:ascii="Nirmala UI" w:hAnsi="Nirmala UI" w:eastAsia="Nirmala UI" w:cs="Nirmala UI"/>
        </w:rPr>
        <w:t xml:space="preserve"> </w:t>
      </w:r>
      <w:r>
        <w:rPr>
          <w:rFonts w:ascii="Malgun Gothic" w:hAnsi="Malgun Gothic" w:eastAsia="Malgun Gothic" w:cs="Malgun Gothic"/>
        </w:rPr>
        <w:t>군대가</w:t>
      </w:r>
      <w:r>
        <w:rPr>
          <w:rFonts w:ascii="Nirmala UI" w:hAnsi="Nirmala UI" w:eastAsia="Nirmala UI" w:cs="Nirmala UI"/>
        </w:rPr>
        <w:t xml:space="preserve"> </w:t>
      </w:r>
      <w:r>
        <w:rPr>
          <w:rFonts w:ascii="Malgun Gothic" w:hAnsi="Malgun Gothic" w:eastAsia="Malgun Gothic" w:cs="Malgun Gothic"/>
        </w:rPr>
        <w:t>홍해에서</w:t>
      </w:r>
      <w:r>
        <w:rPr>
          <w:rFonts w:ascii="Nirmala UI" w:hAnsi="Nirmala UI" w:eastAsia="Nirmala UI" w:cs="Nirmala UI"/>
        </w:rPr>
        <w:t xml:space="preserve"> </w:t>
      </w:r>
      <w:r>
        <w:rPr>
          <w:rFonts w:ascii="Malgun Gothic" w:hAnsi="Malgun Gothic" w:eastAsia="Malgun Gothic" w:cs="Malgun Gothic"/>
        </w:rPr>
        <w:t>죽은</w:t>
      </w:r>
      <w:r>
        <w:rPr>
          <w:rFonts w:ascii="Nirmala UI" w:hAnsi="Nirmala UI" w:eastAsia="Nirmala UI" w:cs="Nirmala UI"/>
        </w:rPr>
        <w:t xml:space="preserve"> </w:t>
      </w:r>
      <w:r>
        <w:rPr>
          <w:rFonts w:ascii="Malgun Gothic" w:hAnsi="Malgun Gothic" w:eastAsia="Malgun Gothic" w:cs="Malgun Gothic"/>
        </w:rPr>
        <w:t>것만큼이나</w:t>
      </w:r>
      <w:r>
        <w:rPr>
          <w:rFonts w:ascii="Nirmala UI" w:hAnsi="Nirmala UI" w:eastAsia="Nirmala UI" w:cs="Nirmala UI"/>
        </w:rPr>
        <w:t xml:space="preserve"> </w:t>
      </w:r>
      <w:r>
        <w:rPr>
          <w:rFonts w:ascii="Malgun Gothic" w:hAnsi="Malgun Gothic" w:eastAsia="Malgun Gothic" w:cs="Malgun Gothic"/>
        </w:rPr>
        <w:t>확실하게</w:t>
      </w:r>
      <w:r>
        <w:rPr>
          <w:rFonts w:ascii="Nirmala UI" w:hAnsi="Nirmala UI" w:eastAsia="Nirmala UI" w:cs="Nirmala UI"/>
        </w:rPr>
        <w:t xml:space="preserve">, </w:t>
      </w:r>
      <w:r>
        <w:rPr>
          <w:rFonts w:ascii="Malgun Gothic" w:hAnsi="Malgun Gothic" w:eastAsia="Malgun Gothic" w:cs="Malgun Gothic"/>
        </w:rPr>
        <w:t>공화당의</w:t>
      </w:r>
      <w:r>
        <w:rPr>
          <w:rFonts w:ascii="Nirmala UI" w:hAnsi="Nirmala UI" w:eastAsia="Nirmala UI" w:cs="Nirmala UI"/>
        </w:rPr>
        <w:t xml:space="preserve"> </w:t>
      </w:r>
      <w:r>
        <w:rPr>
          <w:rFonts w:ascii="Malgun Gothic" w:hAnsi="Malgun Gothic" w:eastAsia="Malgun Gothic" w:cs="Malgun Gothic"/>
        </w:rPr>
        <w:t>뿔</w:t>
      </w:r>
      <w:r>
        <w:rPr>
          <w:rFonts w:ascii="Nirmala UI" w:hAnsi="Nirmala UI" w:eastAsia="Nirmala UI" w:cs="Nirmala UI"/>
        </w:rPr>
        <w:t xml:space="preserve"> </w:t>
      </w:r>
      <w:r>
        <w:rPr>
          <w:rFonts w:ascii="Malgun Gothic" w:hAnsi="Malgun Gothic" w:eastAsia="Malgun Gothic" w:cs="Malgun Gothic"/>
        </w:rPr>
        <w:t>곧</w:t>
      </w:r>
      <w:r>
        <w:rPr>
          <w:rFonts w:ascii="Nirmala UI" w:hAnsi="Nirmala UI" w:eastAsia="Nirmala UI" w:cs="Nirmala UI"/>
        </w:rPr>
        <w:t xml:space="preserve"> </w:t>
      </w:r>
      <w:r>
        <w:rPr>
          <w:rFonts w:ascii="Malgun Gothic" w:hAnsi="Malgun Gothic" w:eastAsia="Malgun Gothic" w:cs="Malgun Gothic"/>
        </w:rPr>
        <w:t>요한계시록</w:t>
      </w:r>
      <w:r>
        <w:rPr>
          <w:rFonts w:ascii="Nirmala UI" w:hAnsi="Nirmala UI" w:eastAsia="Nirmala UI" w:cs="Nirmala UI"/>
        </w:rPr>
        <w:t xml:space="preserve"> 13</w:t>
      </w:r>
      <w:r>
        <w:rPr>
          <w:rFonts w:ascii="Malgun Gothic" w:hAnsi="Malgun Gothic" w:eastAsia="Malgun Gothic" w:cs="Malgun Gothic"/>
        </w:rPr>
        <w:t>장의</w:t>
      </w:r>
      <w:r>
        <w:rPr>
          <w:rFonts w:ascii="Nirmala UI" w:hAnsi="Nirmala UI" w:eastAsia="Nirmala UI" w:cs="Nirmala UI"/>
        </w:rPr>
        <w:t xml:space="preserve"> </w:t>
      </w:r>
      <w:r>
        <w:rPr>
          <w:rFonts w:ascii="Malgun Gothic" w:hAnsi="Malgun Gothic" w:eastAsia="Malgun Gothic" w:cs="Malgun Gothic"/>
        </w:rPr>
        <w:t>땅의</w:t>
      </w:r>
      <w:r>
        <w:rPr>
          <w:rFonts w:ascii="Nirmala UI" w:hAnsi="Nirmala UI" w:eastAsia="Nirmala UI" w:cs="Nirmala UI"/>
        </w:rPr>
        <w:t xml:space="preserve"> </w:t>
      </w:r>
      <w:r>
        <w:rPr>
          <w:rFonts w:ascii="Malgun Gothic" w:hAnsi="Malgun Gothic" w:eastAsia="Malgun Gothic" w:cs="Malgun Gothic"/>
        </w:rPr>
        <w:t>짐승에게</w:t>
      </w:r>
      <w:r>
        <w:rPr>
          <w:rFonts w:ascii="Nirmala UI" w:hAnsi="Nirmala UI" w:eastAsia="Nirmala UI" w:cs="Nirmala UI"/>
        </w:rPr>
        <w:t xml:space="preserve"> </w:t>
      </w:r>
      <w:r>
        <w:rPr>
          <w:rFonts w:ascii="Malgun Gothic" w:hAnsi="Malgun Gothic" w:eastAsia="Malgun Gothic" w:cs="Malgun Gothic"/>
        </w:rPr>
        <w:t>은혜의</w:t>
      </w:r>
      <w:r>
        <w:rPr>
          <w:rFonts w:ascii="Nirmala UI" w:hAnsi="Nirmala UI" w:eastAsia="Nirmala UI" w:cs="Nirmala UI"/>
        </w:rPr>
        <w:t xml:space="preserve"> </w:t>
      </w:r>
      <w:r>
        <w:rPr>
          <w:rFonts w:ascii="Malgun Gothic" w:hAnsi="Malgun Gothic" w:eastAsia="Malgun Gothic" w:cs="Malgun Gothic"/>
        </w:rPr>
        <w:t>시기의</w:t>
      </w:r>
      <w:r>
        <w:rPr>
          <w:rFonts w:ascii="Nirmala UI" w:hAnsi="Nirmala UI" w:eastAsia="Nirmala UI" w:cs="Nirmala UI"/>
        </w:rPr>
        <w:t xml:space="preserve"> </w:t>
      </w:r>
      <w:r>
        <w:rPr>
          <w:rFonts w:ascii="Malgun Gothic" w:hAnsi="Malgun Gothic" w:eastAsia="Malgun Gothic" w:cs="Malgun Gothic"/>
        </w:rPr>
        <w:t>끝을</w:t>
      </w:r>
      <w:r>
        <w:rPr>
          <w:rFonts w:ascii="Nirmala UI" w:hAnsi="Nirmala UI" w:eastAsia="Nirmala UI" w:cs="Nirmala UI"/>
        </w:rPr>
        <w:t xml:space="preserve"> </w:t>
      </w:r>
      <w:r>
        <w:rPr>
          <w:rFonts w:ascii="Malgun Gothic" w:hAnsi="Malgun Gothic" w:eastAsia="Malgun Gothic" w:cs="Malgun Gothic"/>
        </w:rPr>
        <w:t>표시한다</w:t>
      </w:r>
      <w:r>
        <w:rPr>
          <w:rFonts w:ascii="Nirmala UI" w:hAnsi="Nirmala UI" w:eastAsia="Nirmala UI" w:cs="Nirmala UI"/>
        </w:rPr>
        <w:t>.</w:t>
      </w:r>
    </w:p>
    <w:p>
      <w:pPr>
        <w:pStyle w:val="ArticleBody"/>
        <w:jc w:val="left"/>
      </w:pPr>
      <w:r>
        <w:rPr>
          <w:rFonts w:ascii="Malgun Gothic" w:hAnsi="Malgun Gothic" w:eastAsia="Malgun Gothic" w:cs="Malgun Gothic"/>
        </w:rPr>
        <w:t>이백오십</w:t>
      </w:r>
      <w:r>
        <w:rPr>
          <w:rFonts w:ascii="Nirmala UI" w:hAnsi="Nirmala UI" w:eastAsia="Nirmala UI" w:cs="Nirmala UI"/>
        </w:rPr>
        <w:t xml:space="preserve"> </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기간이</w:t>
      </w:r>
      <w:r>
        <w:rPr>
          <w:rFonts w:ascii="Nirmala UI" w:hAnsi="Nirmala UI" w:eastAsia="Nirmala UI" w:cs="Nirmala UI"/>
        </w:rPr>
        <w:t xml:space="preserve"> </w:t>
      </w:r>
      <w:r>
        <w:rPr>
          <w:rFonts w:ascii="Malgun Gothic" w:hAnsi="Malgun Gothic" w:eastAsia="Malgun Gothic" w:cs="Malgun Gothic"/>
        </w:rPr>
        <w:t>기원전</w:t>
      </w:r>
      <w:r>
        <w:rPr>
          <w:rFonts w:ascii="Nirmala UI" w:hAnsi="Nirmala UI" w:eastAsia="Nirmala UI" w:cs="Nirmala UI"/>
        </w:rPr>
        <w:t xml:space="preserve"> 207</w:t>
      </w:r>
      <w:r>
        <w:rPr>
          <w:rFonts w:ascii="Malgun Gothic" w:hAnsi="Malgun Gothic" w:eastAsia="Malgun Gothic" w:cs="Malgun Gothic"/>
        </w:rPr>
        <w:t>년에</w:t>
      </w:r>
      <w:r>
        <w:rPr>
          <w:rFonts w:ascii="Nirmala UI" w:hAnsi="Nirmala UI" w:eastAsia="Nirmala UI" w:cs="Nirmala UI"/>
        </w:rPr>
        <w:t xml:space="preserve"> </w:t>
      </w:r>
      <w:r>
        <w:rPr>
          <w:rFonts w:ascii="Malgun Gothic" w:hAnsi="Malgun Gothic" w:eastAsia="Malgun Gothic" w:cs="Malgun Gothic"/>
        </w:rPr>
        <w:t>끝나는</w:t>
      </w:r>
      <w:r>
        <w:rPr>
          <w:rFonts w:ascii="Nirmala UI" w:hAnsi="Nirmala UI" w:eastAsia="Nirmala UI" w:cs="Nirmala UI"/>
        </w:rPr>
        <w:t xml:space="preserve"> </w:t>
      </w:r>
      <w:r>
        <w:rPr>
          <w:rFonts w:ascii="Malgun Gothic" w:hAnsi="Malgun Gothic" w:eastAsia="Malgun Gothic" w:cs="Malgun Gothic"/>
        </w:rPr>
        <w:t>바</w:t>
      </w:r>
      <w:r>
        <w:rPr>
          <w:rFonts w:ascii="Nirmala UI" w:hAnsi="Nirmala UI" w:eastAsia="Nirmala UI" w:cs="Nirmala UI"/>
        </w:rPr>
        <w:t xml:space="preserve">, </w:t>
      </w:r>
      <w:r>
        <w:rPr>
          <w:rFonts w:ascii="Malgun Gothic" w:hAnsi="Malgun Gothic" w:eastAsia="Malgun Gothic" w:cs="Malgun Gothic"/>
        </w:rPr>
        <w:t>이는</w:t>
      </w:r>
      <w:r>
        <w:rPr>
          <w:rFonts w:ascii="Nirmala UI" w:hAnsi="Nirmala UI" w:eastAsia="Nirmala UI" w:cs="Nirmala UI"/>
        </w:rPr>
        <w:t xml:space="preserve"> </w:t>
      </w:r>
      <w:r>
        <w:rPr>
          <w:rFonts w:ascii="Malgun Gothic" w:hAnsi="Malgun Gothic" w:eastAsia="Malgun Gothic" w:cs="Malgun Gothic"/>
        </w:rPr>
        <w:t>파니움</w:t>
      </w:r>
      <w:r>
        <w:rPr>
          <w:rFonts w:ascii="Nirmala UI" w:hAnsi="Nirmala UI" w:eastAsia="Nirmala UI" w:cs="Nirmala UI"/>
        </w:rPr>
        <w:t xml:space="preserve"> </w:t>
      </w:r>
      <w:r>
        <w:rPr>
          <w:rFonts w:ascii="Malgun Gothic" w:hAnsi="Malgun Gothic" w:eastAsia="Malgun Gothic" w:cs="Malgun Gothic"/>
        </w:rPr>
        <w:t>평원에서</w:t>
      </w:r>
      <w:r>
        <w:rPr>
          <w:rFonts w:ascii="Nirmala UI" w:hAnsi="Nirmala UI" w:eastAsia="Nirmala UI" w:cs="Nirmala UI"/>
        </w:rPr>
        <w:t xml:space="preserve"> </w:t>
      </w:r>
      <w:r>
        <w:rPr>
          <w:rFonts w:ascii="Malgun Gothic" w:hAnsi="Malgun Gothic" w:eastAsia="Malgun Gothic" w:cs="Malgun Gothic"/>
        </w:rPr>
        <w:t>시작되어</w:t>
      </w:r>
      <w:r>
        <w:rPr>
          <w:rFonts w:ascii="Nirmala UI" w:hAnsi="Nirmala UI" w:eastAsia="Nirmala UI" w:cs="Nirmala UI"/>
        </w:rPr>
        <w:t xml:space="preserve"> </w:t>
      </w:r>
      <w:r>
        <w:rPr>
          <w:rFonts w:ascii="Malgun Gothic" w:hAnsi="Malgun Gothic" w:eastAsia="Malgun Gothic" w:cs="Malgun Gothic"/>
        </w:rPr>
        <w:t>시돈</w:t>
      </w:r>
      <w:r>
        <w:rPr>
          <w:rFonts w:ascii="Nirmala UI" w:hAnsi="Nirmala UI" w:eastAsia="Nirmala UI" w:cs="Nirmala UI"/>
        </w:rPr>
        <w:t xml:space="preserve"> </w:t>
      </w:r>
      <w:r>
        <w:rPr>
          <w:rFonts w:ascii="Malgun Gothic" w:hAnsi="Malgun Gothic" w:eastAsia="Malgun Gothic" w:cs="Malgun Gothic"/>
        </w:rPr>
        <w:t>포위로</w:t>
      </w:r>
      <w:r>
        <w:rPr>
          <w:rFonts w:ascii="Nirmala UI" w:hAnsi="Nirmala UI" w:eastAsia="Nirmala UI" w:cs="Nirmala UI"/>
        </w:rPr>
        <w:t xml:space="preserve"> </w:t>
      </w:r>
      <w:r>
        <w:rPr>
          <w:rFonts w:ascii="Malgun Gothic" w:hAnsi="Malgun Gothic" w:eastAsia="Malgun Gothic" w:cs="Malgun Gothic"/>
        </w:rPr>
        <w:t>끝나는</w:t>
      </w:r>
      <w:r>
        <w:rPr>
          <w:rFonts w:ascii="Nirmala UI" w:hAnsi="Nirmala UI" w:eastAsia="Nirmala UI" w:cs="Nirmala UI"/>
        </w:rPr>
        <w:t xml:space="preserve"> </w:t>
      </w:r>
      <w:r>
        <w:rPr>
          <w:rFonts w:ascii="Malgun Gothic" w:hAnsi="Malgun Gothic" w:eastAsia="Malgun Gothic" w:cs="Malgun Gothic"/>
        </w:rPr>
        <w:t>다가오는</w:t>
      </w:r>
      <w:r>
        <w:rPr>
          <w:rFonts w:ascii="Nirmala UI" w:hAnsi="Nirmala UI" w:eastAsia="Nirmala UI" w:cs="Nirmala UI"/>
        </w:rPr>
        <w:t xml:space="preserve"> </w:t>
      </w:r>
      <w:r>
        <w:rPr>
          <w:rFonts w:ascii="Malgun Gothic" w:hAnsi="Malgun Gothic" w:eastAsia="Malgun Gothic" w:cs="Malgun Gothic"/>
        </w:rPr>
        <w:t>원정을</w:t>
      </w:r>
      <w:r>
        <w:rPr>
          <w:rFonts w:ascii="Nirmala UI" w:hAnsi="Nirmala UI" w:eastAsia="Nirmala UI" w:cs="Nirmala UI"/>
        </w:rPr>
        <w:t xml:space="preserve"> </w:t>
      </w:r>
      <w:r>
        <w:rPr>
          <w:rFonts w:ascii="Malgun Gothic" w:hAnsi="Malgun Gothic" w:eastAsia="Malgun Gothic" w:cs="Malgun Gothic"/>
        </w:rPr>
        <w:t>준비하는</w:t>
      </w:r>
      <w:r>
        <w:rPr>
          <w:rFonts w:ascii="Nirmala UI" w:hAnsi="Nirmala UI" w:eastAsia="Nirmala UI" w:cs="Nirmala UI"/>
        </w:rPr>
        <w:t xml:space="preserve"> </w:t>
      </w:r>
      <w:r>
        <w:rPr>
          <w:rFonts w:ascii="Malgun Gothic" w:hAnsi="Malgun Gothic" w:eastAsia="Malgun Gothic" w:cs="Malgun Gothic"/>
        </w:rPr>
        <w:t>안티오코스</w:t>
      </w:r>
      <w:r>
        <w:rPr>
          <w:rFonts w:ascii="Nirmala UI" w:hAnsi="Nirmala UI" w:eastAsia="Nirmala UI" w:cs="Nirmala UI"/>
        </w:rPr>
        <w:t xml:space="preserve"> </w:t>
      </w:r>
      <w:r>
        <w:rPr>
          <w:rFonts w:ascii="Malgun Gothic" w:hAnsi="Malgun Gothic" w:eastAsia="Malgun Gothic" w:cs="Malgun Gothic"/>
        </w:rPr>
        <w:t>마그누스로</w:t>
      </w:r>
      <w:r>
        <w:rPr>
          <w:rFonts w:ascii="Nirmala UI" w:hAnsi="Nirmala UI" w:eastAsia="Nirmala UI" w:cs="Nirmala UI"/>
        </w:rPr>
        <w:t xml:space="preserve"> </w:t>
      </w:r>
      <w:r>
        <w:rPr>
          <w:rFonts w:ascii="Malgun Gothic" w:hAnsi="Malgun Gothic" w:eastAsia="Malgun Gothic" w:cs="Malgun Gothic"/>
        </w:rPr>
        <w:t>표상된</w:t>
      </w:r>
      <w:r>
        <w:rPr>
          <w:rFonts w:ascii="Nirmala UI" w:hAnsi="Nirmala UI" w:eastAsia="Nirmala UI" w:cs="Nirmala UI"/>
        </w:rPr>
        <w:t xml:space="preserve"> </w:t>
      </w:r>
      <w:r>
        <w:rPr>
          <w:rFonts w:ascii="Malgun Gothic" w:hAnsi="Malgun Gothic" w:eastAsia="Malgun Gothic" w:cs="Malgun Gothic"/>
        </w:rPr>
        <w:t>도널드</w:t>
      </w:r>
      <w:r>
        <w:rPr>
          <w:rFonts w:ascii="Nirmala UI" w:hAnsi="Nirmala UI" w:eastAsia="Nirmala UI" w:cs="Nirmala UI"/>
        </w:rPr>
        <w:t xml:space="preserve"> </w:t>
      </w:r>
      <w:r>
        <w:rPr>
          <w:rFonts w:ascii="Malgun Gothic" w:hAnsi="Malgun Gothic" w:eastAsia="Malgun Gothic" w:cs="Malgun Gothic"/>
        </w:rPr>
        <w:t>트럼프를</w:t>
      </w:r>
      <w:r>
        <w:rPr>
          <w:rFonts w:ascii="Nirmala UI" w:hAnsi="Nirmala UI" w:eastAsia="Nirmala UI" w:cs="Nirmala UI"/>
        </w:rPr>
        <w:t xml:space="preserve"> </w:t>
      </w:r>
      <w:r>
        <w:rPr>
          <w:rFonts w:ascii="Malgun Gothic" w:hAnsi="Malgun Gothic" w:eastAsia="Malgun Gothic" w:cs="Malgun Gothic"/>
        </w:rPr>
        <w:t>지목한다</w:t>
      </w:r>
      <w:r>
        <w:rPr>
          <w:rFonts w:ascii="Nirmala UI" w:hAnsi="Nirmala UI" w:eastAsia="Nirmala UI" w:cs="Nirmala UI"/>
        </w:rPr>
        <w:t xml:space="preserve">. </w:t>
      </w:r>
      <w:r>
        <w:rPr>
          <w:rFonts w:ascii="Malgun Gothic" w:hAnsi="Malgun Gothic" w:eastAsia="Malgun Gothic" w:cs="Malgun Gothic"/>
        </w:rPr>
        <w:t>파니움</w:t>
      </w:r>
      <w:r>
        <w:rPr>
          <w:rFonts w:ascii="Nirmala UI" w:hAnsi="Nirmala UI" w:eastAsia="Nirmala UI" w:cs="Nirmala UI"/>
        </w:rPr>
        <w:t xml:space="preserve"> </w:t>
      </w:r>
      <w:r>
        <w:rPr>
          <w:rFonts w:ascii="Malgun Gothic" w:hAnsi="Malgun Gothic" w:eastAsia="Malgun Gothic" w:cs="Malgun Gothic"/>
        </w:rPr>
        <w:t>전투</w:t>
      </w:r>
      <w:r>
        <w:rPr>
          <w:rFonts w:ascii="Nirmala UI" w:hAnsi="Nirmala UI" w:eastAsia="Nirmala UI" w:cs="Nirmala UI"/>
        </w:rPr>
        <w:t xml:space="preserve"> </w:t>
      </w:r>
      <w:r>
        <w:rPr>
          <w:rFonts w:ascii="Malgun Gothic" w:hAnsi="Malgun Gothic" w:eastAsia="Malgun Gothic" w:cs="Malgun Gothic"/>
        </w:rPr>
        <w:t>후</w:t>
      </w:r>
      <w:r>
        <w:rPr>
          <w:rFonts w:ascii="Nirmala UI" w:hAnsi="Nirmala UI" w:eastAsia="Nirmala UI" w:cs="Nirmala UI"/>
        </w:rPr>
        <w:t xml:space="preserve">, </w:t>
      </w:r>
      <w:r>
        <w:rPr>
          <w:rFonts w:ascii="Malgun Gothic" w:hAnsi="Malgun Gothic" w:eastAsia="Malgun Gothic" w:cs="Malgun Gothic"/>
        </w:rPr>
        <w:t>프톨레마이오스</w:t>
      </w:r>
      <w:r>
        <w:rPr>
          <w:rFonts w:ascii="Nirmala UI" w:hAnsi="Nirmala UI" w:eastAsia="Nirmala UI" w:cs="Nirmala UI"/>
        </w:rPr>
        <w:t xml:space="preserve"> </w:t>
      </w:r>
      <w:r>
        <w:rPr>
          <w:rFonts w:ascii="Malgun Gothic" w:hAnsi="Malgun Gothic" w:eastAsia="Malgun Gothic" w:cs="Malgun Gothic"/>
        </w:rPr>
        <w:t>측</w:t>
      </w:r>
      <w:r>
        <w:rPr>
          <w:rFonts w:ascii="Nirmala UI" w:hAnsi="Nirmala UI" w:eastAsia="Nirmala UI" w:cs="Nirmala UI"/>
        </w:rPr>
        <w:t xml:space="preserve"> </w:t>
      </w:r>
      <w:r>
        <w:rPr>
          <w:rFonts w:ascii="Malgun Gothic" w:hAnsi="Malgun Gothic" w:eastAsia="Malgun Gothic" w:cs="Malgun Gothic"/>
        </w:rPr>
        <w:t>지휘관</w:t>
      </w:r>
      <w:r>
        <w:rPr>
          <w:rFonts w:ascii="Nirmala UI" w:hAnsi="Nirmala UI" w:eastAsia="Nirmala UI" w:cs="Nirmala UI"/>
        </w:rPr>
        <w:t xml:space="preserve"> </w:t>
      </w:r>
      <w:r>
        <w:rPr>
          <w:rFonts w:ascii="Malgun Gothic" w:hAnsi="Malgun Gothic" w:eastAsia="Malgun Gothic" w:cs="Malgun Gothic"/>
        </w:rPr>
        <w:t>아이톨리아의</w:t>
      </w:r>
      <w:r>
        <w:rPr>
          <w:rFonts w:ascii="Nirmala UI" w:hAnsi="Nirmala UI" w:eastAsia="Nirmala UI" w:cs="Nirmala UI"/>
        </w:rPr>
        <w:t xml:space="preserve"> </w:t>
      </w:r>
      <w:r>
        <w:rPr>
          <w:rFonts w:ascii="Malgun Gothic" w:hAnsi="Malgun Gothic" w:eastAsia="Malgun Gothic" w:cs="Malgun Gothic"/>
        </w:rPr>
        <w:t>스코파스는</w:t>
      </w:r>
      <w:r>
        <w:rPr>
          <w:rFonts w:ascii="Nirmala UI" w:hAnsi="Nirmala UI" w:eastAsia="Nirmala UI" w:cs="Nirmala UI"/>
        </w:rPr>
        <w:t xml:space="preserve"> </w:t>
      </w:r>
      <w:r>
        <w:rPr>
          <w:rFonts w:ascii="Malgun Gothic" w:hAnsi="Malgun Gothic" w:eastAsia="Malgun Gothic" w:cs="Malgun Gothic"/>
        </w:rPr>
        <w:t>살아남은</w:t>
      </w:r>
      <w:r>
        <w:rPr>
          <w:rFonts w:ascii="Nirmala UI" w:hAnsi="Nirmala UI" w:eastAsia="Nirmala UI" w:cs="Nirmala UI"/>
        </w:rPr>
        <w:t xml:space="preserve"> </w:t>
      </w:r>
      <w:r>
        <w:rPr>
          <w:rFonts w:ascii="Malgun Gothic" w:hAnsi="Malgun Gothic" w:eastAsia="Malgun Gothic" w:cs="Malgun Gothic"/>
        </w:rPr>
        <w:t>병력</w:t>
      </w:r>
      <w:r>
        <w:rPr>
          <w:rFonts w:ascii="Nirmala UI" w:hAnsi="Nirmala UI" w:eastAsia="Nirmala UI" w:cs="Nirmala UI"/>
        </w:rPr>
        <w:t xml:space="preserve"> </w:t>
      </w:r>
      <w:r>
        <w:rPr>
          <w:rFonts w:ascii="Malgun Gothic" w:hAnsi="Malgun Gothic" w:eastAsia="Malgun Gothic" w:cs="Malgun Gothic"/>
        </w:rPr>
        <w:t>약</w:t>
      </w:r>
      <w:r>
        <w:rPr>
          <w:rFonts w:ascii="Nirmala UI" w:hAnsi="Nirmala UI" w:eastAsia="Nirmala UI" w:cs="Nirmala UI"/>
        </w:rPr>
        <w:t xml:space="preserve"> 10,000</w:t>
      </w:r>
      <w:r>
        <w:rPr>
          <w:rFonts w:ascii="Malgun Gothic" w:hAnsi="Malgun Gothic" w:eastAsia="Malgun Gothic" w:cs="Malgun Gothic"/>
        </w:rPr>
        <w:t>명을</w:t>
      </w:r>
      <w:r>
        <w:rPr>
          <w:rFonts w:ascii="Nirmala UI" w:hAnsi="Nirmala UI" w:eastAsia="Nirmala UI" w:cs="Nirmala UI"/>
        </w:rPr>
        <w:t xml:space="preserve"> </w:t>
      </w:r>
      <w:r>
        <w:rPr>
          <w:rFonts w:ascii="Malgun Gothic" w:hAnsi="Malgun Gothic" w:eastAsia="Malgun Gothic" w:cs="Malgun Gothic"/>
        </w:rPr>
        <w:t>이끌고</w:t>
      </w:r>
      <w:r>
        <w:rPr>
          <w:rFonts w:ascii="Nirmala UI" w:hAnsi="Nirmala UI" w:eastAsia="Nirmala UI" w:cs="Nirmala UI"/>
        </w:rPr>
        <w:t xml:space="preserve"> </w:t>
      </w:r>
      <w:r>
        <w:rPr>
          <w:rFonts w:ascii="Malgun Gothic" w:hAnsi="Malgun Gothic" w:eastAsia="Malgun Gothic" w:cs="Malgun Gothic"/>
        </w:rPr>
        <w:t>시돈</w:t>
      </w:r>
      <w:r>
        <w:rPr>
          <w:rFonts w:ascii="Nirmala UI" w:hAnsi="Nirmala UI" w:eastAsia="Nirmala UI" w:cs="Nirmala UI"/>
        </w:rPr>
        <w:t xml:space="preserve"> </w:t>
      </w:r>
      <w:r>
        <w:rPr>
          <w:rFonts w:ascii="Malgun Gothic" w:hAnsi="Malgun Gothic" w:eastAsia="Malgun Gothic" w:cs="Malgun Gothic"/>
        </w:rPr>
        <w:t>성읍으로</w:t>
      </w:r>
      <w:r>
        <w:rPr>
          <w:rFonts w:ascii="Nirmala UI" w:hAnsi="Nirmala UI" w:eastAsia="Nirmala UI" w:cs="Nirmala UI"/>
        </w:rPr>
        <w:t xml:space="preserve"> </w:t>
      </w:r>
      <w:r>
        <w:rPr>
          <w:rFonts w:ascii="Malgun Gothic" w:hAnsi="Malgun Gothic" w:eastAsia="Malgun Gothic" w:cs="Malgun Gothic"/>
        </w:rPr>
        <w:t>도주하였다</w:t>
      </w:r>
      <w:r>
        <w:rPr>
          <w:rFonts w:ascii="Nirmala UI" w:hAnsi="Nirmala UI" w:eastAsia="Nirmala UI" w:cs="Nirmala UI"/>
        </w:rPr>
        <w:t xml:space="preserve">. </w:t>
      </w:r>
      <w:r>
        <w:rPr>
          <w:rFonts w:ascii="Malgun Gothic" w:hAnsi="Malgun Gothic" w:eastAsia="Malgun Gothic" w:cs="Malgun Gothic"/>
        </w:rPr>
        <w:t>안티오코스는</w:t>
      </w:r>
      <w:r>
        <w:rPr>
          <w:rFonts w:ascii="Nirmala UI" w:hAnsi="Nirmala UI" w:eastAsia="Nirmala UI" w:cs="Nirmala UI"/>
        </w:rPr>
        <w:t xml:space="preserve"> </w:t>
      </w:r>
      <w:r>
        <w:rPr>
          <w:rFonts w:ascii="Malgun Gothic" w:hAnsi="Malgun Gothic" w:eastAsia="Malgun Gothic" w:cs="Malgun Gothic"/>
        </w:rPr>
        <w:t>그를</w:t>
      </w:r>
      <w:r>
        <w:rPr>
          <w:rFonts w:ascii="Nirmala UI" w:hAnsi="Nirmala UI" w:eastAsia="Nirmala UI" w:cs="Nirmala UI"/>
        </w:rPr>
        <w:t xml:space="preserve"> </w:t>
      </w:r>
      <w:r>
        <w:rPr>
          <w:rFonts w:ascii="Malgun Gothic" w:hAnsi="Malgun Gothic" w:eastAsia="Malgun Gothic" w:cs="Malgun Gothic"/>
        </w:rPr>
        <w:t>추격하여</w:t>
      </w:r>
      <w:r>
        <w:rPr>
          <w:rFonts w:ascii="Nirmala UI" w:hAnsi="Nirmala UI" w:eastAsia="Nirmala UI" w:cs="Nirmala UI"/>
        </w:rPr>
        <w:t xml:space="preserve"> </w:t>
      </w:r>
      <w:r>
        <w:rPr>
          <w:rFonts w:ascii="Malgun Gothic" w:hAnsi="Malgun Gothic" w:eastAsia="Malgun Gothic" w:cs="Malgun Gothic"/>
        </w:rPr>
        <w:t>시돈을</w:t>
      </w:r>
      <w:r>
        <w:rPr>
          <w:rFonts w:ascii="Nirmala UI" w:hAnsi="Nirmala UI" w:eastAsia="Nirmala UI" w:cs="Nirmala UI"/>
        </w:rPr>
        <w:t xml:space="preserve"> ‘</w:t>
      </w:r>
      <w:r>
        <w:rPr>
          <w:rFonts w:ascii="Malgun Gothic" w:hAnsi="Malgun Gothic" w:eastAsia="Malgun Gothic" w:cs="Malgun Gothic"/>
        </w:rPr>
        <w:t>포위</w:t>
      </w:r>
      <w:r>
        <w:rPr>
          <w:rFonts w:ascii="Nirmala UI" w:hAnsi="Nirmala UI" w:eastAsia="Nirmala UI" w:cs="Nirmala UI"/>
        </w:rPr>
        <w:t>’</w:t>
      </w:r>
      <w:r>
        <w:rPr>
          <w:rFonts w:ascii="Malgun Gothic" w:hAnsi="Malgun Gothic" w:eastAsia="Malgun Gothic" w:cs="Malgun Gothic"/>
        </w:rPr>
        <w:t>하였다</w:t>
      </w:r>
      <w:r>
        <w:rPr>
          <w:rFonts w:ascii="Nirmala UI" w:hAnsi="Nirmala UI" w:eastAsia="Nirmala UI" w:cs="Nirmala UI"/>
        </w:rPr>
        <w:t xml:space="preserve">. </w:t>
      </w:r>
      <w:r>
        <w:rPr>
          <w:rFonts w:ascii="Malgun Gothic" w:hAnsi="Malgun Gothic" w:eastAsia="Malgun Gothic" w:cs="Malgun Gothic"/>
        </w:rPr>
        <w:t>알렉산드리아의</w:t>
      </w:r>
      <w:r>
        <w:rPr>
          <w:rFonts w:ascii="Nirmala UI" w:hAnsi="Nirmala UI" w:eastAsia="Nirmala UI" w:cs="Nirmala UI"/>
        </w:rPr>
        <w:t xml:space="preserve"> </w:t>
      </w:r>
      <w:r>
        <w:rPr>
          <w:rFonts w:ascii="Malgun Gothic" w:hAnsi="Malgun Gothic" w:eastAsia="Malgun Gothic" w:cs="Malgun Gothic"/>
        </w:rPr>
        <w:t>프톨레마이오스</w:t>
      </w:r>
      <w:r>
        <w:rPr>
          <w:rFonts w:ascii="Nirmala UI" w:hAnsi="Nirmala UI" w:eastAsia="Nirmala UI" w:cs="Nirmala UI"/>
        </w:rPr>
        <w:t xml:space="preserve"> </w:t>
      </w:r>
      <w:r>
        <w:rPr>
          <w:rFonts w:ascii="Malgun Gothic" w:hAnsi="Malgun Gothic" w:eastAsia="Malgun Gothic" w:cs="Malgun Gothic"/>
        </w:rPr>
        <w:t>정부는</w:t>
      </w:r>
      <w:r>
        <w:rPr>
          <w:rFonts w:ascii="Nirmala UI" w:hAnsi="Nirmala UI" w:eastAsia="Nirmala UI" w:cs="Nirmala UI"/>
        </w:rPr>
        <w:t xml:space="preserve"> </w:t>
      </w:r>
      <w:r>
        <w:rPr>
          <w:rFonts w:ascii="Malgun Gothic" w:hAnsi="Malgun Gothic" w:eastAsia="Malgun Gothic" w:cs="Malgun Gothic"/>
        </w:rPr>
        <w:t>구원군을</w:t>
      </w:r>
      <w:r>
        <w:rPr>
          <w:rFonts w:ascii="Nirmala UI" w:hAnsi="Nirmala UI" w:eastAsia="Nirmala UI" w:cs="Nirmala UI"/>
        </w:rPr>
        <w:t xml:space="preserve"> </w:t>
      </w:r>
      <w:r>
        <w:rPr>
          <w:rFonts w:ascii="Malgun Gothic" w:hAnsi="Malgun Gothic" w:eastAsia="Malgun Gothic" w:cs="Malgun Gothic"/>
        </w:rPr>
        <w:t>보냈으나</w:t>
      </w:r>
      <w:r>
        <w:rPr>
          <w:rFonts w:ascii="Nirmala UI" w:hAnsi="Nirmala UI" w:eastAsia="Nirmala UI" w:cs="Nirmala UI"/>
        </w:rPr>
        <w:t xml:space="preserve"> </w:t>
      </w:r>
      <w:r>
        <w:rPr>
          <w:rFonts w:ascii="Malgun Gothic" w:hAnsi="Malgun Gothic" w:eastAsia="Malgun Gothic" w:cs="Malgun Gothic"/>
        </w:rPr>
        <w:t>실패하였다</w:t>
      </w:r>
      <w:r>
        <w:rPr>
          <w:rFonts w:ascii="Nirmala UI" w:hAnsi="Nirmala UI" w:eastAsia="Nirmala UI" w:cs="Nirmala UI"/>
        </w:rPr>
        <w:t xml:space="preserve">. </w:t>
      </w:r>
      <w:r>
        <w:rPr>
          <w:rFonts w:ascii="Malgun Gothic" w:hAnsi="Malgun Gothic" w:eastAsia="Malgun Gothic" w:cs="Malgun Gothic"/>
        </w:rPr>
        <w:t>기아에</w:t>
      </w:r>
      <w:r>
        <w:rPr>
          <w:rFonts w:ascii="Nirmala UI" w:hAnsi="Nirmala UI" w:eastAsia="Nirmala UI" w:cs="Nirmala UI"/>
        </w:rPr>
        <w:t xml:space="preserve"> </w:t>
      </w:r>
      <w:r>
        <w:rPr>
          <w:rFonts w:ascii="Malgun Gothic" w:hAnsi="Malgun Gothic" w:eastAsia="Malgun Gothic" w:cs="Malgun Gothic"/>
        </w:rPr>
        <w:t>직면한</w:t>
      </w:r>
      <w:r>
        <w:rPr>
          <w:rFonts w:ascii="Nirmala UI" w:hAnsi="Nirmala UI" w:eastAsia="Nirmala UI" w:cs="Nirmala UI"/>
        </w:rPr>
        <w:t xml:space="preserve"> </w:t>
      </w:r>
      <w:r>
        <w:rPr>
          <w:rFonts w:ascii="Malgun Gothic" w:hAnsi="Malgun Gothic" w:eastAsia="Malgun Gothic" w:cs="Malgun Gothic"/>
        </w:rPr>
        <w:t>스코파스는</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성읍을</w:t>
      </w:r>
      <w:r>
        <w:rPr>
          <w:rFonts w:ascii="Nirmala UI" w:hAnsi="Nirmala UI" w:eastAsia="Nirmala UI" w:cs="Nirmala UI"/>
        </w:rPr>
        <w:t xml:space="preserve"> </w:t>
      </w:r>
      <w:r>
        <w:rPr>
          <w:rFonts w:ascii="Malgun Gothic" w:hAnsi="Malgun Gothic" w:eastAsia="Malgun Gothic" w:cs="Malgun Gothic"/>
        </w:rPr>
        <w:t>항복하였다</w:t>
      </w:r>
      <w:r>
        <w:rPr>
          <w:rFonts w:ascii="Nirmala UI" w:hAnsi="Nirmala UI" w:eastAsia="Nirmala UI" w:cs="Nirmala UI"/>
        </w:rPr>
        <w:t xml:space="preserve">. </w:t>
      </w:r>
      <w:r>
        <w:rPr>
          <w:rFonts w:ascii="Malgun Gothic" w:hAnsi="Malgun Gothic" w:eastAsia="Malgun Gothic" w:cs="Malgun Gothic"/>
        </w:rPr>
        <w:t>안티오코스는</w:t>
      </w:r>
      <w:r>
        <w:rPr>
          <w:rFonts w:ascii="Nirmala UI" w:hAnsi="Nirmala UI" w:eastAsia="Nirmala UI" w:cs="Nirmala UI"/>
        </w:rPr>
        <w:t xml:space="preserve"> </w:t>
      </w:r>
      <w:r>
        <w:rPr>
          <w:rFonts w:ascii="Malgun Gothic" w:hAnsi="Malgun Gothic" w:eastAsia="Malgun Gothic" w:cs="Malgun Gothic"/>
        </w:rPr>
        <w:t>스코파스가</w:t>
      </w:r>
      <w:r>
        <w:rPr>
          <w:rFonts w:ascii="Nirmala UI" w:hAnsi="Nirmala UI" w:eastAsia="Nirmala UI" w:cs="Nirmala UI"/>
        </w:rPr>
        <w:t xml:space="preserve"> </w:t>
      </w:r>
      <w:r>
        <w:rPr>
          <w:rFonts w:ascii="Malgun Gothic" w:hAnsi="Malgun Gothic" w:eastAsia="Malgun Gothic" w:cs="Malgun Gothic"/>
        </w:rPr>
        <w:t>떠나는</w:t>
      </w:r>
      <w:r>
        <w:rPr>
          <w:rFonts w:ascii="Nirmala UI" w:hAnsi="Nirmala UI" w:eastAsia="Nirmala UI" w:cs="Nirmala UI"/>
        </w:rPr>
        <w:t xml:space="preserve"> </w:t>
      </w:r>
      <w:r>
        <w:rPr>
          <w:rFonts w:ascii="Malgun Gothic" w:hAnsi="Malgun Gothic" w:eastAsia="Malgun Gothic" w:cs="Malgun Gothic"/>
        </w:rPr>
        <w:t>것을</w:t>
      </w:r>
      <w:r>
        <w:rPr>
          <w:rFonts w:ascii="Nirmala UI" w:hAnsi="Nirmala UI" w:eastAsia="Nirmala UI" w:cs="Nirmala UI"/>
        </w:rPr>
        <w:t xml:space="preserve"> </w:t>
      </w:r>
      <w:r>
        <w:rPr>
          <w:rFonts w:ascii="Malgun Gothic" w:hAnsi="Malgun Gothic" w:eastAsia="Malgun Gothic" w:cs="Malgun Gothic"/>
        </w:rPr>
        <w:t>허락하였고</w:t>
      </w:r>
      <w:r>
        <w:rPr>
          <w:rFonts w:ascii="Nirmala UI" w:hAnsi="Nirmala UI" w:eastAsia="Nirmala UI" w:cs="Nirmala UI"/>
        </w:rPr>
        <w:t xml:space="preserve">, </w:t>
      </w:r>
      <w:r>
        <w:rPr>
          <w:rFonts w:ascii="Malgun Gothic" w:hAnsi="Malgun Gothic" w:eastAsia="Malgun Gothic" w:cs="Malgun Gothic"/>
        </w:rPr>
        <w:t>스코파스는</w:t>
      </w:r>
      <w:r>
        <w:rPr>
          <w:rFonts w:ascii="Nirmala UI" w:hAnsi="Nirmala UI" w:eastAsia="Nirmala UI" w:cs="Nirmala UI"/>
        </w:rPr>
        <w:t xml:space="preserve"> </w:t>
      </w:r>
      <w:r>
        <w:rPr>
          <w:rFonts w:ascii="Malgun Gothic" w:hAnsi="Malgun Gothic" w:eastAsia="Malgun Gothic" w:cs="Malgun Gothic"/>
        </w:rPr>
        <w:t>후에</w:t>
      </w:r>
      <w:r>
        <w:rPr>
          <w:rFonts w:ascii="Nirmala UI" w:hAnsi="Nirmala UI" w:eastAsia="Nirmala UI" w:cs="Nirmala UI"/>
        </w:rPr>
        <w:t xml:space="preserve"> </w:t>
      </w:r>
      <w:r>
        <w:rPr>
          <w:rFonts w:ascii="Malgun Gothic" w:hAnsi="Malgun Gothic" w:eastAsia="Malgun Gothic" w:cs="Malgun Gothic"/>
        </w:rPr>
        <w:t>애굽으로</w:t>
      </w:r>
      <w:r>
        <w:rPr>
          <w:rFonts w:ascii="Nirmala UI" w:hAnsi="Nirmala UI" w:eastAsia="Nirmala UI" w:cs="Nirmala UI"/>
        </w:rPr>
        <w:t xml:space="preserve"> </w:t>
      </w:r>
      <w:r>
        <w:rPr>
          <w:rFonts w:ascii="Malgun Gothic" w:hAnsi="Malgun Gothic" w:eastAsia="Malgun Gothic" w:cs="Malgun Gothic"/>
        </w:rPr>
        <w:t>돌아갔으나</w:t>
      </w:r>
      <w:r>
        <w:rPr>
          <w:rFonts w:ascii="Nirmala UI" w:hAnsi="Nirmala UI" w:eastAsia="Nirmala UI" w:cs="Nirmala UI"/>
        </w:rPr>
        <w:t xml:space="preserve">, </w:t>
      </w:r>
      <w:r>
        <w:rPr>
          <w:rFonts w:ascii="Malgun Gothic" w:hAnsi="Malgun Gothic" w:eastAsia="Malgun Gothic" w:cs="Malgun Gothic"/>
        </w:rPr>
        <w:t>마침내</w:t>
      </w:r>
      <w:r>
        <w:rPr>
          <w:rFonts w:ascii="Nirmala UI" w:hAnsi="Nirmala UI" w:eastAsia="Nirmala UI" w:cs="Nirmala UI"/>
        </w:rPr>
        <w:t xml:space="preserve"> </w:t>
      </w:r>
      <w:r>
        <w:rPr>
          <w:rFonts w:ascii="Malgun Gothic" w:hAnsi="Malgun Gothic" w:eastAsia="Malgun Gothic" w:cs="Malgun Gothic"/>
        </w:rPr>
        <w:t>반역과</w:t>
      </w:r>
      <w:r>
        <w:rPr>
          <w:rFonts w:ascii="Nirmala UI" w:hAnsi="Nirmala UI" w:eastAsia="Nirmala UI" w:cs="Nirmala UI"/>
        </w:rPr>
        <w:t xml:space="preserve"> </w:t>
      </w:r>
      <w:r>
        <w:rPr>
          <w:rFonts w:ascii="Malgun Gothic" w:hAnsi="Malgun Gothic" w:eastAsia="Malgun Gothic" w:cs="Malgun Gothic"/>
        </w:rPr>
        <w:t>횡령의</w:t>
      </w:r>
      <w:r>
        <w:rPr>
          <w:rFonts w:ascii="Nirmala UI" w:hAnsi="Nirmala UI" w:eastAsia="Nirmala UI" w:cs="Nirmala UI"/>
        </w:rPr>
        <w:t xml:space="preserve"> </w:t>
      </w:r>
      <w:r>
        <w:rPr>
          <w:rFonts w:ascii="Malgun Gothic" w:hAnsi="Malgun Gothic" w:eastAsia="Malgun Gothic" w:cs="Malgun Gothic"/>
        </w:rPr>
        <w:t>혐의로</w:t>
      </w:r>
      <w:r>
        <w:rPr>
          <w:rFonts w:ascii="Nirmala UI" w:hAnsi="Nirmala UI" w:eastAsia="Nirmala UI" w:cs="Nirmala UI"/>
        </w:rPr>
        <w:t xml:space="preserve"> </w:t>
      </w:r>
      <w:r>
        <w:rPr>
          <w:rFonts w:ascii="Malgun Gothic" w:hAnsi="Malgun Gothic" w:eastAsia="Malgun Gothic" w:cs="Malgun Gothic"/>
        </w:rPr>
        <w:t>처형되었다</w:t>
      </w:r>
      <w:r>
        <w:rPr>
          <w:rFonts w:ascii="Nirmala UI" w:hAnsi="Nirmala UI" w:eastAsia="Nirmala UI" w:cs="Nirmala UI"/>
        </w:rPr>
        <w:t xml:space="preserve">. </w:t>
      </w:r>
      <w:r>
        <w:rPr>
          <w:rFonts w:ascii="Malgun Gothic" w:hAnsi="Malgun Gothic" w:eastAsia="Malgun Gothic" w:cs="Malgun Gothic"/>
        </w:rPr>
        <w:t>시돈</w:t>
      </w:r>
      <w:r>
        <w:rPr>
          <w:rFonts w:ascii="Nirmala UI" w:hAnsi="Nirmala UI" w:eastAsia="Nirmala UI" w:cs="Nirmala UI"/>
        </w:rPr>
        <w:t xml:space="preserve"> </w:t>
      </w:r>
      <w:r>
        <w:rPr>
          <w:rFonts w:ascii="Malgun Gothic" w:hAnsi="Malgun Gothic" w:eastAsia="Malgun Gothic" w:cs="Malgun Gothic"/>
        </w:rPr>
        <w:t>포위는</w:t>
      </w:r>
      <w:r>
        <w:rPr>
          <w:rFonts w:ascii="Nirmala UI" w:hAnsi="Nirmala UI" w:eastAsia="Nirmala UI" w:cs="Nirmala UI"/>
        </w:rPr>
        <w:t xml:space="preserve"> </w:t>
      </w:r>
      <w:r>
        <w:rPr>
          <w:rFonts w:ascii="Malgun Gothic" w:hAnsi="Malgun Gothic" w:eastAsia="Malgun Gothic" w:cs="Malgun Gothic"/>
        </w:rPr>
        <w:t>파니움</w:t>
      </w:r>
      <w:r>
        <w:rPr>
          <w:rFonts w:ascii="Nirmala UI" w:hAnsi="Nirmala UI" w:eastAsia="Nirmala UI" w:cs="Nirmala UI"/>
        </w:rPr>
        <w:t xml:space="preserve"> </w:t>
      </w:r>
      <w:r>
        <w:rPr>
          <w:rFonts w:ascii="Malgun Gothic" w:hAnsi="Malgun Gothic" w:eastAsia="Malgun Gothic" w:cs="Malgun Gothic"/>
        </w:rPr>
        <w:t>이후</w:t>
      </w:r>
      <w:r>
        <w:rPr>
          <w:rFonts w:ascii="Nirmala UI" w:hAnsi="Nirmala UI" w:eastAsia="Nirmala UI" w:cs="Nirmala UI"/>
        </w:rPr>
        <w:t xml:space="preserve"> </w:t>
      </w:r>
      <w:r>
        <w:rPr>
          <w:rFonts w:ascii="Malgun Gothic" w:hAnsi="Malgun Gothic" w:eastAsia="Malgun Gothic" w:cs="Malgun Gothic"/>
        </w:rPr>
        <w:t>안티오코스의</w:t>
      </w:r>
      <w:r>
        <w:rPr>
          <w:rFonts w:ascii="Nirmala UI" w:hAnsi="Nirmala UI" w:eastAsia="Nirmala UI" w:cs="Nirmala UI"/>
        </w:rPr>
        <w:t xml:space="preserve"> </w:t>
      </w:r>
      <w:r>
        <w:rPr>
          <w:rFonts w:ascii="Malgun Gothic" w:hAnsi="Malgun Gothic" w:eastAsia="Malgun Gothic" w:cs="Malgun Gothic"/>
        </w:rPr>
        <w:t>코엘레</w:t>
      </w:r>
      <w:r>
        <w:rPr>
          <w:rFonts w:ascii="Nirmala UI" w:hAnsi="Nirmala UI" w:eastAsia="Nirmala UI" w:cs="Nirmala UI"/>
        </w:rPr>
        <w:t>-</w:t>
      </w:r>
      <w:r>
        <w:rPr>
          <w:rFonts w:ascii="Malgun Gothic" w:hAnsi="Malgun Gothic" w:eastAsia="Malgun Gothic" w:cs="Malgun Gothic"/>
        </w:rPr>
        <w:t>시리아</w:t>
      </w:r>
      <w:r>
        <w:rPr>
          <w:rFonts w:ascii="Nirmala UI" w:hAnsi="Nirmala UI" w:eastAsia="Nirmala UI" w:cs="Nirmala UI"/>
        </w:rPr>
        <w:t xml:space="preserve"> </w:t>
      </w:r>
      <w:r>
        <w:rPr>
          <w:rFonts w:ascii="Malgun Gothic" w:hAnsi="Malgun Gothic" w:eastAsia="Malgun Gothic" w:cs="Malgun Gothic"/>
        </w:rPr>
        <w:t>정복을</w:t>
      </w:r>
      <w:r>
        <w:rPr>
          <w:rFonts w:ascii="Nirmala UI" w:hAnsi="Nirmala UI" w:eastAsia="Nirmala UI" w:cs="Nirmala UI"/>
        </w:rPr>
        <w:t xml:space="preserve"> </w:t>
      </w:r>
      <w:r>
        <w:rPr>
          <w:rFonts w:ascii="Malgun Gothic" w:hAnsi="Malgun Gothic" w:eastAsia="Malgun Gothic" w:cs="Malgun Gothic"/>
        </w:rPr>
        <w:t>완결하였다</w:t>
      </w:r>
      <w:r>
        <w:rPr>
          <w:rFonts w:ascii="Nirmala UI" w:hAnsi="Nirmala UI" w:eastAsia="Nirmala UI" w:cs="Nirmala UI"/>
        </w:rPr>
        <w:t>.</w:t>
      </w:r>
    </w:p>
    <w:p>
      <w:pPr>
        <w:pStyle w:val="ArticleBody"/>
        <w:jc w:val="left"/>
      </w:pPr>
      <w:r>
        <w:rPr>
          <w:rFonts w:ascii="Nirmala UI" w:hAnsi="Nirmala UI" w:eastAsia="Nirmala UI" w:cs="Nirmala UI"/>
        </w:rPr>
        <w:t>Udadewethu uWhite ubiza incwadi kaUriah Smith, Daniel and the Revelation, ngokuthi “isandla sikaNkulunkulu esisizayo.” USmith uchaza umkhankaso ka-Antiochus wezigaba ezimbili ekuphawuleni kwakhe ngamavesi eshumi nane neshumi nanhlanu kaDaniyeli ishumi nanye.</w:t>
      </w:r>
    </w:p>
    <w:p>
      <w:pPr>
        <w:pStyle w:val="ArticleScripture"/>
        <w:jc w:val="left"/>
      </w:pPr>
      <w:r>
        <w:rPr>
          <w:rFonts w:ascii="Malgun Gothic" w:hAnsi="Malgun Gothic" w:eastAsia="Malgun Gothic" w:cs="Malgun Gothic"/>
        </w:rPr>
        <w:t>쿠모비가</w:t>
      </w:r>
      <w:r>
        <w:rPr>
          <w:rFonts w:ascii="Nirmala UI" w:hAnsi="Nirmala UI" w:eastAsia="Nirmala UI" w:cs="Nirmala UI"/>
        </w:rPr>
        <w:t xml:space="preserve"> </w:t>
      </w:r>
      <w:r>
        <w:rPr>
          <w:rFonts w:ascii="Malgun Gothic" w:hAnsi="Malgun Gothic" w:eastAsia="Malgun Gothic" w:cs="Malgun Gothic"/>
        </w:rPr>
        <w:t>로마</w:t>
      </w:r>
      <w:r>
        <w:rPr>
          <w:rFonts w:ascii="Nirmala UI" w:hAnsi="Nirmala UI" w:eastAsia="Nirmala UI" w:cs="Nirmala UI"/>
        </w:rPr>
        <w:t xml:space="preserve"> </w:t>
      </w:r>
      <w:r>
        <w:rPr>
          <w:rFonts w:ascii="Malgun Gothic" w:hAnsi="Malgun Gothic" w:eastAsia="Malgun Gothic" w:cs="Malgun Gothic"/>
        </w:rPr>
        <w:t>원로원에</w:t>
      </w:r>
      <w:r>
        <w:rPr>
          <w:rFonts w:ascii="Nirmala UI" w:hAnsi="Nirmala UI" w:eastAsia="Nirmala UI" w:cs="Nirmala UI"/>
        </w:rPr>
        <w:t xml:space="preserve"> </w:t>
      </w:r>
      <w:r>
        <w:rPr>
          <w:rFonts w:ascii="Malgun Gothic" w:hAnsi="Malgun Gothic" w:eastAsia="Malgun Gothic" w:cs="Malgun Gothic"/>
        </w:rPr>
        <w:t>의해</w:t>
      </w:r>
      <w:r>
        <w:rPr>
          <w:rFonts w:ascii="Nirmala UI" w:hAnsi="Nirmala UI" w:eastAsia="Nirmala UI" w:cs="Nirmala UI"/>
        </w:rPr>
        <w:t xml:space="preserve"> M. </w:t>
      </w:r>
      <w:r>
        <w:rPr>
          <w:rFonts w:ascii="Malgun Gothic" w:hAnsi="Malgun Gothic" w:eastAsia="Malgun Gothic" w:cs="Malgun Gothic"/>
        </w:rPr>
        <w:t>에밀리우스</w:t>
      </w:r>
      <w:r>
        <w:rPr>
          <w:rFonts w:ascii="Nirmala UI" w:hAnsi="Nirmala UI" w:eastAsia="Nirmala UI" w:cs="Nirmala UI"/>
        </w:rPr>
        <w:t xml:space="preserve"> </w:t>
      </w:r>
      <w:r>
        <w:rPr>
          <w:rFonts w:ascii="Malgun Gothic" w:hAnsi="Malgun Gothic" w:eastAsia="Malgun Gothic" w:cs="Malgun Gothic"/>
        </w:rPr>
        <w:t>레피두스에게</w:t>
      </w:r>
      <w:r>
        <w:rPr>
          <w:rFonts w:ascii="Nirmala UI" w:hAnsi="Nirmala UI" w:eastAsia="Nirmala UI" w:cs="Nirmala UI"/>
        </w:rPr>
        <w:t xml:space="preserve"> </w:t>
      </w:r>
      <w:r>
        <w:rPr>
          <w:rFonts w:ascii="Malgun Gothic" w:hAnsi="Malgun Gothic" w:eastAsia="Malgun Gothic" w:cs="Malgun Gothic"/>
        </w:rPr>
        <w:t>위탁되었고</w:t>
      </w:r>
      <w:r>
        <w:rPr>
          <w:rFonts w:ascii="Nirmala UI" w:hAnsi="Nirmala UI" w:eastAsia="Nirmala UI" w:cs="Nirmala UI"/>
        </w:rPr>
        <w:t xml:space="preserve">, </w:t>
      </w:r>
      <w:r>
        <w:rPr>
          <w:rFonts w:ascii="Malgun Gothic" w:hAnsi="Malgun Gothic" w:eastAsia="Malgun Gothic" w:cs="Malgun Gothic"/>
        </w:rPr>
        <w:t>그는</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궁정의</w:t>
      </w:r>
      <w:r>
        <w:rPr>
          <w:rFonts w:ascii="Nirmala UI" w:hAnsi="Nirmala UI" w:eastAsia="Nirmala UI" w:cs="Nirmala UI"/>
        </w:rPr>
        <w:t xml:space="preserve"> </w:t>
      </w:r>
      <w:r>
        <w:rPr>
          <w:rFonts w:ascii="Malgun Gothic" w:hAnsi="Malgun Gothic" w:eastAsia="Malgun Gothic" w:cs="Malgun Gothic"/>
        </w:rPr>
        <w:t>늙고</w:t>
      </w:r>
      <w:r>
        <w:rPr>
          <w:rFonts w:ascii="Nirmala UI" w:hAnsi="Nirmala UI" w:eastAsia="Nirmala UI" w:cs="Nirmala UI"/>
        </w:rPr>
        <w:t xml:space="preserve"> </w:t>
      </w:r>
      <w:r>
        <w:rPr>
          <w:rFonts w:ascii="Malgun Gothic" w:hAnsi="Malgun Gothic" w:eastAsia="Malgun Gothic" w:cs="Malgun Gothic"/>
        </w:rPr>
        <w:t>경험</w:t>
      </w:r>
      <w:r>
        <w:rPr>
          <w:rFonts w:ascii="Nirmala UI" w:hAnsi="Nirmala UI" w:eastAsia="Nirmala UI" w:cs="Nirmala UI"/>
        </w:rPr>
        <w:t xml:space="preserve"> </w:t>
      </w:r>
      <w:r>
        <w:rPr>
          <w:rFonts w:ascii="Malgun Gothic" w:hAnsi="Malgun Gothic" w:eastAsia="Malgun Gothic" w:cs="Malgun Gothic"/>
        </w:rPr>
        <w:t>많은</w:t>
      </w:r>
      <w:r>
        <w:rPr>
          <w:rFonts w:ascii="Nirmala UI" w:hAnsi="Nirmala UI" w:eastAsia="Nirmala UI" w:cs="Nirmala UI"/>
        </w:rPr>
        <w:t xml:space="preserve"> </w:t>
      </w:r>
      <w:r>
        <w:rPr>
          <w:rFonts w:ascii="Malgun Gothic" w:hAnsi="Malgun Gothic" w:eastAsia="Malgun Gothic" w:cs="Malgun Gothic"/>
        </w:rPr>
        <w:t>대신</w:t>
      </w:r>
      <w:r>
        <w:rPr>
          <w:rFonts w:ascii="Nirmala UI" w:hAnsi="Nirmala UI" w:eastAsia="Nirmala UI" w:cs="Nirmala UI"/>
        </w:rPr>
        <w:t xml:space="preserve"> </w:t>
      </w:r>
      <w:r>
        <w:rPr>
          <w:rFonts w:ascii="Malgun Gothic" w:hAnsi="Malgun Gothic" w:eastAsia="Malgun Gothic" w:cs="Malgun Gothic"/>
        </w:rPr>
        <w:t>아리스토메네스를</w:t>
      </w:r>
      <w:r>
        <w:rPr>
          <w:rFonts w:ascii="Nirmala UI" w:hAnsi="Nirmala UI" w:eastAsia="Nirmala UI" w:cs="Nirmala UI"/>
        </w:rPr>
        <w:t xml:space="preserve"> </w:t>
      </w:r>
      <w:r>
        <w:rPr>
          <w:rFonts w:ascii="Malgun Gothic" w:hAnsi="Malgun Gothic" w:eastAsia="Malgun Gothic" w:cs="Malgun Gothic"/>
        </w:rPr>
        <w:t>그의</w:t>
      </w:r>
      <w:r>
        <w:rPr>
          <w:rFonts w:ascii="Nirmala UI" w:hAnsi="Nirmala UI" w:eastAsia="Nirmala UI" w:cs="Nirmala UI"/>
        </w:rPr>
        <w:t xml:space="preserve"> </w:t>
      </w:r>
      <w:r>
        <w:rPr>
          <w:rFonts w:ascii="Malgun Gothic" w:hAnsi="Malgun Gothic" w:eastAsia="Malgun Gothic" w:cs="Malgun Gothic"/>
        </w:rPr>
        <w:t>후견인으로</w:t>
      </w:r>
      <w:r>
        <w:rPr>
          <w:rFonts w:ascii="Nirmala UI" w:hAnsi="Nirmala UI" w:eastAsia="Nirmala UI" w:cs="Nirmala UI"/>
        </w:rPr>
        <w:t xml:space="preserve"> </w:t>
      </w:r>
      <w:r>
        <w:rPr>
          <w:rFonts w:ascii="Malgun Gothic" w:hAnsi="Malgun Gothic" w:eastAsia="Malgun Gothic" w:cs="Malgun Gothic"/>
        </w:rPr>
        <w:t>임명하였다</w:t>
      </w:r>
      <w:r>
        <w:rPr>
          <w:rFonts w:ascii="Nirmala UI" w:hAnsi="Nirmala UI" w:eastAsia="Nirmala UI" w:cs="Nirmala UI"/>
        </w:rPr>
        <w:t xml:space="preserve">. </w:t>
      </w:r>
      <w:r>
        <w:rPr>
          <w:rFonts w:ascii="Malgun Gothic" w:hAnsi="Malgun Gothic" w:eastAsia="Malgun Gothic" w:cs="Malgun Gothic"/>
        </w:rPr>
        <w:t>그의</w:t>
      </w:r>
      <w:r>
        <w:rPr>
          <w:rFonts w:ascii="Nirmala UI" w:hAnsi="Nirmala UI" w:eastAsia="Nirmala UI" w:cs="Nirmala UI"/>
        </w:rPr>
        <w:t xml:space="preserve"> </w:t>
      </w:r>
      <w:r>
        <w:rPr>
          <w:rFonts w:ascii="Malgun Gothic" w:hAnsi="Malgun Gothic" w:eastAsia="Malgun Gothic" w:cs="Malgun Gothic"/>
        </w:rPr>
        <w:t>첫</w:t>
      </w:r>
      <w:r>
        <w:rPr>
          <w:rFonts w:ascii="Nirmala UI" w:hAnsi="Nirmala UI" w:eastAsia="Nirmala UI" w:cs="Nirmala UI"/>
        </w:rPr>
        <w:t xml:space="preserve"> </w:t>
      </w:r>
      <w:r>
        <w:rPr>
          <w:rFonts w:ascii="Malgun Gothic" w:hAnsi="Malgun Gothic" w:eastAsia="Malgun Gothic" w:cs="Malgun Gothic"/>
        </w:rPr>
        <w:t>번째</w:t>
      </w:r>
      <w:r>
        <w:rPr>
          <w:rFonts w:ascii="Nirmala UI" w:hAnsi="Nirmala UI" w:eastAsia="Nirmala UI" w:cs="Nirmala UI"/>
        </w:rPr>
        <w:t xml:space="preserve"> </w:t>
      </w:r>
      <w:r>
        <w:rPr>
          <w:rFonts w:ascii="Malgun Gothic" w:hAnsi="Malgun Gothic" w:eastAsia="Malgun Gothic" w:cs="Malgun Gothic"/>
        </w:rPr>
        <w:t>조치는</w:t>
      </w:r>
      <w:r>
        <w:rPr>
          <w:rFonts w:ascii="Nirmala UI" w:hAnsi="Nirmala UI" w:eastAsia="Nirmala UI" w:cs="Nirmala UI"/>
        </w:rPr>
        <w:t xml:space="preserve"> </w:t>
      </w:r>
      <w:r>
        <w:rPr>
          <w:rFonts w:ascii="Malgun Gothic" w:hAnsi="Malgun Gothic" w:eastAsia="Malgun Gothic" w:cs="Malgun Gothic"/>
        </w:rPr>
        <w:t>동맹한</w:t>
      </w:r>
      <w:r>
        <w:rPr>
          <w:rFonts w:ascii="Nirmala UI" w:hAnsi="Nirmala UI" w:eastAsia="Nirmala UI" w:cs="Nirmala UI"/>
        </w:rPr>
        <w:t xml:space="preserve"> </w:t>
      </w:r>
      <w:r>
        <w:rPr>
          <w:rFonts w:ascii="Malgun Gothic" w:hAnsi="Malgun Gothic" w:eastAsia="Malgun Gothic" w:cs="Malgun Gothic"/>
        </w:rPr>
        <w:t>두</w:t>
      </w:r>
      <w:r>
        <w:rPr>
          <w:rFonts w:ascii="Nirmala UI" w:hAnsi="Nirmala UI" w:eastAsia="Nirmala UI" w:cs="Nirmala UI"/>
        </w:rPr>
        <w:t xml:space="preserve"> </w:t>
      </w:r>
      <w:r>
        <w:rPr>
          <w:rFonts w:ascii="Malgun Gothic" w:hAnsi="Malgun Gothic" w:eastAsia="Malgun Gothic" w:cs="Malgun Gothic"/>
        </w:rPr>
        <w:t>왕</w:t>
      </w:r>
      <w:r>
        <w:rPr>
          <w:rFonts w:ascii="Nirmala UI" w:hAnsi="Nirmala UI" w:eastAsia="Nirmala UI" w:cs="Nirmala UI"/>
        </w:rPr>
        <w:t xml:space="preserve">, </w:t>
      </w:r>
      <w:r>
        <w:rPr>
          <w:rFonts w:ascii="Malgun Gothic" w:hAnsi="Malgun Gothic" w:eastAsia="Malgun Gothic" w:cs="Malgun Gothic"/>
        </w:rPr>
        <w:t>곧</w:t>
      </w:r>
      <w:r>
        <w:rPr>
          <w:rFonts w:ascii="Nirmala UI" w:hAnsi="Nirmala UI" w:eastAsia="Nirmala UI" w:cs="Nirmala UI"/>
        </w:rPr>
        <w:t xml:space="preserve"> </w:t>
      </w:r>
      <w:r>
        <w:rPr>
          <w:rFonts w:ascii="Malgun Gothic" w:hAnsi="Malgun Gothic" w:eastAsia="Malgun Gothic" w:cs="Malgun Gothic"/>
        </w:rPr>
        <w:t>필리포스와</w:t>
      </w:r>
      <w:r>
        <w:rPr>
          <w:rFonts w:ascii="Nirmala UI" w:hAnsi="Nirmala UI" w:eastAsia="Nirmala UI" w:cs="Nirmala UI"/>
        </w:rPr>
        <w:t xml:space="preserve"> </w:t>
      </w:r>
      <w:r>
        <w:rPr>
          <w:rFonts w:ascii="Malgun Gothic" w:hAnsi="Malgun Gothic" w:eastAsia="Malgun Gothic" w:cs="Malgun Gothic"/>
        </w:rPr>
        <w:t>안티오코스의</w:t>
      </w:r>
      <w:r>
        <w:rPr>
          <w:rFonts w:ascii="Nirmala UI" w:hAnsi="Nirmala UI" w:eastAsia="Nirmala UI" w:cs="Nirmala UI"/>
        </w:rPr>
        <w:t xml:space="preserve"> </w:t>
      </w:r>
      <w:r>
        <w:rPr>
          <w:rFonts w:ascii="Malgun Gothic" w:hAnsi="Malgun Gothic" w:eastAsia="Malgun Gothic" w:cs="Malgun Gothic"/>
        </w:rPr>
        <w:t>위협적인</w:t>
      </w:r>
      <w:r>
        <w:rPr>
          <w:rFonts w:ascii="Nirmala UI" w:hAnsi="Nirmala UI" w:eastAsia="Nirmala UI" w:cs="Nirmala UI"/>
        </w:rPr>
        <w:t xml:space="preserve"> </w:t>
      </w:r>
      <w:r>
        <w:rPr>
          <w:rFonts w:ascii="Malgun Gothic" w:hAnsi="Malgun Gothic" w:eastAsia="Malgun Gothic" w:cs="Malgun Gothic"/>
        </w:rPr>
        <w:t>침공에</w:t>
      </w:r>
      <w:r>
        <w:rPr>
          <w:rFonts w:ascii="Nirmala UI" w:hAnsi="Nirmala UI" w:eastAsia="Nirmala UI" w:cs="Nirmala UI"/>
        </w:rPr>
        <w:t xml:space="preserve"> </w:t>
      </w:r>
      <w:r>
        <w:rPr>
          <w:rFonts w:ascii="Malgun Gothic" w:hAnsi="Malgun Gothic" w:eastAsia="Malgun Gothic" w:cs="Malgun Gothic"/>
        </w:rPr>
        <w:t>대비하는</w:t>
      </w:r>
      <w:r>
        <w:rPr>
          <w:rFonts w:ascii="Nirmala UI" w:hAnsi="Nirmala UI" w:eastAsia="Nirmala UI" w:cs="Nirmala UI"/>
        </w:rPr>
        <w:t xml:space="preserve"> </w:t>
      </w:r>
      <w:r>
        <w:rPr>
          <w:rFonts w:ascii="Malgun Gothic" w:hAnsi="Malgun Gothic" w:eastAsia="Malgun Gothic" w:cs="Malgun Gothic"/>
        </w:rPr>
        <w:t>것이었다</w:t>
      </w:r>
      <w:r>
        <w:rPr>
          <w:rFonts w:ascii="Nirmala UI" w:hAnsi="Nirmala UI" w:eastAsia="Nirmala UI" w:cs="Nirmala UI"/>
        </w:rPr>
        <w:t>.</w:t>
      </w:r>
    </w:p>
    <w:p>
      <w:pPr>
        <w:pStyle w:val="ArticleScripture"/>
        <w:jc w:val="left"/>
      </w:pPr>
      <w:r>
        <w:rPr>
          <w:rFonts w:ascii="Nirmala UI" w:hAnsi="Nirmala UI" w:eastAsia="Nirmala UI" w:cs="Nirmala UI"/>
        </w:rPr>
        <w:t>“</w:t>
      </w:r>
      <w:r>
        <w:rPr>
          <w:rFonts w:ascii="Malgun Gothic" w:hAnsi="Malgun Gothic" w:eastAsia="Malgun Gothic" w:cs="Malgun Gothic"/>
        </w:rPr>
        <w:t>이</w:t>
      </w:r>
      <w:r>
        <w:rPr>
          <w:rFonts w:ascii="Nirmala UI" w:hAnsi="Nirmala UI" w:eastAsia="Nirmala UI" w:cs="Nirmala UI"/>
        </w:rPr>
        <w:t xml:space="preserve"> </w:t>
      </w:r>
      <w:r>
        <w:rPr>
          <w:rFonts w:ascii="Malgun Gothic" w:hAnsi="Malgun Gothic" w:eastAsia="Malgun Gothic" w:cs="Malgun Gothic"/>
        </w:rPr>
        <w:t>목적을</w:t>
      </w:r>
      <w:r>
        <w:rPr>
          <w:rFonts w:ascii="Nirmala UI" w:hAnsi="Nirmala UI" w:eastAsia="Nirmala UI" w:cs="Nirmala UI"/>
        </w:rPr>
        <w:t xml:space="preserve"> </w:t>
      </w:r>
      <w:r>
        <w:rPr>
          <w:rFonts w:ascii="Malgun Gothic" w:hAnsi="Malgun Gothic" w:eastAsia="Malgun Gothic" w:cs="Malgun Gothic"/>
        </w:rPr>
        <w:t>위하여</w:t>
      </w:r>
      <w:r>
        <w:rPr>
          <w:rFonts w:ascii="Nirmala UI" w:hAnsi="Nirmala UI" w:eastAsia="Nirmala UI" w:cs="Nirmala UI"/>
        </w:rPr>
        <w:t xml:space="preserve"> </w:t>
      </w:r>
      <w:r>
        <w:rPr>
          <w:rFonts w:ascii="Malgun Gothic" w:hAnsi="Malgun Gothic" w:eastAsia="Malgun Gothic" w:cs="Malgun Gothic"/>
        </w:rPr>
        <w:t>그는</w:t>
      </w:r>
      <w:r>
        <w:rPr>
          <w:rFonts w:ascii="Nirmala UI" w:hAnsi="Nirmala UI" w:eastAsia="Nirmala UI" w:cs="Nirmala UI"/>
        </w:rPr>
        <w:t xml:space="preserve"> </w:t>
      </w:r>
      <w:r>
        <w:rPr>
          <w:rFonts w:ascii="Malgun Gothic" w:hAnsi="Malgun Gothic" w:eastAsia="Malgun Gothic" w:cs="Malgun Gothic"/>
        </w:rPr>
        <w:t>당시</w:t>
      </w:r>
      <w:r>
        <w:rPr>
          <w:rFonts w:ascii="Nirmala UI" w:hAnsi="Nirmala UI" w:eastAsia="Nirmala UI" w:cs="Nirmala UI"/>
        </w:rPr>
        <w:t xml:space="preserve"> </w:t>
      </w:r>
      <w:r>
        <w:rPr>
          <w:rFonts w:ascii="Malgun Gothic" w:hAnsi="Malgun Gothic" w:eastAsia="Malgun Gothic" w:cs="Malgun Gothic"/>
        </w:rPr>
        <w:t>이집트인들의</w:t>
      </w:r>
      <w:r>
        <w:rPr>
          <w:rFonts w:ascii="Nirmala UI" w:hAnsi="Nirmala UI" w:eastAsia="Nirmala UI" w:cs="Nirmala UI"/>
        </w:rPr>
        <w:t xml:space="preserve"> </w:t>
      </w:r>
      <w:r>
        <w:rPr>
          <w:rFonts w:ascii="Malgun Gothic" w:hAnsi="Malgun Gothic" w:eastAsia="Malgun Gothic" w:cs="Malgun Gothic"/>
        </w:rPr>
        <w:t>휘하에서</w:t>
      </w:r>
      <w:r>
        <w:rPr>
          <w:rFonts w:ascii="Nirmala UI" w:hAnsi="Nirmala UI" w:eastAsia="Nirmala UI" w:cs="Nirmala UI"/>
        </w:rPr>
        <w:t xml:space="preserve"> </w:t>
      </w:r>
      <w:r>
        <w:rPr>
          <w:rFonts w:ascii="Malgun Gothic" w:hAnsi="Malgun Gothic" w:eastAsia="Malgun Gothic" w:cs="Malgun Gothic"/>
        </w:rPr>
        <w:t>복무하고</w:t>
      </w:r>
      <w:r>
        <w:rPr>
          <w:rFonts w:ascii="Nirmala UI" w:hAnsi="Nirmala UI" w:eastAsia="Nirmala UI" w:cs="Nirmala UI"/>
        </w:rPr>
        <w:t xml:space="preserve"> </w:t>
      </w:r>
      <w:r>
        <w:rPr>
          <w:rFonts w:ascii="Malgun Gothic" w:hAnsi="Malgun Gothic" w:eastAsia="Malgun Gothic" w:cs="Malgun Gothic"/>
        </w:rPr>
        <w:t>있던</w:t>
      </w:r>
      <w:r>
        <w:rPr>
          <w:rFonts w:ascii="Nirmala UI" w:hAnsi="Nirmala UI" w:eastAsia="Nirmala UI" w:cs="Nirmala UI"/>
        </w:rPr>
        <w:t xml:space="preserve"> </w:t>
      </w:r>
      <w:r>
        <w:rPr>
          <w:rFonts w:ascii="Malgun Gothic" w:hAnsi="Malgun Gothic" w:eastAsia="Malgun Gothic" w:cs="Malgun Gothic"/>
        </w:rPr>
        <w:t>아이톨리아의</w:t>
      </w:r>
      <w:r>
        <w:rPr>
          <w:rFonts w:ascii="Nirmala UI" w:hAnsi="Nirmala UI" w:eastAsia="Nirmala UI" w:cs="Nirmala UI"/>
        </w:rPr>
        <w:t xml:space="preserve"> </w:t>
      </w:r>
      <w:r>
        <w:rPr>
          <w:rFonts w:ascii="Malgun Gothic" w:hAnsi="Malgun Gothic" w:eastAsia="Malgun Gothic" w:cs="Malgun Gothic"/>
        </w:rPr>
        <w:t>저명한</w:t>
      </w:r>
      <w:r>
        <w:rPr>
          <w:rFonts w:ascii="Nirmala UI" w:hAnsi="Nirmala UI" w:eastAsia="Nirmala UI" w:cs="Nirmala UI"/>
        </w:rPr>
        <w:t xml:space="preserve"> </w:t>
      </w:r>
      <w:r>
        <w:rPr>
          <w:rFonts w:ascii="Malgun Gothic" w:hAnsi="Malgun Gothic" w:eastAsia="Malgun Gothic" w:cs="Malgun Gothic"/>
        </w:rPr>
        <w:t>장군</w:t>
      </w:r>
      <w:r>
        <w:rPr>
          <w:rFonts w:ascii="Nirmala UI" w:hAnsi="Nirmala UI" w:eastAsia="Nirmala UI" w:cs="Nirmala UI"/>
        </w:rPr>
        <w:t xml:space="preserve"> </w:t>
      </w:r>
      <w:r>
        <w:rPr>
          <w:rFonts w:ascii="Malgun Gothic" w:hAnsi="Malgun Gothic" w:eastAsia="Malgun Gothic" w:cs="Malgun Gothic"/>
        </w:rPr>
        <w:t>스코파스를</w:t>
      </w:r>
      <w:r>
        <w:rPr>
          <w:rFonts w:ascii="Nirmala UI" w:hAnsi="Nirmala UI" w:eastAsia="Nirmala UI" w:cs="Nirmala UI"/>
        </w:rPr>
        <w:t xml:space="preserve"> </w:t>
      </w:r>
      <w:r>
        <w:rPr>
          <w:rFonts w:ascii="Malgun Gothic" w:hAnsi="Malgun Gothic" w:eastAsia="Malgun Gothic" w:cs="Malgun Gothic"/>
        </w:rPr>
        <w:t>그의</w:t>
      </w:r>
      <w:r>
        <w:rPr>
          <w:rFonts w:ascii="Nirmala UI" w:hAnsi="Nirmala UI" w:eastAsia="Nirmala UI" w:cs="Nirmala UI"/>
        </w:rPr>
        <w:t xml:space="preserve"> </w:t>
      </w:r>
      <w:r>
        <w:rPr>
          <w:rFonts w:ascii="Malgun Gothic" w:hAnsi="Malgun Gothic" w:eastAsia="Malgun Gothic" w:cs="Malgun Gothic"/>
        </w:rPr>
        <w:t>본국으로</w:t>
      </w:r>
      <w:r>
        <w:rPr>
          <w:rFonts w:ascii="Nirmala UI" w:hAnsi="Nirmala UI" w:eastAsia="Nirmala UI" w:cs="Nirmala UI"/>
        </w:rPr>
        <w:t xml:space="preserve"> </w:t>
      </w:r>
      <w:r>
        <w:rPr>
          <w:rFonts w:ascii="Malgun Gothic" w:hAnsi="Malgun Gothic" w:eastAsia="Malgun Gothic" w:cs="Malgun Gothic"/>
        </w:rPr>
        <w:t>파견하여</w:t>
      </w:r>
      <w:r>
        <w:rPr>
          <w:rFonts w:ascii="Nirmala UI" w:hAnsi="Nirmala UI" w:eastAsia="Nirmala UI" w:cs="Nirmala UI"/>
        </w:rPr>
        <w:t xml:space="preserve"> </w:t>
      </w:r>
      <w:r>
        <w:rPr>
          <w:rFonts w:ascii="Malgun Gothic" w:hAnsi="Malgun Gothic" w:eastAsia="Malgun Gothic" w:cs="Malgun Gothic"/>
        </w:rPr>
        <w:t>군대를</w:t>
      </w:r>
      <w:r>
        <w:rPr>
          <w:rFonts w:ascii="Nirmala UI" w:hAnsi="Nirmala UI" w:eastAsia="Nirmala UI" w:cs="Nirmala UI"/>
        </w:rPr>
        <w:t xml:space="preserve"> </w:t>
      </w:r>
      <w:r>
        <w:rPr>
          <w:rFonts w:ascii="Malgun Gothic" w:hAnsi="Malgun Gothic" w:eastAsia="Malgun Gothic" w:cs="Malgun Gothic"/>
        </w:rPr>
        <w:t>위한</w:t>
      </w:r>
      <w:r>
        <w:rPr>
          <w:rFonts w:ascii="Nirmala UI" w:hAnsi="Nirmala UI" w:eastAsia="Nirmala UI" w:cs="Nirmala UI"/>
        </w:rPr>
        <w:t xml:space="preserve"> </w:t>
      </w:r>
      <w:r>
        <w:rPr>
          <w:rFonts w:ascii="Malgun Gothic" w:hAnsi="Malgun Gothic" w:eastAsia="Malgun Gothic" w:cs="Malgun Gothic"/>
        </w:rPr>
        <w:t>증원병을</w:t>
      </w:r>
      <w:r>
        <w:rPr>
          <w:rFonts w:ascii="Nirmala UI" w:hAnsi="Nirmala UI" w:eastAsia="Nirmala UI" w:cs="Nirmala UI"/>
        </w:rPr>
        <w:t xml:space="preserve"> </w:t>
      </w:r>
      <w:r>
        <w:rPr>
          <w:rFonts w:ascii="Malgun Gothic" w:hAnsi="Malgun Gothic" w:eastAsia="Malgun Gothic" w:cs="Malgun Gothic"/>
        </w:rPr>
        <w:t>모집하게</w:t>
      </w:r>
      <w:r>
        <w:rPr>
          <w:rFonts w:ascii="Nirmala UI" w:hAnsi="Nirmala UI" w:eastAsia="Nirmala UI" w:cs="Nirmala UI"/>
        </w:rPr>
        <w:t xml:space="preserve"> </w:t>
      </w:r>
      <w:r>
        <w:rPr>
          <w:rFonts w:ascii="Malgun Gothic" w:hAnsi="Malgun Gothic" w:eastAsia="Malgun Gothic" w:cs="Malgun Gothic"/>
        </w:rPr>
        <w:t>하였다</w:t>
      </w:r>
      <w:r>
        <w:rPr>
          <w:rFonts w:ascii="Nirmala UI" w:hAnsi="Nirmala UI" w:eastAsia="Nirmala UI" w:cs="Nirmala UI"/>
        </w:rPr>
        <w:t xml:space="preserve">. </w:t>
      </w:r>
      <w:r>
        <w:rPr>
          <w:rFonts w:ascii="Malgun Gothic" w:hAnsi="Malgun Gothic" w:eastAsia="Malgun Gothic" w:cs="Malgun Gothic"/>
        </w:rPr>
        <w:t>군대를</w:t>
      </w:r>
      <w:r>
        <w:rPr>
          <w:rFonts w:ascii="Nirmala UI" w:hAnsi="Nirmala UI" w:eastAsia="Nirmala UI" w:cs="Nirmala UI"/>
        </w:rPr>
        <w:t xml:space="preserve"> </w:t>
      </w:r>
      <w:r>
        <w:rPr>
          <w:rFonts w:ascii="Malgun Gothic" w:hAnsi="Malgun Gothic" w:eastAsia="Malgun Gothic" w:cs="Malgun Gothic"/>
        </w:rPr>
        <w:t>갖춘</w:t>
      </w:r>
      <w:r>
        <w:rPr>
          <w:rFonts w:ascii="Nirmala UI" w:hAnsi="Nirmala UI" w:eastAsia="Nirmala UI" w:cs="Nirmala UI"/>
        </w:rPr>
        <w:t xml:space="preserve"> </w:t>
      </w:r>
      <w:r>
        <w:rPr>
          <w:rFonts w:ascii="Malgun Gothic" w:hAnsi="Malgun Gothic" w:eastAsia="Malgun Gothic" w:cs="Malgun Gothic"/>
        </w:rPr>
        <w:t>후</w:t>
      </w:r>
      <w:r>
        <w:rPr>
          <w:rFonts w:ascii="Nirmala UI" w:hAnsi="Nirmala UI" w:eastAsia="Nirmala UI" w:cs="Nirmala UI"/>
        </w:rPr>
        <w:t xml:space="preserve"> </w:t>
      </w:r>
      <w:r>
        <w:rPr>
          <w:rFonts w:ascii="Malgun Gothic" w:hAnsi="Malgun Gothic" w:eastAsia="Malgun Gothic" w:cs="Malgun Gothic"/>
        </w:rPr>
        <w:t>그는</w:t>
      </w:r>
      <w:r>
        <w:rPr>
          <w:rFonts w:ascii="Nirmala UI" w:hAnsi="Nirmala UI" w:eastAsia="Nirmala UI" w:cs="Nirmala UI"/>
        </w:rPr>
        <w:t xml:space="preserve"> </w:t>
      </w:r>
      <w:r>
        <w:rPr>
          <w:rFonts w:ascii="Malgun Gothic" w:hAnsi="Malgun Gothic" w:eastAsia="Malgun Gothic" w:cs="Malgun Gothic"/>
        </w:rPr>
        <w:t>팔레스타인과</w:t>
      </w:r>
      <w:r>
        <w:rPr>
          <w:rFonts w:ascii="Nirmala UI" w:hAnsi="Nirmala UI" w:eastAsia="Nirmala UI" w:cs="Nirmala UI"/>
        </w:rPr>
        <w:t xml:space="preserve"> </w:t>
      </w:r>
      <w:r>
        <w:rPr>
          <w:rFonts w:ascii="Malgun Gothic" w:hAnsi="Malgun Gothic" w:eastAsia="Malgun Gothic" w:cs="Malgun Gothic"/>
        </w:rPr>
        <w:t>코엘레시리아로</w:t>
      </w:r>
      <w:r>
        <w:rPr>
          <w:rFonts w:ascii="Nirmala UI" w:hAnsi="Nirmala UI" w:eastAsia="Nirmala UI" w:cs="Nirmala UI"/>
        </w:rPr>
        <w:t xml:space="preserve"> </w:t>
      </w:r>
      <w:r>
        <w:rPr>
          <w:rFonts w:ascii="Malgun Gothic" w:hAnsi="Malgun Gothic" w:eastAsia="Malgun Gothic" w:cs="Malgun Gothic"/>
        </w:rPr>
        <w:t>진군하였고</w:t>
      </w:r>
      <w:r>
        <w:rPr>
          <w:rFonts w:ascii="Nirmala UI" w:hAnsi="Nirmala UI" w:eastAsia="Nirmala UI" w:cs="Nirmala UI"/>
        </w:rPr>
        <w:t>(</w:t>
      </w:r>
      <w:r>
        <w:rPr>
          <w:rFonts w:ascii="Malgun Gothic" w:hAnsi="Malgun Gothic" w:eastAsia="Malgun Gothic" w:cs="Malgun Gothic"/>
        </w:rPr>
        <w:t>안티오쿠스는</w:t>
      </w:r>
      <w:r>
        <w:rPr>
          <w:rFonts w:ascii="Nirmala UI" w:hAnsi="Nirmala UI" w:eastAsia="Nirmala UI" w:cs="Nirmala UI"/>
        </w:rPr>
        <w:t xml:space="preserve"> </w:t>
      </w:r>
      <w:r>
        <w:rPr>
          <w:rFonts w:ascii="Malgun Gothic" w:hAnsi="Malgun Gothic" w:eastAsia="Malgun Gothic" w:cs="Malgun Gothic"/>
        </w:rPr>
        <w:t>소아시아에서</w:t>
      </w:r>
      <w:r>
        <w:rPr>
          <w:rFonts w:ascii="Nirmala UI" w:hAnsi="Nirmala UI" w:eastAsia="Nirmala UI" w:cs="Nirmala UI"/>
        </w:rPr>
        <w:t xml:space="preserve"> </w:t>
      </w:r>
      <w:r>
        <w:rPr>
          <w:rFonts w:ascii="Malgun Gothic" w:hAnsi="Malgun Gothic" w:eastAsia="Malgun Gothic" w:cs="Malgun Gothic"/>
        </w:rPr>
        <w:t>아탈루스와</w:t>
      </w:r>
      <w:r>
        <w:rPr>
          <w:rFonts w:ascii="Nirmala UI" w:hAnsi="Nirmala UI" w:eastAsia="Nirmala UI" w:cs="Nirmala UI"/>
        </w:rPr>
        <w:t xml:space="preserve"> </w:t>
      </w:r>
      <w:r>
        <w:rPr>
          <w:rFonts w:ascii="Malgun Gothic" w:hAnsi="Malgun Gothic" w:eastAsia="Malgun Gothic" w:cs="Malgun Gothic"/>
        </w:rPr>
        <w:t>전쟁</w:t>
      </w:r>
      <w:r>
        <w:rPr>
          <w:rFonts w:ascii="Nirmala UI" w:hAnsi="Nirmala UI" w:eastAsia="Nirmala UI" w:cs="Nirmala UI"/>
        </w:rPr>
        <w:t xml:space="preserve"> </w:t>
      </w:r>
      <w:r>
        <w:rPr>
          <w:rFonts w:ascii="Malgun Gothic" w:hAnsi="Malgun Gothic" w:eastAsia="Malgun Gothic" w:cs="Malgun Gothic"/>
        </w:rPr>
        <w:t>중이었다</w:t>
      </w:r>
      <w:r>
        <w:rPr>
          <w:rFonts w:ascii="Nirmala UI" w:hAnsi="Nirmala UI" w:eastAsia="Nirmala UI" w:cs="Nirmala UI"/>
        </w:rPr>
        <w:t xml:space="preserve">), </w:t>
      </w:r>
      <w:r>
        <w:rPr>
          <w:rFonts w:ascii="Malgun Gothic" w:hAnsi="Malgun Gothic" w:eastAsia="Malgun Gothic" w:cs="Malgun Gothic"/>
        </w:rPr>
        <w:t>온</w:t>
      </w:r>
      <w:r>
        <w:rPr>
          <w:rFonts w:ascii="Nirmala UI" w:hAnsi="Nirmala UI" w:eastAsia="Nirmala UI" w:cs="Nirmala UI"/>
        </w:rPr>
        <w:t xml:space="preserve"> </w:t>
      </w:r>
      <w:r>
        <w:rPr>
          <w:rFonts w:ascii="Malgun Gothic" w:hAnsi="Malgun Gothic" w:eastAsia="Malgun Gothic" w:cs="Malgun Gothic"/>
        </w:rPr>
        <w:t>유대를</w:t>
      </w:r>
      <w:r>
        <w:rPr>
          <w:rFonts w:ascii="Nirmala UI" w:hAnsi="Nirmala UI" w:eastAsia="Nirmala UI" w:cs="Nirmala UI"/>
        </w:rPr>
        <w:t xml:space="preserve"> </w:t>
      </w:r>
      <w:r>
        <w:rPr>
          <w:rFonts w:ascii="Malgun Gothic" w:hAnsi="Malgun Gothic" w:eastAsia="Malgun Gothic" w:cs="Malgun Gothic"/>
        </w:rPr>
        <w:t>정복하여</w:t>
      </w:r>
      <w:r>
        <w:rPr>
          <w:rFonts w:ascii="Nirmala UI" w:hAnsi="Nirmala UI" w:eastAsia="Nirmala UI" w:cs="Nirmala UI"/>
        </w:rPr>
        <w:t xml:space="preserve"> </w:t>
      </w:r>
      <w:r>
        <w:rPr>
          <w:rFonts w:ascii="Malgun Gothic" w:hAnsi="Malgun Gothic" w:eastAsia="Malgun Gothic" w:cs="Malgun Gothic"/>
        </w:rPr>
        <w:t>이집트의</w:t>
      </w:r>
      <w:r>
        <w:rPr>
          <w:rFonts w:ascii="Nirmala UI" w:hAnsi="Nirmala UI" w:eastAsia="Nirmala UI" w:cs="Nirmala UI"/>
        </w:rPr>
        <w:t xml:space="preserve"> </w:t>
      </w:r>
      <w:r>
        <w:rPr>
          <w:rFonts w:ascii="Malgun Gothic" w:hAnsi="Malgun Gothic" w:eastAsia="Malgun Gothic" w:cs="Malgun Gothic"/>
        </w:rPr>
        <w:t>권세</w:t>
      </w:r>
      <w:r>
        <w:rPr>
          <w:rFonts w:ascii="Nirmala UI" w:hAnsi="Nirmala UI" w:eastAsia="Nirmala UI" w:cs="Nirmala UI"/>
        </w:rPr>
        <w:t xml:space="preserve"> </w:t>
      </w:r>
      <w:r>
        <w:rPr>
          <w:rFonts w:ascii="Malgun Gothic" w:hAnsi="Malgun Gothic" w:eastAsia="Malgun Gothic" w:cs="Malgun Gothic"/>
        </w:rPr>
        <w:t>아래</w:t>
      </w:r>
      <w:r>
        <w:rPr>
          <w:rFonts w:ascii="Nirmala UI" w:hAnsi="Nirmala UI" w:eastAsia="Nirmala UI" w:cs="Nirmala UI"/>
        </w:rPr>
        <w:t xml:space="preserve"> </w:t>
      </w:r>
      <w:r>
        <w:rPr>
          <w:rFonts w:ascii="Malgun Gothic" w:hAnsi="Malgun Gothic" w:eastAsia="Malgun Gothic" w:cs="Malgun Gothic"/>
        </w:rPr>
        <w:t>복속시켰다</w:t>
      </w:r>
      <w:r>
        <w:rPr>
          <w:rFonts w:ascii="Nirmala UI" w:hAnsi="Nirmala UI" w:eastAsia="Nirmala UI" w:cs="Nirmala UI"/>
        </w:rPr>
        <w:t>.</w:t>
      </w:r>
    </w:p>
    <w:p>
      <w:pPr>
        <w:pStyle w:val="ArticleScripture"/>
        <w:jc w:val="left"/>
      </w:pPr>
      <w:r>
        <w:rPr>
          <w:rFonts w:ascii="Nirmala UI" w:hAnsi="Nirmala UI" w:eastAsia="Nirmala UI" w:cs="Nirmala UI"/>
        </w:rPr>
        <w:t>“આ રીતે અમારી સમક્ષ આવેલા આ વચનના પૂર્ણ થવા માટેની સ્થિતિ ઊભી કરવામાં આવી. કારણ કે એન્ટિયોખસે, રોમનોની આજ્ઞા મુજબ અટાલુસ સામેનું પોતાનું યુદ્ધ રોકીને, પેલેસ્ટાઇન અને કોઇલ-સીરિયાને મિસરીઓના હાથમાંથી પાછું મેળવવા માટે તરત જ પગલાં લીધાં. તેના વિરોધ માટે સ્કોપાસને મોકલવામાં આવ્યો. યર્દનના ઉદ્ગમસ્થાનોની નજીક, બન્ને સેનાઓ સામસામે આવી. [Panium] સ્કોપાસ પરાજિત થયો, સિદોન સુધી ખદેડાયો, અને ત્યાં તેને કડક ઘેરાબંધીમાં લેવામાં આવ્યો. ઘેરો ઉઠાડવા માટે મિસરના સૌથી કુશળ ત્રણ સેનાપતિઓને તેમની શ્રેષ્ઠ સેનાઓ સાથે મોકલવામાં આવ્યા, પરંતુ કોઈ સફળતા મળી નહીં. અંતે સ્કોપાસે, ભૂખમરાના કૃશ અને અદૃશ્ય ભાસમાન પ્રેતરૂપમાં, એવા શત્રુનો સામનો કર્યો કે જેના સામે તે ટકી શક્યો નહીં, અને તેને માત્ર જીવદાન મળે તેવા અપમાનજનક શરતો પર આત્મસમર્પણ કરવા માટે મજબૂર થવું પડ્યું; ત્યારબાદ તેને અને તેના દસ હજાર માણસોને, કપડાંવિહોણા અને નિર્વસ્ત્ર કરીને, જવા દેવામાં આવ્યા. અહીં ઉત્તર રાજા દ્વારા અત્યંત કિલ્લેબંધ નગરો કબજે કરવામાં આવ્યા હતા; કારણ કે સિદોન, તેની ભૌગોલિક સ્થિતિ તથા તેની સુરક્ષાત્મક વ્યવસ્થાઓ બન્ને દૃષ્ટિએ, તે સમયના સૌથી મજબૂત નગરોમાંનું એક હતું. અહીં દક્ષિણના શસ્ત્રો ટકી રહેવામાં નિષ્ફળ રહ્યા, અને તે લોકો પણ નિષ્ફળ રહ્યા જેઓને દક્ષિણના રાજાએ પસંદ કર્યા હતા; અર્થાત્, સ્કોપાસ અને તેની એટોલિયન સેનાઓ.” Daniel and the Revelation, 257, 258.</w:t>
      </w:r>
    </w:p>
    <w:p>
      <w:pPr>
        <w:pStyle w:val="ArticleBody"/>
        <w:jc w:val="left"/>
      </w:pPr>
      <w:r>
        <w:rPr>
          <w:rFonts w:ascii="Nirmala UI" w:hAnsi="Nirmala UI" w:eastAsia="Nirmala UI" w:cs="Nirmala UI"/>
        </w:rPr>
        <w:t>ક્રિ.પૂ. ૨૦૭માં પૂર્ણ થતો બે સો પચાસ વર્ષનો સમયગાળો ડોનાલ્ડ ટ્રમ્પની ઓળખ કરાવે છે. પૂર્વ અને પશ્ચિમના સંધિ-લગ્ન તથા મિલાનના આજ્ઞાપત્ર સાથે ક્રિ.સ. ૩૧૩માં પૂર્ણ થતી બે સો પચાસ વર્ષની ભવિષ્યવાણી સંયુક્ત રાજ્ય અમેરિકામાં પશુની પ્રતિમાની રચનાની ઓળખ કરે છે. ક્રિ.સ. ૩૧૩માં આરંભેલી પર્ગમોસની કલીશિયા તે ઇતિહાસનું પ્રતિનિધિત્વ કરે છે જેમાં ખ્રિસ્તી ધર્મ, પાપલ સત્તા સિંહાસન ગ્રહણ કરે તે પહેલાં, મૂર્તિપૂજક ધર્મ સાથેના સમાધાન દ્વારા પતિત થયો. પર્ગમોસ અને ક્રિ.સ. ૩૧૩, સંયુક્ત રાજ્ય અમેરિકામાં પશુની પ્રતિમાની રચના દ્વારા દર્શાવવામાં આવેલા તે સમાધાનનું પ્રતીકરૂપ છે. તે ખ્રિસ્તી ધર્મ અને પાપલ રોમ વચ્ચેના સમાધાનનું પ્રતિનિધિત્વ કરે છે, કારણ કે કેથોલિક ધર્મની ધાર્મિક પ્રણાલી ખ્રિસ્તી સંસ્થા તરીકેના વેશમાં રહેલું મૂર્તિપૂજન જ છે—ન તેથી વધારે, ન તેથી ઓછું. ક્રિ.સ. ૧૭૭૬માં શરૂ થઈ અને આ વર્ષે પૂર્ણ થતી બે સો પચાસ વર્ષની ભવિષ્યવાણી પણ સંયુક્ત રાજ્ય અમેરિકાને જ સંબોધે છે. આ રીતે, ત્રણેય બે સો પચાસ વર્ષની ભવિષ્યવાણીઓ પ્રકાશિત વાક્ય તેરનાં પૃથ્વી-પશુના કોઈ ને કોઈ ભવિષ્યવાણીય પાસાને સંબોધે છે, અને ત્રણેય સત્તર સંખ્યાથી પ્રતિનિધિત્વ પામતી ભવિષ્યવાણીય રેખાઓની અંદર પૂર્ણ થાય છે.</w:t>
      </w:r>
    </w:p>
    <w:p>
      <w:pPr>
        <w:pStyle w:val="ArticleBody"/>
        <w:jc w:val="left"/>
      </w:pPr>
      <w:r>
        <w:rPr>
          <w:rFonts w:ascii="Segoe UI" w:hAnsi="Segoe UI" w:eastAsia="Segoe UI" w:cs="Segoe UI"/>
        </w:rPr>
        <w:t>قانون</w:t>
      </w:r>
      <w:r>
        <w:rPr>
          <w:rFonts w:ascii="Nirmala UI" w:hAnsi="Nirmala UI" w:eastAsia="Nirmala UI" w:cs="Nirmala UI"/>
        </w:rPr>
        <w:t xml:space="preserve"> </w:t>
      </w:r>
      <w:r>
        <w:rPr>
          <w:rFonts w:ascii="Segoe UI" w:hAnsi="Segoe UI" w:eastAsia="Segoe UI" w:cs="Segoe UI"/>
        </w:rPr>
        <w:t>الأحد</w:t>
      </w:r>
      <w:r>
        <w:rPr>
          <w:rFonts w:ascii="Nirmala UI" w:hAnsi="Nirmala UI" w:eastAsia="Nirmala UI" w:cs="Nirmala UI"/>
        </w:rPr>
        <w:t xml:space="preserve"> </w:t>
      </w:r>
      <w:r>
        <w:rPr>
          <w:rFonts w:ascii="Segoe UI" w:hAnsi="Segoe UI" w:eastAsia="Segoe UI" w:cs="Segoe UI"/>
        </w:rPr>
        <w:t>هو</w:t>
      </w:r>
      <w:r>
        <w:rPr>
          <w:rFonts w:ascii="Nirmala UI" w:hAnsi="Nirmala UI" w:eastAsia="Nirmala UI" w:cs="Nirmala UI"/>
        </w:rPr>
        <w:t xml:space="preserve"> </w:t>
      </w:r>
      <w:r>
        <w:rPr>
          <w:rFonts w:ascii="Segoe UI" w:hAnsi="Segoe UI" w:eastAsia="Segoe UI" w:cs="Segoe UI"/>
        </w:rPr>
        <w:t>حين</w:t>
      </w:r>
      <w:r>
        <w:rPr>
          <w:rFonts w:ascii="Nirmala UI" w:hAnsi="Nirmala UI" w:eastAsia="Nirmala UI" w:cs="Nirmala UI"/>
        </w:rPr>
        <w:t xml:space="preserve"> </w:t>
      </w:r>
      <w:r>
        <w:rPr>
          <w:rFonts w:ascii="Segoe UI" w:hAnsi="Segoe UI" w:eastAsia="Segoe UI" w:cs="Segoe UI"/>
        </w:rPr>
        <w:t>تتكلم</w:t>
      </w:r>
      <w:r>
        <w:rPr>
          <w:rFonts w:ascii="Nirmala UI" w:hAnsi="Nirmala UI" w:eastAsia="Nirmala UI" w:cs="Nirmala UI"/>
        </w:rPr>
        <w:t xml:space="preserve"> </w:t>
      </w:r>
      <w:r>
        <w:rPr>
          <w:rFonts w:ascii="Segoe UI" w:hAnsi="Segoe UI" w:eastAsia="Segoe UI" w:cs="Segoe UI"/>
        </w:rPr>
        <w:t>الولايات</w:t>
      </w:r>
      <w:r>
        <w:rPr>
          <w:rFonts w:ascii="Nirmala UI" w:hAnsi="Nirmala UI" w:eastAsia="Nirmala UI" w:cs="Nirmala UI"/>
        </w:rPr>
        <w:t xml:space="preserve"> </w:t>
      </w:r>
      <w:r>
        <w:rPr>
          <w:rFonts w:ascii="Segoe UI" w:hAnsi="Segoe UI" w:eastAsia="Segoe UI" w:cs="Segoe UI"/>
        </w:rPr>
        <w:t>المتحدة</w:t>
      </w:r>
      <w:r>
        <w:rPr>
          <w:rFonts w:ascii="Nirmala UI" w:hAnsi="Nirmala UI" w:eastAsia="Nirmala UI" w:cs="Nirmala UI"/>
        </w:rPr>
        <w:t xml:space="preserve"> </w:t>
      </w:r>
      <w:r>
        <w:rPr>
          <w:rFonts w:ascii="Segoe UI" w:hAnsi="Segoe UI" w:eastAsia="Segoe UI" w:cs="Segoe UI"/>
        </w:rPr>
        <w:t>كتنين،</w:t>
      </w:r>
      <w:r>
        <w:rPr>
          <w:rFonts w:ascii="Nirmala UI" w:hAnsi="Nirmala UI" w:eastAsia="Nirmala UI" w:cs="Nirmala UI"/>
        </w:rPr>
        <w:t xml:space="preserve"> </w:t>
      </w:r>
      <w:r>
        <w:rPr>
          <w:rFonts w:ascii="Segoe UI" w:hAnsi="Segoe UI" w:eastAsia="Segoe UI" w:cs="Segoe UI"/>
        </w:rPr>
        <w:t>وكلام</w:t>
      </w:r>
      <w:r>
        <w:rPr>
          <w:rFonts w:ascii="Nirmala UI" w:hAnsi="Nirmala UI" w:eastAsia="Nirmala UI" w:cs="Nirmala UI"/>
        </w:rPr>
        <w:t xml:space="preserve"> </w:t>
      </w:r>
      <w:r>
        <w:rPr>
          <w:rFonts w:ascii="Segoe UI" w:hAnsi="Segoe UI" w:eastAsia="Segoe UI" w:cs="Segoe UI"/>
        </w:rPr>
        <w:t>الأمة</w:t>
      </w:r>
      <w:r>
        <w:rPr>
          <w:rFonts w:ascii="Nirmala UI" w:hAnsi="Nirmala UI" w:eastAsia="Nirmala UI" w:cs="Nirmala UI"/>
        </w:rPr>
        <w:t xml:space="preserve"> </w:t>
      </w:r>
      <w:r>
        <w:rPr>
          <w:rFonts w:ascii="Segoe UI" w:hAnsi="Segoe UI" w:eastAsia="Segoe UI" w:cs="Segoe UI"/>
        </w:rPr>
        <w:t>هو</w:t>
      </w:r>
      <w:r>
        <w:rPr>
          <w:rFonts w:ascii="Nirmala UI" w:hAnsi="Nirmala UI" w:eastAsia="Nirmala UI" w:cs="Nirmala UI"/>
        </w:rPr>
        <w:t xml:space="preserve"> </w:t>
      </w:r>
      <w:r>
        <w:rPr>
          <w:rFonts w:ascii="Segoe UI" w:hAnsi="Segoe UI" w:eastAsia="Segoe UI" w:cs="Segoe UI"/>
        </w:rPr>
        <w:t>عمل</w:t>
      </w:r>
      <w:r>
        <w:rPr>
          <w:rFonts w:ascii="Nirmala UI" w:hAnsi="Nirmala UI" w:eastAsia="Nirmala UI" w:cs="Nirmala UI"/>
        </w:rPr>
        <w:t xml:space="preserve"> </w:t>
      </w:r>
      <w:r>
        <w:rPr>
          <w:rFonts w:ascii="Segoe UI" w:hAnsi="Segoe UI" w:eastAsia="Segoe UI" w:cs="Segoe UI"/>
        </w:rPr>
        <w:t>سلطاتها</w:t>
      </w:r>
      <w:r>
        <w:rPr>
          <w:rFonts w:ascii="Nirmala UI" w:hAnsi="Nirmala UI" w:eastAsia="Nirmala UI" w:cs="Nirmala UI"/>
        </w:rPr>
        <w:t xml:space="preserve"> </w:t>
      </w:r>
      <w:r>
        <w:rPr>
          <w:rFonts w:ascii="Segoe UI" w:hAnsi="Segoe UI" w:eastAsia="Segoe UI" w:cs="Segoe UI"/>
        </w:rPr>
        <w:t>التشريعية</w:t>
      </w:r>
      <w:r>
        <w:rPr>
          <w:rFonts w:ascii="Nirmala UI" w:hAnsi="Nirmala UI" w:eastAsia="Nirmala UI" w:cs="Nirmala UI"/>
        </w:rPr>
        <w:t xml:space="preserve"> </w:t>
      </w:r>
      <w:r>
        <w:rPr>
          <w:rFonts w:ascii="Segoe UI" w:hAnsi="Segoe UI" w:eastAsia="Segoe UI" w:cs="Segoe UI"/>
        </w:rPr>
        <w:t>والقضائية</w:t>
      </w:r>
      <w:r>
        <w:rPr>
          <w:rFonts w:ascii="Nirmala UI" w:hAnsi="Nirmala UI" w:eastAsia="Nirmala UI" w:cs="Nirmala UI"/>
        </w:rPr>
        <w:t>.</w:t>
      </w:r>
    </w:p>
    <w:p>
      <w:pPr>
        <w:pStyle w:val="ArticleScripture"/>
        <w:jc w:val="left"/>
      </w:pPr>
      <w:r>
        <w:rPr>
          <w:rFonts w:ascii="Nirmala UI" w:hAnsi="Nirmala UI" w:eastAsia="Nirmala UI" w:cs="Nirmala UI"/>
        </w:rPr>
        <w:t>“‘ਯਿਸ ਕੌਮ ਦਾ “ਬੋਲਣਾ” ਉਸ ਦੀਆਂ ਵਿਧਾਨਿਕ ਅਤੇ ਨਿਆਂਪਾਲਿਕ ਅਧਿਕਾਰੀਆਂ ਦੀ ਕਾਰਵਾਈ ਹੈ।’” The Great Controversy, 442.</w:t>
      </w:r>
    </w:p>
    <w:p>
      <w:pPr>
        <w:pStyle w:val="ArticleBody"/>
        <w:jc w:val="left"/>
      </w:pPr>
      <w:r>
        <w:rPr>
          <w:rFonts w:ascii="Malgun Gothic" w:hAnsi="Malgun Gothic" w:eastAsia="Malgun Gothic" w:cs="Malgun Gothic"/>
        </w:rPr>
        <w:t>트럼프는</w:t>
      </w:r>
      <w:r>
        <w:rPr>
          <w:rFonts w:ascii="Nirmala UI" w:hAnsi="Nirmala UI" w:eastAsia="Nirmala UI" w:cs="Nirmala UI"/>
        </w:rPr>
        <w:t xml:space="preserve"> </w:t>
      </w:r>
      <w:r>
        <w:rPr>
          <w:rFonts w:ascii="Malgun Gothic" w:hAnsi="Malgun Gothic" w:eastAsia="Malgun Gothic" w:cs="Malgun Gothic"/>
        </w:rPr>
        <w:t>사법적</w:t>
      </w:r>
      <w:r>
        <w:rPr>
          <w:rFonts w:ascii="Nirmala UI" w:hAnsi="Nirmala UI" w:eastAsia="Nirmala UI" w:cs="Nirmala UI"/>
        </w:rPr>
        <w:t xml:space="preserve"> </w:t>
      </w:r>
      <w:r>
        <w:rPr>
          <w:rFonts w:ascii="Malgun Gothic" w:hAnsi="Malgun Gothic" w:eastAsia="Malgun Gothic" w:cs="Malgun Gothic"/>
        </w:rPr>
        <w:t>권위도</w:t>
      </w:r>
      <w:r>
        <w:rPr>
          <w:rFonts w:ascii="Nirmala UI" w:hAnsi="Nirmala UI" w:eastAsia="Nirmala UI" w:cs="Nirmala UI"/>
        </w:rPr>
        <w:t xml:space="preserve"> </w:t>
      </w:r>
      <w:r>
        <w:rPr>
          <w:rFonts w:ascii="Malgun Gothic" w:hAnsi="Malgun Gothic" w:eastAsia="Malgun Gothic" w:cs="Malgun Gothic"/>
        </w:rPr>
        <w:t>입법적</w:t>
      </w:r>
      <w:r>
        <w:rPr>
          <w:rFonts w:ascii="Nirmala UI" w:hAnsi="Nirmala UI" w:eastAsia="Nirmala UI" w:cs="Nirmala UI"/>
        </w:rPr>
        <w:t xml:space="preserve"> </w:t>
      </w:r>
      <w:r>
        <w:rPr>
          <w:rFonts w:ascii="Malgun Gothic" w:hAnsi="Malgun Gothic" w:eastAsia="Malgun Gothic" w:cs="Malgun Gothic"/>
        </w:rPr>
        <w:t>권위도</w:t>
      </w:r>
      <w:r>
        <w:rPr>
          <w:rFonts w:ascii="Nirmala UI" w:hAnsi="Nirmala UI" w:eastAsia="Nirmala UI" w:cs="Nirmala UI"/>
        </w:rPr>
        <w:t xml:space="preserve"> </w:t>
      </w:r>
      <w:r>
        <w:rPr>
          <w:rFonts w:ascii="Malgun Gothic" w:hAnsi="Malgun Gothic" w:eastAsia="Malgun Gothic" w:cs="Malgun Gothic"/>
        </w:rPr>
        <w:t>아니므로</w:t>
      </w:r>
      <w:r>
        <w:rPr>
          <w:rFonts w:ascii="Nirmala UI" w:hAnsi="Nirmala UI" w:eastAsia="Nirmala UI" w:cs="Nirmala UI"/>
        </w:rPr>
        <w:t xml:space="preserve">, </w:t>
      </w:r>
      <w:r>
        <w:rPr>
          <w:rFonts w:ascii="Malgun Gothic" w:hAnsi="Malgun Gothic" w:eastAsia="Malgun Gothic" w:cs="Malgun Gothic"/>
        </w:rPr>
        <w:t>장차</w:t>
      </w:r>
      <w:r>
        <w:rPr>
          <w:rFonts w:ascii="Nirmala UI" w:hAnsi="Nirmala UI" w:eastAsia="Nirmala UI" w:cs="Nirmala UI"/>
        </w:rPr>
        <w:t xml:space="preserve"> </w:t>
      </w:r>
      <w:r>
        <w:rPr>
          <w:rFonts w:ascii="Malgun Gothic" w:hAnsi="Malgun Gothic" w:eastAsia="Malgun Gothic" w:cs="Malgun Gothic"/>
        </w:rPr>
        <w:t>속히</w:t>
      </w:r>
      <w:r>
        <w:rPr>
          <w:rFonts w:ascii="Nirmala UI" w:hAnsi="Nirmala UI" w:eastAsia="Nirmala UI" w:cs="Nirmala UI"/>
        </w:rPr>
        <w:t xml:space="preserve"> </w:t>
      </w:r>
      <w:r>
        <w:rPr>
          <w:rFonts w:ascii="Malgun Gothic" w:hAnsi="Malgun Gothic" w:eastAsia="Malgun Gothic" w:cs="Malgun Gothic"/>
        </w:rPr>
        <w:t>도래할</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법은</w:t>
      </w:r>
      <w:r>
        <w:rPr>
          <w:rFonts w:ascii="Nirmala UI" w:hAnsi="Nirmala UI" w:eastAsia="Nirmala UI" w:cs="Nirmala UI"/>
        </w:rPr>
        <w:t xml:space="preserve"> </w:t>
      </w:r>
      <w:r>
        <w:rPr>
          <w:rFonts w:ascii="Malgun Gothic" w:hAnsi="Malgun Gothic" w:eastAsia="Malgun Gothic" w:cs="Malgun Gothic"/>
        </w:rPr>
        <w:t>의회에</w:t>
      </w:r>
      <w:r>
        <w:rPr>
          <w:rFonts w:ascii="Nirmala UI" w:hAnsi="Nirmala UI" w:eastAsia="Nirmala UI" w:cs="Nirmala UI"/>
        </w:rPr>
        <w:t xml:space="preserve"> </w:t>
      </w:r>
      <w:r>
        <w:rPr>
          <w:rFonts w:ascii="Malgun Gothic" w:hAnsi="Malgun Gothic" w:eastAsia="Malgun Gothic" w:cs="Malgun Gothic"/>
        </w:rPr>
        <w:t>의하여</w:t>
      </w:r>
      <w:r>
        <w:rPr>
          <w:rFonts w:ascii="Nirmala UI" w:hAnsi="Nirmala UI" w:eastAsia="Nirmala UI" w:cs="Nirmala UI"/>
        </w:rPr>
        <w:t xml:space="preserve"> </w:t>
      </w:r>
      <w:r>
        <w:rPr>
          <w:rFonts w:ascii="Malgun Gothic" w:hAnsi="Malgun Gothic" w:eastAsia="Malgun Gothic" w:cs="Malgun Gothic"/>
        </w:rPr>
        <w:t>성취된다</w:t>
      </w:r>
      <w:r>
        <w:rPr>
          <w:rFonts w:ascii="Nirmala UI" w:hAnsi="Nirmala UI" w:eastAsia="Nirmala UI" w:cs="Nirmala UI"/>
        </w:rPr>
        <w:t xml:space="preserve">. </w:t>
      </w:r>
      <w:r>
        <w:rPr>
          <w:rFonts w:ascii="Malgun Gothic" w:hAnsi="Malgun Gothic" w:eastAsia="Malgun Gothic" w:cs="Malgun Gothic"/>
        </w:rPr>
        <w:t>그러나</w:t>
      </w:r>
      <w:r>
        <w:rPr>
          <w:rFonts w:ascii="Nirmala UI" w:hAnsi="Nirmala UI" w:eastAsia="Nirmala UI" w:cs="Nirmala UI"/>
        </w:rPr>
        <w:t xml:space="preserve"> </w:t>
      </w:r>
      <w:r>
        <w:rPr>
          <w:rFonts w:ascii="Malgun Gothic" w:hAnsi="Malgun Gothic" w:eastAsia="Malgun Gothic" w:cs="Malgun Gothic"/>
        </w:rPr>
        <w:t>교황권에</w:t>
      </w:r>
      <w:r>
        <w:rPr>
          <w:rFonts w:ascii="Nirmala UI" w:hAnsi="Nirmala UI" w:eastAsia="Nirmala UI" w:cs="Nirmala UI"/>
        </w:rPr>
        <w:t xml:space="preserve"> </w:t>
      </w:r>
      <w:r>
        <w:rPr>
          <w:rFonts w:ascii="Malgun Gothic" w:hAnsi="Malgun Gothic" w:eastAsia="Malgun Gothic" w:cs="Malgun Gothic"/>
        </w:rPr>
        <w:t>지지를</w:t>
      </w:r>
      <w:r>
        <w:rPr>
          <w:rFonts w:ascii="Nirmala UI" w:hAnsi="Nirmala UI" w:eastAsia="Nirmala UI" w:cs="Nirmala UI"/>
        </w:rPr>
        <w:t xml:space="preserve"> </w:t>
      </w:r>
      <w:r>
        <w:rPr>
          <w:rFonts w:ascii="Malgun Gothic" w:hAnsi="Malgun Gothic" w:eastAsia="Malgun Gothic" w:cs="Malgun Gothic"/>
        </w:rPr>
        <w:t>제공하는</w:t>
      </w:r>
      <w:r>
        <w:rPr>
          <w:rFonts w:ascii="Nirmala UI" w:hAnsi="Nirmala UI" w:eastAsia="Nirmala UI" w:cs="Nirmala UI"/>
        </w:rPr>
        <w:t xml:space="preserve"> </w:t>
      </w:r>
      <w:r>
        <w:rPr>
          <w:rFonts w:ascii="Malgun Gothic" w:hAnsi="Malgun Gothic" w:eastAsia="Malgun Gothic" w:cs="Malgun Gothic"/>
        </w:rPr>
        <w:t>어떠한</w:t>
      </w:r>
      <w:r>
        <w:rPr>
          <w:rFonts w:ascii="Nirmala UI" w:hAnsi="Nirmala UI" w:eastAsia="Nirmala UI" w:cs="Nirmala UI"/>
        </w:rPr>
        <w:t xml:space="preserve"> </w:t>
      </w:r>
      <w:r>
        <w:rPr>
          <w:rFonts w:ascii="Malgun Gothic" w:hAnsi="Malgun Gothic" w:eastAsia="Malgun Gothic" w:cs="Malgun Gothic"/>
        </w:rPr>
        <w:t>행위든지</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법을</w:t>
      </w:r>
      <w:r>
        <w:rPr>
          <w:rFonts w:ascii="Nirmala UI" w:hAnsi="Nirmala UI" w:eastAsia="Nirmala UI" w:cs="Nirmala UI"/>
        </w:rPr>
        <w:t xml:space="preserve"> </w:t>
      </w:r>
      <w:r>
        <w:rPr>
          <w:rFonts w:ascii="Malgun Gothic" w:hAnsi="Malgun Gothic" w:eastAsia="Malgun Gothic" w:cs="Malgun Gothic"/>
        </w:rPr>
        <w:t>예표한다</w:t>
      </w:r>
      <w:r>
        <w:rPr>
          <w:rFonts w:ascii="Nirmala UI" w:hAnsi="Nirmala UI" w:eastAsia="Nirmala UI" w:cs="Nirmala UI"/>
        </w:rPr>
        <w:t>. 533</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칙령과</w:t>
      </w:r>
      <w:r>
        <w:rPr>
          <w:rFonts w:ascii="Nirmala UI" w:hAnsi="Nirmala UI" w:eastAsia="Nirmala UI" w:cs="Nirmala UI"/>
        </w:rPr>
        <w:t xml:space="preserve"> 313</w:t>
      </w:r>
      <w:r>
        <w:rPr>
          <w:rFonts w:ascii="Malgun Gothic" w:hAnsi="Malgun Gothic" w:eastAsia="Malgun Gothic" w:cs="Malgun Gothic"/>
        </w:rPr>
        <w:t>년의</w:t>
      </w:r>
      <w:r>
        <w:rPr>
          <w:rFonts w:ascii="Nirmala UI" w:hAnsi="Nirmala UI" w:eastAsia="Nirmala UI" w:cs="Nirmala UI"/>
        </w:rPr>
        <w:t xml:space="preserve"> </w:t>
      </w:r>
      <w:r>
        <w:rPr>
          <w:rFonts w:ascii="Malgun Gothic" w:hAnsi="Malgun Gothic" w:eastAsia="Malgun Gothic" w:cs="Malgun Gothic"/>
        </w:rPr>
        <w:t>칙서는</w:t>
      </w:r>
      <w:r>
        <w:rPr>
          <w:rFonts w:ascii="Nirmala UI" w:hAnsi="Nirmala UI" w:eastAsia="Nirmala UI" w:cs="Nirmala UI"/>
        </w:rPr>
        <w:t xml:space="preserve"> </w:t>
      </w:r>
      <w:r>
        <w:rPr>
          <w:rFonts w:ascii="Malgun Gothic" w:hAnsi="Malgun Gothic" w:eastAsia="Malgun Gothic" w:cs="Malgun Gothic"/>
        </w:rPr>
        <w:t>짐승의</w:t>
      </w:r>
      <w:r>
        <w:rPr>
          <w:rFonts w:ascii="Nirmala UI" w:hAnsi="Nirmala UI" w:eastAsia="Nirmala UI" w:cs="Nirmala UI"/>
        </w:rPr>
        <w:t xml:space="preserve"> </w:t>
      </w:r>
      <w:r>
        <w:rPr>
          <w:rFonts w:ascii="Malgun Gothic" w:hAnsi="Malgun Gothic" w:eastAsia="Malgun Gothic" w:cs="Malgun Gothic"/>
        </w:rPr>
        <w:t>우상이</w:t>
      </w:r>
      <w:r>
        <w:rPr>
          <w:rFonts w:ascii="Nirmala UI" w:hAnsi="Nirmala UI" w:eastAsia="Nirmala UI" w:cs="Nirmala UI"/>
        </w:rPr>
        <w:t xml:space="preserve"> </w:t>
      </w:r>
      <w:r>
        <w:rPr>
          <w:rFonts w:ascii="Malgun Gothic" w:hAnsi="Malgun Gothic" w:eastAsia="Malgun Gothic" w:cs="Malgun Gothic"/>
        </w:rPr>
        <w:t>형성되는</w:t>
      </w:r>
      <w:r>
        <w:rPr>
          <w:rFonts w:ascii="Nirmala UI" w:hAnsi="Nirmala UI" w:eastAsia="Nirmala UI" w:cs="Nirmala UI"/>
        </w:rPr>
        <w:t xml:space="preserve"> </w:t>
      </w:r>
      <w:r>
        <w:rPr>
          <w:rFonts w:ascii="Malgun Gothic" w:hAnsi="Malgun Gothic" w:eastAsia="Malgun Gothic" w:cs="Malgun Gothic"/>
        </w:rPr>
        <w:t>기간의</w:t>
      </w:r>
      <w:r>
        <w:rPr>
          <w:rFonts w:ascii="Nirmala UI" w:hAnsi="Nirmala UI" w:eastAsia="Nirmala UI" w:cs="Nirmala UI"/>
        </w:rPr>
        <w:t xml:space="preserve"> </w:t>
      </w:r>
      <w:r>
        <w:rPr>
          <w:rFonts w:ascii="Malgun Gothic" w:hAnsi="Malgun Gothic" w:eastAsia="Malgun Gothic" w:cs="Malgun Gothic"/>
        </w:rPr>
        <w:t>시작을</w:t>
      </w:r>
      <w:r>
        <w:rPr>
          <w:rFonts w:ascii="Nirmala UI" w:hAnsi="Nirmala UI" w:eastAsia="Nirmala UI" w:cs="Nirmala UI"/>
        </w:rPr>
        <w:t xml:space="preserve"> </w:t>
      </w:r>
      <w:r>
        <w:rPr>
          <w:rFonts w:ascii="Malgun Gothic" w:hAnsi="Malgun Gothic" w:eastAsia="Malgun Gothic" w:cs="Malgun Gothic"/>
        </w:rPr>
        <w:t>식별해</w:t>
      </w:r>
      <w:r>
        <w:rPr>
          <w:rFonts w:ascii="Nirmala UI" w:hAnsi="Nirmala UI" w:eastAsia="Nirmala UI" w:cs="Nirmala UI"/>
        </w:rPr>
        <w:t xml:space="preserve"> </w:t>
      </w:r>
      <w:r>
        <w:rPr>
          <w:rFonts w:ascii="Malgun Gothic" w:hAnsi="Malgun Gothic" w:eastAsia="Malgun Gothic" w:cs="Malgun Gothic"/>
        </w:rPr>
        <w:t>준다</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결말은</w:t>
      </w:r>
      <w:r>
        <w:rPr>
          <w:rFonts w:ascii="Nirmala UI" w:hAnsi="Nirmala UI" w:eastAsia="Nirmala UI" w:cs="Nirmala UI"/>
        </w:rPr>
        <w:t xml:space="preserve"> </w:t>
      </w:r>
      <w:r>
        <w:rPr>
          <w:rFonts w:ascii="Malgun Gothic" w:hAnsi="Malgun Gothic" w:eastAsia="Malgun Gothic" w:cs="Malgun Gothic"/>
        </w:rPr>
        <w:t>장차</w:t>
      </w:r>
      <w:r>
        <w:rPr>
          <w:rFonts w:ascii="Nirmala UI" w:hAnsi="Nirmala UI" w:eastAsia="Nirmala UI" w:cs="Nirmala UI"/>
        </w:rPr>
        <w:t xml:space="preserve"> </w:t>
      </w:r>
      <w:r>
        <w:rPr>
          <w:rFonts w:ascii="Malgun Gothic" w:hAnsi="Malgun Gothic" w:eastAsia="Malgun Gothic" w:cs="Malgun Gothic"/>
        </w:rPr>
        <w:t>속히</w:t>
      </w:r>
      <w:r>
        <w:rPr>
          <w:rFonts w:ascii="Nirmala UI" w:hAnsi="Nirmala UI" w:eastAsia="Nirmala UI" w:cs="Nirmala UI"/>
        </w:rPr>
        <w:t xml:space="preserve"> </w:t>
      </w:r>
      <w:r>
        <w:rPr>
          <w:rFonts w:ascii="Malgun Gothic" w:hAnsi="Malgun Gothic" w:eastAsia="Malgun Gothic" w:cs="Malgun Gothic"/>
        </w:rPr>
        <w:t>도래할</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법이며</w:t>
      </w:r>
      <w:r>
        <w:rPr>
          <w:rFonts w:ascii="Nirmala UI" w:hAnsi="Nirmala UI" w:eastAsia="Nirmala UI" w:cs="Nirmala UI"/>
        </w:rPr>
        <w:t xml:space="preserve">, </w:t>
      </w:r>
      <w:r>
        <w:rPr>
          <w:rFonts w:ascii="Malgun Gothic" w:hAnsi="Malgun Gothic" w:eastAsia="Malgun Gothic" w:cs="Malgun Gothic"/>
        </w:rPr>
        <w:t>예수께서는</w:t>
      </w:r>
      <w:r>
        <w:rPr>
          <w:rFonts w:ascii="Nirmala UI" w:hAnsi="Nirmala UI" w:eastAsia="Nirmala UI" w:cs="Nirmala UI"/>
        </w:rPr>
        <w:t xml:space="preserve"> </w:t>
      </w:r>
      <w:r>
        <w:rPr>
          <w:rFonts w:ascii="Malgun Gothic" w:hAnsi="Malgun Gothic" w:eastAsia="Malgun Gothic" w:cs="Malgun Gothic"/>
        </w:rPr>
        <w:t>언제나</w:t>
      </w:r>
      <w:r>
        <w:rPr>
          <w:rFonts w:ascii="Nirmala UI" w:hAnsi="Nirmala UI" w:eastAsia="Nirmala UI" w:cs="Nirmala UI"/>
        </w:rPr>
        <w:t xml:space="preserve"> </w:t>
      </w:r>
      <w:r>
        <w:rPr>
          <w:rFonts w:ascii="Malgun Gothic" w:hAnsi="Malgun Gothic" w:eastAsia="Malgun Gothic" w:cs="Malgun Gothic"/>
        </w:rPr>
        <w:t>끝을</w:t>
      </w:r>
      <w:r>
        <w:rPr>
          <w:rFonts w:ascii="Nirmala UI" w:hAnsi="Nirmala UI" w:eastAsia="Nirmala UI" w:cs="Nirmala UI"/>
        </w:rPr>
        <w:t xml:space="preserve"> </w:t>
      </w:r>
      <w:r>
        <w:rPr>
          <w:rFonts w:ascii="Malgun Gothic" w:hAnsi="Malgun Gothic" w:eastAsia="Malgun Gothic" w:cs="Malgun Gothic"/>
        </w:rPr>
        <w:t>시작으로써</w:t>
      </w:r>
      <w:r>
        <w:rPr>
          <w:rFonts w:ascii="Nirmala UI" w:hAnsi="Nirmala UI" w:eastAsia="Nirmala UI" w:cs="Nirmala UI"/>
        </w:rPr>
        <w:t xml:space="preserve"> </w:t>
      </w:r>
      <w:r>
        <w:rPr>
          <w:rFonts w:ascii="Malgun Gothic" w:hAnsi="Malgun Gothic" w:eastAsia="Malgun Gothic" w:cs="Malgun Gothic"/>
        </w:rPr>
        <w:t>예증하시므로</w:t>
      </w:r>
      <w:r>
        <w:rPr>
          <w:rFonts w:ascii="Nirmala UI" w:hAnsi="Nirmala UI" w:eastAsia="Nirmala UI" w:cs="Nirmala UI"/>
        </w:rPr>
        <w:t xml:space="preserve">, </w:t>
      </w:r>
      <w:r>
        <w:rPr>
          <w:rFonts w:ascii="Malgun Gothic" w:hAnsi="Malgun Gothic" w:eastAsia="Malgun Gothic" w:cs="Malgun Gothic"/>
        </w:rPr>
        <w:t>성경</w:t>
      </w:r>
      <w:r>
        <w:rPr>
          <w:rFonts w:ascii="Nirmala UI" w:hAnsi="Nirmala UI" w:eastAsia="Nirmala UI" w:cs="Nirmala UI"/>
        </w:rPr>
        <w:t xml:space="preserve"> </w:t>
      </w:r>
      <w:r>
        <w:rPr>
          <w:rFonts w:ascii="Malgun Gothic" w:hAnsi="Malgun Gothic" w:eastAsia="Malgun Gothic" w:cs="Malgun Gothic"/>
        </w:rPr>
        <w:t>예언의</w:t>
      </w:r>
      <w:r>
        <w:rPr>
          <w:rFonts w:ascii="Nirmala UI" w:hAnsi="Nirmala UI" w:eastAsia="Nirmala UI" w:cs="Nirmala UI"/>
        </w:rPr>
        <w:t xml:space="preserve"> </w:t>
      </w:r>
      <w:r>
        <w:rPr>
          <w:rFonts w:ascii="Malgun Gothic" w:hAnsi="Malgun Gothic" w:eastAsia="Malgun Gothic" w:cs="Malgun Gothic"/>
        </w:rPr>
        <w:t>적그리스도에게</w:t>
      </w:r>
      <w:r>
        <w:rPr>
          <w:rFonts w:ascii="Nirmala UI" w:hAnsi="Nirmala UI" w:eastAsia="Nirmala UI" w:cs="Nirmala UI"/>
        </w:rPr>
        <w:t xml:space="preserve"> </w:t>
      </w:r>
      <w:r>
        <w:rPr>
          <w:rFonts w:ascii="Malgun Gothic" w:hAnsi="Malgun Gothic" w:eastAsia="Malgun Gothic" w:cs="Malgun Gothic"/>
        </w:rPr>
        <w:t>어떠한</w:t>
      </w:r>
      <w:r>
        <w:rPr>
          <w:rFonts w:ascii="Nirmala UI" w:hAnsi="Nirmala UI" w:eastAsia="Nirmala UI" w:cs="Nirmala UI"/>
        </w:rPr>
        <w:t xml:space="preserve"> “</w:t>
      </w:r>
      <w:r>
        <w:rPr>
          <w:rFonts w:ascii="Malgun Gothic" w:hAnsi="Malgun Gothic" w:eastAsia="Malgun Gothic" w:cs="Malgun Gothic"/>
        </w:rPr>
        <w:t>양보</w:t>
      </w:r>
      <w:r>
        <w:rPr>
          <w:rFonts w:ascii="Nirmala UI" w:hAnsi="Nirmala UI" w:eastAsia="Nirmala UI" w:cs="Nirmala UI"/>
        </w:rPr>
        <w:t>”</w:t>
      </w:r>
      <w:r>
        <w:rPr>
          <w:rFonts w:ascii="Malgun Gothic" w:hAnsi="Malgun Gothic" w:eastAsia="Malgun Gothic" w:cs="Malgun Gothic"/>
        </w:rPr>
        <w:t>라도</w:t>
      </w:r>
      <w:r>
        <w:rPr>
          <w:rFonts w:ascii="Nirmala UI" w:hAnsi="Nirmala UI" w:eastAsia="Nirmala UI" w:cs="Nirmala UI"/>
        </w:rPr>
        <w:t xml:space="preserve"> </w:t>
      </w:r>
      <w:r>
        <w:rPr>
          <w:rFonts w:ascii="Malgun Gothic" w:hAnsi="Malgun Gothic" w:eastAsia="Malgun Gothic" w:cs="Malgun Gothic"/>
        </w:rPr>
        <w:t>제공하게</w:t>
      </w:r>
      <w:r>
        <w:rPr>
          <w:rFonts w:ascii="Nirmala UI" w:hAnsi="Nirmala UI" w:eastAsia="Nirmala UI" w:cs="Nirmala UI"/>
        </w:rPr>
        <w:t xml:space="preserve"> </w:t>
      </w:r>
      <w:r>
        <w:rPr>
          <w:rFonts w:ascii="Malgun Gothic" w:hAnsi="Malgun Gothic" w:eastAsia="Malgun Gothic" w:cs="Malgun Gothic"/>
        </w:rPr>
        <w:t>될</w:t>
      </w:r>
      <w:r>
        <w:rPr>
          <w:rFonts w:ascii="Nirmala UI" w:hAnsi="Nirmala UI" w:eastAsia="Nirmala UI" w:cs="Nirmala UI"/>
        </w:rPr>
        <w:t xml:space="preserve"> </w:t>
      </w:r>
      <w:r>
        <w:rPr>
          <w:rFonts w:ascii="Malgun Gothic" w:hAnsi="Malgun Gothic" w:eastAsia="Malgun Gothic" w:cs="Malgun Gothic"/>
        </w:rPr>
        <w:t>행정명령을</w:t>
      </w:r>
      <w:r>
        <w:rPr>
          <w:rFonts w:ascii="Nirmala UI" w:hAnsi="Nirmala UI" w:eastAsia="Nirmala UI" w:cs="Nirmala UI"/>
        </w:rPr>
        <w:t xml:space="preserve"> </w:t>
      </w:r>
      <w:r>
        <w:rPr>
          <w:rFonts w:ascii="Malgun Gothic" w:hAnsi="Malgun Gothic" w:eastAsia="Malgun Gothic" w:cs="Malgun Gothic"/>
        </w:rPr>
        <w:t>통한</w:t>
      </w:r>
      <w:r>
        <w:rPr>
          <w:rFonts w:ascii="Nirmala UI" w:hAnsi="Nirmala UI" w:eastAsia="Nirmala UI" w:cs="Nirmala UI"/>
        </w:rPr>
        <w:t xml:space="preserve"> </w:t>
      </w:r>
      <w:r>
        <w:rPr>
          <w:rFonts w:ascii="Malgun Gothic" w:hAnsi="Malgun Gothic" w:eastAsia="Malgun Gothic" w:cs="Malgun Gothic"/>
        </w:rPr>
        <w:t>트럼프의</w:t>
      </w:r>
      <w:r>
        <w:rPr>
          <w:rFonts w:ascii="Nirmala UI" w:hAnsi="Nirmala UI" w:eastAsia="Nirmala UI" w:cs="Nirmala UI"/>
        </w:rPr>
        <w:t xml:space="preserve"> </w:t>
      </w:r>
      <w:r>
        <w:rPr>
          <w:rFonts w:ascii="Malgun Gothic" w:hAnsi="Malgun Gothic" w:eastAsia="Malgun Gothic" w:cs="Malgun Gothic"/>
        </w:rPr>
        <w:t>행위는</w:t>
      </w:r>
      <w:r>
        <w:rPr>
          <w:rFonts w:ascii="Nirmala UI" w:hAnsi="Nirmala UI" w:eastAsia="Nirmala UI" w:cs="Nirmala UI"/>
        </w:rPr>
        <w:t xml:space="preserve">, </w:t>
      </w:r>
      <w:r>
        <w:rPr>
          <w:rFonts w:ascii="Malgun Gothic" w:hAnsi="Malgun Gothic" w:eastAsia="Malgun Gothic" w:cs="Malgun Gothic"/>
        </w:rPr>
        <w:t>오직</w:t>
      </w:r>
      <w:r>
        <w:rPr>
          <w:rFonts w:ascii="Nirmala UI" w:hAnsi="Nirmala UI" w:eastAsia="Nirmala UI" w:cs="Nirmala UI"/>
        </w:rPr>
        <w:t xml:space="preserve"> </w:t>
      </w:r>
      <w:r>
        <w:rPr>
          <w:rFonts w:ascii="Malgun Gothic" w:hAnsi="Malgun Gothic" w:eastAsia="Malgun Gothic" w:cs="Malgun Gothic"/>
        </w:rPr>
        <w:t>오메가에서</w:t>
      </w:r>
      <w:r>
        <w:rPr>
          <w:rFonts w:ascii="Nirmala UI" w:hAnsi="Nirmala UI" w:eastAsia="Nirmala UI" w:cs="Nirmala UI"/>
        </w:rPr>
        <w:t xml:space="preserve"> </w:t>
      </w:r>
      <w:r>
        <w:rPr>
          <w:rFonts w:ascii="Malgun Gothic" w:hAnsi="Malgun Gothic" w:eastAsia="Malgun Gothic" w:cs="Malgun Gothic"/>
        </w:rPr>
        <w:t>곧</w:t>
      </w:r>
      <w:r>
        <w:rPr>
          <w:rFonts w:ascii="Nirmala UI" w:hAnsi="Nirmala UI" w:eastAsia="Nirmala UI" w:cs="Nirmala UI"/>
        </w:rPr>
        <w:t xml:space="preserve"> </w:t>
      </w:r>
      <w:r>
        <w:rPr>
          <w:rFonts w:ascii="Malgun Gothic" w:hAnsi="Malgun Gothic" w:eastAsia="Malgun Gothic" w:cs="Malgun Gothic"/>
        </w:rPr>
        <w:t>미국이</w:t>
      </w:r>
      <w:r>
        <w:rPr>
          <w:rFonts w:ascii="Nirmala UI" w:hAnsi="Nirmala UI" w:eastAsia="Nirmala UI" w:cs="Nirmala UI"/>
        </w:rPr>
        <w:t xml:space="preserve"> “</w:t>
      </w:r>
      <w:r>
        <w:rPr>
          <w:rFonts w:ascii="Malgun Gothic" w:hAnsi="Malgun Gothic" w:eastAsia="Malgun Gothic" w:cs="Malgun Gothic"/>
        </w:rPr>
        <w:t>일요일</w:t>
      </w:r>
      <w:r>
        <w:rPr>
          <w:rFonts w:ascii="Nirmala UI" w:hAnsi="Nirmala UI" w:eastAsia="Nirmala UI" w:cs="Nirmala UI"/>
        </w:rPr>
        <w:t xml:space="preserve"> </w:t>
      </w:r>
      <w:r>
        <w:rPr>
          <w:rFonts w:ascii="Malgun Gothic" w:hAnsi="Malgun Gothic" w:eastAsia="Malgun Gothic" w:cs="Malgun Gothic"/>
        </w:rPr>
        <w:t>법을</w:t>
      </w:r>
      <w:r>
        <w:rPr>
          <w:rFonts w:ascii="Nirmala UI" w:hAnsi="Nirmala UI" w:eastAsia="Nirmala UI" w:cs="Nirmala UI"/>
        </w:rPr>
        <w:t xml:space="preserve"> </w:t>
      </w:r>
      <w:r>
        <w:rPr>
          <w:rFonts w:ascii="Malgun Gothic" w:hAnsi="Malgun Gothic" w:eastAsia="Malgun Gothic" w:cs="Malgun Gothic"/>
        </w:rPr>
        <w:t>제정하기</w:t>
      </w:r>
      <w:r>
        <w:rPr>
          <w:rFonts w:ascii="Nirmala UI" w:hAnsi="Nirmala UI" w:eastAsia="Nirmala UI" w:cs="Nirmala UI"/>
        </w:rPr>
        <w:t xml:space="preserve"> </w:t>
      </w:r>
      <w:r>
        <w:rPr>
          <w:rFonts w:ascii="Malgun Gothic" w:hAnsi="Malgun Gothic" w:eastAsia="Malgun Gothic" w:cs="Malgun Gothic"/>
        </w:rPr>
        <w:t>위하여</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정부의</w:t>
      </w:r>
      <w:r>
        <w:rPr>
          <w:rFonts w:ascii="Nirmala UI" w:hAnsi="Nirmala UI" w:eastAsia="Nirmala UI" w:cs="Nirmala UI"/>
        </w:rPr>
        <w:t xml:space="preserve"> </w:t>
      </w:r>
      <w:r>
        <w:rPr>
          <w:rFonts w:ascii="Malgun Gothic" w:hAnsi="Malgun Gothic" w:eastAsia="Malgun Gothic" w:cs="Malgun Gothic"/>
        </w:rPr>
        <w:t>원칙들을</w:t>
      </w:r>
      <w:r>
        <w:rPr>
          <w:rFonts w:ascii="Nirmala UI" w:hAnsi="Nirmala UI" w:eastAsia="Nirmala UI" w:cs="Nirmala UI"/>
        </w:rPr>
        <w:t xml:space="preserve"> </w:t>
      </w:r>
      <w:r>
        <w:rPr>
          <w:rFonts w:ascii="Malgun Gothic" w:hAnsi="Malgun Gothic" w:eastAsia="Malgun Gothic" w:cs="Malgun Gothic"/>
        </w:rPr>
        <w:t>그처럼</w:t>
      </w:r>
      <w:r>
        <w:rPr>
          <w:rFonts w:ascii="Nirmala UI" w:hAnsi="Nirmala UI" w:eastAsia="Nirmala UI" w:cs="Nirmala UI"/>
        </w:rPr>
        <w:t xml:space="preserve"> </w:t>
      </w:r>
      <w:r>
        <w:rPr>
          <w:rFonts w:ascii="Malgun Gothic" w:hAnsi="Malgun Gothic" w:eastAsia="Malgun Gothic" w:cs="Malgun Gothic"/>
        </w:rPr>
        <w:t>스스로</w:t>
      </w:r>
      <w:r>
        <w:rPr>
          <w:rFonts w:ascii="Nirmala UI" w:hAnsi="Nirmala UI" w:eastAsia="Nirmala UI" w:cs="Nirmala UI"/>
        </w:rPr>
        <w:t xml:space="preserve"> </w:t>
      </w:r>
      <w:r>
        <w:rPr>
          <w:rFonts w:ascii="Malgun Gothic" w:hAnsi="Malgun Gothic" w:eastAsia="Malgun Gothic" w:cs="Malgun Gothic"/>
        </w:rPr>
        <w:t>포기하게</w:t>
      </w:r>
      <w:r>
        <w:rPr>
          <w:rFonts w:ascii="Nirmala UI" w:hAnsi="Nirmala UI" w:eastAsia="Nirmala UI" w:cs="Nirmala UI"/>
        </w:rPr>
        <w:t xml:space="preserve"> </w:t>
      </w:r>
      <w:r>
        <w:rPr>
          <w:rFonts w:ascii="Malgun Gothic" w:hAnsi="Malgun Gothic" w:eastAsia="Malgun Gothic" w:cs="Malgun Gothic"/>
        </w:rPr>
        <w:t>될</w:t>
      </w:r>
      <w:r>
        <w:rPr>
          <w:rFonts w:ascii="Nirmala UI" w:hAnsi="Nirmala UI" w:eastAsia="Nirmala UI" w:cs="Nirmala UI"/>
        </w:rPr>
        <w:t xml:space="preserve">” </w:t>
      </w:r>
      <w:r>
        <w:rPr>
          <w:rFonts w:ascii="Malgun Gothic" w:hAnsi="Malgun Gothic" w:eastAsia="Malgun Gothic" w:cs="Malgun Gothic"/>
        </w:rPr>
        <w:t>때에야</w:t>
      </w:r>
      <w:r>
        <w:rPr>
          <w:rFonts w:ascii="Nirmala UI" w:hAnsi="Nirmala UI" w:eastAsia="Nirmala UI" w:cs="Nirmala UI"/>
        </w:rPr>
        <w:t xml:space="preserve"> </w:t>
      </w:r>
      <w:r>
        <w:rPr>
          <w:rFonts w:ascii="Malgun Gothic" w:hAnsi="Malgun Gothic" w:eastAsia="Malgun Gothic" w:cs="Malgun Gothic"/>
        </w:rPr>
        <w:t>비로소</w:t>
      </w:r>
      <w:r>
        <w:rPr>
          <w:rFonts w:ascii="Nirmala UI" w:hAnsi="Nirmala UI" w:eastAsia="Nirmala UI" w:cs="Nirmala UI"/>
        </w:rPr>
        <w:t xml:space="preserve"> </w:t>
      </w:r>
      <w:r>
        <w:rPr>
          <w:rFonts w:ascii="Malgun Gothic" w:hAnsi="Malgun Gothic" w:eastAsia="Malgun Gothic" w:cs="Malgun Gothic"/>
        </w:rPr>
        <w:t>끝나는</w:t>
      </w:r>
      <w:r>
        <w:rPr>
          <w:rFonts w:ascii="Nirmala UI" w:hAnsi="Nirmala UI" w:eastAsia="Nirmala UI" w:cs="Nirmala UI"/>
        </w:rPr>
        <w:t xml:space="preserve"> </w:t>
      </w:r>
      <w:r>
        <w:rPr>
          <w:rFonts w:ascii="Malgun Gothic" w:hAnsi="Malgun Gothic" w:eastAsia="Malgun Gothic" w:cs="Malgun Gothic"/>
        </w:rPr>
        <w:t>그</w:t>
      </w:r>
      <w:r>
        <w:rPr>
          <w:rFonts w:ascii="Nirmala UI" w:hAnsi="Nirmala UI" w:eastAsia="Nirmala UI" w:cs="Nirmala UI"/>
        </w:rPr>
        <w:t xml:space="preserve"> </w:t>
      </w:r>
      <w:r>
        <w:rPr>
          <w:rFonts w:ascii="Malgun Gothic" w:hAnsi="Malgun Gothic" w:eastAsia="Malgun Gothic" w:cs="Malgun Gothic"/>
        </w:rPr>
        <w:t>운동의</w:t>
      </w:r>
      <w:r>
        <w:rPr>
          <w:rFonts w:ascii="Nirmala UI" w:hAnsi="Nirmala UI" w:eastAsia="Nirmala UI" w:cs="Nirmala UI"/>
        </w:rPr>
        <w:t xml:space="preserve"> </w:t>
      </w:r>
      <w:r>
        <w:rPr>
          <w:rFonts w:ascii="Malgun Gothic" w:hAnsi="Malgun Gothic" w:eastAsia="Malgun Gothic" w:cs="Malgun Gothic"/>
        </w:rPr>
        <w:t>알파를</w:t>
      </w:r>
      <w:r>
        <w:rPr>
          <w:rFonts w:ascii="Nirmala UI" w:hAnsi="Nirmala UI" w:eastAsia="Nirmala UI" w:cs="Nirmala UI"/>
        </w:rPr>
        <w:t xml:space="preserve"> </w:t>
      </w:r>
      <w:r>
        <w:rPr>
          <w:rFonts w:ascii="Malgun Gothic" w:hAnsi="Malgun Gothic" w:eastAsia="Malgun Gothic" w:cs="Malgun Gothic"/>
        </w:rPr>
        <w:t>나타낼</w:t>
      </w:r>
      <w:r>
        <w:rPr>
          <w:rFonts w:ascii="Nirmala UI" w:hAnsi="Nirmala UI" w:eastAsia="Nirmala UI" w:cs="Nirmala UI"/>
        </w:rPr>
        <w:t xml:space="preserve"> </w:t>
      </w:r>
      <w:r>
        <w:rPr>
          <w:rFonts w:ascii="Malgun Gothic" w:hAnsi="Malgun Gothic" w:eastAsia="Malgun Gothic" w:cs="Malgun Gothic"/>
        </w:rPr>
        <w:t>것이다</w:t>
      </w:r>
      <w:r>
        <w:rPr>
          <w:rFonts w:ascii="Nirmala UI" w:hAnsi="Nirmala UI" w:eastAsia="Nirmala UI" w:cs="Nirmala UI"/>
        </w:rPr>
        <w:t>.</w:t>
      </w:r>
    </w:p>
    <w:p>
      <w:pPr>
        <w:pStyle w:val="ArticleScripture"/>
        <w:jc w:val="left"/>
      </w:pPr>
      <w:r>
        <w:rPr>
          <w:rFonts w:ascii="Nirmala UI" w:hAnsi="Nirmala UI" w:eastAsia="Nirmala UI" w:cs="Nirmala UI"/>
        </w:rPr>
        <w:t>“रविवार के प्रवर्तन के लिए चल रहे इस आंदोलन में लगे हुए लोगों में भी बहुत से ऐसे हैं जो इस कार्रवाई के परिणामों के विषय में अंधे बने हुए हैं। वे यह नहीं देखते कि वे सीधे-सीधे धार्मिक स्वतंत्रता के विरुद्ध प्रहार कर रहे हैं। बहुत से ऐसे हैं जिन्होंने कभी बाइबल के सब्त के दावों को, और उस झूठी नींव को जिस पर रविवार-संस्था टिकी हुई है, समझा ही नहीं। धार्मिक विधान के पक्ष में कोई भी आंदोलन वास्तव में पोपशाही के प्रति एक रियायत का कार्य है, जिसने इतने युगों तक विवेक की स्वतंत्रता के विरुद्ध निरंतर युद्ध किया है। तथाकथित मसीही संस्था के रूप में रविवार-पालन अपना अस्तित्व ‘अधर्म के भेद’ का ऋणी है; और उसका प्रवर्तन उन सिद्धांतों की वस्तुतः स्वीकृति होगा जो रोमनवाद की आधारशिला ही हैं। जब हमारा राष्ट्र अपने शासन के सिद्धांतों का इस प्रकार परित्याग करके रविवार का कानून बनाएगा, तब प्रोटेस्टेंटवाद इस कार्य में पोपशाही के साथ हाथ मिला लेगा; यह और कुछ नहीं, बल्कि उस अत्याचार को जीवन देना होगा जो बहुत समय से अपनी अवसर-प्रतीक्षा में तत्पर रहा है, ताकि फिर से सक्रिय निरंकुशता में उछल पड़े।” Testimonies, volume 5, 711.</w:t>
      </w:r>
    </w:p>
    <w:p>
      <w:pPr>
        <w:pStyle w:val="ArticleBody"/>
        <w:jc w:val="left"/>
      </w:pPr>
      <w:r>
        <w:rPr>
          <w:rFonts w:ascii="Ebrima" w:hAnsi="Ebrima" w:eastAsia="Ebrima" w:cs="Ebrima"/>
        </w:rPr>
        <w:t>እያንዳንዱ</w:t>
      </w:r>
      <w:r>
        <w:rPr>
          <w:rFonts w:ascii="Nirmala UI" w:hAnsi="Nirmala UI" w:eastAsia="Nirmala UI" w:cs="Nirmala UI"/>
        </w:rPr>
        <w:t xml:space="preserve"> “</w:t>
      </w:r>
      <w:r>
        <w:rPr>
          <w:rFonts w:ascii="Ebrima" w:hAnsi="Ebrima" w:eastAsia="Ebrima" w:cs="Ebrima"/>
        </w:rPr>
        <w:t>ሃይማኖታዊ</w:t>
      </w:r>
      <w:r>
        <w:rPr>
          <w:rFonts w:ascii="Nirmala UI" w:hAnsi="Nirmala UI" w:eastAsia="Nirmala UI" w:cs="Nirmala UI"/>
        </w:rPr>
        <w:t xml:space="preserve"> </w:t>
      </w:r>
      <w:r>
        <w:rPr>
          <w:rFonts w:ascii="Ebrima" w:hAnsi="Ebrima" w:eastAsia="Ebrima" w:cs="Ebrima"/>
        </w:rPr>
        <w:t>ሕግ</w:t>
      </w:r>
      <w:r>
        <w:rPr>
          <w:rFonts w:ascii="Nirmala UI" w:hAnsi="Nirmala UI" w:eastAsia="Nirmala UI" w:cs="Nirmala UI"/>
        </w:rPr>
        <w:t xml:space="preserve"> </w:t>
      </w:r>
      <w:r>
        <w:rPr>
          <w:rFonts w:ascii="Ebrima" w:hAnsi="Ebrima" w:eastAsia="Ebrima" w:cs="Ebrima"/>
        </w:rPr>
        <w:t>ደግፎ</w:t>
      </w:r>
      <w:r>
        <w:rPr>
          <w:rFonts w:ascii="Nirmala UI" w:hAnsi="Nirmala UI" w:eastAsia="Nirmala UI" w:cs="Nirmala UI"/>
        </w:rPr>
        <w:t xml:space="preserve"> </w:t>
      </w:r>
      <w:r>
        <w:rPr>
          <w:rFonts w:ascii="Ebrima" w:hAnsi="Ebrima" w:eastAsia="Ebrima" w:cs="Ebrima"/>
        </w:rPr>
        <w:t>የሚደረግ</w:t>
      </w:r>
      <w:r>
        <w:rPr>
          <w:rFonts w:ascii="Nirmala UI" w:hAnsi="Nirmala UI" w:eastAsia="Nirmala UI" w:cs="Nirmala UI"/>
        </w:rPr>
        <w:t xml:space="preserve"> </w:t>
      </w:r>
      <w:r>
        <w:rPr>
          <w:rFonts w:ascii="Ebrima" w:hAnsi="Ebrima" w:eastAsia="Ebrima" w:cs="Ebrima"/>
        </w:rPr>
        <w:t>እንቅስቃሴ</w:t>
      </w:r>
      <w:r>
        <w:rPr>
          <w:rFonts w:ascii="Nirmala UI" w:hAnsi="Nirmala UI" w:eastAsia="Nirmala UI" w:cs="Nirmala UI"/>
        </w:rPr>
        <w:t xml:space="preserve"> </w:t>
      </w:r>
      <w:r>
        <w:rPr>
          <w:rFonts w:ascii="Ebrima" w:hAnsi="Ebrima" w:eastAsia="Ebrima" w:cs="Ebrima"/>
        </w:rPr>
        <w:t>በእውነት</w:t>
      </w:r>
      <w:r>
        <w:rPr>
          <w:rFonts w:ascii="Nirmala UI" w:hAnsi="Nirmala UI" w:eastAsia="Nirmala UI" w:cs="Nirmala UI"/>
        </w:rPr>
        <w:t xml:space="preserve"> </w:t>
      </w:r>
      <w:r>
        <w:rPr>
          <w:rFonts w:ascii="Ebrima" w:hAnsi="Ebrima" w:eastAsia="Ebrima" w:cs="Ebrima"/>
        </w:rPr>
        <w:t>ለጳጳሳዊ</w:t>
      </w:r>
      <w:r>
        <w:rPr>
          <w:rFonts w:ascii="Nirmala UI" w:hAnsi="Nirmala UI" w:eastAsia="Nirmala UI" w:cs="Nirmala UI"/>
        </w:rPr>
        <w:t xml:space="preserve"> </w:t>
      </w:r>
      <w:r>
        <w:rPr>
          <w:rFonts w:ascii="Ebrima" w:hAnsi="Ebrima" w:eastAsia="Ebrima" w:cs="Ebrima"/>
        </w:rPr>
        <w:t>ሥርዓት</w:t>
      </w:r>
      <w:r>
        <w:rPr>
          <w:rFonts w:ascii="Nirmala UI" w:hAnsi="Nirmala UI" w:eastAsia="Nirmala UI" w:cs="Nirmala UI"/>
        </w:rPr>
        <w:t xml:space="preserve"> </w:t>
      </w:r>
      <w:r>
        <w:rPr>
          <w:rFonts w:ascii="Ebrima" w:hAnsi="Ebrima" w:eastAsia="Ebrima" w:cs="Ebrima"/>
        </w:rPr>
        <w:t>የሚደረግ</w:t>
      </w:r>
      <w:r>
        <w:rPr>
          <w:rFonts w:ascii="Nirmala UI" w:hAnsi="Nirmala UI" w:eastAsia="Nirmala UI" w:cs="Nirmala UI"/>
        </w:rPr>
        <w:t xml:space="preserve"> </w:t>
      </w:r>
      <w:r>
        <w:rPr>
          <w:rFonts w:ascii="Ebrima" w:hAnsi="Ebrima" w:eastAsia="Ebrima" w:cs="Ebrima"/>
        </w:rPr>
        <w:t>መስጠት</w:t>
      </w:r>
      <w:r>
        <w:rPr>
          <w:rFonts w:ascii="Nirmala UI" w:hAnsi="Nirmala UI" w:eastAsia="Nirmala UI" w:cs="Nirmala UI"/>
        </w:rPr>
        <w:t xml:space="preserve"> </w:t>
      </w:r>
      <w:r>
        <w:rPr>
          <w:rFonts w:ascii="Ebrima" w:hAnsi="Ebrima" w:eastAsia="Ebrima" w:cs="Ebrima"/>
        </w:rPr>
        <w:t>ነው፤</w:t>
      </w:r>
      <w:r>
        <w:rPr>
          <w:rFonts w:ascii="Nirmala UI" w:hAnsi="Nirmala UI" w:eastAsia="Nirmala UI" w:cs="Nirmala UI"/>
        </w:rPr>
        <w:t xml:space="preserve">” </w:t>
      </w:r>
      <w:r>
        <w:rPr>
          <w:rFonts w:ascii="Ebrima" w:hAnsi="Ebrima" w:eastAsia="Ebrima" w:cs="Ebrima"/>
        </w:rPr>
        <w:t>እነዚህም</w:t>
      </w:r>
      <w:r>
        <w:rPr>
          <w:rFonts w:ascii="Nirmala UI" w:hAnsi="Nirmala UI" w:eastAsia="Nirmala UI" w:cs="Nirmala UI"/>
        </w:rPr>
        <w:t xml:space="preserve"> </w:t>
      </w:r>
      <w:r>
        <w:rPr>
          <w:rFonts w:ascii="Ebrima" w:hAnsi="Ebrima" w:eastAsia="Ebrima" w:cs="Ebrima"/>
        </w:rPr>
        <w:t>እንቅስቃሴዎች</w:t>
      </w:r>
      <w:r>
        <w:rPr>
          <w:rFonts w:ascii="Nirmala UI" w:hAnsi="Nirmala UI" w:eastAsia="Nirmala UI" w:cs="Nirmala UI"/>
        </w:rPr>
        <w:t xml:space="preserve"> </w:t>
      </w:r>
      <w:r>
        <w:rPr>
          <w:rFonts w:ascii="Ebrima" w:hAnsi="Ebrima" w:eastAsia="Ebrima" w:cs="Ebrima"/>
        </w:rPr>
        <w:t>በቅርቡ</w:t>
      </w:r>
      <w:r>
        <w:rPr>
          <w:rFonts w:ascii="Nirmala UI" w:hAnsi="Nirmala UI" w:eastAsia="Nirmala UI" w:cs="Nirmala UI"/>
        </w:rPr>
        <w:t xml:space="preserve"> </w:t>
      </w:r>
      <w:r>
        <w:rPr>
          <w:rFonts w:ascii="Ebrima" w:hAnsi="Ebrima" w:eastAsia="Ebrima" w:cs="Ebrima"/>
        </w:rPr>
        <w:t>ከሚመጣው</w:t>
      </w:r>
      <w:r>
        <w:rPr>
          <w:rFonts w:ascii="Nirmala UI" w:hAnsi="Nirmala UI" w:eastAsia="Nirmala UI" w:cs="Nirmala UI"/>
        </w:rPr>
        <w:t xml:space="preserve"> </w:t>
      </w:r>
      <w:r>
        <w:rPr>
          <w:rFonts w:ascii="Ebrima" w:hAnsi="Ebrima" w:eastAsia="Ebrima" w:cs="Ebrima"/>
        </w:rPr>
        <w:t>የእሑድ</w:t>
      </w:r>
      <w:r>
        <w:rPr>
          <w:rFonts w:ascii="Nirmala UI" w:hAnsi="Nirmala UI" w:eastAsia="Nirmala UI" w:cs="Nirmala UI"/>
        </w:rPr>
        <w:t xml:space="preserve"> </w:t>
      </w:r>
      <w:r>
        <w:rPr>
          <w:rFonts w:ascii="Ebrima" w:hAnsi="Ebrima" w:eastAsia="Ebrima" w:cs="Ebrima"/>
        </w:rPr>
        <w:t>ሕግ</w:t>
      </w:r>
      <w:r>
        <w:rPr>
          <w:rFonts w:ascii="Nirmala UI" w:hAnsi="Nirmala UI" w:eastAsia="Nirmala UI" w:cs="Nirmala UI"/>
        </w:rPr>
        <w:t xml:space="preserve"> </w:t>
      </w:r>
      <w:r>
        <w:rPr>
          <w:rFonts w:ascii="Ebrima" w:hAnsi="Ebrima" w:eastAsia="Ebrima" w:cs="Ebrima"/>
        </w:rPr>
        <w:t>በፊት</w:t>
      </w:r>
      <w:r>
        <w:rPr>
          <w:rFonts w:ascii="Nirmala UI" w:hAnsi="Nirmala UI" w:eastAsia="Nirmala UI" w:cs="Nirmala UI"/>
        </w:rPr>
        <w:t xml:space="preserve"> </w:t>
      </w:r>
      <w:r>
        <w:rPr>
          <w:rFonts w:ascii="Ebrima" w:hAnsi="Ebrima" w:eastAsia="Ebrima" w:cs="Ebrima"/>
        </w:rPr>
        <w:t>ይከሰታሉ።</w:t>
      </w:r>
    </w:p>
    <w:p>
      <w:pPr>
        <w:pStyle w:val="ArticleScripture"/>
        <w:jc w:val="left"/>
      </w:pPr>
      <w:r>
        <w:rPr>
          <w:rFonts w:ascii="Nirmala UI" w:hAnsi="Nirmala UI" w:eastAsia="Nirmala UI" w:cs="Nirmala UI"/>
        </w:rPr>
        <w:t>“</w:t>
      </w:r>
      <w:r>
        <w:rPr>
          <w:rFonts w:ascii="Malgun Gothic" w:hAnsi="Malgun Gothic" w:eastAsia="Malgun Gothic" w:cs="Malgun Gothic"/>
        </w:rPr>
        <w:t>이</w:t>
      </w:r>
      <w:r>
        <w:rPr>
          <w:rFonts w:ascii="Nirmala UI" w:hAnsi="Nirmala UI" w:eastAsia="Nirmala UI" w:cs="Nirmala UI"/>
        </w:rPr>
        <w:t xml:space="preserve"> </w:t>
      </w:r>
      <w:r>
        <w:rPr>
          <w:rFonts w:ascii="Malgun Gothic" w:hAnsi="Malgun Gothic" w:eastAsia="Malgun Gothic" w:cs="Malgun Gothic"/>
        </w:rPr>
        <w:t>날에</w:t>
      </w:r>
      <w:r>
        <w:rPr>
          <w:rFonts w:ascii="Nirmala UI" w:hAnsi="Nirmala UI" w:eastAsia="Nirmala UI" w:cs="Nirmala UI"/>
        </w:rPr>
        <w:t xml:space="preserve"> </w:t>
      </w:r>
      <w:r>
        <w:rPr>
          <w:rFonts w:ascii="Malgun Gothic" w:hAnsi="Malgun Gothic" w:eastAsia="Malgun Gothic" w:cs="Malgun Gothic"/>
        </w:rPr>
        <w:t>대한</w:t>
      </w:r>
      <w:r>
        <w:rPr>
          <w:rFonts w:ascii="Nirmala UI" w:hAnsi="Nirmala UI" w:eastAsia="Nirmala UI" w:cs="Nirmala UI"/>
        </w:rPr>
        <w:t xml:space="preserve"> </w:t>
      </w:r>
      <w:r>
        <w:rPr>
          <w:rFonts w:ascii="Malgun Gothic" w:hAnsi="Malgun Gothic" w:eastAsia="Malgun Gothic" w:cs="Malgun Gothic"/>
        </w:rPr>
        <w:t>경배를</w:t>
      </w:r>
      <w:r>
        <w:rPr>
          <w:rFonts w:ascii="Nirmala UI" w:hAnsi="Nirmala UI" w:eastAsia="Nirmala UI" w:cs="Nirmala UI"/>
        </w:rPr>
        <w:t xml:space="preserve"> </w:t>
      </w:r>
      <w:r>
        <w:rPr>
          <w:rFonts w:ascii="Malgun Gothic" w:hAnsi="Malgun Gothic" w:eastAsia="Malgun Gothic" w:cs="Malgun Gothic"/>
        </w:rPr>
        <w:t>강요하는</w:t>
      </w:r>
      <w:r>
        <w:rPr>
          <w:rFonts w:ascii="Nirmala UI" w:hAnsi="Nirmala UI" w:eastAsia="Nirmala UI" w:cs="Nirmala UI"/>
        </w:rPr>
        <w:t xml:space="preserve"> </w:t>
      </w:r>
      <w:r>
        <w:rPr>
          <w:rFonts w:ascii="Malgun Gothic" w:hAnsi="Malgun Gothic" w:eastAsia="Malgun Gothic" w:cs="Malgun Gothic"/>
        </w:rPr>
        <w:t>법령은</w:t>
      </w:r>
      <w:r>
        <w:rPr>
          <w:rFonts w:ascii="Nirmala UI" w:hAnsi="Nirmala UI" w:eastAsia="Nirmala UI" w:cs="Nirmala UI"/>
        </w:rPr>
        <w:t xml:space="preserve"> </w:t>
      </w:r>
      <w:r>
        <w:rPr>
          <w:rFonts w:ascii="Malgun Gothic" w:hAnsi="Malgun Gothic" w:eastAsia="Malgun Gothic" w:cs="Malgun Gothic"/>
        </w:rPr>
        <w:t>온</w:t>
      </w:r>
      <w:r>
        <w:rPr>
          <w:rFonts w:ascii="Nirmala UI" w:hAnsi="Nirmala UI" w:eastAsia="Nirmala UI" w:cs="Nirmala UI"/>
        </w:rPr>
        <w:t xml:space="preserve"> </w:t>
      </w:r>
      <w:r>
        <w:rPr>
          <w:rFonts w:ascii="Malgun Gothic" w:hAnsi="Malgun Gothic" w:eastAsia="Malgun Gothic" w:cs="Malgun Gothic"/>
        </w:rPr>
        <w:t>세상으로</w:t>
      </w:r>
      <w:r>
        <w:rPr>
          <w:rFonts w:ascii="Nirmala UI" w:hAnsi="Nirmala UI" w:eastAsia="Nirmala UI" w:cs="Nirmala UI"/>
        </w:rPr>
        <w:t xml:space="preserve"> </w:t>
      </w:r>
      <w:r>
        <w:rPr>
          <w:rFonts w:ascii="Malgun Gothic" w:hAnsi="Malgun Gothic" w:eastAsia="Malgun Gothic" w:cs="Malgun Gothic"/>
        </w:rPr>
        <w:t>퍼져</w:t>
      </w:r>
      <w:r>
        <w:rPr>
          <w:rFonts w:ascii="Nirmala UI" w:hAnsi="Nirmala UI" w:eastAsia="Nirmala UI" w:cs="Nirmala UI"/>
        </w:rPr>
        <w:t xml:space="preserve"> </w:t>
      </w:r>
      <w:r>
        <w:rPr>
          <w:rFonts w:ascii="Malgun Gothic" w:hAnsi="Malgun Gothic" w:eastAsia="Malgun Gothic" w:cs="Malgun Gothic"/>
        </w:rPr>
        <w:t>나가야</w:t>
      </w:r>
      <w:r>
        <w:rPr>
          <w:rFonts w:ascii="Nirmala UI" w:hAnsi="Nirmala UI" w:eastAsia="Nirmala UI" w:cs="Nirmala UI"/>
        </w:rPr>
        <w:t xml:space="preserve"> </w:t>
      </w:r>
      <w:r>
        <w:rPr>
          <w:rFonts w:ascii="Malgun Gothic" w:hAnsi="Malgun Gothic" w:eastAsia="Malgun Gothic" w:cs="Malgun Gothic"/>
        </w:rPr>
        <w:t>한다</w:t>
      </w:r>
      <w:r>
        <w:rPr>
          <w:rFonts w:ascii="Nirmala UI" w:hAnsi="Nirmala UI" w:eastAsia="Nirmala UI" w:cs="Nirmala UI"/>
        </w:rPr>
        <w:t xml:space="preserve">. </w:t>
      </w:r>
      <w:r>
        <w:rPr>
          <w:rFonts w:ascii="Malgun Gothic" w:hAnsi="Malgun Gothic" w:eastAsia="Malgun Gothic" w:cs="Malgun Gothic"/>
        </w:rPr>
        <w:t>제한된</w:t>
      </w:r>
      <w:r>
        <w:rPr>
          <w:rFonts w:ascii="Nirmala UI" w:hAnsi="Nirmala UI" w:eastAsia="Nirmala UI" w:cs="Nirmala UI"/>
        </w:rPr>
        <w:t xml:space="preserve"> </w:t>
      </w:r>
      <w:r>
        <w:rPr>
          <w:rFonts w:ascii="Malgun Gothic" w:hAnsi="Malgun Gothic" w:eastAsia="Malgun Gothic" w:cs="Malgun Gothic"/>
        </w:rPr>
        <w:t>정도로나마</w:t>
      </w:r>
      <w:r>
        <w:rPr>
          <w:rFonts w:ascii="Nirmala UI" w:hAnsi="Nirmala UI" w:eastAsia="Nirmala UI" w:cs="Nirmala UI"/>
        </w:rPr>
        <w:t xml:space="preserve">, </w:t>
      </w:r>
      <w:r>
        <w:rPr>
          <w:rFonts w:ascii="Malgun Gothic" w:hAnsi="Malgun Gothic" w:eastAsia="Malgun Gothic" w:cs="Malgun Gothic"/>
        </w:rPr>
        <w:t>그것은</w:t>
      </w:r>
      <w:r>
        <w:rPr>
          <w:rFonts w:ascii="Nirmala UI" w:hAnsi="Nirmala UI" w:eastAsia="Nirmala UI" w:cs="Nirmala UI"/>
        </w:rPr>
        <w:t xml:space="preserve"> </w:t>
      </w:r>
      <w:r>
        <w:rPr>
          <w:rFonts w:ascii="Malgun Gothic" w:hAnsi="Malgun Gothic" w:eastAsia="Malgun Gothic" w:cs="Malgun Gothic"/>
        </w:rPr>
        <w:t>이미</w:t>
      </w:r>
      <w:r>
        <w:rPr>
          <w:rFonts w:ascii="Nirmala UI" w:hAnsi="Nirmala UI" w:eastAsia="Nirmala UI" w:cs="Nirmala UI"/>
        </w:rPr>
        <w:t xml:space="preserve"> </w:t>
      </w:r>
      <w:r>
        <w:rPr>
          <w:rFonts w:ascii="Malgun Gothic" w:hAnsi="Malgun Gothic" w:eastAsia="Malgun Gothic" w:cs="Malgun Gothic"/>
        </w:rPr>
        <w:t>퍼져</w:t>
      </w:r>
      <w:r>
        <w:rPr>
          <w:rFonts w:ascii="Nirmala UI" w:hAnsi="Nirmala UI" w:eastAsia="Nirmala UI" w:cs="Nirmala UI"/>
        </w:rPr>
        <w:t xml:space="preserve"> </w:t>
      </w:r>
      <w:r>
        <w:rPr>
          <w:rFonts w:ascii="Malgun Gothic" w:hAnsi="Malgun Gothic" w:eastAsia="Malgun Gothic" w:cs="Malgun Gothic"/>
        </w:rPr>
        <w:t>나갔다</w:t>
      </w:r>
      <w:r>
        <w:rPr>
          <w:rFonts w:ascii="Nirmala UI" w:hAnsi="Nirmala UI" w:eastAsia="Nirmala UI" w:cs="Nirmala UI"/>
        </w:rPr>
        <w:t xml:space="preserve">. </w:t>
      </w:r>
      <w:r>
        <w:rPr>
          <w:rFonts w:ascii="Malgun Gothic" w:hAnsi="Malgun Gothic" w:eastAsia="Malgun Gothic" w:cs="Malgun Gothic"/>
        </w:rPr>
        <w:t>여러</w:t>
      </w:r>
      <w:r>
        <w:rPr>
          <w:rFonts w:ascii="Nirmala UI" w:hAnsi="Nirmala UI" w:eastAsia="Nirmala UI" w:cs="Nirmala UI"/>
        </w:rPr>
        <w:t xml:space="preserve"> </w:t>
      </w:r>
      <w:r>
        <w:rPr>
          <w:rFonts w:ascii="Malgun Gothic" w:hAnsi="Malgun Gothic" w:eastAsia="Malgun Gothic" w:cs="Malgun Gothic"/>
        </w:rPr>
        <w:t>곳에서</w:t>
      </w:r>
      <w:r>
        <w:rPr>
          <w:rFonts w:ascii="Nirmala UI" w:hAnsi="Nirmala UI" w:eastAsia="Nirmala UI" w:cs="Nirmala UI"/>
        </w:rPr>
        <w:t xml:space="preserve"> </w:t>
      </w:r>
      <w:r>
        <w:rPr>
          <w:rFonts w:ascii="Malgun Gothic" w:hAnsi="Malgun Gothic" w:eastAsia="Malgun Gothic" w:cs="Malgun Gothic"/>
        </w:rPr>
        <w:t>세속</w:t>
      </w:r>
      <w:r>
        <w:rPr>
          <w:rFonts w:ascii="Nirmala UI" w:hAnsi="Nirmala UI" w:eastAsia="Nirmala UI" w:cs="Nirmala UI"/>
        </w:rPr>
        <w:t xml:space="preserve"> </w:t>
      </w:r>
      <w:r>
        <w:rPr>
          <w:rFonts w:ascii="Malgun Gothic" w:hAnsi="Malgun Gothic" w:eastAsia="Malgun Gothic" w:cs="Malgun Gothic"/>
        </w:rPr>
        <w:t>권세가</w:t>
      </w:r>
      <w:r>
        <w:rPr>
          <w:rFonts w:ascii="Nirmala UI" w:hAnsi="Nirmala UI" w:eastAsia="Nirmala UI" w:cs="Nirmala UI"/>
        </w:rPr>
        <w:t xml:space="preserve"> </w:t>
      </w:r>
      <w:r>
        <w:rPr>
          <w:rFonts w:ascii="Malgun Gothic" w:hAnsi="Malgun Gothic" w:eastAsia="Malgun Gothic" w:cs="Malgun Gothic"/>
        </w:rPr>
        <w:t>용의</w:t>
      </w:r>
      <w:r>
        <w:rPr>
          <w:rFonts w:ascii="Nirmala UI" w:hAnsi="Nirmala UI" w:eastAsia="Nirmala UI" w:cs="Nirmala UI"/>
        </w:rPr>
        <w:t xml:space="preserve"> </w:t>
      </w:r>
      <w:r>
        <w:rPr>
          <w:rFonts w:ascii="Malgun Gothic" w:hAnsi="Malgun Gothic" w:eastAsia="Malgun Gothic" w:cs="Malgun Gothic"/>
        </w:rPr>
        <w:t>음성으로</w:t>
      </w:r>
      <w:r>
        <w:rPr>
          <w:rFonts w:ascii="Nirmala UI" w:hAnsi="Nirmala UI" w:eastAsia="Nirmala UI" w:cs="Nirmala UI"/>
        </w:rPr>
        <w:t xml:space="preserve"> </w:t>
      </w:r>
      <w:r>
        <w:rPr>
          <w:rFonts w:ascii="Malgun Gothic" w:hAnsi="Malgun Gothic" w:eastAsia="Malgun Gothic" w:cs="Malgun Gothic"/>
        </w:rPr>
        <w:t>말하고</w:t>
      </w:r>
      <w:r>
        <w:rPr>
          <w:rFonts w:ascii="Nirmala UI" w:hAnsi="Nirmala UI" w:eastAsia="Nirmala UI" w:cs="Nirmala UI"/>
        </w:rPr>
        <w:t xml:space="preserve"> </w:t>
      </w:r>
      <w:r>
        <w:rPr>
          <w:rFonts w:ascii="Malgun Gothic" w:hAnsi="Malgun Gothic" w:eastAsia="Malgun Gothic" w:cs="Malgun Gothic"/>
        </w:rPr>
        <w:t>있으니</w:t>
      </w:r>
      <w:r>
        <w:rPr>
          <w:rFonts w:ascii="Nirmala UI" w:hAnsi="Nirmala UI" w:eastAsia="Nirmala UI" w:cs="Nirmala UI"/>
        </w:rPr>
        <w:t xml:space="preserve">, </w:t>
      </w:r>
      <w:r>
        <w:rPr>
          <w:rFonts w:ascii="Malgun Gothic" w:hAnsi="Malgun Gothic" w:eastAsia="Malgun Gothic" w:cs="Malgun Gothic"/>
        </w:rPr>
        <w:t>이는</w:t>
      </w:r>
      <w:r>
        <w:rPr>
          <w:rFonts w:ascii="Nirmala UI" w:hAnsi="Nirmala UI" w:eastAsia="Nirmala UI" w:cs="Nirmala UI"/>
        </w:rPr>
        <w:t xml:space="preserve"> </w:t>
      </w:r>
      <w:r>
        <w:rPr>
          <w:rFonts w:ascii="Malgun Gothic" w:hAnsi="Malgun Gothic" w:eastAsia="Malgun Gothic" w:cs="Malgun Gothic"/>
        </w:rPr>
        <w:t>마치</w:t>
      </w:r>
      <w:r>
        <w:rPr>
          <w:rFonts w:ascii="Nirmala UI" w:hAnsi="Nirmala UI" w:eastAsia="Nirmala UI" w:cs="Nirmala UI"/>
        </w:rPr>
        <w:t xml:space="preserve"> </w:t>
      </w:r>
      <w:r>
        <w:rPr>
          <w:rFonts w:ascii="Malgun Gothic" w:hAnsi="Malgun Gothic" w:eastAsia="Malgun Gothic" w:cs="Malgun Gothic"/>
        </w:rPr>
        <w:t>이방</w:t>
      </w:r>
      <w:r>
        <w:rPr>
          <w:rFonts w:ascii="Nirmala UI" w:hAnsi="Nirmala UI" w:eastAsia="Nirmala UI" w:cs="Nirmala UI"/>
        </w:rPr>
        <w:t xml:space="preserve"> </w:t>
      </w:r>
      <w:r>
        <w:rPr>
          <w:rFonts w:ascii="Malgun Gothic" w:hAnsi="Malgun Gothic" w:eastAsia="Malgun Gothic" w:cs="Malgun Gothic"/>
        </w:rPr>
        <w:t>왕이</w:t>
      </w:r>
      <w:r>
        <w:rPr>
          <w:rFonts w:ascii="Nirmala UI" w:hAnsi="Nirmala UI" w:eastAsia="Nirmala UI" w:cs="Nirmala UI"/>
        </w:rPr>
        <w:t xml:space="preserve"> </w:t>
      </w:r>
      <w:r>
        <w:rPr>
          <w:rFonts w:ascii="Malgun Gothic" w:hAnsi="Malgun Gothic" w:eastAsia="Malgun Gothic" w:cs="Malgun Gothic"/>
        </w:rPr>
        <w:t>히브리</w:t>
      </w:r>
      <w:r>
        <w:rPr>
          <w:rFonts w:ascii="Nirmala UI" w:hAnsi="Nirmala UI" w:eastAsia="Nirmala UI" w:cs="Nirmala UI"/>
        </w:rPr>
        <w:t xml:space="preserve"> </w:t>
      </w:r>
      <w:r>
        <w:rPr>
          <w:rFonts w:ascii="Malgun Gothic" w:hAnsi="Malgun Gothic" w:eastAsia="Malgun Gothic" w:cs="Malgun Gothic"/>
        </w:rPr>
        <w:t>포로들에게</w:t>
      </w:r>
      <w:r>
        <w:rPr>
          <w:rFonts w:ascii="Nirmala UI" w:hAnsi="Nirmala UI" w:eastAsia="Nirmala UI" w:cs="Nirmala UI"/>
        </w:rPr>
        <w:t xml:space="preserve"> </w:t>
      </w:r>
      <w:r>
        <w:rPr>
          <w:rFonts w:ascii="Malgun Gothic" w:hAnsi="Malgun Gothic" w:eastAsia="Malgun Gothic" w:cs="Malgun Gothic"/>
        </w:rPr>
        <w:t>말하던</w:t>
      </w:r>
      <w:r>
        <w:rPr>
          <w:rFonts w:ascii="Nirmala UI" w:hAnsi="Nirmala UI" w:eastAsia="Nirmala UI" w:cs="Nirmala UI"/>
        </w:rPr>
        <w:t xml:space="preserve"> </w:t>
      </w:r>
      <w:r>
        <w:rPr>
          <w:rFonts w:ascii="Malgun Gothic" w:hAnsi="Malgun Gothic" w:eastAsia="Malgun Gothic" w:cs="Malgun Gothic"/>
        </w:rPr>
        <w:t>것과</w:t>
      </w:r>
      <w:r>
        <w:rPr>
          <w:rFonts w:ascii="Nirmala UI" w:hAnsi="Nirmala UI" w:eastAsia="Nirmala UI" w:cs="Nirmala UI"/>
        </w:rPr>
        <w:t xml:space="preserve"> </w:t>
      </w:r>
      <w:r>
        <w:rPr>
          <w:rFonts w:ascii="Malgun Gothic" w:hAnsi="Malgun Gothic" w:eastAsia="Malgun Gothic" w:cs="Malgun Gothic"/>
        </w:rPr>
        <w:t>같다</w:t>
      </w:r>
      <w:r>
        <w:rPr>
          <w:rFonts w:ascii="Nirmala UI" w:hAnsi="Nirmala UI" w:eastAsia="Nirmala UI" w:cs="Nirmala UI"/>
        </w:rPr>
        <w:t>.” Signs of the Times, May 6, 1897.</w:t>
      </w:r>
    </w:p>
    <w:p>
      <w:pPr>
        <w:pStyle w:val="ArticleBody"/>
        <w:jc w:val="left"/>
      </w:pPr>
      <w:r>
        <w:rPr>
          <w:rFonts w:ascii="Nirmala UI" w:hAnsi="Nirmala UI" w:eastAsia="Nirmala UI" w:cs="Nirmala UI"/>
        </w:rPr>
        <w:t>Ebyo tugenda kweyongera okubikola mu kiwandiiko ekiddako.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ગુપ્ત ઇતિહાસનો ચાલીસમો શ્લોક - એકત્રીસમો નંબર</dc:title>
  <dc:subject>Ezekieli Nomoro Kumi na Mbili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