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ચાલીસમા વચનનો છુપાયેલો ઇતિહાસ - ક્રમાંક તેત્રીસ</w:t>
      </w:r>
    </w:p>
    <w:p>
      <w:pPr>
        <w:pStyle w:val="ArticleSubtitle"/>
        <w:jc w:val="left"/>
      </w:pPr>
      <w:r>
        <w:rPr>
          <w:rFonts w:ascii="Nirmala UI" w:hAnsi="Nirmala UI" w:eastAsia="Nirmala UI" w:cs="Nirmala UI"/>
        </w:rPr>
        <w:t>હઝકિયેલ ક્રમાંક ચૌદ</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2026-10-27</w:t>
      </w:r>
    </w:p>
    <w:p>
      <w:pPr>
        <w:pStyle w:val="ArticleBody"/>
        <w:jc w:val="left"/>
      </w:pPr>
      <w:r>
        <w:rPr>
          <w:rFonts w:ascii="Nirmala UI" w:hAnsi="Nirmala UI" w:eastAsia="Nirmala UI" w:cs="Nirmala UI"/>
        </w:rPr>
        <w:t>ઉત્પત્તિના ચોથા અને પાંચમા અધ્યાયોમાં કાઈનની વંશાવળી અને શેથની વંશાવળી વચ્ચેનો ભેદ દર્શાવવામાં આવ્યો છે.</w:t>
      </w:r>
    </w:p>
    <w:p>
      <w:pPr>
        <w:pStyle w:val="ArticleHeading"/>
        <w:jc w:val="left"/>
      </w:pPr>
      <w:r>
        <w:rPr>
          <w:rFonts w:ascii="Nirmala UI" w:hAnsi="Nirmala UI" w:eastAsia="Nirmala UI" w:cs="Nirmala UI"/>
        </w:rPr>
        <w:t>સારો લામેખ અને ખરાબ લામેખ</w:t>
      </w:r>
    </w:p>
    <w:p>
      <w:pPr>
        <w:pStyle w:val="ArticleBody"/>
        <w:jc w:val="left"/>
      </w:pPr>
      <w:r>
        <w:rPr>
          <w:rFonts w:ascii="Nirmala UI" w:hAnsi="Nirmala UI" w:eastAsia="Nirmala UI" w:cs="Nirmala UI"/>
        </w:rPr>
        <w:t>આ બે વંશરેખાઓ નાશ પામનારાઓ અને ઉદ્ધાર પામનારાઓ વચ્ચેનો ભેદ દર્શાવે છે, અને આ બે વંશરેખાઓના કેટલાક વંશજો પરસ્પર વિરોધી આ વંશરેખાઓનાં સમાંતર ‘વંશજ પ્રતીકો’નું પ્રતિનિધિત્વ કરે છે. કાઈન એવા એક વર્ગનું પ્રતિનિધિત્વ કરે છે જેને પાપ માટે કોઈ પશ્ચાત્તાપ નથી અને જે માત્ર પોતાની જ સ્થિતિ માટે શોક કરે છે.</w:t>
      </w:r>
    </w:p>
    <w:p>
      <w:pPr>
        <w:pStyle w:val="ArticleScripture"/>
        <w:jc w:val="left"/>
      </w:pPr>
      <w:r>
        <w:rPr>
          <w:rFonts w:ascii="Nirmala UI" w:hAnsi="Nirmala UI" w:eastAsia="Nirmala UI" w:cs="Nirmala UI"/>
        </w:rPr>
        <w:t>અને તેમણે કહ્યું, તેં આ શું કર્યું? તારા ભાઈના રક્તનો અવાજ ભૂમિમાંથી મારી સમક્ષ પોકાર કરે છે. અને હવે તું એ ભૂમિથી શાપિત થયો છે, જેણે તારા હાથમાંથી તારા ભાઈનું રક્ત ગ્રહણ કરવા પોતાનું મુખ ખોલ્યું છે; તું ભૂમિ ખેડશે ત્યારે હવેથી તે તને પોતાનું સામર્થ્ય આપશે નહિ; પૃથ્વી પર તું નાસતો ફરતો અને ભટકતો રહેશે. અને કાઈને પ્રભુને કહ્યું, મારી સજા મારાથી સહન થઈ શકે તે કરતાં વધુ ભારે છે. જુઓ, આજે તેં મને પૃથ્વીના પટ પરથી હાંકી કાઢ્યો છે; અને હું તારી દૃષ્ટિથી ઓઝલ થઈ જઈશ; અને હું પૃથ્વી પર નાસતો ફરતો અને ભટકતો રહીશ; અને એવું બનશે કે જે કોઈ મને મળશે તે મને મારી નાખશે. અને પ્રભુએ તેને કહ્યું, તેથી જે કોઈ કાઈનને મારી નાખશે, તેના પર સાતગણો વેર વાળવામાં આવશે. અને પ્રભુએ કાઈન પર એક નિશાની મૂકી, જેથી તેને મળનાર કોઈ તેને મારી ન નાખે. અને કાઈન પ્રભુની સન્મુખથી નીકળી ગયો, અને એદનની પૂર્વે આવેલા નોદ દેશમાં વસ્યો. ઉત્પત્તિ 4:10–16.</w:t>
      </w:r>
    </w:p>
    <w:p>
      <w:pPr>
        <w:pStyle w:val="ArticleBody"/>
        <w:jc w:val="left"/>
      </w:pPr>
      <w:r>
        <w:rPr>
          <w:rFonts w:ascii="Nirmala UI" w:hAnsi="Nirmala UI" w:eastAsia="Nirmala UI" w:cs="Nirmala UI"/>
        </w:rPr>
        <w:t>કાઈન પશ્ચાત્તાપ ન કરનારાઓના એવા વર્ગનું પ્રતિનિધિત્વ કરે છે, જેઓ માત્ર પોતાની દુઃખદ સ્થિતિ પર જ ધ્યાન કેન્દ્રિત કરે છે, જે સ્થિતિ તેમણે ભલું કરવા પ્રયત્ન કરવાનો ઇનકાર કરીને પોતે જ પોતાના પર આણી છે.</w:t>
      </w:r>
    </w:p>
    <w:p>
      <w:pPr>
        <w:pStyle w:val="ArticleScripture"/>
        <w:jc w:val="left"/>
      </w:pPr>
      <w:r>
        <w:rPr>
          <w:rFonts w:ascii="Nirmala UI" w:hAnsi="Nirmala UI" w:eastAsia="Nirmala UI" w:cs="Nirmala UI"/>
        </w:rPr>
        <w:t>પરંતુ કાઈન પ્રત્યે અને તેના અર્પણ પ્રત્યે તેમણે પ્રસન્નતા દર્શાવી નહિ. અને કાઈન અતિશય ક્રોધિત થયો, અને તેનું મુખ ઊતરી ગયું. અને પ્રભુએ કાઈનને કહ્યું, તું શા માટે ક્રોધિત થયો છે? અને તારું મુખ શા માટે ઊતરી ગયું છે? જો તું સારું કરે, તો શું તારો સ્વીકાર નહિ થાય? અને જો તું સારું ન કરે, તો પાપ દ્વારે પડેલું છે. અને તેની ઇચ્છા તારા તરફ રહેશે, અને તું તેના પર અધિકાર ચલાવશે. ઉત્પત્તિ 4:5–7.</w:t>
      </w:r>
    </w:p>
    <w:p>
      <w:pPr>
        <w:pStyle w:val="ArticleHeading"/>
        <w:jc w:val="left"/>
      </w:pPr>
      <w:r>
        <w:rPr>
          <w:rFonts w:ascii="Nirmala UI" w:hAnsi="Nirmala UI" w:eastAsia="Nirmala UI" w:cs="Nirmala UI"/>
        </w:rPr>
        <w:t>છ મૃત્યુ—ત્રણ આલ્ફા અને ત્રણ ઓમેગા</w:t>
      </w:r>
    </w:p>
    <w:p>
      <w:pPr>
        <w:pStyle w:val="ArticleBody"/>
        <w:jc w:val="left"/>
      </w:pPr>
      <w:r>
        <w:rPr>
          <w:rFonts w:ascii="Nirmala UI" w:hAnsi="Nirmala UI" w:eastAsia="Nirmala UI" w:cs="Nirmala UI"/>
        </w:rPr>
        <w:t>અગાઉના લેખોમાં આપણે હનોખને પ્રથમ દૂતના પ્રતીક તરીકે, લામેખને બીજા દૂતના પ્રતીક તરીકે, મથૂશેલાહને મધ્યરાત્રિના પોકાર તરીકે અને નૂહને ત્રીજા દૂત તરીકે ઓળખાવ્યા હતા. મથૂશેલાહનું મૃત્યુ થયું તે જળપ્રલયના પાંચ વર્ષ પહેલાં શેથના વંશના લામેખનું સાતસો સિત્યોતેર વર્ષની વયે મૃત્યુ થયું હતું. લામેખના મૃત્યુના પાંચ વર્ષ પછી મથૂશેલાહનું મૃત્યુ થયું હતું, અને તેથી તેમનાં મૃત્યુ હઝકિયેલની પત્નીના મૃત્યુનાં પ્રતીકરૂપ છે, જેના એક દશાંશ પાંચ વર્ષ પછી (1.5) હલવાનની પત્ની યરૂશાલેમનું મૃત્યુ થયું હતું.</w:t>
      </w:r>
    </w:p>
    <w:p>
      <w:pPr>
        <w:pStyle w:val="ArticleScripture"/>
        <w:jc w:val="left"/>
      </w:pPr>
      <w:r>
        <w:rPr>
          <w:rFonts w:ascii="Nirmala UI" w:hAnsi="Nirmala UI" w:eastAsia="Nirmala UI" w:cs="Nirmala UI"/>
        </w:rPr>
        <w:t>અને મેં, યોહાને, પવિત્ર નગર, નવું યરુશાલેમ, ઈશ્વર પાસેથી સ્વર્ગમાંથી નીચે ઊતરતું જોયું; તે પોતાના પતિ માટે શણગારેલી કન્યાની જેમ તૈયાર કરાયેલું હતું. પ્રકટીકરણ 21:2.</w:t>
      </w:r>
    </w:p>
    <w:p>
      <w:pPr>
        <w:pStyle w:val="ArticleBody"/>
        <w:jc w:val="left"/>
      </w:pPr>
      <w:r>
        <w:rPr>
          <w:rFonts w:ascii="Nirmala UI" w:hAnsi="Nirmala UI" w:eastAsia="Nirmala UI" w:cs="Nirmala UI"/>
        </w:rPr>
        <w:t>હઝકિયેલની પત્ની અને લામેખનાં આલ્ફા મૃત્યુઓ, જે યરૂશાલેમ અને મથૂશેલાહનાં ઓમેગા મૃત્યુઓ સાથે જોડાય છે, તે જોન પાલેયોલોગોસના મૃત્યુનું પ્રતીકાત્મક પૂર્વરૂપ હતાં, જેના પાંચ વર્ષ પછી કોન્સ્ટેન્ટિનોપલની પ્રાચીરો પર કોન્સ્ટેન્ટાઇન અગિયારમાનું મૃત્યુ થયું. લામેખની સમયરેખા પાંચ વર્ષ દર્શાવે છે, જેના અંતે પ્રાણીઓના સ્થળાંતરનો સાત દિવસનો સમયગાળો છે. પૂર્વીય રોમની સમયરેખા પાંચ વર્ષ દર્શાવે છે, અને એ કુલ પાંચ વર્ષની અંદર ચાર વર્ષનો સમયગાળો પણ દર્શાવે છે. હઝકિયેલની સમયરેખા બે વર્ષ અને એક દશાંશ પાંચ વર્ષ (1.5), એમ બંને દર્શાવે છે. બાબિલોન દ્વારા યરૂશાલેમના વિનાશની હઝકિયેલની સમયરેખા 66થી 70 દરમિયાન રોમ દ્વારા થયેલા યરૂશાલેમના બીજા વિનાશ સાથે મેળ ખાય છે. યરૂશાલેમના વિનાશની રોમન સમયરેખા ચાર વર્ષનો સમયગાળો અને સાડા ત્રણ વર્ષનો સમયગાળો, એમ બંને આપે છે. એ ચાર પ્રતીકાત્મક સમયરેખાઓમાંની પ્રત્યેકે પોતાના ભવિષ્યવાણીરૂપ સાક્ષ્યમાં એક નહીં, પરંતુ બે પ્રતીકાત્મક સમયગાળા આપ્યા હતા.</w:t>
      </w:r>
    </w:p>
    <w:p>
      <w:pPr>
        <w:pStyle w:val="ArticleBody"/>
        <w:jc w:val="left"/>
      </w:pPr>
      <w:r>
        <w:rPr>
          <w:rFonts w:ascii="Nirmala UI" w:hAnsi="Nirmala UI" w:eastAsia="Nirmala UI" w:cs="Nirmala UI"/>
        </w:rPr>
        <w:t>લામેખ, જૉન પાલાઇઓલોગોસ અને હઝકિયેલની પત્ની એવા સમયગાળાના આલ્ફા માર્ગચિહ્નનું પ્રતિનિધિત્વ કરે છે, જેનો અંત ઓમેગા મૃત્યુ સાથે થાય છે. ત્રણ રેખાઓમાંથી બે એવી ઘેરાબંધીનું પ્રતિનિધિત્વ કરે છે, જેનો અંત તેમનાં પોતપોતાનાં પ્રતિરૂપોના મૃત્યુ સાથે થાય છે. બાકીની રેખાનો અંત પ્રાણીઓના વહાણમાં પ્રવેશ સાથે થાય છે. ઓમેગા પ્રતિરૂપ નૂહના જળપ્રલયને યરુશાલેમના વિનાશ અને કોન્સ્ટેન્ટિનોપલની દીવાલોના વિનાશ સાથે સંરેખિત કરે છે. ત્રણેય ઓમેગા પ્રતીકો ટૂંક સમયમાં આવનારા રવિવારના કાયદા સમયે કૃપાકાળની સમાપ્તિનું પ્રતિનિધિત્વ કરે છે.</w:t>
      </w:r>
    </w:p>
    <w:p>
      <w:pPr>
        <w:pStyle w:val="ArticleBody"/>
        <w:jc w:val="left"/>
      </w:pPr>
      <w:r>
        <w:rPr>
          <w:rFonts w:ascii="Nirmala UI" w:hAnsi="Nirmala UI" w:eastAsia="Nirmala UI" w:cs="Nirmala UI"/>
        </w:rPr>
        <w:t>અલબત્ત, નૂહના વહાણની સાક્ષીમાં કોઈ ઘેરાબંધી નહોતી, પરંતુ વહાણમાં પ્રવેશ શક્ય બને તે માટે ઢોળાવવાળો માર્ગ હોવો જ પડ્યો હશે. જો સામાન ચઢાવવા માટેના આ ઢોળાવવાળા માર્ગને ઘેરાબંધી માટેના ઢોળાવવાળા માર્ગનું પ્રતીક માનવામાં આવે, તો મૃત્યુની ત્રણેય સાક્ષીઓ ઘેરાબંધી દર્શાવે છે. ૬૬થી ૭૦ સુધીના યરુશાલેમના વિનાશની રોમન ઇતિહાસરેખામાં, ૬૬માં સેસ્ટિયસ દ્વારા ઘેરાબંધી કરવામાં આવી હતી અને ૭૦માં તિતસ દ્વારા બીજી ઘેરાબંધી કરવામાં આવી હતી.</w:t>
      </w:r>
    </w:p>
    <w:p>
      <w:pPr>
        <w:pStyle w:val="ArticleHeading"/>
        <w:jc w:val="left"/>
      </w:pPr>
      <w:r>
        <w:rPr>
          <w:rFonts w:ascii="Nirmala UI" w:hAnsi="Nirmala UI" w:eastAsia="Nirmala UI" w:cs="Nirmala UI"/>
        </w:rPr>
        <w:t>ચાર વર્ષ</w:t>
      </w:r>
    </w:p>
    <w:p>
      <w:pPr>
        <w:pStyle w:val="ArticleBody"/>
        <w:jc w:val="left"/>
      </w:pPr>
      <w:r>
        <w:rPr>
          <w:rFonts w:ascii="Nirmala UI" w:hAnsi="Nirmala UI" w:eastAsia="Nirmala UI" w:cs="Nirmala UI"/>
        </w:rPr>
        <w:t>1453માં કોન્સ્ટેન્ટિનોપલના ઘેરા સાથે સમાપ્ત થતાં ચાર વર્ષ પ્રકટીકરણના નવમા અધ્યાયમાંની “પાંચ મહિના”ની ઇસ્લામી ભવિષ્યવાણીમાંના બીજા ચાર વર્ષના સમયગાળાને દર્શાવે છે. “પાંચ મહિના”ની ભવિષ્યવાણીમાં પહેલો ચાર વર્ષનો સમયગાળો નિકોમિડિયાના ઘેરા દરમિયાન 1333થી 1337 સુધીનો હતો. તે ઘેરો 27 જુલાઈ, 1299થી ગણાતાં આડત્રીસ વર્ષોની સમાપ્તિ પણ દર્શાવતો હતો. યરૂશાલેમના બે વિનાશ, કોન્સ્ટેન્ટિનોપલનો એક વિનાશ, જળપ્રલય અને નિકોમિડિયાનો ઘેરો એ ઈ.સ.પૂર્વે 200થી ઈ.સ.પૂર્વે 198 સુધીના પાનિયમના સૈન્ય અભિયાનના પાંચ સાક્ષી છે, જે અભિયાન છઠ્ઠો સાક્ષી ગણાય, અને અન્ય કેટલાંક સાક્ષી પણ છે.</w:t>
      </w:r>
    </w:p>
    <w:p>
      <w:pPr>
        <w:pStyle w:val="ArticleBody"/>
        <w:jc w:val="left"/>
      </w:pPr>
      <w:r>
        <w:rPr>
          <w:rFonts w:ascii="Nirmala UI" w:hAnsi="Nirmala UI" w:eastAsia="Nirmala UI" w:cs="Nirmala UI"/>
        </w:rPr>
        <w:t>યરુશાલેમના બંને વિનાશોને સહેલાઈથી “રેખા પર રેખા” સુસંગત રીતે ગોઠવી શકાય છે. બંનેમાં રહેલાં આલ્ફા અને ઓમેગા મૃત્યુઓના આધારે જળપ્રલય અને પૂર્વીય રોમની રેખાને પરસ્પર સુસંગત ગોઠવવામાં આવે છે. પાનિયમના લશ્કરી અભિયાનને વિશેષરૂપે હઝકિયેલની ઈ.સ. પૂર્વે 587ની રેખા સાથે સુસંગત ગોઠવવામાં આવે છે, કારણ કે ઘેરાબંધીના બંને સમયગાળા બે-બે વર્ષ દર્શાવે છે. પાનિયમને દાનિયેલના અગિયારમા અધ્યાયના પંદરમા પદમાં રજૂ કરવામાં આવ્યું છે, જે સોળમા પદની પહેલાં આવે છે; સોળમું પદ ટૂંક સમયમાં આવનારા રવિવારના કાયદાને રજૂ કરે છે, જેમ ઈ.સ. પૂર્વે 586 અને ઈ.સ. 70માં થયેલા યરુશાલેમના વિનાશોએ પણ કર્યું હતું. પાનિયમના યુદ્ધ અને સિદોનની ઘેરાબંધીનો બે વર્ષનો સમયગાળો આ દરેક રેખાને દાનિયેલના અગિયારમા અધ્યાયના ચાળીસમા પદના ગુપ્ત ઇતિહાસમાં લઈ આવે છે.</w:t>
      </w:r>
    </w:p>
    <w:p>
      <w:pPr>
        <w:pStyle w:val="ArticleHeading"/>
        <w:jc w:val="left"/>
      </w:pPr>
      <w:r>
        <w:rPr>
          <w:rFonts w:ascii="Nirmala UI" w:hAnsi="Nirmala UI" w:eastAsia="Nirmala UI" w:cs="Nirmala UI"/>
        </w:rPr>
        <w:t>એક ચિહ્ન</w:t>
      </w:r>
    </w:p>
    <w:p>
      <w:pPr>
        <w:pStyle w:val="ArticleBody"/>
        <w:jc w:val="left"/>
      </w:pPr>
      <w:r>
        <w:rPr>
          <w:rFonts w:ascii="Nirmala UI" w:hAnsi="Nirmala UI" w:eastAsia="Nirmala UI" w:cs="Nirmala UI"/>
        </w:rPr>
        <w:t>યરૂશાલેમના બંને વિનાશો વખતે થયેલા ઘેરાઓમાંનું પ્રથમ ભવિષ્યવાણીય માર્ગચિહ્ન એક નિશાની દર્શાવે છે; 66માં સેસ્ટિયસ અને હઝકિયેલની પત્નીનું મૃત્યુ બંને આલ્ફા નિશાનીઓ હતાં. લામેખ પણ પ્રથમ માર્ગચિહ્ન છે, અને તેથી, બેની સાક્ષીના આધારે, લામેખ પણ એક નિશાની છે. તેમની 777 વર્ષની ઉંમર વિજયી મંડળીની નિશાની દર્શાવે છે, જે ત્રણ ઘટકોથી બનેલી છે: એક પ્રબોધક, એક યાજક અને એક રાજા.</w:t>
      </w:r>
    </w:p>
    <w:p>
      <w:pPr>
        <w:pStyle w:val="ArticleScripture"/>
        <w:jc w:val="left"/>
      </w:pPr>
      <w:r>
        <w:rPr>
          <w:rFonts w:ascii="Nirmala UI" w:hAnsi="Nirmala UI" w:eastAsia="Nirmala UI" w:cs="Nirmala UI"/>
        </w:rPr>
        <w:t>વળી, મેં તેઓને મારા વિશ્રામવારો પણ આપ્યા, જેથી તે મારી અને તેઓની વચ્ચે ચિહ્નરૂપ થાય અને તેઓ જાણે કે તેઓને પવિત્ર કરનાર હું પ્રભુ છું. હઝકિયેલ 20:12.</w:t>
      </w:r>
    </w:p>
    <w:p>
      <w:pPr>
        <w:pStyle w:val="ArticleHeading"/>
        <w:jc w:val="left"/>
      </w:pPr>
      <w:r>
        <w:rPr>
          <w:rFonts w:ascii="Nirmala UI" w:hAnsi="Nirmala UI" w:eastAsia="Nirmala UI" w:cs="Nirmala UI"/>
        </w:rPr>
        <w:t>૩૦૦ વર્ષ</w:t>
      </w:r>
    </w:p>
    <w:p>
      <w:pPr>
        <w:pStyle w:val="ArticleBody"/>
        <w:jc w:val="left"/>
      </w:pPr>
      <w:r>
        <w:rPr>
          <w:rFonts w:ascii="Nirmala UI" w:hAnsi="Nirmala UI" w:eastAsia="Nirmala UI" w:cs="Nirmala UI"/>
        </w:rPr>
        <w:t>હનોખ, જે શેથના વંશમાં આદમથી સાતમો હતો, તે 300 વર્ષ સુધી ઈશ્વર સાથે ચાલ્યો અને તેને સ્વર્ગમાં લઈ જવામાં આવ્યો. ‘300’ એ અગ્રણીઓના 1843ના ત્રણસો ચાર્ટોનું, તેમને અનુરૂપ ત્રણસો મિલરવાદી ઉપદેશકોનું તેમજ ગિદિયોનની ત્રણસો સૈનિકોની સેનાનું પ્રતીક છે. હનોખ, મિલરવાદી ઉપદેશકો અને ગિદિયોનના ત્રણસો સૈનિકો એક લાખ ચુમ્માલીસ હજારનું પ્રતિનિધિત્વ કરે છે. સામસૂને 300 શિયાળ લઈને તેમને જોડીમાં એકબીજા સાથે બાંધ્યા, આમ 150ને તથા એકસાથે બંધાયેલા એવા પ્રતીકને દર્શાવ્યું, જેની કુલ સંખ્યા ત્રણસો થાય છે.</w:t>
      </w:r>
    </w:p>
    <w:p>
      <w:pPr>
        <w:pStyle w:val="ArticleScripture"/>
        <w:jc w:val="left"/>
      </w:pPr>
      <w:r>
        <w:rPr>
          <w:rFonts w:ascii="Nirmala UI" w:hAnsi="Nirmala UI" w:eastAsia="Nirmala UI" w:cs="Nirmala UI"/>
        </w:rPr>
        <w:t>અને સામસૂને જઈને ત્રણસો શિયાળ પકડ્યાં, મશાલો લીધી, અને તેમને પૂંછડે પૂંછડે જોડીને દરેક બે પૂંછડીઓની વચ્ચે એક મશાલ મૂકી. અને મશાલો સળગાવ્યા પછી તેણે તેમને પલિસ્તીઓના ઊભા અનાજના પાકમાં છોડી દીધાં, અને પૂળાના ઢગલા તથા ઊભો પાક, દ્રાક્ષાવાડીઓ અને જૈતૂનનાં વૃક્ષો સહિત, બાળી નાખ્યાં. ન્યાયાધીશો 15:4, 5.</w:t>
      </w:r>
    </w:p>
    <w:p>
      <w:pPr>
        <w:pStyle w:val="ArticleBody"/>
        <w:jc w:val="left"/>
      </w:pPr>
      <w:r>
        <w:rPr>
          <w:rFonts w:ascii="Nirmala UI" w:hAnsi="Nirmala UI" w:eastAsia="Nirmala UI" w:cs="Nirmala UI"/>
        </w:rPr>
        <w:t>પ્રકટીકરણના નવમા અધ્યાયમાં ઇસ્લામ વિશેની પાંચ-પાંચ મહિનાની બે ભવિષ્યવાણીઓ “અગ્નિ” અને “પૂંછડાં”ને ઇસ્લામની લાક્ષણિકતાઓ તરીકે દર્શાવે છે.</w:t>
      </w:r>
    </w:p>
    <w:p>
      <w:pPr>
        <w:pStyle w:val="ArticleScripture"/>
        <w:jc w:val="left"/>
      </w:pPr>
      <w:r>
        <w:rPr>
          <w:rFonts w:ascii="Nirmala UI" w:hAnsi="Nirmala UI" w:eastAsia="Nirmala UI" w:cs="Nirmala UI"/>
        </w:rPr>
        <w:t>અને આ રીતે મેં દર્શનમાં ઘોડાઓને તથા તેમના પર બેઠેલાઓને જોયા, જેમણે અગ્નિ, જેસિન્થમણિ અને ગંધક જેવા રંગનાં વક્ષકવચ ધારણ કર્યાં હતાં: અને ઘોડાઓનાં માથાં સિંહોનાં માથાં જેવાં હતાં; અને તેમનાં મુખમાંથી અગ્નિ, ધુમાડો અને ગંધક નીકળતાં હતાં. આ ત્રણથી મનુષ્યોનો ત્રીજો ભાગ માર્યો ગયો, એટલે કે તેમનાં મુખમાંથી નીકળતા અગ્નિથી, ધુમાડાથી અને ગંધકથી. કેમ કે તેમની શક્તિ તેમનાં મુખમાં અને તેમની પૂંછડીઓમાં છે: કારણ કે તેમની પૂંછડીઓ સર્પો જેવી હતી, અને એ પૂંછડીઓને માથાં હતાં, અને તે વડે તેઓ હાનિ પહોંચાડે છે. પ્રકટીકરણ 9:17–19.</w:t>
      </w:r>
    </w:p>
    <w:p>
      <w:pPr>
        <w:pStyle w:val="ArticleBody"/>
        <w:jc w:val="left"/>
      </w:pPr>
      <w:r>
        <w:rPr>
          <w:rFonts w:ascii="Nirmala UI" w:hAnsi="Nirmala UI" w:eastAsia="Nirmala UI" w:cs="Nirmala UI"/>
        </w:rPr>
        <w:t>ઇસ્લામની શક્તિ તેમનાં મુખોમાં અને તેમની પૂંછડીઓમાં એમ બંનેમાં રહેલી છે.</w:t>
      </w:r>
    </w:p>
    <w:p>
      <w:pPr>
        <w:pStyle w:val="ArticleScripture"/>
        <w:jc w:val="left"/>
      </w:pPr>
      <w:r>
        <w:rPr>
          <w:rFonts w:ascii="Nirmala UI" w:hAnsi="Nirmala UI" w:eastAsia="Nirmala UI" w:cs="Nirmala UI"/>
        </w:rPr>
        <w:t>અને તેમની પૂંછડીઓ વીંછીઓની પૂંછડીઓ જેવી હતી, અને તેમની પૂંછડીઓમાં ડંખ હતા; અને તેમને પાંચ મહિના સુધી મનુષ્યોને પીડા પહોંચાડવાની શક્તિ હતી. અને તેમના પર એક રાજા હતો, જે અગાધ ખાડાનો દૂત છે, જેનું નામ હિબ્રૂ ભાષામાં અબદ્દોન છે, પરંતુ ગ્રીક ભાષામાં તેનું નામ અપોલ્યોન છે. પ્રકટીકરણ ૯:૧૦, ૧૧.</w:t>
      </w:r>
    </w:p>
    <w:p>
      <w:pPr>
        <w:pStyle w:val="ArticleBody"/>
        <w:jc w:val="left"/>
      </w:pPr>
      <w:r>
        <w:rPr>
          <w:rFonts w:ascii="Nirmala UI" w:hAnsi="Nirmala UI" w:eastAsia="Nirmala UI" w:cs="Nirmala UI"/>
        </w:rPr>
        <w:t>યાતના આપવાની અને મારી નાખવાની ઇસ્લામની શક્તિ તેમનાં મુખો અને પૂંછડાં બંનેમાં છે, જે તેમનાં મુખો અને પૂંછડાંમાંથી નીકળે છે.</w:t>
      </w:r>
    </w:p>
    <w:p>
      <w:pPr>
        <w:pStyle w:val="ArticleScripture"/>
        <w:jc w:val="left"/>
      </w:pPr>
      <w:r>
        <w:rPr>
          <w:rFonts w:ascii="Nirmala UI" w:hAnsi="Nirmala UI" w:eastAsia="Nirmala UI" w:cs="Nirmala UI"/>
        </w:rPr>
        <w:t>તેથી પ્રભુ એક જ દિવસમાં ઇઝરાયલમાંથી માથું અને પૂંછડી, ડાળી અને બરુ કાપી નાખશે. જે વૃદ્ધ અને માનનીય છે, તે માથું છે; અને જે પ્રબોધક જૂઠાણાં શીખવે છે, તે પૂંછડી છે. કેમ કે આ પ્રજાના આગેવાનો તેમને ભટકાવે છે; અને જેઓ તેમની આગેવાની હેઠળ ચાલે છે તેઓ નાશ પામે છે. યશાયા 9:14–16.</w:t>
      </w:r>
    </w:p>
    <w:p>
      <w:pPr>
        <w:pStyle w:val="ArticleBody"/>
        <w:jc w:val="left"/>
      </w:pPr>
      <w:r>
        <w:rPr>
          <w:rFonts w:ascii="Nirmala UI" w:hAnsi="Nirmala UI" w:eastAsia="Nirmala UI" w:cs="Nirmala UI"/>
        </w:rPr>
        <w:t>ઇસ્લામ અને ઇઝરાયેલ ભવિષ્યવાણીની દૃષ્ટિએ પરસ્પર જોડાયેલાં છે, કારણ કે બંને અબ્રાહામનાં સંતાનો છે, અને દરેક વંશરેખામાં “માથું” એ “વયોવૃદ્ધ અને માનનીય” છે અને “પૂંછડી” એ “જૂઠાણાં શીખવનાર પ્રબોધક” છે. ઇસ્લામમાં જૂઠાણાં શીખવનાર પ્રાચીન પ્રબોધક મુહમ્મદ છે. કુરાન એ જૂઠાણાંનું પ્રતિનિધિત્વ કરે છે જે ઇસ્લામનાં તીડોને પ્રેરિત કરે છે, અને વયોવૃદ્ધ અને માનનીય એ તેમનું રાજકીય નેતૃત્વ છે. ઇસ્લામનું દિશાનિર્દેશન રાજ્યસંચાલન (મુખ) દ્વારા થાય છે, જે કુરાનનાં જૂઠાણાં (પૂંછડી)થી પ્રેરિત છે. સામસૂનનાં ત્રણસો શિયાળોને પાંચ-પાંચ મહિનાના બે જૂથોમાં વહેંચવામાં આવ્યાં હતાં, જે અગ્નિ, ધુમાડા અને ગંધક દ્વારા યાતના આપવાનાં અને મારી નાખવાનાં છે.</w:t>
      </w:r>
    </w:p>
    <w:p>
      <w:pPr>
        <w:pStyle w:val="ArticleHeading"/>
        <w:jc w:val="left"/>
      </w:pPr>
      <w:r>
        <w:rPr>
          <w:rFonts w:ascii="Nirmala UI" w:hAnsi="Nirmala UI" w:eastAsia="Nirmala UI" w:cs="Nirmala UI"/>
        </w:rPr>
        <w:t>અગ્નિ, ધુમાડો અને ગંધક</w:t>
      </w:r>
    </w:p>
    <w:p>
      <w:pPr>
        <w:pStyle w:val="ArticleBody"/>
        <w:jc w:val="left"/>
      </w:pPr>
      <w:r>
        <w:rPr>
          <w:rFonts w:ascii="Nirmala UI" w:hAnsi="Nirmala UI" w:eastAsia="Nirmala UI" w:cs="Nirmala UI"/>
        </w:rPr>
        <w:t>અગ્નિ, ધુમાડો અને ગંધક ત્રણ દૂતોનાં ભવિષ્યવાણીપરક લક્ષણો ધરાવે છે. પ્રથમ અને અંતિમ અગ્નિના પ્રકારો છે. “ગંધક” શબ્દનું મૂળ દૈવી ઝબકારો દર્શાવે છે. અગ્નિ સંદેશનું પ્રતીક છે; ધુમાડો તે સંદેશની અસર છે અને ગંધક ધાર્મિક સંદેશની ઓળખ કરાવે છે. આ ત્રણે પ્રકટીકરણના ચૌદમા અધ્યાયના ત્રણ દૂતોના સાચા સંદેશનાં બનાવટી પ્રતિરૂપો છે. લોખંડનું ઉરપત્ર અગ્નિ, જૅસિન્થ અને ગંધકના રૂપમાં દર્શાવવામાં આવ્યું છે. તે મહાયાજકના ઉરપત્રની નકલ કરે છે. મહાયાજકનું ઉરપત્ર એક લાખ ચુમ્માલીસ હજારને બાર માનવીય રત્નો તરીકે નિરૂપે છે, જે ઊરીમ અને તુમ્મીમ દ્વારા નિરૂપિત ઈશ્વરત્વ સાથે સંયુક્ત છે. પ્રાચીન કાળનો જૅસિન્થ ઘેરા વાદળી-કાળા અથવા કાળાશ પડતા જાંબલી રંગનો હતો. ઇસ્લામના ઉરપત્રમાંનો જૅસિન્થ ઇસ્લામનાં મુખો (રાજ્ય) અને પૂંછડાં (ચર્ચ)માંથી નીકળતા ધુમાડાને અનુરૂપ છે.</w:t>
      </w:r>
    </w:p>
    <w:p>
      <w:pPr>
        <w:pStyle w:val="ArticleBody"/>
        <w:jc w:val="left"/>
      </w:pPr>
      <w:r>
        <w:rPr>
          <w:rFonts w:ascii="Nirmala UI" w:hAnsi="Nirmala UI" w:eastAsia="Nirmala UI" w:cs="Nirmala UI"/>
        </w:rPr>
        <w:t>ઈશ્વર સાથે 300 વર્ષ ચાલ્યા પછી હનોખને સ્વર્ગમાં લઈ લેવામાં આવ્યા તે ઘટના 300ની સંખ્યાને 1798માં આવેલા પ્રથમ દૂતના સંદેશ સાથે જોડે છે. પ્રકટીકરણના નવમા અધ્યાયમાંની પાંચ મહિનાની ભવિષ્યવાણી પરિપૂર્ણ થતાં, 11 ઑગસ્ટ, 1840ના રોજ પ્રથમ દૂતના તે સંદેશને સામર્થ્ય પ્રાપ્ત થયું. આ અધ્યાયમાંના પાંચ-પાંચ મહિનાના બે સમયગાળા પંક્તિ પર પંક્તિ મૂકીને એકબીજા સાથે જોડાયેલા છે. પાંચમી કલમ અને દસમી કલમમાંના પાંચ મહિના એ એકસો પચાસ વર્ષના બે અલગ-અલગ સમયગાળા છે, એવી સમજ તાજેતરમાં જ પ્રાપ્ત થઈ હતી. જ્યારે એ સત્ય ઓળખાયું, ત્યારે સામસૂને શિયાળોને એકબીજા સાથે બાંધીને શિયાળોની એકસો પચાસ જોડીઓ બનાવી.</w:t>
      </w:r>
    </w:p>
    <w:p>
      <w:pPr>
        <w:pStyle w:val="ArticleBody"/>
        <w:jc w:val="left"/>
      </w:pPr>
      <w:r>
        <w:rPr>
          <w:rFonts w:ascii="Nirmala UI" w:hAnsi="Nirmala UI" w:eastAsia="Nirmala UI" w:cs="Nirmala UI"/>
        </w:rPr>
        <w:t>સામસૂનના (જેનો અર્થ “સૂર્ય” થાય છે) પ્રબોધકીય ઇતિહાસમાં, નિનવેના યુદ્ધ દ્વારા ચાવીનું નિરૂપણ થયું ત્યારે ખાડામાંથી નીકળેલા “ધુમાડા”એ સૂર્યને અંધકારથી ઢાંકી દીધો. મિલરવાદીઓએ ઇસ્લામી ખાડાના ધુમાડાથી સૂર્ય ઢંકાઈ જવાને સૂર્ય (સામસૂન) દ્વારા નિરૂપિત ખ્રિસ્તની સુવાર્તા ઢંકાઈ જવા તરીકે યોગ્ય રીતે ઓળખ્યું હતું. સામસૂનની સાક્ષી અને પ્રકટીકરણના નવમાથી અગિયારમા અધ્યાયોમાં વર્ણવાયેલા ઇસ્લામ વચ્ચે અન્ય પણ અનેક સંબંધો છે.</w:t>
      </w:r>
    </w:p>
    <w:p>
      <w:pPr>
        <w:pStyle w:val="ArticleBody"/>
        <w:jc w:val="left"/>
      </w:pPr>
      <w:r>
        <w:rPr>
          <w:rFonts w:ascii="Nirmala UI" w:hAnsi="Nirmala UI" w:eastAsia="Nirmala UI" w:cs="Nirmala UI"/>
        </w:rPr>
        <w:t>સામસૂનના ઇતિહાસમાં ત્રણની સંખ્યા લગ્નના મહેમાનોને કોયડો ઉકેલવા માટે આપવામાં આવેલા ત્રણ દિવસમાં જોવા મળે છે. સામસૂન ત્રણ સ્ત્રીઓના સંપર્કમાં આવે છે: તિમ્નાહની તેની પત્ની, વેશ્યા અને દલીલાહ. પ્રભુનો આત્મા સામસૂન પર ત્રણ વાર ઊતરી આવે છે: સિંહ સાથેના પ્રસંગે, આશ્કલોનમાં અને લેહીમાં. સામસૂન દલીલાહને સાચો જવાબ આપતાં પહેલાં ત્રણ ખોટા જવાબો આપે છે. ત્રણની સંખ્યા દેવત્વનું, તેમજ અજગર, શ્વાપદ અને જૂઠા પ્રબોધકના નકલી દેવત્વનું અને વિજયી મંડળીની ત્રિવિધ રચનાનું પણ પ્રતીક છે.</w:t>
      </w:r>
    </w:p>
    <w:p>
      <w:pPr>
        <w:pStyle w:val="ArticleBody"/>
        <w:jc w:val="left"/>
      </w:pPr>
      <w:r>
        <w:rPr>
          <w:rFonts w:ascii="Nirmala UI" w:hAnsi="Nirmala UI" w:eastAsia="Nirmala UI" w:cs="Nirmala UI"/>
        </w:rPr>
        <w:t>ત્રીસ એ યાજકનો અંક છે, અને સામસૂનના લગ્નભોજનમાં ત્રીસ સાથીઓને લાવવામાં આવ્યા હતા. ત્યાર પછી સામસૂને એવી શરત લગાવી કે જો મહેમાનો કોયડો ઉકેલી શકે તો તે ત્રીસ ચાદરો અને ત્રીસ પોશાકો આપશે. તેના કોયડાનો ભેદ વિશ્વાસઘાતથી જાહેર થતાં, સામસૂને શરતનો દાવ ચૂકવવા માટે આશ્કલોનના ત્રીસ પુરુષોને મારી નાખ્યા. ત્રીસની સંખ્યા 300નો ભવિષ્યવાણીસૂચક દશાંશ છે, અને હનોખના ત્રણસો વર્ષ સુધી ઈશ્વર સાથે ચાલવાને અનુરૂપ, સામસૂને પકડેલાં અને એકસો પચાસ જોડીઓમાં એકબીજા સાથે બાંધેલાં ત્રણસો શિયાળ પ્રકટીકરણના નવમા અધ્યાયમાંની પાંચ મહિનાની બે ભવિષ્યવાણીઓ સાથે જોડાય છે, જે પંક્તિ પર પંક્તિની પદ્ધતિ દ્વારા પરસ્પર જોડાયેલી છે. ત્રણસો એ ત્રણ હજારનો ભવિષ્યવાણીસૂચક દશાંશ છે, અને ત્રણ હજાર શેષસમૂહનું પ્રતિનિધિત્વ કરે છે, પછી તે પચાસમાના પર્વે મનપરિવર્તન પામેલાઓ દ્વારા દર્શાવાતો ન્યાયી શેષસમૂહ હોય કે સુવર્ણ વાછરડાના બળવા વખતે લેવીઓ દ્વારા મારી નાખવામાં આવેલાઓ દ્વારા દર્શાવાતો અન્યાયી શેષસમૂહ હોય.</w:t>
      </w:r>
    </w:p>
    <w:p>
      <w:pPr>
        <w:pStyle w:val="ArticleBody"/>
        <w:jc w:val="left"/>
      </w:pPr>
      <w:r>
        <w:rPr>
          <w:rFonts w:ascii="Nirmala UI" w:hAnsi="Nirmala UI" w:eastAsia="Nirmala UI" w:cs="Nirmala UI"/>
        </w:rPr>
        <w:t>સોનાના વાછરડાને લગતો બળવો અને પચાસમાના પર્વે ધર્મપરિવર્તન પામેલા લોકો, બંને ટૂંક સમયમાં આવનારા રવિવારના કાયદાના સમયે ભવિષ્યવાણીની દૃષ્ટિએ એકબીજાને અનુરૂપ ઠરે છે. એક શેષસમૂહ ઈશ્વરના કરારના લોકોમાંના શેષસમૂહનું અને ઈશ્વરના કરારના લોકોના વાડાની બહાર રહેનારાઓમાંના શેષસમૂહનું પ્રતિનિધિત્વ કરે છે. સામસૂનની સાક્ષીમાં ત્રણ હજારનો પ્રથમ ઉલ્લેખ એ યહૂદીઓનો છે, જેમણે પલિસ્તીઓને શાંત કરવા માટે સામસૂનને બંદી બનાવ્યો હતો, અને બીજો ઉલ્લેખ પલિસ્તીઓનો છે. ન્યાયની શરૂઆત ઈશ્વરના ઘરથી થાય છે, અને ત્યાર પછી હજી બાબિલોનમાં રહેલા અગિયારમા કલાકના મજૂરોનો ન્યાય થાય છે. સામસૂનની સાક્ષી શેષસમૂહને સૂચવતા ત્રણ હજારના પ્રતીકને પણ સમર્થન આપે છે અને ન્યાયની પ્રક્રિયાના ક્રમને પણ સમર્થન આપે છે. હનોખ ત્રણસો વર્ષ સુધી ઈશ્વર સાથે ચાલ્યો હતો, અને આ રીતે તે ઈશ્વરના કરારના લોકોના એવા શેષસમૂહનું પ્રતિનિધિત્વ કરે છે, જે મૃત્યુનો સ્વાદ ચાખતો નથી. તે શેષસમૂહ એ એક લાખ ચુમ્માલીસ હજાર લોકો છે, જેમને પ્રકટીકરણના સાતમા અધ્યાયમાં વિશાળ જનસમુદાયની તુલનામાં અલગ દર્શાવવામાં આવ્યા છે.</w:t>
      </w:r>
    </w:p>
    <w:p>
      <w:pPr>
        <w:pStyle w:val="ArticleBody"/>
        <w:jc w:val="left"/>
      </w:pPr>
      <w:r>
        <w:rPr>
          <w:rFonts w:ascii="Nirmala UI" w:hAnsi="Nirmala UI" w:eastAsia="Nirmala UI" w:cs="Nirmala UI"/>
        </w:rPr>
        <w:t>૩૦૦નો દશાંશ ૩૦ થાય છે, જે યાજકનું પ્રતીક છે; વધુમાં, ત્રીસના દશાંશ તરીકે ત્રણનો અંક ઈશ્વરત્વનું તેમજ અજગર, શ્વાપદ અને જૂઠા પ્રબોધકના નકલી ઈશ્વરત્વનું પ્રતિનિધિત્વ કરે છે. ત્રણનો અંક વિજયી મંડળીના ત્રિવિધ વિભાજનનું પણ પ્રતિનિધિત્વ કરે છે, જેનું પ્રતિનિધિત્વ ત્રીસ વર્ષની ઉંમરે રાજ્ય કરવાનું શરૂ કરનાર રાજા દાઉદ, ત્રીસ વર્ષની ઉંમરે સેવા કરવાનું શરૂ કરનાર યાજક યૂસફ અને સત્તરમા જુબિલી ચક્રના ત્રીસમા વર્ષે પોતાનો બાવીસ વર્ષનો સેવાકાળ શરૂ કરનાર પ્રબોધક અને યાજક હઝકિયેલ કરે છે. યાજક તરીકે તે ત્રીસ વર્ષનો હોત.</w:t>
      </w:r>
    </w:p>
    <w:p>
      <w:pPr>
        <w:pStyle w:val="ArticleBody"/>
        <w:jc w:val="left"/>
      </w:pPr>
      <w:r>
        <w:rPr>
          <w:rFonts w:ascii="Nirmala UI" w:hAnsi="Nirmala UI" w:eastAsia="Nirmala UI" w:cs="Nirmala UI"/>
        </w:rPr>
        <w:t>પ્રબોધક, યાજક અને રાજા તરીકે રજૂ કરાયેલા ત્રણ પ્રતીકાત્મક એકમોમાંના દરેકને ઘેરાબંધીનો આરંભ કરાવતા માર્ગચિહ્ને સાતમા દિવસના સાબ્બાથની ઈશ્વરની મુદ્રા પ્રાપ્ત થાય છે. મૃત્યુના બે સાક્ષીઓ, વર્ષ ૬૬માં યરુશાલેમના વિનાશના ગૌણ સાક્ષી સાથે મળીને, એ વાતના ત્રણ સાક્ષીઓ પૂરા પાડે છે કે ઘેરાબંધીનું માર્ગચિહ્ન એક ‘નિશાની’ છે.</w:t>
      </w:r>
    </w:p>
    <w:p>
      <w:pPr>
        <w:pStyle w:val="ArticleHeading"/>
        <w:jc w:val="left"/>
      </w:pPr>
      <w:r>
        <w:rPr>
          <w:rFonts w:ascii="Nirmala UI" w:hAnsi="Nirmala UI" w:eastAsia="Nirmala UI" w:cs="Nirmala UI"/>
        </w:rPr>
        <w:t>સંક્રમણનું માર્ગચિહ્ન</w:t>
      </w:r>
    </w:p>
    <w:p>
      <w:pPr>
        <w:pStyle w:val="ArticleBody"/>
        <w:jc w:val="left"/>
      </w:pPr>
      <w:r>
        <w:rPr>
          <w:rFonts w:ascii="Nirmala UI" w:hAnsi="Nirmala UI" w:eastAsia="Nirmala UI" w:cs="Nirmala UI"/>
        </w:rPr>
        <w:t>ઘેરાબંધી શરૂ થાય છે ત્યારે ઈશ્વરની ત્રિવિધ વિજયી મંડળી પર મુદ્રા અંકિત કરવામાં આવે છે, જેનું નિરૂપણ લામેખ દ્વારા થાય છે. હઝકિયેલની પત્નીનું મૃત્યુ દર્શાવે છે કે બરાબર એ જ માર્ગચિહ્ન પર અગાઉની કરારબદ્ધ પ્રજાને સંપૂર્ણપણે પડતી મૂકવામાં આવે છે. તે માર્ગચિહ્ન લાઓદિકિયામાંથી ફિલાદેલ્ફિયામાં થતું સંક્રમણ દર્શાવે છે, જેનું નિરૂપણ સંઘર્ષરત મંડળીનું વિજયી મંડળીમાં થતું સંક્રમણ તરીકે પણ કરવામાં આવે છે, અને આ રીતે તે સાતમાંની આઠમી મંડળી બને છે. ૨૨ ઑક્ટોબર, ૧૮૪૪થી લઈને ૧૮૬૩ના બળવા સુધી વિસ્તરેલા ત્રીજા દૂતના મિલરવાદી ઇતિહાસમાંનું તે માર્ગચિહ્ન ૧૮૫૬ના સમયગાળાનું પ્રતિનિધિત્વ કરતું હતું, જ્યારે જેમ્સ અને એલેન વ્હાઇટ બંનેએ આ આંદોલનને લાઓદિકિયાઈ તરીકે ઓળખાવવાનું શરૂ કર્યું હતું. ૧૮૫૬માં ફિલાદેલ્ફિયાઈ મિલરવાદી આંદોલન લાઓદિકિયાઈ મિલરવાદી આંદોલનમાં પરિવર્તિત થયું. સાત વર્ષ પછી લાઓદિકિયાઈ મિલરવાદી આંદોલનનો અંત આવ્યો, કારણ કે તે આંદોલન લાઓદિકિયાઈ સેવન્થ-ડે એડવેન્ટિસ્ટ મંડળી બન્યું.</w:t>
      </w:r>
    </w:p>
    <w:p>
      <w:pPr>
        <w:pStyle w:val="ArticleBody"/>
        <w:jc w:val="left"/>
      </w:pPr>
      <w:r>
        <w:rPr>
          <w:rFonts w:ascii="Nirmala UI" w:hAnsi="Nirmala UI" w:eastAsia="Nirmala UI" w:cs="Nirmala UI"/>
        </w:rPr>
        <w:t>તે માર્ગચિહ્ન ૩૧૩ના વર્ષ દ્વારા પણ પ્રતીકરૂપે દર્શાવાય છે, જ્યારે સ્મુર્નાની મંડળીનો અંત આવ્યો અને પર્ગામસની મંડળીનો આરંભ થયો. આ બંનેને સાથે જોતાં, ૧૮૫૬માં ધર્મી ફિલાદેલ્ફિયામાંથી અધર્મી લાઓદિકિયામાં થયેલું સંક્રમણ ૩૧૩માં ધર્મી સ્મુર્નામાંથી અધર્મી પર્ગામસમાં થયેલા સંક્રમણ સાથે સુસંગત છે, અને સંક્રમણબિંદુ તે માર્ગચિહ્નને એક નિશાની તરીકે પણ ઓળખાવે છે. અનેક સાક્ષીઓના આધારે, ઘેરાબંધીનો આરંભ એક નિશાનીથી થાય છે. જ્યારે એક લાખ ચુમ્માલીસ હજારની બનેલી ત્રીજા દૂતની ચળવળ લામેખના મૃત્યુ સમયે મુદ્રાંકિત થાય છે, ત્યારે તેઓ ધ્વજ તરીકે ઊંચા ઉઠાવવામાં આવે છે તે સાથે જ તેઓ મુદ્રાંકિત થાય છે અને સંપૂર્ણપણે એકતાબદ્ધ થાય છે, કેમ કે ઘેરાબંધીના ભવિષ્યવાણીય માળખાનું પ્રથમ માર્ગચિહ્ન એક નિશાની છે.</w:t>
      </w:r>
    </w:p>
    <w:p>
      <w:pPr>
        <w:pStyle w:val="ArticleBody"/>
        <w:jc w:val="left"/>
      </w:pPr>
      <w:r>
        <w:rPr>
          <w:rFonts w:ascii="Nirmala UI" w:hAnsi="Nirmala UI" w:eastAsia="Nirmala UI" w:cs="Nirmala UI"/>
        </w:rPr>
        <w:t>જૉન પાલાયોલોગોસનું મૃત્યુ ઇસ્લામના માર્ગચિહ્નને દર્શાવે છે, જ્યારે ઇસ્લામ દ્વારા પૂર્વીય રોમને આધીન થવા ફરજ પાડવામાં આવે છે. યરૂશાલેમની ઘેરાબંધી અને તેનો વિનાશ બાબિલોન અને રોમના બે સાક્ષીઓ પૂરા પાડે છે. હઝકિયેલનો દોઢ વર્ષનો સમયગાળો એવા લાવદિકિયાવાસીઓનું પ્રતિનિધિત્વ કરે છે, જેમણે ઉત્તરના રાજાની કેદમાં લઈ જવામાં આવવા અંગેના ચેતવણીના સંદેશને જોવાનો અને સાંભળવાનો ઇનકાર કર્યો હતો. સેસ્ટિયસનું ચિહ્ન ઉત્તરના રાજાથી બચી નીકળનારા ફિલાદેલ્ફિયાવાસીઓનું પ્રતિનિધિત્વ કરે છે. આ બંને ચિહ્નો, લામેખના ૭૭૭ની જેમ, આંતરિક પ્રબોધકીય સંદેશને સંબોધે છે. રેખા પર રેખા, એક વર્ગને ઘેરાબંધી વખતે કેદમાં લઈ જવામાં આવે છે અને બીજો વર્ગ ઉત્તરના રાજાના હાથમાંથી છટકી જાય છે.</w:t>
      </w:r>
    </w:p>
    <w:p>
      <w:pPr>
        <w:pStyle w:val="ArticleBody"/>
        <w:jc w:val="left"/>
      </w:pPr>
      <w:r>
        <w:rPr>
          <w:rFonts w:ascii="Nirmala UI" w:hAnsi="Nirmala UI" w:eastAsia="Nirmala UI" w:cs="Nirmala UI"/>
        </w:rPr>
        <w:t>જૉન પાલાયોલોગોસનું મૃત્યુ લામેખ દ્વારા દર્શાવાયેલા લોકો મુદ્રાંકિત થાય છે તે માર્ગચિહ્ન પર ઇસ્લામની ભૂમિકાને સ્પષ્ટ કરીને ભવિષ્યવાણીના બાહ્ય સંદેશનું પ્રતિનિધિત્વ કરે છે. યરૂશાલેમની ઘેરાબંધી અને વિનાશ દરમિયાન બચી નીકળનારાઓ અને પકડાઈ જનારાઓ એ બાબત પર ભાર મૂકે છે કે ઘેરાબંધીને લગતા ભવિષ્યવાણીના સમયગાળાના આલ્ફા માર્ગચિહ્ન પર જ ચારિત્ર્ય પ્રગટ થાય છે. આ બે વર્ગોનું પ્રતિનિધિત્વ બે લામેખ કરે છે. એક વર્ગ નૅશવિલને ચેતવણી આપે છે, અને બીજો વર્ગ ઇનકાર કરે છે.</w:t>
      </w:r>
    </w:p>
    <w:p>
      <w:pPr>
        <w:pStyle w:val="ArticleScripture"/>
        <w:jc w:val="left"/>
      </w:pPr>
      <w:r>
        <w:rPr>
          <w:rFonts w:ascii="Nirmala UI" w:hAnsi="Nirmala UI" w:eastAsia="Nirmala UI" w:cs="Nirmala UI"/>
        </w:rPr>
        <w:t>અને પ્રભુએ તેને કહ્યું, તેથી જે કોઈ કાઈનને મારી નાખશે, તેની પાસેથી સાતગણું વેર લેવામાં આવશે. અને પ્રભુએ કાઈન પર એક ચિહ્ન મૂક્યું, જેથી તેને મળનાર કોઈ તેને મારી ન નાખે. ઉત્પત્તિ 4:15.</w:t>
      </w:r>
    </w:p>
    <w:p>
      <w:pPr>
        <w:pStyle w:val="ArticleHeading"/>
        <w:jc w:val="left"/>
      </w:pPr>
      <w:r>
        <w:rPr>
          <w:rFonts w:ascii="Nirmala UI" w:hAnsi="Nirmala UI" w:eastAsia="Nirmala UI" w:cs="Nirmala UI"/>
        </w:rPr>
        <w:t>વિદ્રોહનું ચિહ્ન</w:t>
      </w:r>
    </w:p>
    <w:p>
      <w:pPr>
        <w:pStyle w:val="ArticleBody"/>
        <w:jc w:val="left"/>
      </w:pPr>
      <w:r>
        <w:rPr>
          <w:rFonts w:ascii="Nirmala UI" w:hAnsi="Nirmala UI" w:eastAsia="Nirmala UI" w:cs="Nirmala UI"/>
        </w:rPr>
        <w:t>કાઈનને તેના બળવાનું ચિહ્ન મળ્યું. તેના બળવાના ચિહ્નને માનવજાત માટેની એવી ચેતવણી તરીકે સમજવામાં આવતું હતું કે જો તેઓ કાઈનને મારી નાખે, તો તેમના પર ઈશ્વરનો સાતગણો ન્યાયદંડ આવશે. એક અર્થમાં આ ચિહ્નને ઈશ્વરે કાઈનને પૂરું પાડેલું રક્ષણ ગણી શકાય, પરંતુ ભવિષ્યવાણીની દૃષ્ટિએ તે બાઇબલના છેલ્લા પુસ્તકમાંના બળવાના ચેતવણીરૂપ ચિહ્નને અનુરૂપ છે. ઓમેગા પુસ્તક પ્રકટીકરણમાંના પશુના ચિહ્નનું પૂર્વપ્રતીક આલ્ફા પુસ્તક ઉત્પત્તિમાંનું કાઈનના બળવાનું ચિહ્ન હતું. કાઈનના ચિહ્નમાં ગર્ભિત ચેતવણી એ છે કે જે કોઈ કાઈન જેવું જ ચારિત્ર્ય પ્રગટ કરશે, તેનો પણ ઈશ્વર અસ્વીકાર કરશે અને તેનો ન્યાય કરશે. કાઈન પરનું ચિહ્ન પશુના ચિહ્નને અનુરૂપ છે, અને આ ચેતવણી પોતાના ભાઈની હત્યા કરીને કાઈને કરેલા બળવાનું અનુકરણ ન કરવાની આજ્ઞા પર ભાર મૂકે છે, જે બળવાને પ્રકટીકરણમાં પશુની પ્રતિમા તરીકે રજૂ કરવામાં આવ્યો છે. કાઈનના કૃત્યનું અનુકરણ કરવું એટલે કાઈનની પ્રતિમા રચવી. કાઈનને સાતગણો અમલાત્મક ન્યાયદંડ આપવામાં આવ્યો હતો, અને કાઈનથી છઠ્ઠી પેઢીમાં લામેખે દર્શાવ્યું કે તેણે પોતાના પિતાના પાપનું પુનરાવર્તન કર્યું હતું, પરંતુ તેનો ન્યાયદંડ સાત ગુણ્યા સિત્તેર ગણો હશે.</w:t>
      </w:r>
    </w:p>
    <w:p>
      <w:pPr>
        <w:pStyle w:val="ArticleScripture"/>
        <w:jc w:val="left"/>
      </w:pPr>
      <w:r>
        <w:rPr>
          <w:rFonts w:ascii="Nirmala UI" w:hAnsi="Nirmala UI" w:eastAsia="Nirmala UI" w:cs="Nirmala UI"/>
        </w:rPr>
        <w:t>અને લામેખે પોતાની પત્નીઓ આદા અને સિલ્લાને કહ્યું, મારો અવાજ સાંભળો; હે લામેખની પત્નીઓ, મારી વાણી પર ધ્યાન આપો: કેમ કે મને ઘાયલ કરનાર એક માણસને મેં મારી નાખ્યો છે, અને મને ઈજા કરનાર એક યુવાનને પણ મારી નાખ્યો છે. જો કાઈનનું વેર સાતગણું લેવાશે, તો નિશ્ચય જ લામેખનું સિત્યોતેરગણું લેવાશે. ઉત્પત્તિ 4:23, 24.</w:t>
      </w:r>
    </w:p>
    <w:p>
      <w:pPr>
        <w:pStyle w:val="ArticleBody"/>
        <w:jc w:val="left"/>
      </w:pPr>
      <w:r>
        <w:rPr>
          <w:rFonts w:ascii="Nirmala UI" w:hAnsi="Nirmala UI" w:eastAsia="Nirmala UI" w:cs="Nirmala UI"/>
        </w:rPr>
        <w:t>અગાઉની કલમ એ ઈશ્વરના વચનમાં સંખ્યાઓને ગુણાકારના સ્વરૂપમાં રજૂ કરવાના માત્ર ત્રણ પ્રસંગોમાંનો પ્રથમ પ્રસંગ છે. છેલ્લો પ્રસંગ પ્રથમ પ્રસંગ જેવો જ છે.</w:t>
      </w:r>
    </w:p>
    <w:p>
      <w:pPr>
        <w:pStyle w:val="ArticleScripture"/>
        <w:jc w:val="left"/>
      </w:pPr>
      <w:r>
        <w:rPr>
          <w:rFonts w:ascii="Nirmala UI" w:hAnsi="Nirmala UI" w:eastAsia="Nirmala UI" w:cs="Nirmala UI"/>
        </w:rPr>
        <w:t>ત્યારે પિતરે તેમની પાસે આવીને કહ્યું, હે પ્રભુ, મારો ભાઈ મારી વિરુદ્ધ કેટલી વાર પાપ કરે અને હું તેને ક્ષમા કરું? શું સાત વાર સુધી? ઈસુએ તેને કહ્યું, હું તને સાત વાર સુધી એમ નથી કહેતો, પણ સિત્તેરગણી સાત વાર સુધી. માથ્થી 18:21, 22.</w:t>
      </w:r>
    </w:p>
    <w:p>
      <w:pPr>
        <w:pStyle w:val="ArticleBody"/>
        <w:jc w:val="left"/>
      </w:pPr>
      <w:r>
        <w:rPr>
          <w:rFonts w:ascii="Nirmala UI" w:hAnsi="Nirmala UI" w:eastAsia="Nirmala UI" w:cs="Nirmala UI"/>
        </w:rPr>
        <w:t>સિત્તેર ગુણ્યા સાત એટલે ચારસો નેવું થાય છે, અને પવિત્ર ઇતિહાસમાં ચારસો નેવું વર્ષના ત્રણ સમયગાળા છે, અને તેમાંનો પ્રત્યેક એક પરીક્ષણકાળ દર્શાવે છે. પવિત્રસ્થાન માટે, રાજાઓ માટે અને સૈન્ય માટે ચારસો નેવું વર્ષ દર્શાવવામાં આવ્યાં છે. રાજાઓ માટેનો સમયગાળો ઈ.સ. પૂર્વે ૧૦૯૭માં શાઉલના અભિષેકથી શરૂ થયો અને ઈ.સ. પૂર્વે ૬૦૭માં નબૂખાદનેસ્સારની પ્રથમ ઘેરાબંધી સુધી ચાલ્યો, જ્યારે દાનિયેલને બંદી બનાવીને લઈ જવામાં આવ્યો હતો.</w:t>
      </w:r>
    </w:p>
    <w:p>
      <w:pPr>
        <w:pStyle w:val="ArticleBody"/>
        <w:jc w:val="left"/>
      </w:pPr>
      <w:r>
        <w:rPr>
          <w:rFonts w:ascii="Nirmala UI" w:hAnsi="Nirmala UI" w:eastAsia="Nirmala UI" w:cs="Nirmala UI"/>
        </w:rPr>
        <w:t>પવિત્રસ્થાનને ફાળવવામાં આવેલા પરીક્ષાકાળનાં ચારસો નેવું વર્ષ ઈ.સ. પૂર્વે 1006માં સુલેમાનના મંદિરની સમર્પણવિધિથી શરૂ થયાં હતાં અને ઈ.સ. પૂર્વે 516માં બંદીવાસોત્તર મંદિરની સમર્પણવિધિ સુધી ચાલ્યાં હતાં. સૈન્ય માટે ચારસો નેવું વર્ષનો સમયગાળો ઈ.સ. પૂર્વે 457થી ઈ.સ. 34 સુધીનો હતો.</w:t>
      </w:r>
    </w:p>
    <w:p>
      <w:pPr>
        <w:pStyle w:val="ArticleBody"/>
        <w:jc w:val="left"/>
      </w:pPr>
      <w:r>
        <w:rPr>
          <w:rFonts w:ascii="Nirmala UI" w:hAnsi="Nirmala UI" w:eastAsia="Nirmala UI" w:cs="Nirmala UI"/>
        </w:rPr>
        <w:t>કાઈનના સાતગણા ન્યાયની ચેતવણી આપતા સંદેશ અને ચિહ્નથી માંડીને લામેખના સિત્તેર ગુણ્યા સાતગણા સુધીનો ક્રમ ચારસો નેવું વર્ષના પ્રતીકાત્મક પરીક્ષણકાળનું પ્રતિનિધિત્વ કરે છે. કાઈનના ચિહ્ન દ્વારા દર્શાવાયેલો બળવો ક્રમશઃ વધતો જતો દર્શાવવામાં આવ્યો છે, જે જળપ્રલય મોકલવા પાછળની ઈશ્વરની પ્રેરણા સાથે સુસંગત છે.</w:t>
      </w:r>
    </w:p>
    <w:p>
      <w:pPr>
        <w:pStyle w:val="ArticleScripture"/>
        <w:jc w:val="left"/>
      </w:pPr>
      <w:r>
        <w:rPr>
          <w:rFonts w:ascii="Nirmala UI" w:hAnsi="Nirmala UI" w:eastAsia="Nirmala UI" w:cs="Nirmala UI"/>
        </w:rPr>
        <w:t>અને ઈશ્વરે જોયું કે પૃથ્વી પર મનુષ્યની દુષ્ટતા અતિશય હતી, અને તેના હૃદયના વિચારોની દરેક કલ્પના નિરંતર કેવળ દુષ્ટ જ હતી. અને પ્રભુને પૃથ્વી પર મનુષ્યને બનાવ્યાનો પશ્ચાત્તાપ થયો, અને તેઓ હૃદયમાં દુઃખી થયા. અને પ્રભુએ કહ્યું, મેં જે મનુષ્યનું સર્જન કર્યું છે, તેનો હું પૃથ્વીના પૃષ્ઠ પરથી નાશ કરીશ; મનુષ્યનો તેમજ પશુઓનો, પેટે ચાલનાર પ્રાણીઓનો અને આકાશનાં પક્ષીઓનો પણ; કેમ કે મેં તેમને બનાવ્યાં છે, તેનો મને પશ્ચાત્તાપ થાય છે. ઉત્પત્તિ 6:5–7.</w:t>
      </w:r>
    </w:p>
    <w:p>
      <w:pPr>
        <w:pStyle w:val="ArticleBody"/>
        <w:jc w:val="left"/>
      </w:pPr>
      <w:r>
        <w:rPr>
          <w:rFonts w:ascii="Nirmala UI" w:hAnsi="Nirmala UI" w:eastAsia="Nirmala UI" w:cs="Nirmala UI"/>
        </w:rPr>
        <w:t>કાઈનની છઠ્ઠી પેઢીના લામેખને શેથના વંશના લામેખથી વિપરીત, બળવાખોરોના એક વિશિષ્ટ વર્ગ તરીકે રજૂ કરવામાં આવ્યો છે. બંને લામેખોની સાક્ષીઓ પરીક્ષણકાળની સમાપ્તિ સૂચવે છે: એકની સાક્ષી 490ની અભિવ્યક્તિ દ્વારા અને બીજાની સાક્ષી તેના મૃત્યુ દ્વારા. બંનેમાં સંખ્યાત્મક પ્રતીકવાદ રહેલો છે, જે વિજયી મંડળીની ત્રિવિધ રચના સાથે સીધો સંકળાયેલો છે. કાઈનનો લામેખ રાજાઓ, પવિત્રસ્થાન અને સૈન્ય માટેના 490 વર્ષના ત્રણ સમયગાળાઓ સાથે સુસંગત છે, અને શેથના લામેખમાં પ્રબોધક, યાજક અને રાજા માટેની સાતની મુદ્રા સમાયેલી છે. શેથનો લામેખ પ્રકટીકરણના ચૌદમા અધ્યાયના ત્રણ દૂતોમાંનો બીજો દૂત છે, અને કાઈનનો લામેખ એ ત્રીજો દૂત છે, જે શ્વાપદ, તેની પ્રતિમા, છાપ અને તેના નામના અંક વિશેની ચેતવણી રજૂ કરે છે. પ્રકટીકરણના ચૌદમા અધ્યાયની 9/11 કલમો કાઈનનો શાપ પામનારાઓની ઓળખ આપે છે.</w:t>
      </w:r>
    </w:p>
    <w:p>
      <w:pPr>
        <w:pStyle w:val="ArticleScripture"/>
        <w:jc w:val="left"/>
      </w:pPr>
      <w:r>
        <w:rPr>
          <w:rFonts w:ascii="Nirmala UI" w:hAnsi="Nirmala UI" w:eastAsia="Nirmala UI" w:cs="Nirmala UI"/>
        </w:rPr>
        <w:t>અને ત્રીજો સ્વર્ગદૂત તેઓની પાછળ આવ્યો અને મોટે સાદે કહેવા લાગ્યો, જો કોઈ શ્વાપદની અને તેની પ્રતિમાની પૂજા કરે, અને પોતાના કપાળ પર અથવા પોતાના હાથ પર તેની છાપ લે, તો તે ઈશ્વરના કોપનો દ્રાક્ષારસ પીશે, જે તેમના રોષના પ્યાલામાં ભેળસેળ વિના રેડવામાં આવ્યો છે; અને પવિત્ર સ્વર્ગદૂતોની સમક્ષ તથા હલવાનની સમક્ષ તેને અગ્નિ અને ગંધકથી યાતના આપવામાં આવશે: અને તેઓની યાતનાનો ધુમાડો સદાસર્વકાળ ઉપર ચઢતો રહેશે: અને જેઓ શ્વાપદની અને તેની પ્રતિમાની પૂજા કરે છે, અને જે કોઈ તેના નામની છાપ લે છે, તેઓને દિવસે કે રાત્રે વિશ્રામ મળતો નથી. પ્રકટીકરણ 14:9–11.</w:t>
      </w:r>
    </w:p>
    <w:p>
      <w:pPr>
        <w:pStyle w:val="ArticleBody"/>
        <w:jc w:val="left"/>
      </w:pPr>
      <w:r>
        <w:rPr>
          <w:rFonts w:ascii="Nirmala UI" w:hAnsi="Nirmala UI" w:eastAsia="Nirmala UI" w:cs="Nirmala UI"/>
        </w:rPr>
        <w:t>પ્રકટીકરણ 15:2 એ લોકોની ઓળખ આપે છે, જેમનું પ્રતિનિધિત્વ શેથના વંશના લામેખ કરે છે:</w:t>
      </w:r>
    </w:p>
    <w:p>
      <w:pPr>
        <w:pStyle w:val="ArticleScripture"/>
        <w:jc w:val="left"/>
      </w:pPr>
      <w:r>
        <w:rPr>
          <w:rFonts w:ascii="Nirmala UI" w:hAnsi="Nirmala UI" w:eastAsia="Nirmala UI" w:cs="Nirmala UI"/>
        </w:rPr>
        <w:t>અને મેં અગ્નિ સાથે ભળેલા કાચના સમુદ્ર જેવું કંઈક જોયું: અને જેઓએ તે શ્વાપદ પર, તેની પ્રતિમા પર, તેની છાપ પર અને તેના નામની સંખ્યા પર વિજય મેળવ્યો હતો, તેઓને પરમેશ્વરની વીણાઓ લઈને તે કાચના સમુદ્ર પર ઊભેલા જોયા. પ્રકટીકરણ 15:2.</w:t>
      </w:r>
    </w:p>
    <w:p>
      <w:pPr>
        <w:pStyle w:val="ArticleBody"/>
        <w:jc w:val="left"/>
      </w:pPr>
      <w:r>
        <w:rPr>
          <w:rFonts w:ascii="Nirmala UI" w:hAnsi="Nirmala UI" w:eastAsia="Nirmala UI" w:cs="Nirmala UI"/>
        </w:rPr>
        <w:t>શેથના વંશનો લામેખ પોતાના મૃત્યુ દ્વારા બંધ થયેલા દ્વારને ચિહ્નિત કરે છે. કાઈનના વંશનો લામેખ પરીક્ષણકાળનાં ચારસો નેવું વર્ષ દ્વારા બંધ થયેલા દ્વારને ચિહ્નિત કરે છે. કાઈનના ચિહ્નને એવા ચારિત્ર્ય સામેની ચેતવણી તરીકે જોવાનું હતું, જેમાં ભવિષ્યવાણીનાં ત્રણ મુખ્ય લક્ષણો પ્રગટ થયાં હતાં. તેણે ઈશ્વરના નિર્દેશ અનુસાર ઈશ્વરની ઉપાસના કરવાનો ઇનકાર કર્યો; તેણે ઈર્ષ્યાભર્યો ઉગ્ર ક્રોધ પ્રગટ કર્યો અને પોતાના નાના ભાઈની હત્યા કરી અને ત્રીજું, તેણે પશ્ચાત્તાપ કરવાનો ઇનકાર કર્યો.</w:t>
      </w:r>
    </w:p>
    <w:p>
      <w:pPr>
        <w:pStyle w:val="ArticleBody"/>
        <w:jc w:val="left"/>
      </w:pPr>
      <w:r>
        <w:rPr>
          <w:rFonts w:ascii="Nirmala UI" w:hAnsi="Nirmala UI" w:eastAsia="Nirmala UI" w:cs="Nirmala UI"/>
        </w:rPr>
        <w:t>કાઈને દસ આજ્ઞાઓની પ્રથમ પાટી પરની આજ્ઞાઓનો ભંગ કર્યો હતો, જે મનુષ્યજાતિનો ઈશ્વર સાથેનો સંબંધ દર્શાવે છે, અને બીજી પાટી મનુષ્યો વચ્ચેનો પરસ્પર સંબંધ દર્શાવે છે. તેના બળવાનું ચિહ્ન તેને નિયમભંગી અને પશ્ચાત્તાપરહિત તરીકે ઓળખાવતું હતું. કાઈન અને લામેખ ટૂંક સમયમાં આવનારા રવિવારના કાયદાના સમયે ત્રીજા દેવદૂતના બંધ દ્વારને દર્શાવે છે. હનોખ, મથૂશેલાહ, લામેખ અને નૂહ એ ઇતિહાસનું પ્રતિનિધિત્વ કરે છે જેનો આરંભ હનોખ દ્વારા રજૂ કરાયેલા પ્રથમ દેવદૂતના આગમનથી થાય છે; ત્યારબાદ બીજા દેવદૂત તરીકે લામેખનું આગમન થાય છે, પછી મધ્યરાત્રિના પોકાર તરીકે મથૂશેલાહનું આગમન થાય છે, જે લામેખના બીજા દેવદૂતના સંદેશને સામર્થ્ય પ્રદાન કરે છે, અને ત્યારબાદ ત્રીજા દેવદૂત તરીકે નૂહ જળપ્રલયના બંધ દ્વારને દર્શાવે છે.</w:t>
      </w:r>
    </w:p>
    <w:p>
      <w:pPr>
        <w:pStyle w:val="ArticleBody"/>
        <w:jc w:val="left"/>
      </w:pPr>
      <w:r>
        <w:rPr>
          <w:rFonts w:ascii="Nirmala UI" w:hAnsi="Nirmala UI" w:eastAsia="Nirmala UI" w:cs="Nirmala UI"/>
        </w:rPr>
        <w:t>લામેખ જળપ્રલયના પાંચ વર્ષ પહેલાં મૃત્યુ પામ્યો હતો, અને આ ઘટના ટૂંક સમયમાં આવનારા રવિવારના કાયદા સમયે બારણું બંધ થવાના પાંચ પ્રતીકાત્મક વર્ષ પહેલાંના સમયને ચિહ્નિત કરે છે. લામેખના 777 વર્ષની વયે થયેલા મૃત્યુ સમયે જ વિજયી મંડળીનું મુદ્રાંકન પૂર્ણ થાય છે. ત્યારબાદ, વહાણનું બારણું અલૌકિક રીતે બંધ કરવામાં આવ્યું તેના સાત દિવસ પહેલાં પ્રાણીઓએ વહાણમાં પ્રવેશવાનું શરૂ કર્યું.</w:t>
      </w:r>
    </w:p>
    <w:p>
      <w:pPr>
        <w:pStyle w:val="ArticleBody"/>
        <w:jc w:val="left"/>
      </w:pPr>
      <w:r>
        <w:rPr>
          <w:rFonts w:ascii="Nirmala UI" w:hAnsi="Nirmala UI" w:eastAsia="Nirmala UI" w:cs="Nirmala UI"/>
        </w:rPr>
        <w:t>મથૂશેલાહનું મૃત્યુ થયું તે દિવસ એ સાત દિવસોમાંનો પહેલો દિવસ હતો. દ્વાર બંધ થયું તે પહેલાંની છેલ્લી ચેતવણી બેવડો સંદેશ હતો, જેમાં પ્રાણીઓની દૃશ્ય રજૂઆતની સાથે એવી ભવિષ્યવાણીની પરિપૂર્ણતા પણ હતી, જે મૃત્યુ પામેલા સર્વ મનુષ્યોમાં સૌથી દીર્ઘાયુ મનુષ્યના સમગ્ર જીવનકાળ દરમિયાન ઘોષિત થતી રહી હતી. એ ભવિષ્યવાણી મથૂશેલાહના નામમાં સમાયેલી હતી, જેનો અર્થ થાય છે, ‘જ્યારે તે મૃત્યુ પામશે, ત્યારે તે આવશે.’</w:t>
      </w:r>
    </w:p>
    <w:p>
      <w:pPr>
        <w:pStyle w:val="ArticleBody"/>
        <w:jc w:val="left"/>
      </w:pPr>
      <w:r>
        <w:rPr>
          <w:rFonts w:ascii="Nirmala UI" w:hAnsi="Nirmala UI" w:eastAsia="Nirmala UI" w:cs="Nirmala UI"/>
        </w:rPr>
        <w:t>માનવજાત માટેનો અંતિમ ચેતવણીસંદેશ ભવિષ્યવાણીની દૃષ્ટિએ અનિવાર્યપણે દ્વિવિધ સંદેશ હોવો જ જોઈએ, જેનું નિરૂપણ પ્રાણીઓના સ્થળાંતરના એ સાત દિવસો દ્વારા થાય છે, જે હનોખની તેમના પુત્રના નામ દ્વારા ઘોષિત થયેલી ભવિષ્યવાણીની પરિપૂર્ણતારૂપે મથૂશેલાહના મૃત્યુ સાથે શરૂ થયા હતા. પ્રાણીઓના સ્થળાંતરના સાત દિવસો મથૂશેલાહના મૃત્યુ અને સ્થળાંતર કરતાં પ્રાણીઓના દ્વિવિધ સંદેશને ત્રીજા દૂતના મુદ્રાંકનના સંદેશ તરીકે ઓળખાવે છે. ઈસુ હંમેશાં આરંભ દ્વારા અંતનું નિરૂપણ કરે છે, અને પ્રકટીકરણમાં, પ્રકટીકરણના અઢારમા અધ્યાયના ત્રીજા દૂત સાથે ચોથી કલમનો બીજો અવાજ જોડાય છે, જેમ મધ્યરાત્રિનો પોકાર બીજા દૂતના સંદેશ સાથે જોડાયો હતો. અંતિમ ચેતવણીસંદેશ હંમેશાં આંતરિક અને બાહ્ય સંદેશ તરીકે રજૂ કરવામાં આવે છે, જેનું નિરૂપણ પ્રકટીકરણના પુસ્તકમાં મંડળીઓ અને મુદ્રાઓ વચ્ચેના ભવિષ્યવાણીમૂલક સંબંધ દ્વારા થાય છે. દાનિયેલના અગિયારમા અધ્યાયમાંનો અંતિમ ચેતવણીસંદેશ ઉત્તર અને પૂર્વનો સંદેશ છે. મથૂશેલાહ અને સ્થળાંતર કરતાં પ્રાણીઓ નૂહના સમયમાં દ્વિવિધ અંતિમ ચેતવણીસંદેશ હતાં.</w:t>
      </w:r>
    </w:p>
    <w:p>
      <w:pPr>
        <w:pStyle w:val="ArticleBody"/>
        <w:jc w:val="left"/>
      </w:pPr>
      <w:r>
        <w:rPr>
          <w:rFonts w:ascii="Nirmala UI" w:hAnsi="Nirmala UI" w:eastAsia="Nirmala UI" w:cs="Nirmala UI"/>
        </w:rPr>
        <w:t>777ના ચિહ્ન સાથે સંકળાયેલું લામેખનું મૃત્યુ ઘેરાબંધીના આરંભને અનુરૂપ છે, જ્યારે હઝકિયેલની પત્નીનું મૃત્યુ થયું હતું. એ જ તબક્કે શેથનો વંશ જેમનું પ્રતિનિધિત્વ કરે છે તે વિશ્વાસુઓને મુદ્રાંકિત કરવામાં આવે છે, અને એ જ તબક્કે કાઈનનો વંશ જેમનું પ્રતિનિધિત્વ કરે છે તેઓને ચિહ્ન પ્રાપ્ત થાય છે. હનોખ આદમથી સાતમો હતો અને તે એવા સમયગાળામાં આલ્ફા માર્ગચિહ્નનું પ્રતિનિધિત્વ કરે છે, જેના અંતે છેલ્લી અને પહેલી બંને પેઢીઓનું પ્રતિનિધિત્વ આઠની સંખ્યા દ્વારા થાય છે. બંને લામેખો પરીક્ષણકાળના અંતને સૂચવે છે, અને લામેખનું મૃત્યુ ઘેરાબંધીના આરંભે પરીક્ષણકાળના બંધ થયેલા દ્વારનું પ્રતિનિધિત્વ કરે છે.</w:t>
      </w:r>
    </w:p>
    <w:p>
      <w:pPr>
        <w:pStyle w:val="ArticleBody"/>
        <w:jc w:val="left"/>
      </w:pPr>
      <w:r>
        <w:rPr>
          <w:rFonts w:ascii="Nirmala UI" w:hAnsi="Nirmala UI" w:eastAsia="Nirmala UI" w:cs="Nirmala UI"/>
        </w:rPr>
        <w:t>હનોખ પ્રબોધકીય ઇતિહાસનો આલ્ફા હતો, અને પ્રબોધકીય આવશ્યકતા અનુસાર તેણે પ્રબોધકીય ઇતિહાસના એક ઓમેગાનો નિર્દેશ કરવો જ જોઈએ. તે ઓમેગાનું પ્રતિનિધિત્વ એ આઠ આત્માઓ કરે છે, જેઓ મૃત્યુનો સ્વાદ ચાખ્યા વિના જૂની દુનિયામાંથી નવી દુનિયામાં ગયા હતા. હનોખ અને એ આઠ આત્માઓએ નવી પૃથ્વી પર પહોંચતાં પહેલાં મૃત્યુ જોયું ન હતું. જૂની દુનિયાનો અંત પ્રાણીઓના સ્થળાંતરના સાત દિવસોમાં આવ્યો અને નવી દુનિયાનો આરંભ વરસાદ વિનાના સાત દિવસોથી થયો. ત્યારબાદ ૧૭મા દિવસથી શરૂ કરીને પાંચ મહિના સુધી માત્ર વરસાદ જ વરસતો રહ્યો, જ્યાં સુધી પાંચ મહિનાના અંતે સત્તરમા દિવસે ઈશ્વરે વરસાદ રોક્યો નહીં.</w:t>
      </w:r>
    </w:p>
    <w:p>
      <w:pPr>
        <w:pStyle w:val="ArticleHeading"/>
        <w:jc w:val="left"/>
      </w:pPr>
      <w:r>
        <w:rPr>
          <w:rFonts w:ascii="Nirmala UI" w:hAnsi="Nirmala UI" w:eastAsia="Nirmala UI" w:cs="Nirmala UI"/>
        </w:rPr>
        <w:t>પાંચ મહિના</w:t>
      </w:r>
    </w:p>
    <w:p>
      <w:pPr>
        <w:pStyle w:val="ArticleBody"/>
        <w:jc w:val="left"/>
      </w:pPr>
      <w:r>
        <w:rPr>
          <w:rFonts w:ascii="Nirmala UI" w:hAnsi="Nirmala UI" w:eastAsia="Nirmala UI" w:cs="Nirmala UI"/>
        </w:rPr>
        <w:t>પ્રકટીકરણના નવમા અધ્યાયમાં પાંચ મહિના અંગે બે સાક્ષીઓ છે અને આ અધ્યાયમાં સમયસંબંધી ત્રણ અલગ-અલગ ભવિષ્યવાણીઓ છે. પ્રથમ પાંચ મહિનાનો સમયગાળો પાંચમી કલમમાં રજૂ કરાયો છે; બીજા પાંચ મહિનાનો સમયગાળો દસમી કલમમાં છે અને ત્રણસો એકાણું વર્ષ અને પંદર દિવસનો સમયગાળો પંદરમી કલમમાં દર્શાવાયો છે. કલમો 5, 10 અને 15 ભવિષ્યવાણીના સમયગાળાના આરંભે પાંચ મહિનાની બે સાક્ષીઓ દ્વારા ઇસ્લામની સમયસંબંધી ભવિષ્યવાણીને ઓળખાવે છે. કલમો 5 અને 10 બંને પાંચ મહિનાનો સમયગાળો દર્શાવે છે, તેથી પંક્તિ પર પંક્તિના આધારે પાંચમી કલમ અને દસમી કલમનો સરવાળો પંદર થાય છે. તેથી, પ્રથમ પાંચ મહિના 15 છે અને ત્રણસો એકાણું વર્ષ અને પંદર દિવસનો સમયગાળો કલમ 15માં રજૂ કરાયો છે. કલમો 5, 10 અને 15નો ક્રમ અને બંધારણ પંદરની બે સંખ્યાઓ દર્શાવે છે, અને પ્રથમ બે કલમોમાં, જેનો એકસાથે સરવાળો પંદર થાય છે, એકસો પચાસ વર્ષની બે સમયસંબંધી ભવિષ્યવાણીઓ છે.</w:t>
      </w:r>
    </w:p>
    <w:p>
      <w:pPr>
        <w:pStyle w:val="ArticleBody"/>
        <w:jc w:val="left"/>
      </w:pPr>
      <w:r>
        <w:rPr>
          <w:rFonts w:ascii="Nirmala UI" w:hAnsi="Nirmala UI" w:eastAsia="Nirmala UI" w:cs="Nirmala UI"/>
        </w:rPr>
        <w:t>પંદરમી કલમ ત્રણસો એકાણું વર્ષ અને પંદર દિવસની સમયસંબંધી ભવિષ્યવાણી રજૂ કરે છે. ખ્રિસ્તે ત્રણ કલમોમાં પંદરની સંખ્યાને વણી લીધી છે, અને એ જ કલમોમાં દર્શાવેલા ભવિષ્યવાણીના સમયનો ઉપયોગ કરીને તેમણે પાંચમી અને દસમી કલમના સરવાળાથી દર્શાવાતી ૧૫ની સંખ્યાને અલગ તારવી, જેથી પંદરમી કલમ સાથે તેને ગોઠવતાં પંદરનું બેવડું સ્વરૂપ રચાય. ત્યાર બાદ ખ્રિસ્તે પરસ્પર સંકળાયેલી ત્રણેય ભવિષ્યવાણીઓની સમાપ્તિ પંદર દિવસ સાથે કરી.</w:t>
      </w:r>
    </w:p>
    <w:p>
      <w:pPr>
        <w:pStyle w:val="ArticleBody"/>
        <w:jc w:val="left"/>
      </w:pPr>
      <w:r>
        <w:rPr>
          <w:rFonts w:ascii="Nirmala UI" w:hAnsi="Nirmala UI" w:eastAsia="Nirmala UI" w:cs="Nirmala UI"/>
        </w:rPr>
        <w:t>આ અધ્યાયને સમજવાની ચાવી 627માં થયેલું નિનવેનું યુદ્ધ છે, જેના પાંચ વર્ષ પછી 632માં મુહમ્મદનું મૃત્યુ થયું, જેનાથી પાંચ મહિનાના સમયગાળાની પ્રથમ ભવિષ્યવાણીનો આરંભ થાય છે. મુહમ્મદના મૃત્યુના દસ વર્ષ પછી પર્શિયાનાં સૈન્યોનો નાશ થયો, જે મુહમ્મદની એ આગાહી અનુસાર હતું કે પર્શિયા અને રોમ એ બંને સત્તાઓનો પરાજય થશે. આથી પ્રકટીકરણના નવમા અધ્યાયમાં ઐતિહાસિક ઘટનાક્રમનો આરંભ પર્શિયા અને રોમ વચ્ચે નિનવે ખાતે થયેલા યુદ્ધથી થાય છે. ત્યાર પછી પાંચ વર્ષે મુહમ્મદનું મૃત્યુ થાય છે અને એ રીતે પાંચમી કલમના એકસો પચાસ વર્ષના સમયગાળાનો આરંભ થાય છે. તેના દસ વર્ષ પછી, 642માં, નહાવંદના યુદ્ધમાં પર્શિયાનો પરાજય થાય છે. ઇસ્લામે નહાવંદના યુદ્ધને “વિજયોનો વિજય” ગણાવ્યું. પ્રકટીકરણના નવમા અધ્યાયનાં પ્રથમ પંદર વર્ષ પહેલાં પાંચ વર્ષ અને ત્યારબાદ દસ વર્ષનો સમયગાળો દર્શાવે છે. સમયસંબંધી છેલ્લી ભવિષ્યવાણી 11 ઑગસ્ટ, 1840ના રોજ પૂર્ણ થઈ. એ ઘટનાના દસ દિવસ પહેલાં જોસાયા લિચે ઓટોમન સર્વોપરિતાનો અંત આવવા અંગેની પોતાની અદ્યતન કરેલી આગાહી પ્રકાશિત કરી. પ્રકટીકરણના નવમા અધ્યાયમાંના ઇસ્લામના છેલ્લા પંદર દિવસ જોસાયા લિચના કાર્ય દ્વારા પાંચ દિવસ અને ત્યારબાદ દસ દિવસ એમ વિભાજિત થાય છે, કારણ કે ઈસુ હંમેશાં આરંભ વડે અંતનું નિરૂપણ કરે છે.</w:t>
      </w:r>
    </w:p>
    <w:p>
      <w:pPr>
        <w:pStyle w:val="ArticleBody"/>
        <w:jc w:val="left"/>
      </w:pPr>
      <w:r>
        <w:rPr>
          <w:rFonts w:ascii="Nirmala UI" w:hAnsi="Nirmala UI" w:eastAsia="Nirmala UI" w:cs="Nirmala UI"/>
        </w:rPr>
        <w:t>આગામી લેખમાં આપણે આ બાબતોની ચર્ચા આગળ વધારીશું.</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ચાલીસમા વચનનો છુપાયેલો ઇતિહાસ - ક્રમાંક તેત્રીસ</dc:title>
  <dc:subject>હઝકિયેલ ક્રમાંક ચૌદ</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