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Tarihin Boye na Aya ta Arba’in — Lamba Talatin da Ɗaya</w:t>
      </w:r>
    </w:p>
    <w:p>
      <w:pPr>
        <w:pStyle w:val="ArticleSubtitle"/>
        <w:jc w:val="left"/>
      </w:pPr>
      <w:r>
        <w:rPr>
          <w:rFonts w:ascii="Arial" w:hAnsi="Arial" w:eastAsia="Arial" w:cs="Arial"/>
        </w:rPr>
        <w:t>Zekiel Lamba Goma na Mibale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Maqaalka hore wuxuu ku dhammaaday cutubkan oo oranayay, “Guurka axdiga ah ee 313 wuxuu matalaa guurkii axdiga ee ugu dambeeyey ee awoodda baabbanimada la gashay Maraykanka—boqorka ugu horreeya ee tobanka boqor ee Muujintii toddoba iyo tobnaad; awood laba gees leh oo lagu matalay awoodda laba gees leh ee Faransiiska. Taariikhda ka bilaabatay Clovis sannadkii 496 oo ugu dambayntii horseeday amarkii Justinian ee 533 iyo carshiyeyntii baabbanimada ee 538, waxay matalaysaa taariikhda 1989 ilaa sharciga Axadda.”</w:t>
      </w:r>
    </w:p>
    <w:p>
      <w:pPr>
        <w:pStyle w:val="ArticleBody"/>
        <w:jc w:val="left"/>
      </w:pPr>
      <w:r>
        <w:rPr>
          <w:rFonts w:ascii="Times New Roman" w:hAnsi="Times New Roman" w:eastAsia="Times New Roman" w:cs="Times New Roman"/>
        </w:rPr>
        <w:t>Ronald Reagan Clovis na 496 mu ne ho yɛɛ no sɛso, na Donald Trump nso Justinian na ɔyɛ no sɛso wɔ 533 mu. Justinian mmara no bae mfe anum ansa na papacy no tenaa ahengua no so wɔ 538 mu, na Milan Ahyɛde no nso bae mfe awotwe ansa na Kwasida mmara a edi kan no baa wɔ 321 mu. Saa mmara no ne ahyɛde no nyinaa hyia sɛ sɛnkyerɛnne a edi Kwasida mmara no anim.</w:t>
      </w:r>
    </w:p>
    <w:p>
      <w:pPr>
        <w:pStyle w:val="ArticleHeading"/>
        <w:jc w:val="left"/>
      </w:pPr>
      <w:r>
        <w:rPr>
          <w:rFonts w:ascii="Nirmala UI" w:hAnsi="Nirmala UI" w:eastAsia="Nirmala UI" w:cs="Nirmala UI"/>
        </w:rPr>
        <w:t>रीगन</w:t>
      </w:r>
    </w:p>
    <w:p>
      <w:pPr>
        <w:pStyle w:val="ArticleBody"/>
        <w:jc w:val="left"/>
      </w:pPr>
      <w:r>
        <w:rPr>
          <w:rFonts w:ascii="Times New Roman" w:hAnsi="Times New Roman" w:eastAsia="Times New Roman" w:cs="Times New Roman"/>
        </w:rPr>
        <w:t>1870 میں اطالوی افواج نے روم پر قبضہ کر لیا (20 ستمبر 1870)۔ پوپل ریاستیں ایک علاقائی ریاست کے طور پر موجود نہ رہیں، اور پوپ پیوس نہم “ویٹیکن کے قیدی” بن گئے۔ چونکہ کوئی باقی ماندہ پوپل علاقہ خودمختار ریاست کے طور پر تسلیم شدہ نہ تھا، اس لیے ریاستہائے متحدہ (بہت سے دوسرے ممالک کی مانند) نے بھی پوپ کے ساتھ ایک دنیوی حاکم کے طور پر باقاعدہ سفارتی تعلقات برقرار نہ رکھے۔ اکتوبر 1951 میں صدر ہیری ایس ٹرومین نے جنرل مارک ڈبلیو کلارک کو ویٹیکن میں امریکی سفیر کے طور پر نامزد کیا۔ بہت سی پروٹسٹنٹ کلیسیاؤں اور تنظیموں کی جانب سے جلد ہی سخت مخالفت سامنے آئی، جنہوں نے استدلال کیا کہ یہ تقرری کلیسیا اور ریاست کی علیحدگی کے اصول کے منافی ہے۔ جنوری 1952 میں جنرل کلارک نے اپنا نام واپس لے لیا۔</w:t>
      </w:r>
    </w:p>
    <w:p>
      <w:pPr>
        <w:pStyle w:val="ArticleBody"/>
        <w:jc w:val="left"/>
      </w:pPr>
      <w:r>
        <w:rPr>
          <w:rFonts w:ascii="Leelawadee UI" w:hAnsi="Leelawadee UI" w:eastAsia="Leelawadee UI" w:cs="Leelawadee UI"/>
        </w:rPr>
        <w:t>១៩៨៤</w:t>
      </w:r>
      <w:r>
        <w:rPr>
          <w:rFonts w:ascii="Times New Roman" w:hAnsi="Times New Roman" w:eastAsia="Times New Roman" w:cs="Times New Roman"/>
        </w:rPr>
        <w:t xml:space="preserve"> </w:t>
      </w:r>
      <w:r>
        <w:rPr>
          <w:rFonts w:ascii="Leelawadee UI" w:hAnsi="Leelawadee UI" w:eastAsia="Leelawadee UI" w:cs="Leelawadee UI"/>
        </w:rPr>
        <w:t>ថ្ងៃទី</w:t>
      </w:r>
      <w:r>
        <w:rPr>
          <w:rFonts w:ascii="Times New Roman" w:hAnsi="Times New Roman" w:eastAsia="Times New Roman" w:cs="Times New Roman"/>
        </w:rPr>
        <w:t xml:space="preserve"> </w:t>
      </w:r>
      <w:r>
        <w:rPr>
          <w:rFonts w:ascii="Leelawadee UI" w:hAnsi="Leelawadee UI" w:eastAsia="Leelawadee UI" w:cs="Leelawadee UI"/>
        </w:rPr>
        <w:t>១០</w:t>
      </w:r>
      <w:r>
        <w:rPr>
          <w:rFonts w:ascii="Times New Roman" w:hAnsi="Times New Roman" w:eastAsia="Times New Roman" w:cs="Times New Roman"/>
        </w:rPr>
        <w:t xml:space="preserve"> </w:t>
      </w:r>
      <w:r>
        <w:rPr>
          <w:rFonts w:ascii="Leelawadee UI" w:hAnsi="Leelawadee UI" w:eastAsia="Leelawadee UI" w:cs="Leelawadee UI"/>
        </w:rPr>
        <w:t>ខែមករា</w:t>
      </w:r>
      <w:r>
        <w:rPr>
          <w:rFonts w:ascii="Times New Roman" w:hAnsi="Times New Roman" w:eastAsia="Times New Roman" w:cs="Times New Roman"/>
        </w:rPr>
        <w:t xml:space="preserve"> </w:t>
      </w:r>
      <w:r>
        <w:rPr>
          <w:rFonts w:ascii="Leelawadee UI" w:hAnsi="Leelawadee UI" w:eastAsia="Leelawadee UI" w:cs="Leelawadee UI"/>
        </w:rPr>
        <w:t>ប្រធានាធិបតី</w:t>
      </w:r>
      <w:r>
        <w:rPr>
          <w:rFonts w:ascii="Times New Roman" w:hAnsi="Times New Roman" w:eastAsia="Times New Roman" w:cs="Times New Roman"/>
        </w:rPr>
        <w:t xml:space="preserve"> Ronald Reagan </w:t>
      </w:r>
      <w:r>
        <w:rPr>
          <w:rFonts w:ascii="Leelawadee UI" w:hAnsi="Leelawadee UI" w:eastAsia="Leelawadee UI" w:cs="Leelawadee UI"/>
        </w:rPr>
        <w:t>និងសម្តេចប៉ាប</w:t>
      </w:r>
      <w:r>
        <w:rPr>
          <w:rFonts w:ascii="Times New Roman" w:hAnsi="Times New Roman" w:eastAsia="Times New Roman" w:cs="Times New Roman"/>
        </w:rPr>
        <w:t xml:space="preserve"> John Paul II </w:t>
      </w:r>
      <w:r>
        <w:rPr>
          <w:rFonts w:ascii="Leelawadee UI" w:hAnsi="Leelawadee UI" w:eastAsia="Leelawadee UI" w:cs="Leelawadee UI"/>
        </w:rPr>
        <w:t>បានព្រមព្រៀងជាផ្លូវការក្នុងការបង្កើតទំនាក់ទំនងការទូតពេញលេញរវាងសហរដ្ឋអាមេរិក</w:t>
      </w:r>
      <w:r>
        <w:rPr>
          <w:rFonts w:ascii="Times New Roman" w:hAnsi="Times New Roman" w:eastAsia="Times New Roman" w:cs="Times New Roman"/>
        </w:rPr>
        <w:t xml:space="preserve"> </w:t>
      </w:r>
      <w:r>
        <w:rPr>
          <w:rFonts w:ascii="Leelawadee UI" w:hAnsi="Leelawadee UI" w:eastAsia="Leelawadee UI" w:cs="Leelawadee UI"/>
        </w:rPr>
        <w:t>និងព្រះអាសនៈបរិសុទ្ធ។</w:t>
      </w:r>
      <w:r>
        <w:rPr>
          <w:rFonts w:ascii="Times New Roman" w:hAnsi="Times New Roman" w:eastAsia="Times New Roman" w:cs="Times New Roman"/>
        </w:rPr>
        <w:t xml:space="preserve"> </w:t>
      </w:r>
      <w:r>
        <w:rPr>
          <w:rFonts w:ascii="Leelawadee UI" w:hAnsi="Leelawadee UI" w:eastAsia="Leelawadee UI" w:cs="Leelawadee UI"/>
        </w:rPr>
        <w:t>នៅថ្ងៃទី</w:t>
      </w:r>
      <w:r>
        <w:rPr>
          <w:rFonts w:ascii="Times New Roman" w:hAnsi="Times New Roman" w:eastAsia="Times New Roman" w:cs="Times New Roman"/>
        </w:rPr>
        <w:t xml:space="preserve"> </w:t>
      </w:r>
      <w:r>
        <w:rPr>
          <w:rFonts w:ascii="Leelawadee UI" w:hAnsi="Leelawadee UI" w:eastAsia="Leelawadee UI" w:cs="Leelawadee UI"/>
        </w:rPr>
        <w:t>៩</w:t>
      </w:r>
      <w:r>
        <w:rPr>
          <w:rFonts w:ascii="Times New Roman" w:hAnsi="Times New Roman" w:eastAsia="Times New Roman" w:cs="Times New Roman"/>
        </w:rPr>
        <w:t xml:space="preserve"> </w:t>
      </w:r>
      <w:r>
        <w:rPr>
          <w:rFonts w:ascii="Leelawadee UI" w:hAnsi="Leelawadee UI" w:eastAsia="Leelawadee UI" w:cs="Leelawadee UI"/>
        </w:rPr>
        <w:t>ខែមេសា</w:t>
      </w:r>
      <w:r>
        <w:rPr>
          <w:rFonts w:ascii="Times New Roman" w:hAnsi="Times New Roman" w:eastAsia="Times New Roman" w:cs="Times New Roman"/>
        </w:rPr>
        <w:t xml:space="preserve"> </w:t>
      </w:r>
      <w:r>
        <w:rPr>
          <w:rFonts w:ascii="Leelawadee UI" w:hAnsi="Leelawadee UI" w:eastAsia="Leelawadee UI" w:cs="Leelawadee UI"/>
        </w:rPr>
        <w:t>ឆ្នាំ</w:t>
      </w:r>
      <w:r>
        <w:rPr>
          <w:rFonts w:ascii="Times New Roman" w:hAnsi="Times New Roman" w:eastAsia="Times New Roman" w:cs="Times New Roman"/>
        </w:rPr>
        <w:t xml:space="preserve"> </w:t>
      </w:r>
      <w:r>
        <w:rPr>
          <w:rFonts w:ascii="Leelawadee UI" w:hAnsi="Leelawadee UI" w:eastAsia="Leelawadee UI" w:cs="Leelawadee UI"/>
        </w:rPr>
        <w:t>១៩៨៤</w:t>
      </w:r>
      <w:r>
        <w:rPr>
          <w:rFonts w:ascii="Times New Roman" w:hAnsi="Times New Roman" w:eastAsia="Times New Roman" w:cs="Times New Roman"/>
        </w:rPr>
        <w:t xml:space="preserve"> </w:t>
      </w:r>
      <w:r>
        <w:rPr>
          <w:rFonts w:ascii="Leelawadee UI" w:hAnsi="Leelawadee UI" w:eastAsia="Leelawadee UI" w:cs="Leelawadee UI"/>
        </w:rPr>
        <w:t>លោក</w:t>
      </w:r>
      <w:r>
        <w:rPr>
          <w:rFonts w:ascii="Times New Roman" w:hAnsi="Times New Roman" w:eastAsia="Times New Roman" w:cs="Times New Roman"/>
        </w:rPr>
        <w:t xml:space="preserve"> William A. Wilson (</w:t>
      </w:r>
      <w:r>
        <w:rPr>
          <w:rFonts w:ascii="Leelawadee UI" w:hAnsi="Leelawadee UI" w:eastAsia="Leelawadee UI" w:cs="Leelawadee UI"/>
        </w:rPr>
        <w:t>ដែលបានបម្រើការជាតំណាងផ្ទាល់ខ្លួនរបស់</w:t>
      </w:r>
      <w:r>
        <w:rPr>
          <w:rFonts w:ascii="Times New Roman" w:hAnsi="Times New Roman" w:eastAsia="Times New Roman" w:cs="Times New Roman"/>
        </w:rPr>
        <w:t xml:space="preserve"> Reagan </w:t>
      </w:r>
      <w:r>
        <w:rPr>
          <w:rFonts w:ascii="Leelawadee UI" w:hAnsi="Leelawadee UI" w:eastAsia="Leelawadee UI" w:cs="Leelawadee UI"/>
        </w:rPr>
        <w:t>រួចមកហើយ</w:t>
      </w:r>
      <w:r>
        <w:rPr>
          <w:rFonts w:ascii="Times New Roman" w:hAnsi="Times New Roman" w:eastAsia="Times New Roman" w:cs="Times New Roman"/>
        </w:rPr>
        <w:t xml:space="preserve">) </w:t>
      </w:r>
      <w:r>
        <w:rPr>
          <w:rFonts w:ascii="Leelawadee UI" w:hAnsi="Leelawadee UI" w:eastAsia="Leelawadee UI" w:cs="Leelawadee UI"/>
        </w:rPr>
        <w:t>បានប្រគល់លិខិតសម្គាល់របស់លោក</w:t>
      </w:r>
      <w:r>
        <w:rPr>
          <w:rFonts w:ascii="Times New Roman" w:hAnsi="Times New Roman" w:eastAsia="Times New Roman" w:cs="Times New Roman"/>
        </w:rPr>
        <w:t xml:space="preserve"> </w:t>
      </w:r>
      <w:r>
        <w:rPr>
          <w:rFonts w:ascii="Leelawadee UI" w:hAnsi="Leelawadee UI" w:eastAsia="Leelawadee UI" w:cs="Leelawadee UI"/>
        </w:rPr>
        <w:t>ហើយបានក្លាយជាឯកអគ្គរដ្ឋទូតអាមេរិកដំបូងប្រចាំព្រះអាសនៈបរិសុទ្ធ។</w:t>
      </w:r>
    </w:p>
    <w:p>
      <w:pPr>
        <w:pStyle w:val="ArticleBody"/>
        <w:jc w:val="left"/>
      </w:pPr>
      <w:r>
        <w:rPr>
          <w:rFonts w:ascii="Times New Roman" w:hAnsi="Times New Roman" w:eastAsia="Times New Roman" w:cs="Times New Roman"/>
        </w:rPr>
        <w:t>Nan trant-twa ane ant 1951 rive 1984, rezistans Pwotestantis kont Katolisism te disparèt. “Bra” ki te kanpe an favè papote a an 496 avèk Clovis la, se yon tip ki reprezante Reagan an 1984 e kontinye rive jis 1989. Clovis te reprezante retire relijyon an (paganis la) ki t ap anpeche papote a leve ankò pou retounen sou pouvwa; e rive an 1984, rezistans Pwotestantis kont monte papote a te fin retire. “Toujou a” (paganis la) te fin retire, epi Pòl dekri retire rezistans paganism lan kont papote a kòm yon “apostazi.”</w:t>
      </w:r>
    </w:p>
    <w:p>
      <w:pPr>
        <w:pStyle w:val="ArticleBody"/>
        <w:jc w:val="left"/>
      </w:pPr>
      <w:r>
        <w:rPr>
          <w:rFonts w:ascii="Times New Roman" w:hAnsi="Times New Roman" w:eastAsia="Times New Roman" w:cs="Times New Roman"/>
        </w:rPr>
        <w:t>Eglizi senbolik konpwomi a, ki te reprezante pa Constantine le Grand ansanm ak listwar peryòd 313 rive 538 la, te reprezante yon tan kote yon legliz te fè konpwomi ak tèt li epi li te tonbe nan apostazi. Relijyon ki te reprezante pa “508” la, ki anvan sa te kenbe avansman pouvwa papal la an fren, te senbolize apostazi Pwotestan yo Ozetazini. Reagan te reprezante pa Clovis. An 496, Clovis te bay papote a “pouvwa” pa li, konsa li te senbolize “alyans enpi” ki te reyalize pandan ane Reagan yo. Clovis te reprezante tou retire “sakrifis kontinyèl” la an 508. 508 te senbolize 1984.</w:t>
      </w:r>
    </w:p>
    <w:p>
      <w:pPr>
        <w:pStyle w:val="ArticleScripture"/>
        <w:jc w:val="left"/>
      </w:pPr>
      <w:r>
        <w:rPr>
          <w:rFonts w:ascii="Times New Roman" w:hAnsi="Times New Roman" w:eastAsia="Times New Roman" w:cs="Times New Roman"/>
        </w:rPr>
        <w:t>„Ovaj kompromis između poganstva i kršćanstva doveo je do razvoja ‘čovjeka grijeha’, prorečenoga u proroštvu kao onoga koji se protivi Bogu i uzvisuje iznad Boga. Taj golem sustav lažne religije remek-djelo je Sotonine moći — spomenik njegovim nastojanjima da sebe postavi na prijestolje kako bi vladao zemljom prema svojoj volji.” Velika borba, 50.</w:t>
      </w:r>
    </w:p>
    <w:p>
      <w:pPr>
        <w:pStyle w:val="ArticleBody"/>
        <w:jc w:val="left"/>
      </w:pPr>
      <w:r>
        <w:rPr>
          <w:rFonts w:ascii="Times New Roman" w:hAnsi="Times New Roman" w:eastAsia="Times New Roman" w:cs="Times New Roman"/>
        </w:rPr>
        <w:t xml:space="preserve">Reagan </w:t>
      </w:r>
      <w:r>
        <w:rPr>
          <w:rFonts w:ascii="Leelawadee UI" w:hAnsi="Leelawadee UI" w:eastAsia="Leelawadee UI" w:cs="Leelawadee UI"/>
        </w:rPr>
        <w:t>គឺមានកេរ្តិ៍ឈ្មោះល្បីថា</w:t>
      </w:r>
      <w:r>
        <w:rPr>
          <w:rFonts w:ascii="Times New Roman" w:hAnsi="Times New Roman" w:eastAsia="Times New Roman" w:cs="Times New Roman"/>
        </w:rPr>
        <w:t xml:space="preserve"> </w:t>
      </w:r>
      <w:r>
        <w:rPr>
          <w:rFonts w:ascii="Leelawadee UI" w:hAnsi="Leelawadee UI" w:eastAsia="Leelawadee UI" w:cs="Leelawadee UI"/>
        </w:rPr>
        <w:t>បានហៅសហភាពសូវៀតថាជា</w:t>
      </w:r>
      <w:r>
        <w:rPr>
          <w:rFonts w:ascii="Times New Roman" w:hAnsi="Times New Roman" w:eastAsia="Times New Roman" w:cs="Times New Roman"/>
        </w:rPr>
        <w:t xml:space="preserve"> «</w:t>
      </w:r>
      <w:r>
        <w:rPr>
          <w:rFonts w:ascii="Leelawadee UI" w:hAnsi="Leelawadee UI" w:eastAsia="Leelawadee UI" w:cs="Leelawadee UI"/>
        </w:rPr>
        <w:t>អាណាចក្រអាក្រក់</w:t>
      </w:r>
      <w:r>
        <w:rPr>
          <w:rFonts w:ascii="Times New Roman" w:hAnsi="Times New Roman" w:eastAsia="Times New Roman" w:cs="Times New Roman"/>
        </w:rPr>
        <w:t xml:space="preserve">» </w:t>
      </w:r>
      <w:r>
        <w:rPr>
          <w:rFonts w:ascii="Leelawadee UI" w:hAnsi="Leelawadee UI" w:eastAsia="Leelawadee UI" w:cs="Leelawadee UI"/>
        </w:rPr>
        <w:t>នៅក្នុងសុន្ទរកថាមួយឆ្នាំ</w:t>
      </w:r>
      <w:r>
        <w:rPr>
          <w:rFonts w:ascii="Times New Roman" w:hAnsi="Times New Roman" w:eastAsia="Times New Roman" w:cs="Times New Roman"/>
        </w:rPr>
        <w:t xml:space="preserve"> 1983 </w:t>
      </w:r>
      <w:r>
        <w:rPr>
          <w:rFonts w:ascii="Leelawadee UI" w:hAnsi="Leelawadee UI" w:eastAsia="Leelawadee UI" w:cs="Leelawadee UI"/>
        </w:rPr>
        <w:t>ហើយបានចាត់ទុកកុម្មុយនិស្តដែលបដិសេធព្រះថាជាការគំរាមកំហែងខាងសីលធម៌</w:t>
      </w:r>
      <w:r>
        <w:rPr>
          <w:rFonts w:ascii="Times New Roman" w:hAnsi="Times New Roman" w:eastAsia="Times New Roman" w:cs="Times New Roman"/>
        </w:rPr>
        <w:t xml:space="preserve"> </w:t>
      </w:r>
      <w:r>
        <w:rPr>
          <w:rFonts w:ascii="Leelawadee UI" w:hAnsi="Leelawadee UI" w:eastAsia="Leelawadee UI" w:cs="Leelawadee UI"/>
        </w:rPr>
        <w:t>និងខាងវិញ្ញាណយ៉ាងជ្រាលជ្រៅ។</w:t>
      </w:r>
      <w:r>
        <w:rPr>
          <w:rFonts w:ascii="Times New Roman" w:hAnsi="Times New Roman" w:eastAsia="Times New Roman" w:cs="Times New Roman"/>
        </w:rPr>
        <w:t xml:space="preserve"> </w:t>
      </w:r>
      <w:r>
        <w:rPr>
          <w:rFonts w:ascii="Leelawadee UI" w:hAnsi="Leelawadee UI" w:eastAsia="Leelawadee UI" w:cs="Leelawadee UI"/>
        </w:rPr>
        <w:t>លោក</w:t>
      </w:r>
      <w:r>
        <w:rPr>
          <w:rFonts w:ascii="Times New Roman" w:hAnsi="Times New Roman" w:eastAsia="Times New Roman" w:cs="Times New Roman"/>
        </w:rPr>
        <w:t xml:space="preserve"> </w:t>
      </w:r>
      <w:r>
        <w:rPr>
          <w:rFonts w:ascii="Leelawadee UI" w:hAnsi="Leelawadee UI" w:eastAsia="Leelawadee UI" w:cs="Leelawadee UI"/>
        </w:rPr>
        <w:t>និង</w:t>
      </w:r>
      <w:r>
        <w:rPr>
          <w:rFonts w:ascii="Times New Roman" w:hAnsi="Times New Roman" w:eastAsia="Times New Roman" w:cs="Times New Roman"/>
        </w:rPr>
        <w:t xml:space="preserve"> John Paul II </w:t>
      </w:r>
      <w:r>
        <w:rPr>
          <w:rFonts w:ascii="Leelawadee UI" w:hAnsi="Leelawadee UI" w:eastAsia="Leelawadee UI" w:cs="Leelawadee UI"/>
        </w:rPr>
        <w:t>បានបង្កើតភាពជាដៃគូជិតស្និទ្ធទាំងផ្ទាល់ខ្លួន</w:t>
      </w:r>
      <w:r>
        <w:rPr>
          <w:rFonts w:ascii="Times New Roman" w:hAnsi="Times New Roman" w:eastAsia="Times New Roman" w:cs="Times New Roman"/>
        </w:rPr>
        <w:t xml:space="preserve"> </w:t>
      </w:r>
      <w:r>
        <w:rPr>
          <w:rFonts w:ascii="Leelawadee UI" w:hAnsi="Leelawadee UI" w:eastAsia="Leelawadee UI" w:cs="Leelawadee UI"/>
        </w:rPr>
        <w:t>និងផ្នែកនយោបាយ</w:t>
      </w:r>
      <w:r>
        <w:rPr>
          <w:rFonts w:ascii="Times New Roman" w:hAnsi="Times New Roman" w:eastAsia="Times New Roman" w:cs="Times New Roman"/>
        </w:rPr>
        <w:t xml:space="preserve"> </w:t>
      </w:r>
      <w:r>
        <w:rPr>
          <w:rFonts w:ascii="Leelawadee UI" w:hAnsi="Leelawadee UI" w:eastAsia="Leelawadee UI" w:cs="Leelawadee UI"/>
        </w:rPr>
        <w:t>ដើម្បីប្រឆាំងនឹងកុម្មុយនិស្តសូវៀត។</w:t>
      </w:r>
      <w:r>
        <w:rPr>
          <w:rFonts w:ascii="Times New Roman" w:hAnsi="Times New Roman" w:eastAsia="Times New Roman" w:cs="Times New Roman"/>
        </w:rPr>
        <w:t xml:space="preserve"> </w:t>
      </w:r>
      <w:r>
        <w:rPr>
          <w:rFonts w:ascii="Leelawadee UI" w:hAnsi="Leelawadee UI" w:eastAsia="Leelawadee UI" w:cs="Leelawadee UI"/>
        </w:rPr>
        <w:t>បុរសទាំងពីរនាក់បានមើលឃើញការតស៊ូនោះក្នុងន័យខាងសីលធម៌</w:t>
      </w:r>
      <w:r>
        <w:rPr>
          <w:rFonts w:ascii="Times New Roman" w:hAnsi="Times New Roman" w:eastAsia="Times New Roman" w:cs="Times New Roman"/>
        </w:rPr>
        <w:t xml:space="preserve"> </w:t>
      </w:r>
      <w:r>
        <w:rPr>
          <w:rFonts w:ascii="Leelawadee UI" w:hAnsi="Leelawadee UI" w:eastAsia="Leelawadee UI" w:cs="Leelawadee UI"/>
        </w:rPr>
        <w:t>ហើយសូម្បីតែក្នុងន័យនៃព្រះហឫទ័យដឹកនាំប្រវត្តិសាស្ត្រផងដែរ</w:t>
      </w:r>
      <w:r>
        <w:rPr>
          <w:rFonts w:ascii="Times New Roman" w:hAnsi="Times New Roman" w:eastAsia="Times New Roman" w:cs="Times New Roman"/>
        </w:rPr>
        <w:t xml:space="preserve">; Reagan </w:t>
      </w:r>
      <w:r>
        <w:rPr>
          <w:rFonts w:ascii="Leelawadee UI" w:hAnsi="Leelawadee UI" w:eastAsia="Leelawadee UI" w:cs="Leelawadee UI"/>
        </w:rPr>
        <w:t>បាននិយាយជាឯកជនអំពី</w:t>
      </w:r>
      <w:r>
        <w:rPr>
          <w:rFonts w:ascii="Times New Roman" w:hAnsi="Times New Roman" w:eastAsia="Times New Roman" w:cs="Times New Roman"/>
        </w:rPr>
        <w:t xml:space="preserve"> «</w:t>
      </w:r>
      <w:r>
        <w:rPr>
          <w:rFonts w:ascii="Leelawadee UI" w:hAnsi="Leelawadee UI" w:eastAsia="Leelawadee UI" w:cs="Leelawadee UI"/>
        </w:rPr>
        <w:t>ផែនការដ៏ទេវភាព</w:t>
      </w:r>
      <w:r>
        <w:rPr>
          <w:rFonts w:ascii="Times New Roman" w:hAnsi="Times New Roman" w:eastAsia="Times New Roman" w:cs="Times New Roman"/>
        </w:rPr>
        <w:t xml:space="preserve">» </w:t>
      </w:r>
      <w:r>
        <w:rPr>
          <w:rFonts w:ascii="Leelawadee UI" w:hAnsi="Leelawadee UI" w:eastAsia="Leelawadee UI" w:cs="Leelawadee UI"/>
        </w:rPr>
        <w:t>មួយ</w:t>
      </w:r>
      <w:r>
        <w:rPr>
          <w:rFonts w:ascii="Times New Roman" w:hAnsi="Times New Roman" w:eastAsia="Times New Roman" w:cs="Times New Roman"/>
        </w:rPr>
        <w:t xml:space="preserve"> </w:t>
      </w:r>
      <w:r>
        <w:rPr>
          <w:rFonts w:ascii="Leelawadee UI" w:hAnsi="Leelawadee UI" w:eastAsia="Leelawadee UI" w:cs="Leelawadee UI"/>
        </w:rPr>
        <w:t>ដើម្បីផ្តួលរំលំកុម្មុយនិស្ត។</w:t>
      </w:r>
      <w:r>
        <w:rPr>
          <w:rFonts w:ascii="Times New Roman" w:hAnsi="Times New Roman" w:eastAsia="Times New Roman" w:cs="Times New Roman"/>
        </w:rPr>
        <w:t xml:space="preserve"> Reagan </w:t>
      </w:r>
      <w:r>
        <w:rPr>
          <w:rFonts w:ascii="Leelawadee UI" w:hAnsi="Leelawadee UI" w:eastAsia="Leelawadee UI" w:cs="Leelawadee UI"/>
        </w:rPr>
        <w:t>មានចំណាប់អារម្មណ៍ចំពោះការលេចមកនៃព្រះមាតានៅ</w:t>
      </w:r>
      <w:r>
        <w:rPr>
          <w:rFonts w:ascii="Times New Roman" w:hAnsi="Times New Roman" w:eastAsia="Times New Roman" w:cs="Times New Roman"/>
        </w:rPr>
        <w:t xml:space="preserve"> Fatima (</w:t>
      </w:r>
      <w:r>
        <w:rPr>
          <w:rFonts w:ascii="Leelawadee UI" w:hAnsi="Leelawadee UI" w:eastAsia="Leelawadee UI" w:cs="Leelawadee UI"/>
        </w:rPr>
        <w:t>ការព្រមានថា</w:t>
      </w:r>
      <w:r>
        <w:rPr>
          <w:rFonts w:ascii="Times New Roman" w:hAnsi="Times New Roman" w:eastAsia="Times New Roman" w:cs="Times New Roman"/>
        </w:rPr>
        <w:t xml:space="preserve"> «</w:t>
      </w:r>
      <w:r>
        <w:rPr>
          <w:rFonts w:ascii="Leelawadee UI" w:hAnsi="Leelawadee UI" w:eastAsia="Leelawadee UI" w:cs="Leelawadee UI"/>
        </w:rPr>
        <w:t>រុស្ស៊ីនឹងផ្សព្វផ្សាយកំហុសរបស់នាង</w:t>
      </w:r>
      <w:r>
        <w:rPr>
          <w:rFonts w:ascii="Times New Roman" w:hAnsi="Times New Roman" w:eastAsia="Times New Roman" w:cs="Times New Roman"/>
        </w:rPr>
        <w:t xml:space="preserve">»), </w:t>
      </w:r>
      <w:r>
        <w:rPr>
          <w:rFonts w:ascii="Leelawadee UI" w:hAnsi="Leelawadee UI" w:eastAsia="Leelawadee UI" w:cs="Leelawadee UI"/>
        </w:rPr>
        <w:t>ហើយមេដឹកនាំទាំងពីរបានពិភាក្សាអំពីអារម្មណ៍រួមរបស់ពួកគេថា</w:t>
      </w:r>
      <w:r>
        <w:rPr>
          <w:rFonts w:ascii="Times New Roman" w:hAnsi="Times New Roman" w:eastAsia="Times New Roman" w:cs="Times New Roman"/>
        </w:rPr>
        <w:t xml:space="preserve"> </w:t>
      </w:r>
      <w:r>
        <w:rPr>
          <w:rFonts w:ascii="Leelawadee UI" w:hAnsi="Leelawadee UI" w:eastAsia="Leelawadee UI" w:cs="Leelawadee UI"/>
        </w:rPr>
        <w:t>ព្រះជាម្ចាស់បានសង្គ្រោះជីវិតរបស់ពួកគេ</w:t>
      </w:r>
      <w:r>
        <w:rPr>
          <w:rFonts w:ascii="Times New Roman" w:hAnsi="Times New Roman" w:eastAsia="Times New Roman" w:cs="Times New Roman"/>
        </w:rPr>
        <w:t xml:space="preserve"> (</w:t>
      </w:r>
      <w:r>
        <w:rPr>
          <w:rFonts w:ascii="Leelawadee UI" w:hAnsi="Leelawadee UI" w:eastAsia="Leelawadee UI" w:cs="Leelawadee UI"/>
        </w:rPr>
        <w:t>ទាំងពីរបានរស់រានមានជីវិតពីការប៉ុនប៉ងធ្វើឃាតនៅឆ្នាំ</w:t>
      </w:r>
      <w:r>
        <w:rPr>
          <w:rFonts w:ascii="Times New Roman" w:hAnsi="Times New Roman" w:eastAsia="Times New Roman" w:cs="Times New Roman"/>
        </w:rPr>
        <w:t xml:space="preserve"> 1981) </w:t>
      </w:r>
      <w:r>
        <w:rPr>
          <w:rFonts w:ascii="Leelawadee UI" w:hAnsi="Leelawadee UI" w:eastAsia="Leelawadee UI" w:cs="Leelawadee UI"/>
        </w:rPr>
        <w:t>ដោយមានគោលបំណងមួយដែលពាក់ព័ន្ធនឹងការផ្តួលឈ្នះកុម្មុយនិស្ត។</w:t>
      </w:r>
    </w:p>
    <w:p>
      <w:pPr>
        <w:pStyle w:val="ArticleHeading"/>
        <w:jc w:val="left"/>
      </w:pPr>
      <w:r>
        <w:rPr>
          <w:rFonts w:ascii="Arial" w:hAnsi="Arial" w:eastAsia="Arial" w:cs="Arial"/>
        </w:rPr>
        <w:t>Almajiran Kristi</w:t>
      </w:r>
    </w:p>
    <w:p>
      <w:pPr>
        <w:pStyle w:val="ArticleBody"/>
        <w:jc w:val="left"/>
      </w:pPr>
      <w:r>
        <w:rPr>
          <w:rFonts w:ascii="Nirmala UI" w:hAnsi="Nirmala UI" w:eastAsia="Nirmala UI" w:cs="Nirmala UI"/>
        </w:rPr>
        <w:t>රේගන්</w:t>
      </w:r>
      <w:r>
        <w:rPr>
          <w:rFonts w:ascii="Times New Roman" w:hAnsi="Times New Roman" w:eastAsia="Times New Roman" w:cs="Times New Roman"/>
        </w:rPr>
        <w:t xml:space="preserve"> </w:t>
      </w:r>
      <w:r>
        <w:rPr>
          <w:rFonts w:ascii="Nirmala UI" w:hAnsi="Nirmala UI" w:eastAsia="Nirmala UI" w:cs="Nirmala UI"/>
        </w:rPr>
        <w:t>හැදී</w:t>
      </w:r>
      <w:r>
        <w:rPr>
          <w:rFonts w:ascii="Times New Roman" w:hAnsi="Times New Roman" w:eastAsia="Times New Roman" w:cs="Times New Roman"/>
        </w:rPr>
        <w:t xml:space="preserve"> </w:t>
      </w:r>
      <w:r>
        <w:rPr>
          <w:rFonts w:ascii="Nirmala UI" w:hAnsi="Nirmala UI" w:eastAsia="Nirmala UI" w:cs="Nirmala UI"/>
        </w:rPr>
        <w:t>වැඩුණේ</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රිස්තුස්ගේ</w:t>
      </w:r>
      <w:r>
        <w:rPr>
          <w:rFonts w:ascii="Times New Roman" w:hAnsi="Times New Roman" w:eastAsia="Times New Roman" w:cs="Times New Roman"/>
        </w:rPr>
        <w:t xml:space="preserve"> </w:t>
      </w:r>
      <w:r>
        <w:rPr>
          <w:rFonts w:ascii="Nirmala UI" w:hAnsi="Nirmala UI" w:eastAsia="Nirmala UI" w:cs="Nirmala UI"/>
        </w:rPr>
        <w:t>ශිෂ්</w:t>
      </w:r>
      <w:r>
        <w:rPr>
          <w:rFonts w:ascii="Times New Roman" w:hAnsi="Times New Roman" w:eastAsia="Times New Roman" w:cs="Times New Roman"/>
        </w:rPr>
        <w:t>‍</w:t>
      </w:r>
      <w:r>
        <w:rPr>
          <w:rFonts w:ascii="Nirmala UI" w:hAnsi="Nirmala UI" w:eastAsia="Nirmala UI" w:cs="Nirmala UI"/>
        </w:rPr>
        <w:t>යයන්</w:t>
      </w:r>
      <w:r>
        <w:rPr>
          <w:rFonts w:ascii="Times New Roman" w:hAnsi="Times New Roman" w:eastAsia="Times New Roman" w:cs="Times New Roman"/>
        </w:rPr>
        <w:t xml:space="preserve"> (Disciples of Christ) </w:t>
      </w:r>
      <w:r>
        <w:rPr>
          <w:rFonts w:ascii="Nirmala UI" w:hAnsi="Nirmala UI" w:eastAsia="Nirmala UI" w:cs="Nirmala UI"/>
        </w:rPr>
        <w:t>යන</w:t>
      </w:r>
      <w:r>
        <w:rPr>
          <w:rFonts w:ascii="Times New Roman" w:hAnsi="Times New Roman" w:eastAsia="Times New Roman" w:cs="Times New Roman"/>
        </w:rPr>
        <w:t xml:space="preserve"> </w:t>
      </w:r>
      <w:r>
        <w:rPr>
          <w:rFonts w:ascii="Nirmala UI" w:hAnsi="Nirmala UI" w:eastAsia="Nirmala UI" w:cs="Nirmala UI"/>
        </w:rPr>
        <w:t>ආගමික</w:t>
      </w:r>
      <w:r>
        <w:rPr>
          <w:rFonts w:ascii="Times New Roman" w:hAnsi="Times New Roman" w:eastAsia="Times New Roman" w:cs="Times New Roman"/>
        </w:rPr>
        <w:t xml:space="preserve"> </w:t>
      </w:r>
      <w:r>
        <w:rPr>
          <w:rFonts w:ascii="Nirmala UI" w:hAnsi="Nirmala UI" w:eastAsia="Nirmala UI" w:cs="Nirmala UI"/>
        </w:rPr>
        <w:t>පංතිය</w:t>
      </w:r>
      <w:r>
        <w:rPr>
          <w:rFonts w:ascii="Times New Roman" w:hAnsi="Times New Roman" w:eastAsia="Times New Roman" w:cs="Times New Roman"/>
        </w:rPr>
        <w:t xml:space="preserve"> </w:t>
      </w:r>
      <w:r>
        <w:rPr>
          <w:rFonts w:ascii="Nirmala UI" w:hAnsi="Nirmala UI" w:eastAsia="Nirmala UI" w:cs="Nirmala UI"/>
        </w:rPr>
        <w:t>තුළය</w:t>
      </w:r>
      <w:r>
        <w:rPr>
          <w:rFonts w:ascii="Times New Roman" w:hAnsi="Times New Roman" w:eastAsia="Times New Roman" w:cs="Times New Roman"/>
        </w:rPr>
        <w:t xml:space="preserve">. </w:t>
      </w:r>
      <w:r>
        <w:rPr>
          <w:rFonts w:ascii="Nirmala UI" w:hAnsi="Nirmala UI" w:eastAsia="Nirmala UI" w:cs="Nirmala UI"/>
        </w:rPr>
        <w:t>එහි</w:t>
      </w:r>
      <w:r>
        <w:rPr>
          <w:rFonts w:ascii="Times New Roman" w:hAnsi="Times New Roman" w:eastAsia="Times New Roman" w:cs="Times New Roman"/>
        </w:rPr>
        <w:t xml:space="preserve"> </w:t>
      </w:r>
      <w:r>
        <w:rPr>
          <w:rFonts w:ascii="Nirmala UI" w:hAnsi="Nirmala UI" w:eastAsia="Nirmala UI" w:cs="Nirmala UI"/>
        </w:rPr>
        <w:t>ආරම්භක</w:t>
      </w:r>
      <w:r>
        <w:rPr>
          <w:rFonts w:ascii="Times New Roman" w:hAnsi="Times New Roman" w:eastAsia="Times New Roman" w:cs="Times New Roman"/>
        </w:rPr>
        <w:t xml:space="preserve"> </w:t>
      </w:r>
      <w:r>
        <w:rPr>
          <w:rFonts w:ascii="Nirmala UI" w:hAnsi="Nirmala UI" w:eastAsia="Nirmala UI" w:cs="Nirmala UI"/>
        </w:rPr>
        <w:t>පියවරුන්</w:t>
      </w:r>
      <w:r>
        <w:rPr>
          <w:rFonts w:ascii="Times New Roman" w:hAnsi="Times New Roman" w:eastAsia="Times New Roman" w:cs="Times New Roman"/>
        </w:rPr>
        <w:t xml:space="preserve"> </w:t>
      </w:r>
      <w:r>
        <w:rPr>
          <w:rFonts w:ascii="Nirmala UI" w:hAnsi="Nirmala UI" w:eastAsia="Nirmala UI" w:cs="Nirmala UI"/>
        </w:rPr>
        <w:t>කතෝලිකත්වයේ</w:t>
      </w:r>
      <w:r>
        <w:rPr>
          <w:rFonts w:ascii="Times New Roman" w:hAnsi="Times New Roman" w:eastAsia="Times New Roman" w:cs="Times New Roman"/>
        </w:rPr>
        <w:t xml:space="preserve"> </w:t>
      </w:r>
      <w:r>
        <w:rPr>
          <w:rFonts w:ascii="Nirmala UI" w:hAnsi="Nirmala UI" w:eastAsia="Nirmala UI" w:cs="Nirmala UI"/>
        </w:rPr>
        <w:t>පාප්තුමාව</w:t>
      </w:r>
      <w:r>
        <w:rPr>
          <w:rFonts w:ascii="Times New Roman" w:hAnsi="Times New Roman" w:eastAsia="Times New Roman" w:cs="Times New Roman"/>
        </w:rPr>
        <w:t xml:space="preserve"> </w:t>
      </w:r>
      <w:r>
        <w:rPr>
          <w:rFonts w:ascii="Nirmala UI" w:hAnsi="Nirmala UI" w:eastAsia="Nirmala UI" w:cs="Nirmala UI"/>
        </w:rPr>
        <w:t>අන්තික්</w:t>
      </w:r>
      <w:r>
        <w:rPr>
          <w:rFonts w:ascii="Times New Roman" w:hAnsi="Times New Roman" w:eastAsia="Times New Roman" w:cs="Times New Roman"/>
        </w:rPr>
        <w:t>‍</w:t>
      </w:r>
      <w:r>
        <w:rPr>
          <w:rFonts w:ascii="Nirmala UI" w:hAnsi="Nirmala UI" w:eastAsia="Nirmala UI" w:cs="Nirmala UI"/>
        </w:rPr>
        <w:t>රිස්තුස්</w:t>
      </w:r>
      <w:r>
        <w:rPr>
          <w:rFonts w:ascii="Times New Roman" w:hAnsi="Times New Roman" w:eastAsia="Times New Roman" w:cs="Times New Roman"/>
        </w:rPr>
        <w:t xml:space="preserve"> </w:t>
      </w:r>
      <w:r>
        <w:rPr>
          <w:rFonts w:ascii="Nirmala UI" w:hAnsi="Nirmala UI" w:eastAsia="Nirmala UI" w:cs="Nirmala UI"/>
        </w:rPr>
        <w:t>බව</w:t>
      </w:r>
      <w:r>
        <w:rPr>
          <w:rFonts w:ascii="Times New Roman" w:hAnsi="Times New Roman" w:eastAsia="Times New Roman" w:cs="Times New Roman"/>
        </w:rPr>
        <w:t xml:space="preserve"> </w:t>
      </w:r>
      <w:r>
        <w:rPr>
          <w:rFonts w:ascii="Nirmala UI" w:hAnsi="Nirmala UI" w:eastAsia="Nirmala UI" w:cs="Nirmala UI"/>
        </w:rPr>
        <w:t>සෘජුවම</w:t>
      </w:r>
      <w:r>
        <w:rPr>
          <w:rFonts w:ascii="Times New Roman" w:hAnsi="Times New Roman" w:eastAsia="Times New Roman" w:cs="Times New Roman"/>
        </w:rPr>
        <w:t xml:space="preserve"> </w:t>
      </w:r>
      <w:r>
        <w:rPr>
          <w:rFonts w:ascii="Nirmala UI" w:hAnsi="Nirmala UI" w:eastAsia="Nirmala UI" w:cs="Nirmala UI"/>
        </w:rPr>
        <w:t>ඉගැන්වූහ</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රිස්තුස්ගේ</w:t>
      </w:r>
      <w:r>
        <w:rPr>
          <w:rFonts w:ascii="Times New Roman" w:hAnsi="Times New Roman" w:eastAsia="Times New Roman" w:cs="Times New Roman"/>
        </w:rPr>
        <w:t xml:space="preserve"> </w:t>
      </w:r>
      <w:r>
        <w:rPr>
          <w:rFonts w:ascii="Nirmala UI" w:hAnsi="Nirmala UI" w:eastAsia="Nirmala UI" w:cs="Nirmala UI"/>
        </w:rPr>
        <w:t>ශිෂ්</w:t>
      </w:r>
      <w:r>
        <w:rPr>
          <w:rFonts w:ascii="Times New Roman" w:hAnsi="Times New Roman" w:eastAsia="Times New Roman" w:cs="Times New Roman"/>
        </w:rPr>
        <w:t>‍</w:t>
      </w:r>
      <w:r>
        <w:rPr>
          <w:rFonts w:ascii="Nirmala UI" w:hAnsi="Nirmala UI" w:eastAsia="Nirmala UI" w:cs="Nirmala UI"/>
        </w:rPr>
        <w:t>යයන්ගේ</w:t>
      </w:r>
      <w:r>
        <w:rPr>
          <w:rFonts w:ascii="Times New Roman" w:hAnsi="Times New Roman" w:eastAsia="Times New Roman" w:cs="Times New Roman"/>
        </w:rPr>
        <w:t xml:space="preserve"> </w:t>
      </w:r>
      <w:r>
        <w:rPr>
          <w:rFonts w:ascii="Nirmala UI" w:hAnsi="Nirmala UI" w:eastAsia="Nirmala UI" w:cs="Nirmala UI"/>
        </w:rPr>
        <w:t>සභාවේ</w:t>
      </w:r>
      <w:r>
        <w:rPr>
          <w:rFonts w:ascii="Times New Roman" w:hAnsi="Times New Roman" w:eastAsia="Times New Roman" w:cs="Times New Roman"/>
        </w:rPr>
        <w:t xml:space="preserve"> </w:t>
      </w:r>
      <w:r>
        <w:rPr>
          <w:rFonts w:ascii="Nirmala UI" w:hAnsi="Nirmala UI" w:eastAsia="Nirmala UI" w:cs="Nirmala UI"/>
        </w:rPr>
        <w:t>මුල්</w:t>
      </w:r>
      <w:r>
        <w:rPr>
          <w:rFonts w:ascii="Times New Roman" w:hAnsi="Times New Roman" w:eastAsia="Times New Roman" w:cs="Times New Roman"/>
        </w:rPr>
        <w:t xml:space="preserve"> </w:t>
      </w:r>
      <w:r>
        <w:rPr>
          <w:rFonts w:ascii="Nirmala UI" w:hAnsi="Nirmala UI" w:eastAsia="Nirmala UI" w:cs="Nirmala UI"/>
        </w:rPr>
        <w:t>යුගයේ</w:t>
      </w:r>
      <w:r>
        <w:rPr>
          <w:rFonts w:ascii="Times New Roman" w:hAnsi="Times New Roman" w:eastAsia="Times New Roman" w:cs="Times New Roman"/>
        </w:rPr>
        <w:t xml:space="preserve"> </w:t>
      </w:r>
      <w:r>
        <w:rPr>
          <w:rFonts w:ascii="Nirmala UI" w:hAnsi="Nirmala UI" w:eastAsia="Nirmala UI" w:cs="Nirmala UI"/>
        </w:rPr>
        <w:t>ප්</w:t>
      </w:r>
      <w:r>
        <w:rPr>
          <w:rFonts w:ascii="Times New Roman" w:hAnsi="Times New Roman" w:eastAsia="Times New Roman" w:cs="Times New Roman"/>
        </w:rPr>
        <w:t>‍</w:t>
      </w:r>
      <w:r>
        <w:rPr>
          <w:rFonts w:ascii="Nirmala UI" w:hAnsi="Nirmala UI" w:eastAsia="Nirmala UI" w:cs="Nirmala UI"/>
        </w:rPr>
        <w:t>රමුඛතම</w:t>
      </w:r>
      <w:r>
        <w:rPr>
          <w:rFonts w:ascii="Times New Roman" w:hAnsi="Times New Roman" w:eastAsia="Times New Roman" w:cs="Times New Roman"/>
        </w:rPr>
        <w:t xml:space="preserve"> </w:t>
      </w:r>
      <w:r>
        <w:rPr>
          <w:rFonts w:ascii="Nirmala UI" w:hAnsi="Nirmala UI" w:eastAsia="Nirmala UI" w:cs="Nirmala UI"/>
        </w:rPr>
        <w:t>නායකයා</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ඇලෙක්සැන්ඩර්</w:t>
      </w:r>
      <w:r>
        <w:rPr>
          <w:rFonts w:ascii="Times New Roman" w:hAnsi="Times New Roman" w:eastAsia="Times New Roman" w:cs="Times New Roman"/>
        </w:rPr>
        <w:t xml:space="preserve"> </w:t>
      </w:r>
      <w:r>
        <w:rPr>
          <w:rFonts w:ascii="Nirmala UI" w:hAnsi="Nirmala UI" w:eastAsia="Nirmala UI" w:cs="Nirmala UI"/>
        </w:rPr>
        <w:t>කැම්ප්බෙල්</w:t>
      </w:r>
      <w:r>
        <w:rPr>
          <w:rFonts w:ascii="Times New Roman" w:hAnsi="Times New Roman" w:eastAsia="Times New Roman" w:cs="Times New Roman"/>
        </w:rPr>
        <w:t xml:space="preserve">, </w:t>
      </w:r>
      <w:r>
        <w:rPr>
          <w:rFonts w:ascii="Nirmala UI" w:hAnsi="Nirmala UI" w:eastAsia="Nirmala UI" w:cs="Nirmala UI"/>
        </w:rPr>
        <w:t>පාප්කම</w:t>
      </w:r>
      <w:r>
        <w:rPr>
          <w:rFonts w:ascii="Times New Roman" w:hAnsi="Times New Roman" w:eastAsia="Times New Roman" w:cs="Times New Roman"/>
        </w:rPr>
        <w:t xml:space="preserve"> </w:t>
      </w:r>
      <w:r>
        <w:rPr>
          <w:rFonts w:ascii="Nirmala UI" w:hAnsi="Nirmala UI" w:eastAsia="Nirmala UI" w:cs="Nirmala UI"/>
        </w:rPr>
        <w:t>අන්තික්</w:t>
      </w:r>
      <w:r>
        <w:rPr>
          <w:rFonts w:ascii="Times New Roman" w:hAnsi="Times New Roman" w:eastAsia="Times New Roman" w:cs="Times New Roman"/>
        </w:rPr>
        <w:t>‍</w:t>
      </w:r>
      <w:r>
        <w:rPr>
          <w:rFonts w:ascii="Nirmala UI" w:hAnsi="Nirmala UI" w:eastAsia="Nirmala UI" w:cs="Nirmala UI"/>
        </w:rPr>
        <w:t>රිස්තුස්</w:t>
      </w:r>
      <w:r>
        <w:rPr>
          <w:rFonts w:ascii="Times New Roman" w:hAnsi="Times New Roman" w:eastAsia="Times New Roman" w:cs="Times New Roman"/>
        </w:rPr>
        <w:t xml:space="preserve"> </w:t>
      </w:r>
      <w:r>
        <w:rPr>
          <w:rFonts w:ascii="Nirmala UI" w:hAnsi="Nirmala UI" w:eastAsia="Nirmala UI" w:cs="Nirmala UI"/>
        </w:rPr>
        <w:t>බව</w:t>
      </w:r>
      <w:r>
        <w:rPr>
          <w:rFonts w:ascii="Times New Roman" w:hAnsi="Times New Roman" w:eastAsia="Times New Roman" w:cs="Times New Roman"/>
        </w:rPr>
        <w:t xml:space="preserve"> </w:t>
      </w:r>
      <w:r>
        <w:rPr>
          <w:rFonts w:ascii="Nirmala UI" w:hAnsi="Nirmala UI" w:eastAsia="Nirmala UI" w:cs="Nirmala UI"/>
        </w:rPr>
        <w:t>නැවත</w:t>
      </w:r>
      <w:r>
        <w:rPr>
          <w:rFonts w:ascii="Times New Roman" w:hAnsi="Times New Roman" w:eastAsia="Times New Roman" w:cs="Times New Roman"/>
        </w:rPr>
        <w:t xml:space="preserve"> </w:t>
      </w:r>
      <w:r>
        <w:rPr>
          <w:rFonts w:ascii="Nirmala UI" w:hAnsi="Nirmala UI" w:eastAsia="Nirmala UI" w:cs="Nirmala UI"/>
        </w:rPr>
        <w:t>නැවතත්</w:t>
      </w:r>
      <w:r>
        <w:rPr>
          <w:rFonts w:ascii="Times New Roman" w:hAnsi="Times New Roman" w:eastAsia="Times New Roman" w:cs="Times New Roman"/>
        </w:rPr>
        <w:t xml:space="preserve"> </w:t>
      </w:r>
      <w:r>
        <w:rPr>
          <w:rFonts w:ascii="Nirmala UI" w:hAnsi="Nirmala UI" w:eastAsia="Nirmala UI" w:cs="Nirmala UI"/>
        </w:rPr>
        <w:t>හඳුනාගත්තේය</w:t>
      </w:r>
      <w:r>
        <w:rPr>
          <w:rFonts w:ascii="Times New Roman" w:hAnsi="Times New Roman" w:eastAsia="Times New Roman" w:cs="Times New Roman"/>
        </w:rPr>
        <w:t xml:space="preserve">. </w:t>
      </w:r>
      <w:r>
        <w:rPr>
          <w:rFonts w:ascii="Nirmala UI" w:hAnsi="Nirmala UI" w:eastAsia="Nirmala UI" w:cs="Nirmala UI"/>
        </w:rPr>
        <w:t>විවාදයන්හි</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ලේඛනවලදී</w:t>
      </w:r>
      <w:r>
        <w:rPr>
          <w:rFonts w:ascii="Times New Roman" w:hAnsi="Times New Roman" w:eastAsia="Times New Roman" w:cs="Times New Roman"/>
        </w:rPr>
        <w:t xml:space="preserve">, </w:t>
      </w:r>
      <w:r>
        <w:rPr>
          <w:rFonts w:ascii="Nirmala UI" w:hAnsi="Nirmala UI" w:eastAsia="Nirmala UI" w:cs="Nirmala UI"/>
        </w:rPr>
        <w:t>දානියෙල්</w:t>
      </w:r>
      <w:r>
        <w:rPr>
          <w:rFonts w:ascii="Times New Roman" w:hAnsi="Times New Roman" w:eastAsia="Times New Roman" w:cs="Times New Roman"/>
        </w:rPr>
        <w:t xml:space="preserve"> 7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කුඩා</w:t>
      </w:r>
      <w:r>
        <w:rPr>
          <w:rFonts w:ascii="Times New Roman" w:hAnsi="Times New Roman" w:eastAsia="Times New Roman" w:cs="Times New Roman"/>
        </w:rPr>
        <w:t xml:space="preserve"> </w:t>
      </w:r>
      <w:r>
        <w:rPr>
          <w:rFonts w:ascii="Nirmala UI" w:hAnsi="Nirmala UI" w:eastAsia="Nirmala UI" w:cs="Nirmala UI"/>
        </w:rPr>
        <w:t>කොම්පය</w:t>
      </w:r>
      <w:r>
        <w:rPr>
          <w:rFonts w:ascii="Times New Roman" w:hAnsi="Times New Roman" w:eastAsia="Times New Roman" w:cs="Times New Roman"/>
        </w:rPr>
        <w:t xml:space="preserve">, </w:t>
      </w:r>
      <w:r>
        <w:rPr>
          <w:rFonts w:ascii="Nirmala UI" w:hAnsi="Nirmala UI" w:eastAsia="Nirmala UI" w:cs="Nirmala UI"/>
        </w:rPr>
        <w:t>එළිදරව්</w:t>
      </w:r>
      <w:r>
        <w:rPr>
          <w:rFonts w:ascii="Times New Roman" w:hAnsi="Times New Roman" w:eastAsia="Times New Roman" w:cs="Times New Roman"/>
        </w:rPr>
        <w:t xml:space="preserve"> 13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මෘගයා</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2 </w:t>
      </w:r>
      <w:r>
        <w:rPr>
          <w:rFonts w:ascii="Nirmala UI" w:hAnsi="Nirmala UI" w:eastAsia="Nirmala UI" w:cs="Nirmala UI"/>
        </w:rPr>
        <w:t>තෙසලෝනික</w:t>
      </w:r>
      <w:r>
        <w:rPr>
          <w:rFonts w:ascii="Times New Roman" w:hAnsi="Times New Roman" w:eastAsia="Times New Roman" w:cs="Times New Roman"/>
        </w:rPr>
        <w:t xml:space="preserve"> 2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පාපයේ</w:t>
      </w:r>
      <w:r>
        <w:rPr>
          <w:rFonts w:ascii="Times New Roman" w:hAnsi="Times New Roman" w:eastAsia="Times New Roman" w:cs="Times New Roman"/>
        </w:rPr>
        <w:t xml:space="preserve"> </w:t>
      </w:r>
      <w:r>
        <w:rPr>
          <w:rFonts w:ascii="Nirmala UI" w:hAnsi="Nirmala UI" w:eastAsia="Nirmala UI" w:cs="Nirmala UI"/>
        </w:rPr>
        <w:t>මනුෂ්</w:t>
      </w:r>
      <w:r>
        <w:rPr>
          <w:rFonts w:ascii="Times New Roman" w:hAnsi="Times New Roman" w:eastAsia="Times New Roman" w:cs="Times New Roman"/>
        </w:rPr>
        <w:t>‍</w:t>
      </w:r>
      <w:r>
        <w:rPr>
          <w:rFonts w:ascii="Nirmala UI" w:hAnsi="Nirmala UI" w:eastAsia="Nirmala UI" w:cs="Nirmala UI"/>
        </w:rPr>
        <w:t>යයා</w:t>
      </w:r>
      <w:r>
        <w:rPr>
          <w:rFonts w:ascii="Times New Roman" w:hAnsi="Times New Roman" w:eastAsia="Times New Roman" w:cs="Times New Roman"/>
        </w:rPr>
        <w:t xml:space="preserve"> </w:t>
      </w:r>
      <w:r>
        <w:rPr>
          <w:rFonts w:ascii="Nirmala UI" w:hAnsi="Nirmala UI" w:eastAsia="Nirmala UI" w:cs="Nirmala UI"/>
        </w:rPr>
        <w:t>යන</w:t>
      </w:r>
      <w:r>
        <w:rPr>
          <w:rFonts w:ascii="Times New Roman" w:hAnsi="Times New Roman" w:eastAsia="Times New Roman" w:cs="Times New Roman"/>
        </w:rPr>
        <w:t xml:space="preserve"> </w:t>
      </w:r>
      <w:r>
        <w:rPr>
          <w:rFonts w:ascii="Nirmala UI" w:hAnsi="Nirmala UI" w:eastAsia="Nirmala UI" w:cs="Nirmala UI"/>
        </w:rPr>
        <w:t>සියල්ලම</w:t>
      </w:r>
      <w:r>
        <w:rPr>
          <w:rFonts w:ascii="Times New Roman" w:hAnsi="Times New Roman" w:eastAsia="Times New Roman" w:cs="Times New Roman"/>
        </w:rPr>
        <w:t xml:space="preserve"> </w:t>
      </w:r>
      <w:r>
        <w:rPr>
          <w:rFonts w:ascii="Nirmala UI" w:hAnsi="Nirmala UI" w:eastAsia="Nirmala UI" w:cs="Nirmala UI"/>
        </w:rPr>
        <w:t>රෝමයේ</w:t>
      </w:r>
      <w:r>
        <w:rPr>
          <w:rFonts w:ascii="Times New Roman" w:hAnsi="Times New Roman" w:eastAsia="Times New Roman" w:cs="Times New Roman"/>
        </w:rPr>
        <w:t xml:space="preserve"> </w:t>
      </w:r>
      <w:r>
        <w:rPr>
          <w:rFonts w:ascii="Nirmala UI" w:hAnsi="Nirmala UI" w:eastAsia="Nirmala UI" w:cs="Nirmala UI"/>
        </w:rPr>
        <w:t>පාප්වරුන්</w:t>
      </w:r>
      <w:r>
        <w:rPr>
          <w:rFonts w:ascii="Times New Roman" w:hAnsi="Times New Roman" w:eastAsia="Times New Roman" w:cs="Times New Roman"/>
        </w:rPr>
        <w:t xml:space="preserve"> </w:t>
      </w:r>
      <w:r>
        <w:rPr>
          <w:rFonts w:ascii="Nirmala UI" w:hAnsi="Nirmala UI" w:eastAsia="Nirmala UI" w:cs="Nirmala UI"/>
        </w:rPr>
        <w:t>වෙත</w:t>
      </w:r>
      <w:r>
        <w:rPr>
          <w:rFonts w:ascii="Times New Roman" w:hAnsi="Times New Roman" w:eastAsia="Times New Roman" w:cs="Times New Roman"/>
        </w:rPr>
        <w:t xml:space="preserve"> </w:t>
      </w:r>
      <w:r>
        <w:rPr>
          <w:rFonts w:ascii="Nirmala UI" w:hAnsi="Nirmala UI" w:eastAsia="Nirmala UI" w:cs="Nirmala UI"/>
        </w:rPr>
        <w:t>යොමු</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බව</w:t>
      </w:r>
      <w:r>
        <w:rPr>
          <w:rFonts w:ascii="Times New Roman" w:hAnsi="Times New Roman" w:eastAsia="Times New Roman" w:cs="Times New Roman"/>
        </w:rPr>
        <w:t xml:space="preserve"> </w:t>
      </w:r>
      <w:r>
        <w:rPr>
          <w:rFonts w:ascii="Nirmala UI" w:hAnsi="Nirmala UI" w:eastAsia="Nirmala UI" w:cs="Nirmala UI"/>
        </w:rPr>
        <w:t>ඔහු</w:t>
      </w:r>
      <w:r>
        <w:rPr>
          <w:rFonts w:ascii="Times New Roman" w:hAnsi="Times New Roman" w:eastAsia="Times New Roman" w:cs="Times New Roman"/>
        </w:rPr>
        <w:t xml:space="preserve"> </w:t>
      </w:r>
      <w:r>
        <w:rPr>
          <w:rFonts w:ascii="Nirmala UI" w:hAnsi="Nirmala UI" w:eastAsia="Nirmala UI" w:cs="Nirmala UI"/>
        </w:rPr>
        <w:t>තර්ක</w:t>
      </w:r>
      <w:r>
        <w:rPr>
          <w:rFonts w:ascii="Times New Roman" w:hAnsi="Times New Roman" w:eastAsia="Times New Roman" w:cs="Times New Roman"/>
        </w:rPr>
        <w:t xml:space="preserve"> </w:t>
      </w:r>
      <w:r>
        <w:rPr>
          <w:rFonts w:ascii="Nirmala UI" w:hAnsi="Nirmala UI" w:eastAsia="Nirmala UI" w:cs="Nirmala UI"/>
        </w:rPr>
        <w:t>කළේය</w:t>
      </w:r>
      <w:r>
        <w:rPr>
          <w:rFonts w:ascii="Times New Roman" w:hAnsi="Times New Roman" w:eastAsia="Times New Roman" w:cs="Times New Roman"/>
        </w:rPr>
        <w:t xml:space="preserve">. </w:t>
      </w:r>
      <w:r>
        <w:rPr>
          <w:rFonts w:ascii="Nirmala UI" w:hAnsi="Nirmala UI" w:eastAsia="Nirmala UI" w:cs="Nirmala UI"/>
        </w:rPr>
        <w:t>ඔහු</w:t>
      </w:r>
      <w:r>
        <w:rPr>
          <w:rFonts w:ascii="Times New Roman" w:hAnsi="Times New Roman" w:eastAsia="Times New Roman" w:cs="Times New Roman"/>
        </w:rPr>
        <w:t xml:space="preserve"> </w:t>
      </w:r>
      <w:r>
        <w:rPr>
          <w:rFonts w:ascii="Nirmala UI" w:hAnsi="Nirmala UI" w:eastAsia="Nirmala UI" w:cs="Nirmala UI"/>
        </w:rPr>
        <w:t>මේ</w:t>
      </w:r>
      <w:r>
        <w:rPr>
          <w:rFonts w:ascii="Times New Roman" w:hAnsi="Times New Roman" w:eastAsia="Times New Roman" w:cs="Times New Roman"/>
        </w:rPr>
        <w:t xml:space="preserve"> </w:t>
      </w:r>
      <w:r>
        <w:rPr>
          <w:rFonts w:ascii="Nirmala UI" w:hAnsi="Nirmala UI" w:eastAsia="Nirmala UI" w:cs="Nirmala UI"/>
        </w:rPr>
        <w:t>හඳුනාගැනීම්</w:t>
      </w:r>
      <w:r>
        <w:rPr>
          <w:rFonts w:ascii="Times New Roman" w:hAnsi="Times New Roman" w:eastAsia="Times New Roman" w:cs="Times New Roman"/>
        </w:rPr>
        <w:t xml:space="preserve"> </w:t>
      </w:r>
      <w:r>
        <w:rPr>
          <w:rFonts w:ascii="Nirmala UI" w:hAnsi="Nirmala UI" w:eastAsia="Nirmala UI" w:cs="Nirmala UI"/>
        </w:rPr>
        <w:t>ප්</w:t>
      </w:r>
      <w:r>
        <w:rPr>
          <w:rFonts w:ascii="Times New Roman" w:hAnsi="Times New Roman" w:eastAsia="Times New Roman" w:cs="Times New Roman"/>
        </w:rPr>
        <w:t>‍</w:t>
      </w:r>
      <w:r>
        <w:rPr>
          <w:rFonts w:ascii="Nirmala UI" w:hAnsi="Nirmala UI" w:eastAsia="Nirmala UI" w:cs="Nirmala UI"/>
        </w:rPr>
        <w:t>රසිද්ධ</w:t>
      </w:r>
      <w:r>
        <w:rPr>
          <w:rFonts w:ascii="Times New Roman" w:hAnsi="Times New Roman" w:eastAsia="Times New Roman" w:cs="Times New Roman"/>
        </w:rPr>
        <w:t xml:space="preserve"> </w:t>
      </w:r>
      <w:r>
        <w:rPr>
          <w:rFonts w:ascii="Nirmala UI" w:hAnsi="Nirmala UI" w:eastAsia="Nirmala UI" w:cs="Nirmala UI"/>
        </w:rPr>
        <w:t>විවාදවලදීද</w:t>
      </w:r>
      <w:r>
        <w:rPr>
          <w:rFonts w:ascii="Times New Roman" w:hAnsi="Times New Roman" w:eastAsia="Times New Roman" w:cs="Times New Roman"/>
        </w:rPr>
        <w:t xml:space="preserve"> </w:t>
      </w:r>
      <w:r>
        <w:rPr>
          <w:rFonts w:ascii="Nirmala UI" w:hAnsi="Nirmala UI" w:eastAsia="Nirmala UI" w:cs="Nirmala UI"/>
        </w:rPr>
        <w:t>භාවිතා</w:t>
      </w:r>
      <w:r>
        <w:rPr>
          <w:rFonts w:ascii="Times New Roman" w:hAnsi="Times New Roman" w:eastAsia="Times New Roman" w:cs="Times New Roman"/>
        </w:rPr>
        <w:t xml:space="preserve"> </w:t>
      </w:r>
      <w:r>
        <w:rPr>
          <w:rFonts w:ascii="Nirmala UI" w:hAnsi="Nirmala UI" w:eastAsia="Nirmala UI" w:cs="Nirmala UI"/>
        </w:rPr>
        <w:t>කළේය</w:t>
      </w:r>
      <w:r>
        <w:rPr>
          <w:rFonts w:ascii="Times New Roman" w:hAnsi="Times New Roman" w:eastAsia="Times New Roman" w:cs="Times New Roman"/>
        </w:rPr>
        <w:t xml:space="preserve"> (1837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කතෝලික</w:t>
      </w:r>
      <w:r>
        <w:rPr>
          <w:rFonts w:ascii="Times New Roman" w:hAnsi="Times New Roman" w:eastAsia="Times New Roman" w:cs="Times New Roman"/>
        </w:rPr>
        <w:t xml:space="preserve"> </w:t>
      </w:r>
      <w:r>
        <w:rPr>
          <w:rFonts w:ascii="Nirmala UI" w:hAnsi="Nirmala UI" w:eastAsia="Nirmala UI" w:cs="Nirmala UI"/>
        </w:rPr>
        <w:t>බිෂප්</w:t>
      </w:r>
      <w:r>
        <w:rPr>
          <w:rFonts w:ascii="Times New Roman" w:hAnsi="Times New Roman" w:eastAsia="Times New Roman" w:cs="Times New Roman"/>
        </w:rPr>
        <w:t xml:space="preserve"> </w:t>
      </w:r>
      <w:r>
        <w:rPr>
          <w:rFonts w:ascii="Nirmala UI" w:hAnsi="Nirmala UI" w:eastAsia="Nirmala UI" w:cs="Nirmala UI"/>
        </w:rPr>
        <w:t>ජෝන්</w:t>
      </w:r>
      <w:r>
        <w:rPr>
          <w:rFonts w:ascii="Times New Roman" w:hAnsi="Times New Roman" w:eastAsia="Times New Roman" w:cs="Times New Roman"/>
        </w:rPr>
        <w:t xml:space="preserve"> </w:t>
      </w:r>
      <w:r>
        <w:rPr>
          <w:rFonts w:ascii="Nirmala UI" w:hAnsi="Nirmala UI" w:eastAsia="Nirmala UI" w:cs="Nirmala UI"/>
        </w:rPr>
        <w:t>බී</w:t>
      </w:r>
      <w:r>
        <w:rPr>
          <w:rFonts w:ascii="Times New Roman" w:hAnsi="Times New Roman" w:eastAsia="Times New Roman" w:cs="Times New Roman"/>
        </w:rPr>
        <w:t xml:space="preserve">. </w:t>
      </w:r>
      <w:r>
        <w:rPr>
          <w:rFonts w:ascii="Nirmala UI" w:hAnsi="Nirmala UI" w:eastAsia="Nirmala UI" w:cs="Nirmala UI"/>
        </w:rPr>
        <w:t>පර්සෙල්</w:t>
      </w:r>
      <w:r>
        <w:rPr>
          <w:rFonts w:ascii="Times New Roman" w:hAnsi="Times New Roman" w:eastAsia="Times New Roman" w:cs="Times New Roman"/>
        </w:rPr>
        <w:t xml:space="preserve"> </w:t>
      </w:r>
      <w:r>
        <w:rPr>
          <w:rFonts w:ascii="Nirmala UI" w:hAnsi="Nirmala UI" w:eastAsia="Nirmala UI" w:cs="Nirmala UI"/>
        </w:rPr>
        <w:t>සමඟ</w:t>
      </w:r>
      <w:r>
        <w:rPr>
          <w:rFonts w:ascii="Times New Roman" w:hAnsi="Times New Roman" w:eastAsia="Times New Roman" w:cs="Times New Roman"/>
        </w:rPr>
        <w:t xml:space="preserve"> </w:t>
      </w:r>
      <w:r>
        <w:rPr>
          <w:rFonts w:ascii="Nirmala UI" w:hAnsi="Nirmala UI" w:eastAsia="Nirmala UI" w:cs="Nirmala UI"/>
        </w:rPr>
        <w:t>කළ</w:t>
      </w:r>
      <w:r>
        <w:rPr>
          <w:rFonts w:ascii="Times New Roman" w:hAnsi="Times New Roman" w:eastAsia="Times New Roman" w:cs="Times New Roman"/>
        </w:rPr>
        <w:t xml:space="preserve"> </w:t>
      </w:r>
      <w:r>
        <w:rPr>
          <w:rFonts w:ascii="Nirmala UI" w:hAnsi="Nirmala UI" w:eastAsia="Nirmala UI" w:cs="Nirmala UI"/>
        </w:rPr>
        <w:t>විවාදයද</w:t>
      </w:r>
      <w:r>
        <w:rPr>
          <w:rFonts w:ascii="Times New Roman" w:hAnsi="Times New Roman" w:eastAsia="Times New Roman" w:cs="Times New Roman"/>
        </w:rPr>
        <w:t xml:space="preserve"> </w:t>
      </w:r>
      <w:r>
        <w:rPr>
          <w:rFonts w:ascii="Nirmala UI" w:hAnsi="Nirmala UI" w:eastAsia="Nirmala UI" w:cs="Nirmala UI"/>
        </w:rPr>
        <w:t>ඇතුළුව</w:t>
      </w:r>
      <w:r>
        <w:rPr>
          <w:rFonts w:ascii="Times New Roman" w:hAnsi="Times New Roman" w:eastAsia="Times New Roman" w:cs="Times New Roman"/>
        </w:rPr>
        <w:t xml:space="preserve">). </w:t>
      </w:r>
      <w:r>
        <w:rPr>
          <w:rFonts w:ascii="Nirmala UI" w:hAnsi="Nirmala UI" w:eastAsia="Nirmala UI" w:cs="Nirmala UI"/>
        </w:rPr>
        <w:t>බාර්ටන්</w:t>
      </w:r>
      <w:r>
        <w:rPr>
          <w:rFonts w:ascii="Times New Roman" w:hAnsi="Times New Roman" w:eastAsia="Times New Roman" w:cs="Times New Roman"/>
        </w:rPr>
        <w:t xml:space="preserve"> </w:t>
      </w:r>
      <w:r>
        <w:rPr>
          <w:rFonts w:ascii="Nirmala UI" w:hAnsi="Nirmala UI" w:eastAsia="Nirmala UI" w:cs="Nirmala UI"/>
        </w:rPr>
        <w:t>ඩබ්ලිව්</w:t>
      </w:r>
      <w:r>
        <w:rPr>
          <w:rFonts w:ascii="Times New Roman" w:hAnsi="Times New Roman" w:eastAsia="Times New Roman" w:cs="Times New Roman"/>
        </w:rPr>
        <w:t xml:space="preserve">. </w:t>
      </w:r>
      <w:r>
        <w:rPr>
          <w:rFonts w:ascii="Nirmala UI" w:hAnsi="Nirmala UI" w:eastAsia="Nirmala UI" w:cs="Nirmala UI"/>
        </w:rPr>
        <w:t>ස්ටෝන්</w:t>
      </w:r>
      <w:r>
        <w:rPr>
          <w:rFonts w:ascii="Times New Roman" w:hAnsi="Times New Roman" w:eastAsia="Times New Roman" w:cs="Times New Roman"/>
        </w:rPr>
        <w:t xml:space="preserve">, </w:t>
      </w:r>
      <w:r>
        <w:rPr>
          <w:rFonts w:ascii="Nirmala UI" w:hAnsi="Nirmala UI" w:eastAsia="Nirmala UI" w:cs="Nirmala UI"/>
        </w:rPr>
        <w:t>පාප්තුමාගේ</w:t>
      </w:r>
      <w:r>
        <w:rPr>
          <w:rFonts w:ascii="Times New Roman" w:hAnsi="Times New Roman" w:eastAsia="Times New Roman" w:cs="Times New Roman"/>
        </w:rPr>
        <w:t xml:space="preserve"> </w:t>
      </w:r>
      <w:r>
        <w:rPr>
          <w:rFonts w:ascii="Nirmala UI" w:hAnsi="Nirmala UI" w:eastAsia="Nirmala UI" w:cs="Nirmala UI"/>
        </w:rPr>
        <w:t>ආණ්ඩුව</w:t>
      </w:r>
      <w:r>
        <w:rPr>
          <w:rFonts w:ascii="Times New Roman" w:hAnsi="Times New Roman" w:eastAsia="Times New Roman" w:cs="Times New Roman"/>
        </w:rPr>
        <w:t xml:space="preserve"> </w:t>
      </w:r>
      <w:r>
        <w:rPr>
          <w:rFonts w:ascii="Nirmala UI" w:hAnsi="Nirmala UI" w:eastAsia="Nirmala UI" w:cs="Nirmala UI"/>
        </w:rPr>
        <w:t>සැබෑ</w:t>
      </w:r>
      <w:r>
        <w:rPr>
          <w:rFonts w:ascii="Times New Roman" w:hAnsi="Times New Roman" w:eastAsia="Times New Roman" w:cs="Times New Roman"/>
        </w:rPr>
        <w:t xml:space="preserve"> </w:t>
      </w:r>
      <w:r>
        <w:rPr>
          <w:rFonts w:ascii="Nirmala UI" w:hAnsi="Nirmala UI" w:eastAsia="Nirmala UI" w:cs="Nirmala UI"/>
        </w:rPr>
        <w:t>අන්තික්</w:t>
      </w:r>
      <w:r>
        <w:rPr>
          <w:rFonts w:ascii="Times New Roman" w:hAnsi="Times New Roman" w:eastAsia="Times New Roman" w:cs="Times New Roman"/>
        </w:rPr>
        <w:t>‍</w:t>
      </w:r>
      <w:r>
        <w:rPr>
          <w:rFonts w:ascii="Nirmala UI" w:hAnsi="Nirmala UI" w:eastAsia="Nirmala UI" w:cs="Nirmala UI"/>
        </w:rPr>
        <w:t>රිස්තුස්</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පාපයේ</w:t>
      </w:r>
      <w:r>
        <w:rPr>
          <w:rFonts w:ascii="Times New Roman" w:hAnsi="Times New Roman" w:eastAsia="Times New Roman" w:cs="Times New Roman"/>
        </w:rPr>
        <w:t xml:space="preserve"> </w:t>
      </w:r>
      <w:r>
        <w:rPr>
          <w:rFonts w:ascii="Nirmala UI" w:hAnsi="Nirmala UI" w:eastAsia="Nirmala UI" w:cs="Nirmala UI"/>
        </w:rPr>
        <w:t>මනුෂ්</w:t>
      </w:r>
      <w:r>
        <w:rPr>
          <w:rFonts w:ascii="Times New Roman" w:hAnsi="Times New Roman" w:eastAsia="Times New Roman" w:cs="Times New Roman"/>
        </w:rPr>
        <w:t>‍</w:t>
      </w:r>
      <w:r>
        <w:rPr>
          <w:rFonts w:ascii="Nirmala UI" w:hAnsi="Nirmala UI" w:eastAsia="Nirmala UI" w:cs="Nirmala UI"/>
        </w:rPr>
        <w:t>යයා</w:t>
      </w:r>
      <w:r>
        <w:rPr>
          <w:rFonts w:ascii="Times New Roman" w:hAnsi="Times New Roman" w:eastAsia="Times New Roman" w:cs="Times New Roman"/>
        </w:rPr>
        <w:t xml:space="preserve">” </w:t>
      </w:r>
      <w:r>
        <w:rPr>
          <w:rFonts w:ascii="Nirmala UI" w:hAnsi="Nirmala UI" w:eastAsia="Nirmala UI" w:cs="Nirmala UI"/>
        </w:rPr>
        <w:t>ලෙස</w:t>
      </w:r>
      <w:r>
        <w:rPr>
          <w:rFonts w:ascii="Times New Roman" w:hAnsi="Times New Roman" w:eastAsia="Times New Roman" w:cs="Times New Roman"/>
        </w:rPr>
        <w:t xml:space="preserve"> </w:t>
      </w:r>
      <w:r>
        <w:rPr>
          <w:rFonts w:ascii="Nirmala UI" w:hAnsi="Nirmala UI" w:eastAsia="Nirmala UI" w:cs="Nirmala UI"/>
        </w:rPr>
        <w:t>සඳහන්</w:t>
      </w:r>
      <w:r>
        <w:rPr>
          <w:rFonts w:ascii="Times New Roman" w:hAnsi="Times New Roman" w:eastAsia="Times New Roman" w:cs="Times New Roman"/>
        </w:rPr>
        <w:t xml:space="preserve"> </w:t>
      </w:r>
      <w:r>
        <w:rPr>
          <w:rFonts w:ascii="Nirmala UI" w:hAnsi="Nirmala UI" w:eastAsia="Nirmala UI" w:cs="Nirmala UI"/>
        </w:rPr>
        <w:t>කළේය</w:t>
      </w:r>
      <w:r>
        <w:rPr>
          <w:rFonts w:ascii="Times New Roman" w:hAnsi="Times New Roman" w:eastAsia="Times New Roman" w:cs="Times New Roman"/>
        </w:rPr>
        <w:t xml:space="preserve">. </w:t>
      </w:r>
      <w:r>
        <w:rPr>
          <w:rFonts w:ascii="Nirmala UI" w:hAnsi="Nirmala UI" w:eastAsia="Nirmala UI" w:cs="Nirmala UI"/>
        </w:rPr>
        <w:t>වෝල්ටර්</w:t>
      </w:r>
      <w:r>
        <w:rPr>
          <w:rFonts w:ascii="Times New Roman" w:hAnsi="Times New Roman" w:eastAsia="Times New Roman" w:cs="Times New Roman"/>
        </w:rPr>
        <w:t xml:space="preserve"> </w:t>
      </w:r>
      <w:r>
        <w:rPr>
          <w:rFonts w:ascii="Nirmala UI" w:hAnsi="Nirmala UI" w:eastAsia="Nirmala UI" w:cs="Nirmala UI"/>
        </w:rPr>
        <w:t>ස්කොට්</w:t>
      </w:r>
      <w:r>
        <w:rPr>
          <w:rFonts w:ascii="Times New Roman" w:hAnsi="Times New Roman" w:eastAsia="Times New Roman" w:cs="Times New Roman"/>
        </w:rPr>
        <w:t xml:space="preserve"> (</w:t>
      </w:r>
      <w:r>
        <w:rPr>
          <w:rFonts w:ascii="Nirmala UI" w:hAnsi="Nirmala UI" w:eastAsia="Nirmala UI" w:cs="Nirmala UI"/>
        </w:rPr>
        <w:t>මෙම</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w:t>
      </w:r>
      <w:r>
        <w:rPr>
          <w:rFonts w:ascii="Nirmala UI" w:hAnsi="Nirmala UI" w:eastAsia="Nirmala UI" w:cs="Nirmala UI"/>
        </w:rPr>
        <w:t>යාපාරයේ</w:t>
      </w:r>
      <w:r>
        <w:rPr>
          <w:rFonts w:ascii="Times New Roman" w:hAnsi="Times New Roman" w:eastAsia="Times New Roman" w:cs="Times New Roman"/>
        </w:rPr>
        <w:t xml:space="preserve"> </w:t>
      </w:r>
      <w:r>
        <w:rPr>
          <w:rFonts w:ascii="Nirmala UI" w:hAnsi="Nirmala UI" w:eastAsia="Nirmala UI" w:cs="Nirmala UI"/>
        </w:rPr>
        <w:t>තවත්</w:t>
      </w:r>
      <w:r>
        <w:rPr>
          <w:rFonts w:ascii="Times New Roman" w:hAnsi="Times New Roman" w:eastAsia="Times New Roman" w:cs="Times New Roman"/>
        </w:rPr>
        <w:t xml:space="preserve"> </w:t>
      </w:r>
      <w:r>
        <w:rPr>
          <w:rFonts w:ascii="Nirmala UI" w:hAnsi="Nirmala UI" w:eastAsia="Nirmala UI" w:cs="Nirmala UI"/>
        </w:rPr>
        <w:t>මුල්</w:t>
      </w:r>
      <w:r>
        <w:rPr>
          <w:rFonts w:ascii="Times New Roman" w:hAnsi="Times New Roman" w:eastAsia="Times New Roman" w:cs="Times New Roman"/>
        </w:rPr>
        <w:t xml:space="preserve"> </w:t>
      </w:r>
      <w:r>
        <w:rPr>
          <w:rFonts w:ascii="Nirmala UI" w:hAnsi="Nirmala UI" w:eastAsia="Nirmala UI" w:cs="Nirmala UI"/>
        </w:rPr>
        <w:t>යුගයේ</w:t>
      </w:r>
      <w:r>
        <w:rPr>
          <w:rFonts w:ascii="Times New Roman" w:hAnsi="Times New Roman" w:eastAsia="Times New Roman" w:cs="Times New Roman"/>
        </w:rPr>
        <w:t xml:space="preserve"> </w:t>
      </w:r>
      <w:r>
        <w:rPr>
          <w:rFonts w:ascii="Nirmala UI" w:hAnsi="Nirmala UI" w:eastAsia="Nirmala UI" w:cs="Nirmala UI"/>
        </w:rPr>
        <w:t>සුවිශේෂකයෙක්</w:t>
      </w:r>
      <w:r>
        <w:rPr>
          <w:rFonts w:ascii="Times New Roman" w:hAnsi="Times New Roman" w:eastAsia="Times New Roman" w:cs="Times New Roman"/>
        </w:rPr>
        <w:t xml:space="preserve">) </w:t>
      </w:r>
      <w:r>
        <w:rPr>
          <w:rFonts w:ascii="Nirmala UI" w:hAnsi="Nirmala UI" w:eastAsia="Nirmala UI" w:cs="Nirmala UI"/>
        </w:rPr>
        <w:t>ලියා</w:t>
      </w:r>
      <w:r>
        <w:rPr>
          <w:rFonts w:ascii="Times New Roman" w:hAnsi="Times New Roman" w:eastAsia="Times New Roman" w:cs="Times New Roman"/>
        </w:rPr>
        <w:t xml:space="preserve"> </w:t>
      </w:r>
      <w:r>
        <w:rPr>
          <w:rFonts w:ascii="Nirmala UI" w:hAnsi="Nirmala UI" w:eastAsia="Nirmala UI" w:cs="Nirmala UI"/>
        </w:rPr>
        <w:t>ඇත්තේ</w:t>
      </w:r>
      <w:r>
        <w:rPr>
          <w:rFonts w:ascii="Times New Roman" w:hAnsi="Times New Roman" w:eastAsia="Times New Roman" w:cs="Times New Roman"/>
        </w:rPr>
        <w:t>, “</w:t>
      </w:r>
      <w:r>
        <w:rPr>
          <w:rFonts w:ascii="Nirmala UI" w:hAnsi="Nirmala UI" w:eastAsia="Nirmala UI" w:cs="Nirmala UI"/>
        </w:rPr>
        <w:t>පාපයේ</w:t>
      </w:r>
      <w:r>
        <w:rPr>
          <w:rFonts w:ascii="Times New Roman" w:hAnsi="Times New Roman" w:eastAsia="Times New Roman" w:cs="Times New Roman"/>
        </w:rPr>
        <w:t xml:space="preserve"> </w:t>
      </w:r>
      <w:r>
        <w:rPr>
          <w:rFonts w:ascii="Nirmala UI" w:hAnsi="Nirmala UI" w:eastAsia="Nirmala UI" w:cs="Nirmala UI"/>
        </w:rPr>
        <w:t>මනුෂ්</w:t>
      </w:r>
      <w:r>
        <w:rPr>
          <w:rFonts w:ascii="Times New Roman" w:hAnsi="Times New Roman" w:eastAsia="Times New Roman" w:cs="Times New Roman"/>
        </w:rPr>
        <w:t>‍</w:t>
      </w:r>
      <w:r>
        <w:rPr>
          <w:rFonts w:ascii="Nirmala UI" w:hAnsi="Nirmala UI" w:eastAsia="Nirmala UI" w:cs="Nirmala UI"/>
        </w:rPr>
        <w:t>යයා</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රෝමයේ</w:t>
      </w:r>
      <w:r>
        <w:rPr>
          <w:rFonts w:ascii="Times New Roman" w:hAnsi="Times New Roman" w:eastAsia="Times New Roman" w:cs="Times New Roman"/>
        </w:rPr>
        <w:t xml:space="preserve"> </w:t>
      </w:r>
      <w:r>
        <w:rPr>
          <w:rFonts w:ascii="Nirmala UI" w:hAnsi="Nirmala UI" w:eastAsia="Nirmala UI" w:cs="Nirmala UI"/>
        </w:rPr>
        <w:t>පාප්තුමා</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රිස්තියානි</w:t>
      </w:r>
      <w:r>
        <w:rPr>
          <w:rFonts w:ascii="Times New Roman" w:hAnsi="Times New Roman" w:eastAsia="Times New Roman" w:cs="Times New Roman"/>
        </w:rPr>
        <w:t xml:space="preserve"> </w:t>
      </w:r>
      <w:r>
        <w:rPr>
          <w:rFonts w:ascii="Nirmala UI" w:hAnsi="Nirmala UI" w:eastAsia="Nirmala UI" w:cs="Nirmala UI"/>
        </w:rPr>
        <w:t>සභාව</w:t>
      </w:r>
      <w:r>
        <w:rPr>
          <w:rFonts w:ascii="Times New Roman" w:hAnsi="Times New Roman" w:eastAsia="Times New Roman" w:cs="Times New Roman"/>
        </w:rPr>
        <w:t xml:space="preserve"> </w:t>
      </w:r>
      <w:r>
        <w:rPr>
          <w:rFonts w:ascii="Nirmala UI" w:hAnsi="Nirmala UI" w:eastAsia="Nirmala UI" w:cs="Nirmala UI"/>
        </w:rPr>
        <w:t>තුළ</w:t>
      </w:r>
      <w:r>
        <w:rPr>
          <w:rFonts w:ascii="Times New Roman" w:hAnsi="Times New Roman" w:eastAsia="Times New Roman" w:cs="Times New Roman"/>
        </w:rPr>
        <w:t xml:space="preserve"> </w:t>
      </w:r>
      <w:r>
        <w:rPr>
          <w:rFonts w:ascii="Nirmala UI" w:hAnsi="Nirmala UI" w:eastAsia="Nirmala UI" w:cs="Nirmala UI"/>
        </w:rPr>
        <w:t>උදා</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දෙවියන්වහන්සේට</w:t>
      </w:r>
      <w:r>
        <w:rPr>
          <w:rFonts w:ascii="Times New Roman" w:hAnsi="Times New Roman" w:eastAsia="Times New Roman" w:cs="Times New Roman"/>
        </w:rPr>
        <w:t xml:space="preserve"> </w:t>
      </w:r>
      <w:r>
        <w:rPr>
          <w:rFonts w:ascii="Nirmala UI" w:hAnsi="Nirmala UI" w:eastAsia="Nirmala UI" w:cs="Nirmala UI"/>
        </w:rPr>
        <w:t>වඩා</w:t>
      </w:r>
      <w:r>
        <w:rPr>
          <w:rFonts w:ascii="Times New Roman" w:hAnsi="Times New Roman" w:eastAsia="Times New Roman" w:cs="Times New Roman"/>
        </w:rPr>
        <w:t xml:space="preserve"> </w:t>
      </w:r>
      <w:r>
        <w:rPr>
          <w:rFonts w:ascii="Nirmala UI" w:hAnsi="Nirmala UI" w:eastAsia="Nirmala UI" w:cs="Nirmala UI"/>
        </w:rPr>
        <w:t>තමන්ව</w:t>
      </w:r>
      <w:r>
        <w:rPr>
          <w:rFonts w:ascii="Times New Roman" w:hAnsi="Times New Roman" w:eastAsia="Times New Roman" w:cs="Times New Roman"/>
        </w:rPr>
        <w:t xml:space="preserve"> </w:t>
      </w:r>
      <w:r>
        <w:rPr>
          <w:rFonts w:ascii="Nirmala UI" w:hAnsi="Nirmala UI" w:eastAsia="Nirmala UI" w:cs="Nirmala UI"/>
        </w:rPr>
        <w:t>උසස්</w:t>
      </w:r>
      <w:r>
        <w:rPr>
          <w:rFonts w:ascii="Times New Roman" w:hAnsi="Times New Roman" w:eastAsia="Times New Roman" w:cs="Times New Roman"/>
        </w:rPr>
        <w:t xml:space="preserve"> </w:t>
      </w:r>
      <w:r>
        <w:rPr>
          <w:rFonts w:ascii="Nirmala UI" w:hAnsi="Nirmala UI" w:eastAsia="Nirmala UI" w:cs="Nirmala UI"/>
        </w:rPr>
        <w:t>කරගනු</w:t>
      </w:r>
      <w:r>
        <w:rPr>
          <w:rFonts w:ascii="Times New Roman" w:hAnsi="Times New Roman" w:eastAsia="Times New Roman" w:cs="Times New Roman"/>
        </w:rPr>
        <w:t xml:space="preserve"> </w:t>
      </w:r>
      <w:r>
        <w:rPr>
          <w:rFonts w:ascii="Nirmala UI" w:hAnsi="Nirmala UI" w:eastAsia="Nirmala UI" w:cs="Nirmala UI"/>
        </w:rPr>
        <w:t>ඇති</w:t>
      </w:r>
      <w:r>
        <w:rPr>
          <w:rFonts w:ascii="Times New Roman" w:hAnsi="Times New Roman" w:eastAsia="Times New Roman" w:cs="Times New Roman"/>
        </w:rPr>
        <w:t xml:space="preserve"> </w:t>
      </w:r>
      <w:r>
        <w:rPr>
          <w:rFonts w:ascii="Nirmala UI" w:hAnsi="Nirmala UI" w:eastAsia="Nirmala UI" w:cs="Nirmala UI"/>
        </w:rPr>
        <w:t>බවයි</w:t>
      </w:r>
      <w:r>
        <w:rPr>
          <w:rFonts w:ascii="Times New Roman" w:hAnsi="Times New Roman" w:eastAsia="Times New Roman" w:cs="Times New Roman"/>
        </w:rPr>
        <w:t>.</w:t>
      </w:r>
    </w:p>
    <w:p>
      <w:pPr>
        <w:pStyle w:val="ArticleBody"/>
        <w:jc w:val="left"/>
      </w:pPr>
      <w:r>
        <w:rPr>
          <w:rFonts w:ascii="Myanmar Text" w:hAnsi="Myanmar Text" w:eastAsia="Myanmar Text" w:cs="Myanmar Text"/>
        </w:rPr>
        <w:t>မိခင်</w:t>
      </w:r>
      <w:r>
        <w:rPr>
          <w:rFonts w:ascii="Times New Roman" w:hAnsi="Times New Roman" w:eastAsia="Times New Roman" w:cs="Times New Roman"/>
        </w:rPr>
        <w:t xml:space="preserve"> Nelle </w:t>
      </w:r>
      <w:r>
        <w:rPr>
          <w:rFonts w:ascii="Myanmar Text" w:hAnsi="Myanmar Text" w:eastAsia="Myanmar Text" w:cs="Myanmar Text"/>
        </w:rPr>
        <w:t>သည်</w:t>
      </w:r>
      <w:r>
        <w:rPr>
          <w:rFonts w:ascii="Times New Roman" w:hAnsi="Times New Roman" w:eastAsia="Times New Roman" w:cs="Times New Roman"/>
        </w:rPr>
        <w:t xml:space="preserve"> Disciples of Christ </w:t>
      </w:r>
      <w:r>
        <w:rPr>
          <w:rFonts w:ascii="Myanmar Text" w:hAnsi="Myanmar Text" w:eastAsia="Myanmar Text" w:cs="Myanmar Text"/>
        </w:rPr>
        <w:t>ဂိုဏ်း၏</w:t>
      </w:r>
      <w:r>
        <w:rPr>
          <w:rFonts w:ascii="Times New Roman" w:hAnsi="Times New Roman" w:eastAsia="Times New Roman" w:cs="Times New Roman"/>
        </w:rPr>
        <w:t xml:space="preserve"> </w:t>
      </w:r>
      <w:r>
        <w:rPr>
          <w:rFonts w:ascii="Myanmar Text" w:hAnsi="Myanmar Text" w:eastAsia="Myanmar Text" w:cs="Myanmar Text"/>
        </w:rPr>
        <w:t>အလွန်ယုံကြည်သက်ဝင်သော</w:t>
      </w:r>
      <w:r>
        <w:rPr>
          <w:rFonts w:ascii="Times New Roman" w:hAnsi="Times New Roman" w:eastAsia="Times New Roman" w:cs="Times New Roman"/>
        </w:rPr>
        <w:t xml:space="preserve"> </w:t>
      </w:r>
      <w:r>
        <w:rPr>
          <w:rFonts w:ascii="Myanmar Text" w:hAnsi="Myanmar Text" w:eastAsia="Myanmar Text" w:cs="Myanmar Text"/>
        </w:rPr>
        <w:t>အဖွဲ့ဝင်တစ်ဦးဖြစ်ပြီး၊</w:t>
      </w:r>
      <w:r>
        <w:rPr>
          <w:rFonts w:ascii="Times New Roman" w:hAnsi="Times New Roman" w:eastAsia="Times New Roman" w:cs="Times New Roman"/>
        </w:rPr>
        <w:t xml:space="preserve"> Reagan </w:t>
      </w:r>
      <w:r>
        <w:rPr>
          <w:rFonts w:ascii="Myanmar Text" w:hAnsi="Myanmar Text" w:eastAsia="Myanmar Text" w:cs="Myanmar Text"/>
        </w:rPr>
        <w:t>၏</w:t>
      </w:r>
      <w:r>
        <w:rPr>
          <w:rFonts w:ascii="Times New Roman" w:hAnsi="Times New Roman" w:eastAsia="Times New Roman" w:cs="Times New Roman"/>
        </w:rPr>
        <w:t xml:space="preserve"> </w:t>
      </w:r>
      <w:r>
        <w:rPr>
          <w:rFonts w:ascii="Myanmar Text" w:hAnsi="Myanmar Text" w:eastAsia="Myanmar Text" w:cs="Myanmar Text"/>
        </w:rPr>
        <w:t>ကလေးဘဝအတွင်း</w:t>
      </w:r>
      <w:r>
        <w:rPr>
          <w:rFonts w:ascii="Times New Roman" w:hAnsi="Times New Roman" w:eastAsia="Times New Roman" w:cs="Times New Roman"/>
        </w:rPr>
        <w:t xml:space="preserve"> </w:t>
      </w:r>
      <w:r>
        <w:rPr>
          <w:rFonts w:ascii="Myanmar Text" w:hAnsi="Myanmar Text" w:eastAsia="Myanmar Text" w:cs="Myanmar Text"/>
        </w:rPr>
        <w:t>သူ၏</w:t>
      </w:r>
      <w:r>
        <w:rPr>
          <w:rFonts w:ascii="Times New Roman" w:hAnsi="Times New Roman" w:eastAsia="Times New Roman" w:cs="Times New Roman"/>
        </w:rPr>
        <w:t xml:space="preserve"> </w:t>
      </w:r>
      <w:r>
        <w:rPr>
          <w:rFonts w:ascii="Myanmar Text" w:hAnsi="Myanmar Text" w:eastAsia="Myanmar Text" w:cs="Myanmar Text"/>
        </w:rPr>
        <w:t>ဘာသာရေးဆိုင်ရာ</w:t>
      </w:r>
      <w:r>
        <w:rPr>
          <w:rFonts w:ascii="Times New Roman" w:hAnsi="Times New Roman" w:eastAsia="Times New Roman" w:cs="Times New Roman"/>
        </w:rPr>
        <w:t xml:space="preserve"> </w:t>
      </w:r>
      <w:r>
        <w:rPr>
          <w:rFonts w:ascii="Myanmar Text" w:hAnsi="Myanmar Text" w:eastAsia="Myanmar Text" w:cs="Myanmar Text"/>
        </w:rPr>
        <w:t>အဓိက</w:t>
      </w:r>
      <w:r>
        <w:rPr>
          <w:rFonts w:ascii="Times New Roman" w:hAnsi="Times New Roman" w:eastAsia="Times New Roman" w:cs="Times New Roman"/>
        </w:rPr>
        <w:t xml:space="preserve"> </w:t>
      </w:r>
      <w:r>
        <w:rPr>
          <w:rFonts w:ascii="Myanmar Text" w:hAnsi="Myanmar Text" w:eastAsia="Myanmar Text" w:cs="Myanmar Text"/>
        </w:rPr>
        <w:t>သက်ရောက်လွှမ်းမိုးမှု</w:t>
      </w:r>
      <w:r>
        <w:rPr>
          <w:rFonts w:ascii="Times New Roman" w:hAnsi="Times New Roman" w:eastAsia="Times New Roman" w:cs="Times New Roman"/>
        </w:rPr>
        <w:t xml:space="preserve"> </w:t>
      </w:r>
      <w:r>
        <w:rPr>
          <w:rFonts w:ascii="Myanmar Text" w:hAnsi="Myanmar Text" w:eastAsia="Myanmar Text" w:cs="Myanmar Text"/>
        </w:rPr>
        <w:t>ဖြစ်ခဲ့သည်။</w:t>
      </w:r>
      <w:r>
        <w:rPr>
          <w:rFonts w:ascii="Times New Roman" w:hAnsi="Times New Roman" w:eastAsia="Times New Roman" w:cs="Times New Roman"/>
        </w:rPr>
        <w:t xml:space="preserve"> Reagan </w:t>
      </w:r>
      <w:r>
        <w:rPr>
          <w:rFonts w:ascii="Myanmar Text" w:hAnsi="Myanmar Text" w:eastAsia="Myanmar Text" w:cs="Myanmar Text"/>
        </w:rPr>
        <w:t>သည်</w:t>
      </w:r>
      <w:r>
        <w:rPr>
          <w:rFonts w:ascii="Times New Roman" w:hAnsi="Times New Roman" w:eastAsia="Times New Roman" w:cs="Times New Roman"/>
        </w:rPr>
        <w:t xml:space="preserve"> </w:t>
      </w:r>
      <w:r>
        <w:rPr>
          <w:rFonts w:ascii="Myanmar Text" w:hAnsi="Myanmar Text" w:eastAsia="Myanmar Text" w:cs="Myanmar Text"/>
        </w:rPr>
        <w:t>အသက်</w:t>
      </w:r>
      <w:r>
        <w:rPr>
          <w:rFonts w:ascii="Times New Roman" w:hAnsi="Times New Roman" w:eastAsia="Times New Roman" w:cs="Times New Roman"/>
        </w:rPr>
        <w:t xml:space="preserve"> </w:t>
      </w:r>
      <w:r>
        <w:rPr>
          <w:rFonts w:ascii="Myanmar Text" w:hAnsi="Myanmar Text" w:eastAsia="Myanmar Text" w:cs="Myanmar Text"/>
        </w:rPr>
        <w:t>၁၁</w:t>
      </w:r>
      <w:r>
        <w:rPr>
          <w:rFonts w:ascii="Times New Roman" w:hAnsi="Times New Roman" w:eastAsia="Times New Roman" w:cs="Times New Roman"/>
        </w:rPr>
        <w:t xml:space="preserve"> </w:t>
      </w:r>
      <w:r>
        <w:rPr>
          <w:rFonts w:ascii="Myanmar Text" w:hAnsi="Myanmar Text" w:eastAsia="Myanmar Text" w:cs="Myanmar Text"/>
        </w:rPr>
        <w:t>နှစ်အရွယ်တွင်</w:t>
      </w:r>
      <w:r>
        <w:rPr>
          <w:rFonts w:ascii="Times New Roman" w:hAnsi="Times New Roman" w:eastAsia="Times New Roman" w:cs="Times New Roman"/>
        </w:rPr>
        <w:t xml:space="preserve"> Illinois </w:t>
      </w:r>
      <w:r>
        <w:rPr>
          <w:rFonts w:ascii="Myanmar Text" w:hAnsi="Myanmar Text" w:eastAsia="Myanmar Text" w:cs="Myanmar Text"/>
        </w:rPr>
        <w:t>ပြည်နယ်၊</w:t>
      </w:r>
      <w:r>
        <w:rPr>
          <w:rFonts w:ascii="Times New Roman" w:hAnsi="Times New Roman" w:eastAsia="Times New Roman" w:cs="Times New Roman"/>
        </w:rPr>
        <w:t xml:space="preserve"> Dixon </w:t>
      </w:r>
      <w:r>
        <w:rPr>
          <w:rFonts w:ascii="Myanmar Text" w:hAnsi="Myanmar Text" w:eastAsia="Myanmar Text" w:cs="Myanmar Text"/>
        </w:rPr>
        <w:t>မြို့ရှိ</w:t>
      </w:r>
      <w:r>
        <w:rPr>
          <w:rFonts w:ascii="Times New Roman" w:hAnsi="Times New Roman" w:eastAsia="Times New Roman" w:cs="Times New Roman"/>
        </w:rPr>
        <w:t xml:space="preserve"> Disciples of Christ </w:t>
      </w:r>
      <w:r>
        <w:rPr>
          <w:rFonts w:ascii="Myanmar Text" w:hAnsi="Myanmar Text" w:eastAsia="Myanmar Text" w:cs="Myanmar Text"/>
        </w:rPr>
        <w:t>ဘုရားကျောင်း၌</w:t>
      </w:r>
      <w:r>
        <w:rPr>
          <w:rFonts w:ascii="Times New Roman" w:hAnsi="Times New Roman" w:eastAsia="Times New Roman" w:cs="Times New Roman"/>
        </w:rPr>
        <w:t xml:space="preserve"> </w:t>
      </w:r>
      <w:r>
        <w:rPr>
          <w:rFonts w:ascii="Myanmar Text" w:hAnsi="Myanmar Text" w:eastAsia="Myanmar Text" w:cs="Myanmar Text"/>
        </w:rPr>
        <w:t>ဗတ္တိဇံခံယူခဲ့ပြီး၊</w:t>
      </w:r>
      <w:r>
        <w:rPr>
          <w:rFonts w:ascii="Times New Roman" w:hAnsi="Times New Roman" w:eastAsia="Times New Roman" w:cs="Times New Roman"/>
        </w:rPr>
        <w:t xml:space="preserve"> </w:t>
      </w:r>
      <w:r>
        <w:rPr>
          <w:rFonts w:ascii="Myanmar Text" w:hAnsi="Myanmar Text" w:eastAsia="Myanmar Text" w:cs="Myanmar Text"/>
        </w:rPr>
        <w:t>ဆယ်ကျော်သက်အရွယ်တွင်လည်း</w:t>
      </w:r>
      <w:r>
        <w:rPr>
          <w:rFonts w:ascii="Times New Roman" w:hAnsi="Times New Roman" w:eastAsia="Times New Roman" w:cs="Times New Roman"/>
        </w:rPr>
        <w:t xml:space="preserve"> </w:t>
      </w:r>
      <w:r>
        <w:rPr>
          <w:rFonts w:ascii="Myanmar Text" w:hAnsi="Myanmar Text" w:eastAsia="Myanmar Text" w:cs="Myanmar Text"/>
        </w:rPr>
        <w:t>ထိုနေရာ၌</w:t>
      </w:r>
      <w:r>
        <w:rPr>
          <w:rFonts w:ascii="Times New Roman" w:hAnsi="Times New Roman" w:eastAsia="Times New Roman" w:cs="Times New Roman"/>
        </w:rPr>
        <w:t xml:space="preserve"> </w:t>
      </w:r>
      <w:r>
        <w:rPr>
          <w:rFonts w:ascii="Myanmar Text" w:hAnsi="Myanmar Text" w:eastAsia="Myanmar Text" w:cs="Myanmar Text"/>
        </w:rPr>
        <w:t>တက်ကြွစွာ</w:t>
      </w:r>
      <w:r>
        <w:rPr>
          <w:rFonts w:ascii="Times New Roman" w:hAnsi="Times New Roman" w:eastAsia="Times New Roman" w:cs="Times New Roman"/>
        </w:rPr>
        <w:t xml:space="preserve"> </w:t>
      </w:r>
      <w:r>
        <w:rPr>
          <w:rFonts w:ascii="Myanmar Text" w:hAnsi="Myanmar Text" w:eastAsia="Myanmar Text" w:cs="Myanmar Text"/>
        </w:rPr>
        <w:t>ပါဝင်လှုပ်ရှားခဲ့သည်</w:t>
      </w:r>
      <w:r>
        <w:rPr>
          <w:rFonts w:ascii="Times New Roman" w:hAnsi="Times New Roman" w:eastAsia="Times New Roman" w:cs="Times New Roman"/>
        </w:rPr>
        <w:t xml:space="preserve"> (</w:t>
      </w:r>
      <w:r>
        <w:rPr>
          <w:rFonts w:ascii="Myanmar Text" w:hAnsi="Myanmar Text" w:eastAsia="Myanmar Text" w:cs="Myanmar Text"/>
        </w:rPr>
        <w:t>တနင်္ဂနွေကျောင်း</w:t>
      </w:r>
      <w:r>
        <w:rPr>
          <w:rFonts w:ascii="Times New Roman" w:hAnsi="Times New Roman" w:eastAsia="Times New Roman" w:cs="Times New Roman"/>
        </w:rPr>
        <w:t xml:space="preserve"> </w:t>
      </w:r>
      <w:r>
        <w:rPr>
          <w:rFonts w:ascii="Myanmar Text" w:hAnsi="Myanmar Text" w:eastAsia="Myanmar Text" w:cs="Myanmar Text"/>
        </w:rPr>
        <w:t>သင်ကြားပေးခြင်းလည်း</w:t>
      </w:r>
      <w:r>
        <w:rPr>
          <w:rFonts w:ascii="Times New Roman" w:hAnsi="Times New Roman" w:eastAsia="Times New Roman" w:cs="Times New Roman"/>
        </w:rPr>
        <w:t xml:space="preserve"> </w:t>
      </w:r>
      <w:r>
        <w:rPr>
          <w:rFonts w:ascii="Myanmar Text" w:hAnsi="Myanmar Text" w:eastAsia="Myanmar Text" w:cs="Myanmar Text"/>
        </w:rPr>
        <w:t>ပါဝင်သည်</w:t>
      </w:r>
      <w:r>
        <w:rPr>
          <w:rFonts w:ascii="Times New Roman" w:hAnsi="Times New Roman" w:eastAsia="Times New Roman" w:cs="Times New Roman"/>
        </w:rPr>
        <w:t>)</w:t>
      </w:r>
      <w:r>
        <w:rPr>
          <w:rFonts w:ascii="Myanmar Text" w:hAnsi="Myanmar Text" w:eastAsia="Myanmar Text" w:cs="Myanmar Text"/>
        </w:rPr>
        <w:t>။</w:t>
      </w:r>
      <w:r>
        <w:rPr>
          <w:rFonts w:ascii="Times New Roman" w:hAnsi="Times New Roman" w:eastAsia="Times New Roman" w:cs="Times New Roman"/>
        </w:rPr>
        <w:t xml:space="preserve"> </w:t>
      </w:r>
      <w:r>
        <w:rPr>
          <w:rFonts w:ascii="Myanmar Text" w:hAnsi="Myanmar Text" w:eastAsia="Myanmar Text" w:cs="Myanmar Text"/>
        </w:rPr>
        <w:t>သူသည်</w:t>
      </w:r>
      <w:r>
        <w:rPr>
          <w:rFonts w:ascii="Times New Roman" w:hAnsi="Times New Roman" w:eastAsia="Times New Roman" w:cs="Times New Roman"/>
        </w:rPr>
        <w:t xml:space="preserve"> Disciples of Christ </w:t>
      </w:r>
      <w:r>
        <w:rPr>
          <w:rFonts w:ascii="Myanmar Text" w:hAnsi="Myanmar Text" w:eastAsia="Myanmar Text" w:cs="Myanmar Text"/>
        </w:rPr>
        <w:t>နှင့်</w:t>
      </w:r>
      <w:r>
        <w:rPr>
          <w:rFonts w:ascii="Times New Roman" w:hAnsi="Times New Roman" w:eastAsia="Times New Roman" w:cs="Times New Roman"/>
        </w:rPr>
        <w:t xml:space="preserve"> </w:t>
      </w:r>
      <w:r>
        <w:rPr>
          <w:rFonts w:ascii="Myanmar Text" w:hAnsi="Myanmar Text" w:eastAsia="Myanmar Text" w:cs="Myanmar Text"/>
        </w:rPr>
        <w:t>ဆက်နွှယ်သော</w:t>
      </w:r>
      <w:r>
        <w:rPr>
          <w:rFonts w:ascii="Times New Roman" w:hAnsi="Times New Roman" w:eastAsia="Times New Roman" w:cs="Times New Roman"/>
        </w:rPr>
        <w:t xml:space="preserve"> Eureka College </w:t>
      </w:r>
      <w:r>
        <w:rPr>
          <w:rFonts w:ascii="Myanmar Text" w:hAnsi="Myanmar Text" w:eastAsia="Myanmar Text" w:cs="Myanmar Text"/>
        </w:rPr>
        <w:t>ကို</w:t>
      </w:r>
      <w:r>
        <w:rPr>
          <w:rFonts w:ascii="Times New Roman" w:hAnsi="Times New Roman" w:eastAsia="Times New Roman" w:cs="Times New Roman"/>
        </w:rPr>
        <w:t xml:space="preserve"> </w:t>
      </w:r>
      <w:r>
        <w:rPr>
          <w:rFonts w:ascii="Myanmar Text" w:hAnsi="Myanmar Text" w:eastAsia="Myanmar Text" w:cs="Myanmar Text"/>
        </w:rPr>
        <w:t>တက်ရောက်ခဲ့သည်။</w:t>
      </w:r>
    </w:p>
    <w:p>
      <w:pPr>
        <w:pStyle w:val="ArticleScripture"/>
        <w:jc w:val="left"/>
      </w:pPr>
      <w:r>
        <w:rPr>
          <w:rFonts w:ascii="Times New Roman" w:hAnsi="Times New Roman" w:eastAsia="Times New Roman" w:cs="Times New Roman"/>
        </w:rPr>
        <w:t>“Ang mga nalilito sa kanilang pag-unawa sa salita, na hindi nakikita ang kahulugan ng anticristo, ay tiyak na ilalagay ang kanilang sarili sa panig ng anticristo. Wala nang panahon ngayon upang tayo’y makiayon sa sanlibutan.” Kress Collection, 105.</w:t>
      </w:r>
    </w:p>
    <w:p>
      <w:pPr>
        <w:pStyle w:val="ArticleBody"/>
        <w:jc w:val="left"/>
      </w:pPr>
      <w:r>
        <w:rPr>
          <w:rFonts w:ascii="Nirmala UI" w:hAnsi="Nirmala UI" w:eastAsia="Nirmala UI" w:cs="Nirmala UI"/>
        </w:rPr>
        <w:t>రేగన్</w:t>
      </w:r>
      <w:r>
        <w:rPr>
          <w:rFonts w:ascii="Times New Roman" w:hAnsi="Times New Roman" w:eastAsia="Times New Roman" w:cs="Times New Roman"/>
        </w:rPr>
        <w:t>‌</w:t>
      </w:r>
      <w:r>
        <w:rPr>
          <w:rFonts w:ascii="Nirmala UI" w:hAnsi="Nirmala UI" w:eastAsia="Nirmala UI" w:cs="Nirmala UI"/>
        </w:rPr>
        <w:t>కు</w:t>
      </w:r>
      <w:r>
        <w:rPr>
          <w:rFonts w:ascii="Times New Roman" w:hAnsi="Times New Roman" w:eastAsia="Times New Roman" w:cs="Times New Roman"/>
        </w:rPr>
        <w:t xml:space="preserve"> </w:t>
      </w:r>
      <w:r>
        <w:rPr>
          <w:rFonts w:ascii="Nirmala UI" w:hAnsi="Nirmala UI" w:eastAsia="Nirmala UI" w:cs="Nirmala UI"/>
        </w:rPr>
        <w:t>క్లోవిస్</w:t>
      </w:r>
      <w:r>
        <w:rPr>
          <w:rFonts w:ascii="Times New Roman" w:hAnsi="Times New Roman" w:eastAsia="Times New Roman" w:cs="Times New Roman"/>
        </w:rPr>
        <w:t xml:space="preserve"> </w:t>
      </w:r>
      <w:r>
        <w:rPr>
          <w:rFonts w:ascii="Nirmala UI" w:hAnsi="Nirmala UI" w:eastAsia="Nirmala UI" w:cs="Nirmala UI"/>
        </w:rPr>
        <w:t>మరియు</w:t>
      </w:r>
      <w:r>
        <w:rPr>
          <w:rFonts w:ascii="Times New Roman" w:hAnsi="Times New Roman" w:eastAsia="Times New Roman" w:cs="Times New Roman"/>
        </w:rPr>
        <w:t xml:space="preserve"> </w:t>
      </w:r>
      <w:r>
        <w:rPr>
          <w:rFonts w:ascii="Nirmala UI" w:hAnsi="Nirmala UI" w:eastAsia="Nirmala UI" w:cs="Nirmala UI"/>
        </w:rPr>
        <w:t>మహా</w:t>
      </w:r>
      <w:r>
        <w:rPr>
          <w:rFonts w:ascii="Times New Roman" w:hAnsi="Times New Roman" w:eastAsia="Times New Roman" w:cs="Times New Roman"/>
        </w:rPr>
        <w:t xml:space="preserve"> </w:t>
      </w:r>
      <w:r>
        <w:rPr>
          <w:rFonts w:ascii="Nirmala UI" w:hAnsi="Nirmala UI" w:eastAsia="Nirmala UI" w:cs="Nirmala UI"/>
        </w:rPr>
        <w:t>కాన్స్టాంటైన్</w:t>
      </w:r>
      <w:r>
        <w:rPr>
          <w:rFonts w:ascii="Times New Roman" w:hAnsi="Times New Roman" w:eastAsia="Times New Roman" w:cs="Times New Roman"/>
        </w:rPr>
        <w:t xml:space="preserve"> </w:t>
      </w:r>
      <w:r>
        <w:rPr>
          <w:rFonts w:ascii="Nirmala UI" w:hAnsi="Nirmala UI" w:eastAsia="Nirmala UI" w:cs="Nirmala UI"/>
        </w:rPr>
        <w:t>యొక్క</w:t>
      </w:r>
      <w:r>
        <w:rPr>
          <w:rFonts w:ascii="Times New Roman" w:hAnsi="Times New Roman" w:eastAsia="Times New Roman" w:cs="Times New Roman"/>
        </w:rPr>
        <w:t xml:space="preserve"> </w:t>
      </w:r>
      <w:r>
        <w:rPr>
          <w:rFonts w:ascii="Nirmala UI" w:hAnsi="Nirmala UI" w:eastAsia="Nirmala UI" w:cs="Nirmala UI"/>
        </w:rPr>
        <w:t>రాజీ</w:t>
      </w:r>
      <w:r>
        <w:rPr>
          <w:rFonts w:ascii="Times New Roman" w:hAnsi="Times New Roman" w:eastAsia="Times New Roman" w:cs="Times New Roman"/>
        </w:rPr>
        <w:t xml:space="preserve"> </w:t>
      </w:r>
      <w:r>
        <w:rPr>
          <w:rFonts w:ascii="Nirmala UI" w:hAnsi="Nirmala UI" w:eastAsia="Nirmala UI" w:cs="Nirmala UI"/>
        </w:rPr>
        <w:t>కూడా</w:t>
      </w:r>
      <w:r>
        <w:rPr>
          <w:rFonts w:ascii="Times New Roman" w:hAnsi="Times New Roman" w:eastAsia="Times New Roman" w:cs="Times New Roman"/>
        </w:rPr>
        <w:t xml:space="preserve"> </w:t>
      </w:r>
      <w:r>
        <w:rPr>
          <w:rFonts w:ascii="Nirmala UI" w:hAnsi="Nirmala UI" w:eastAsia="Nirmala UI" w:cs="Nirmala UI"/>
        </w:rPr>
        <w:t>ప్రతిరూపంగా</w:t>
      </w:r>
      <w:r>
        <w:rPr>
          <w:rFonts w:ascii="Times New Roman" w:hAnsi="Times New Roman" w:eastAsia="Times New Roman" w:cs="Times New Roman"/>
        </w:rPr>
        <w:t xml:space="preserve"> </w:t>
      </w:r>
      <w:r>
        <w:rPr>
          <w:rFonts w:ascii="Nirmala UI" w:hAnsi="Nirmala UI" w:eastAsia="Nirmala UI" w:cs="Nirmala UI"/>
        </w:rPr>
        <w:t>నిలిచాయి</w:t>
      </w:r>
      <w:r>
        <w:rPr>
          <w:rFonts w:ascii="Times New Roman" w:hAnsi="Times New Roman" w:eastAsia="Times New Roman" w:cs="Times New Roman"/>
        </w:rPr>
        <w:t xml:space="preserve">. </w:t>
      </w:r>
      <w:r>
        <w:rPr>
          <w:rFonts w:ascii="Nirmala UI" w:hAnsi="Nirmala UI" w:eastAsia="Nirmala UI" w:cs="Nirmala UI"/>
        </w:rPr>
        <w:t>అంతేకాక</w:t>
      </w:r>
      <w:r>
        <w:rPr>
          <w:rFonts w:ascii="Times New Roman" w:hAnsi="Times New Roman" w:eastAsia="Times New Roman" w:cs="Times New Roman"/>
        </w:rPr>
        <w:t>, 1989</w:t>
      </w:r>
      <w:r>
        <w:rPr>
          <w:rFonts w:ascii="Nirmala UI" w:hAnsi="Nirmala UI" w:eastAsia="Nirmala UI" w:cs="Nirmala UI"/>
        </w:rPr>
        <w:t>లో</w:t>
      </w:r>
      <w:r>
        <w:rPr>
          <w:rFonts w:ascii="Times New Roman" w:hAnsi="Times New Roman" w:eastAsia="Times New Roman" w:cs="Times New Roman"/>
        </w:rPr>
        <w:t xml:space="preserve"> </w:t>
      </w:r>
      <w:r>
        <w:rPr>
          <w:rFonts w:ascii="Nirmala UI" w:hAnsi="Nirmala UI" w:eastAsia="Nirmala UI" w:cs="Nirmala UI"/>
        </w:rPr>
        <w:t>అంత్యకాలం</w:t>
      </w:r>
      <w:r>
        <w:rPr>
          <w:rFonts w:ascii="Times New Roman" w:hAnsi="Times New Roman" w:eastAsia="Times New Roman" w:cs="Times New Roman"/>
        </w:rPr>
        <w:t xml:space="preserve"> </w:t>
      </w:r>
      <w:r>
        <w:rPr>
          <w:rFonts w:ascii="Nirmala UI" w:hAnsi="Nirmala UI" w:eastAsia="Nirmala UI" w:cs="Nirmala UI"/>
        </w:rPr>
        <w:t>ప్రారంభమైనప్పటి</w:t>
      </w:r>
      <w:r>
        <w:rPr>
          <w:rFonts w:ascii="Times New Roman" w:hAnsi="Times New Roman" w:eastAsia="Times New Roman" w:cs="Times New Roman"/>
        </w:rPr>
        <w:t xml:space="preserve"> </w:t>
      </w:r>
      <w:r>
        <w:rPr>
          <w:rFonts w:ascii="Nirmala UI" w:hAnsi="Nirmala UI" w:eastAsia="Nirmala UI" w:cs="Nirmala UI"/>
        </w:rPr>
        <w:t>నుండి</w:t>
      </w:r>
      <w:r>
        <w:rPr>
          <w:rFonts w:ascii="Times New Roman" w:hAnsi="Times New Roman" w:eastAsia="Times New Roman" w:cs="Times New Roman"/>
        </w:rPr>
        <w:t xml:space="preserve"> </w:t>
      </w:r>
      <w:r>
        <w:rPr>
          <w:rFonts w:ascii="Nirmala UI" w:hAnsi="Nirmala UI" w:eastAsia="Nirmala UI" w:cs="Nirmala UI"/>
        </w:rPr>
        <w:t>వచ్చిన</w:t>
      </w:r>
      <w:r>
        <w:rPr>
          <w:rFonts w:ascii="Times New Roman" w:hAnsi="Times New Roman" w:eastAsia="Times New Roman" w:cs="Times New Roman"/>
        </w:rPr>
        <w:t xml:space="preserve"> </w:t>
      </w:r>
      <w:r>
        <w:rPr>
          <w:rFonts w:ascii="Nirmala UI" w:hAnsi="Nirmala UI" w:eastAsia="Nirmala UI" w:cs="Nirmala UI"/>
        </w:rPr>
        <w:t>చివరి</w:t>
      </w:r>
      <w:r>
        <w:rPr>
          <w:rFonts w:ascii="Times New Roman" w:hAnsi="Times New Roman" w:eastAsia="Times New Roman" w:cs="Times New Roman"/>
        </w:rPr>
        <w:t xml:space="preserve"> </w:t>
      </w:r>
      <w:r>
        <w:rPr>
          <w:rFonts w:ascii="Nirmala UI" w:hAnsi="Nirmala UI" w:eastAsia="Nirmala UI" w:cs="Nirmala UI"/>
        </w:rPr>
        <w:t>ఎనిమిది</w:t>
      </w:r>
      <w:r>
        <w:rPr>
          <w:rFonts w:ascii="Times New Roman" w:hAnsi="Times New Roman" w:eastAsia="Times New Roman" w:cs="Times New Roman"/>
        </w:rPr>
        <w:t xml:space="preserve"> </w:t>
      </w:r>
      <w:r>
        <w:rPr>
          <w:rFonts w:ascii="Nirmala UI" w:hAnsi="Nirmala UI" w:eastAsia="Nirmala UI" w:cs="Nirmala UI"/>
        </w:rPr>
        <w:t>మంది</w:t>
      </w:r>
      <w:r>
        <w:rPr>
          <w:rFonts w:ascii="Times New Roman" w:hAnsi="Times New Roman" w:eastAsia="Times New Roman" w:cs="Times New Roman"/>
        </w:rPr>
        <w:t xml:space="preserve"> </w:t>
      </w:r>
      <w:r>
        <w:rPr>
          <w:rFonts w:ascii="Nirmala UI" w:hAnsi="Nirmala UI" w:eastAsia="Nirmala UI" w:cs="Nirmala UI"/>
        </w:rPr>
        <w:t>అధ్యక్షులలో</w:t>
      </w:r>
      <w:r>
        <w:rPr>
          <w:rFonts w:ascii="Times New Roman" w:hAnsi="Times New Roman" w:eastAsia="Times New Roman" w:cs="Times New Roman"/>
        </w:rPr>
        <w:t xml:space="preserve"> </w:t>
      </w:r>
      <w:r>
        <w:rPr>
          <w:rFonts w:ascii="Nirmala UI" w:hAnsi="Nirmala UI" w:eastAsia="Nirmala UI" w:cs="Nirmala UI"/>
        </w:rPr>
        <w:t>రేగన్</w:t>
      </w:r>
      <w:r>
        <w:rPr>
          <w:rFonts w:ascii="Times New Roman" w:hAnsi="Times New Roman" w:eastAsia="Times New Roman" w:cs="Times New Roman"/>
        </w:rPr>
        <w:t xml:space="preserve"> </w:t>
      </w:r>
      <w:r>
        <w:rPr>
          <w:rFonts w:ascii="Nirmala UI" w:hAnsi="Nirmala UI" w:eastAsia="Nirmala UI" w:cs="Nirmala UI"/>
        </w:rPr>
        <w:t>మొదటివాడు</w:t>
      </w:r>
      <w:r>
        <w:rPr>
          <w:rFonts w:ascii="Times New Roman" w:hAnsi="Times New Roman" w:eastAsia="Times New Roman" w:cs="Times New Roman"/>
        </w:rPr>
        <w:t xml:space="preserve">. </w:t>
      </w:r>
      <w:r>
        <w:rPr>
          <w:rFonts w:ascii="Nirmala UI" w:hAnsi="Nirmala UI" w:eastAsia="Nirmala UI" w:cs="Nirmala UI"/>
        </w:rPr>
        <w:t>ఈ</w:t>
      </w:r>
      <w:r>
        <w:rPr>
          <w:rFonts w:ascii="Times New Roman" w:hAnsi="Times New Roman" w:eastAsia="Times New Roman" w:cs="Times New Roman"/>
        </w:rPr>
        <w:t xml:space="preserve"> </w:t>
      </w:r>
      <w:r>
        <w:rPr>
          <w:rFonts w:ascii="Nirmala UI" w:hAnsi="Nirmala UI" w:eastAsia="Nirmala UI" w:cs="Nirmala UI"/>
        </w:rPr>
        <w:t>చివరి</w:t>
      </w:r>
      <w:r>
        <w:rPr>
          <w:rFonts w:ascii="Times New Roman" w:hAnsi="Times New Roman" w:eastAsia="Times New Roman" w:cs="Times New Roman"/>
        </w:rPr>
        <w:t xml:space="preserve"> </w:t>
      </w:r>
      <w:r>
        <w:rPr>
          <w:rFonts w:ascii="Nirmala UI" w:hAnsi="Nirmala UI" w:eastAsia="Nirmala UI" w:cs="Nirmala UI"/>
        </w:rPr>
        <w:t>ఎనిమిది</w:t>
      </w:r>
      <w:r>
        <w:rPr>
          <w:rFonts w:ascii="Times New Roman" w:hAnsi="Times New Roman" w:eastAsia="Times New Roman" w:cs="Times New Roman"/>
        </w:rPr>
        <w:t xml:space="preserve"> </w:t>
      </w:r>
      <w:r>
        <w:rPr>
          <w:rFonts w:ascii="Nirmala UI" w:hAnsi="Nirmala UI" w:eastAsia="Nirmala UI" w:cs="Nirmala UI"/>
        </w:rPr>
        <w:t>మంది</w:t>
      </w:r>
      <w:r>
        <w:rPr>
          <w:rFonts w:ascii="Times New Roman" w:hAnsi="Times New Roman" w:eastAsia="Times New Roman" w:cs="Times New Roman"/>
        </w:rPr>
        <w:t xml:space="preserve"> </w:t>
      </w:r>
      <w:r>
        <w:rPr>
          <w:rFonts w:ascii="Nirmala UI" w:hAnsi="Nirmala UI" w:eastAsia="Nirmala UI" w:cs="Nirmala UI"/>
        </w:rPr>
        <w:t>అధ్యక్షులలో</w:t>
      </w:r>
      <w:r>
        <w:rPr>
          <w:rFonts w:ascii="Times New Roman" w:hAnsi="Times New Roman" w:eastAsia="Times New Roman" w:cs="Times New Roman"/>
        </w:rPr>
        <w:t xml:space="preserve"> </w:t>
      </w:r>
      <w:r>
        <w:rPr>
          <w:rFonts w:ascii="Nirmala UI" w:hAnsi="Nirmala UI" w:eastAsia="Nirmala UI" w:cs="Nirmala UI"/>
        </w:rPr>
        <w:t>మొదటివాడిగా</w:t>
      </w:r>
      <w:r>
        <w:rPr>
          <w:rFonts w:ascii="Times New Roman" w:hAnsi="Times New Roman" w:eastAsia="Times New Roman" w:cs="Times New Roman"/>
        </w:rPr>
        <w:t xml:space="preserve">, </w:t>
      </w:r>
      <w:r>
        <w:rPr>
          <w:rFonts w:ascii="Nirmala UI" w:hAnsi="Nirmala UI" w:eastAsia="Nirmala UI" w:cs="Nirmala UI"/>
        </w:rPr>
        <w:t>రేగన్</w:t>
      </w:r>
      <w:r>
        <w:rPr>
          <w:rFonts w:ascii="Times New Roman" w:hAnsi="Times New Roman" w:eastAsia="Times New Roman" w:cs="Times New Roman"/>
        </w:rPr>
        <w:t xml:space="preserve"> </w:t>
      </w:r>
      <w:r>
        <w:rPr>
          <w:rFonts w:ascii="Nirmala UI" w:hAnsi="Nirmala UI" w:eastAsia="Nirmala UI" w:cs="Nirmala UI"/>
        </w:rPr>
        <w:t>డోనాల్డ్</w:t>
      </w:r>
      <w:r>
        <w:rPr>
          <w:rFonts w:ascii="Times New Roman" w:hAnsi="Times New Roman" w:eastAsia="Times New Roman" w:cs="Times New Roman"/>
        </w:rPr>
        <w:t xml:space="preserve"> </w:t>
      </w:r>
      <w:r>
        <w:rPr>
          <w:rFonts w:ascii="Nirmala UI" w:hAnsi="Nirmala UI" w:eastAsia="Nirmala UI" w:cs="Nirmala UI"/>
        </w:rPr>
        <w:t>ట్రంప్</w:t>
      </w:r>
      <w:r>
        <w:rPr>
          <w:rFonts w:ascii="Times New Roman" w:hAnsi="Times New Roman" w:eastAsia="Times New Roman" w:cs="Times New Roman"/>
        </w:rPr>
        <w:t>‌</w:t>
      </w:r>
      <w:r>
        <w:rPr>
          <w:rFonts w:ascii="Nirmala UI" w:hAnsi="Nirmala UI" w:eastAsia="Nirmala UI" w:cs="Nirmala UI"/>
        </w:rPr>
        <w:t>కు</w:t>
      </w:r>
      <w:r>
        <w:rPr>
          <w:rFonts w:ascii="Times New Roman" w:hAnsi="Times New Roman" w:eastAsia="Times New Roman" w:cs="Times New Roman"/>
        </w:rPr>
        <w:t xml:space="preserve"> </w:t>
      </w:r>
      <w:r>
        <w:rPr>
          <w:rFonts w:ascii="Nirmala UI" w:hAnsi="Nirmala UI" w:eastAsia="Nirmala UI" w:cs="Nirmala UI"/>
        </w:rPr>
        <w:t>ప్రతిరూపంగా</w:t>
      </w:r>
      <w:r>
        <w:rPr>
          <w:rFonts w:ascii="Times New Roman" w:hAnsi="Times New Roman" w:eastAsia="Times New Roman" w:cs="Times New Roman"/>
        </w:rPr>
        <w:t xml:space="preserve"> </w:t>
      </w:r>
      <w:r>
        <w:rPr>
          <w:rFonts w:ascii="Nirmala UI" w:hAnsi="Nirmala UI" w:eastAsia="Nirmala UI" w:cs="Nirmala UI"/>
        </w:rPr>
        <w:t>నిలుస్తాడు</w:t>
      </w:r>
      <w:r>
        <w:rPr>
          <w:rFonts w:ascii="Times New Roman" w:hAnsi="Times New Roman" w:eastAsia="Times New Roman" w:cs="Times New Roman"/>
        </w:rPr>
        <w:t xml:space="preserve">; </w:t>
      </w:r>
      <w:r>
        <w:rPr>
          <w:rFonts w:ascii="Nirmala UI" w:hAnsi="Nirmala UI" w:eastAsia="Nirmala UI" w:cs="Nirmala UI"/>
        </w:rPr>
        <w:t>ట్రంప్</w:t>
      </w:r>
      <w:r>
        <w:rPr>
          <w:rFonts w:ascii="Times New Roman" w:hAnsi="Times New Roman" w:eastAsia="Times New Roman" w:cs="Times New Roman"/>
        </w:rPr>
        <w:t xml:space="preserve"> </w:t>
      </w:r>
      <w:r>
        <w:rPr>
          <w:rFonts w:ascii="Nirmala UI" w:hAnsi="Nirmala UI" w:eastAsia="Nirmala UI" w:cs="Nirmala UI"/>
        </w:rPr>
        <w:t>కూడా</w:t>
      </w:r>
      <w:r>
        <w:rPr>
          <w:rFonts w:ascii="Times New Roman" w:hAnsi="Times New Roman" w:eastAsia="Times New Roman" w:cs="Times New Roman"/>
        </w:rPr>
        <w:t xml:space="preserve"> </w:t>
      </w:r>
      <w:r>
        <w:rPr>
          <w:rFonts w:ascii="Nirmala UI" w:hAnsi="Nirmala UI" w:eastAsia="Nirmala UI" w:cs="Nirmala UI"/>
        </w:rPr>
        <w:t>రేగన్</w:t>
      </w:r>
      <w:r>
        <w:rPr>
          <w:rFonts w:ascii="Times New Roman" w:hAnsi="Times New Roman" w:eastAsia="Times New Roman" w:cs="Times New Roman"/>
        </w:rPr>
        <w:t>‌</w:t>
      </w:r>
      <w:r>
        <w:rPr>
          <w:rFonts w:ascii="Nirmala UI" w:hAnsi="Nirmala UI" w:eastAsia="Nirmala UI" w:cs="Nirmala UI"/>
        </w:rPr>
        <w:t>లాగానే</w:t>
      </w:r>
      <w:r>
        <w:rPr>
          <w:rFonts w:ascii="Times New Roman" w:hAnsi="Times New Roman" w:eastAsia="Times New Roman" w:cs="Times New Roman"/>
        </w:rPr>
        <w:t xml:space="preserve">, </w:t>
      </w:r>
      <w:r>
        <w:rPr>
          <w:rFonts w:ascii="Nirmala UI" w:hAnsi="Nirmala UI" w:eastAsia="Nirmala UI" w:cs="Nirmala UI"/>
        </w:rPr>
        <w:t>పాపాసీ</w:t>
      </w:r>
      <w:r>
        <w:rPr>
          <w:rFonts w:ascii="Times New Roman" w:hAnsi="Times New Roman" w:eastAsia="Times New Roman" w:cs="Times New Roman"/>
        </w:rPr>
        <w:t xml:space="preserve"> </w:t>
      </w:r>
      <w:r>
        <w:rPr>
          <w:rFonts w:ascii="Nirmala UI" w:hAnsi="Nirmala UI" w:eastAsia="Nirmala UI" w:cs="Nirmala UI"/>
        </w:rPr>
        <w:t>యొక్క</w:t>
      </w:r>
      <w:r>
        <w:rPr>
          <w:rFonts w:ascii="Times New Roman" w:hAnsi="Times New Roman" w:eastAsia="Times New Roman" w:cs="Times New Roman"/>
        </w:rPr>
        <w:t xml:space="preserve"> </w:t>
      </w:r>
      <w:r>
        <w:rPr>
          <w:rFonts w:ascii="Nirmala UI" w:hAnsi="Nirmala UI" w:eastAsia="Nirmala UI" w:cs="Nirmala UI"/>
        </w:rPr>
        <w:t>నిజమైన</w:t>
      </w:r>
      <w:r>
        <w:rPr>
          <w:rFonts w:ascii="Times New Roman" w:hAnsi="Times New Roman" w:eastAsia="Times New Roman" w:cs="Times New Roman"/>
        </w:rPr>
        <w:t xml:space="preserve"> </w:t>
      </w:r>
      <w:r>
        <w:rPr>
          <w:rFonts w:ascii="Nirmala UI" w:hAnsi="Nirmala UI" w:eastAsia="Nirmala UI" w:cs="Nirmala UI"/>
        </w:rPr>
        <w:t>లక్ష్యాలు</w:t>
      </w:r>
      <w:r>
        <w:rPr>
          <w:rFonts w:ascii="Times New Roman" w:hAnsi="Times New Roman" w:eastAsia="Times New Roman" w:cs="Times New Roman"/>
        </w:rPr>
        <w:t xml:space="preserve"> </w:t>
      </w:r>
      <w:r>
        <w:rPr>
          <w:rFonts w:ascii="Nirmala UI" w:hAnsi="Nirmala UI" w:eastAsia="Nirmala UI" w:cs="Nirmala UI"/>
        </w:rPr>
        <w:t>ఏమిటి</w:t>
      </w:r>
      <w:r>
        <w:rPr>
          <w:rFonts w:ascii="Times New Roman" w:hAnsi="Times New Roman" w:eastAsia="Times New Roman" w:cs="Times New Roman"/>
        </w:rPr>
        <w:t xml:space="preserve">, </w:t>
      </w:r>
      <w:r>
        <w:rPr>
          <w:rFonts w:ascii="Nirmala UI" w:hAnsi="Nirmala UI" w:eastAsia="Nirmala UI" w:cs="Nirmala UI"/>
        </w:rPr>
        <w:t>అలాగే</w:t>
      </w:r>
      <w:r>
        <w:rPr>
          <w:rFonts w:ascii="Times New Roman" w:hAnsi="Times New Roman" w:eastAsia="Times New Roman" w:cs="Times New Roman"/>
        </w:rPr>
        <w:t xml:space="preserve"> </w:t>
      </w:r>
      <w:r>
        <w:rPr>
          <w:rFonts w:ascii="Nirmala UI" w:hAnsi="Nirmala UI" w:eastAsia="Nirmala UI" w:cs="Nirmala UI"/>
        </w:rPr>
        <w:t>పాపాసీ</w:t>
      </w:r>
      <w:r>
        <w:rPr>
          <w:rFonts w:ascii="Times New Roman" w:hAnsi="Times New Roman" w:eastAsia="Times New Roman" w:cs="Times New Roman"/>
        </w:rPr>
        <w:t xml:space="preserve"> </w:t>
      </w:r>
      <w:r>
        <w:rPr>
          <w:rFonts w:ascii="Nirmala UI" w:hAnsi="Nirmala UI" w:eastAsia="Nirmala UI" w:cs="Nirmala UI"/>
        </w:rPr>
        <w:t>ఎవరో</w:t>
      </w:r>
      <w:r>
        <w:rPr>
          <w:rFonts w:ascii="Times New Roman" w:hAnsi="Times New Roman" w:eastAsia="Times New Roman" w:cs="Times New Roman"/>
        </w:rPr>
        <w:t xml:space="preserve"> </w:t>
      </w:r>
      <w:r>
        <w:rPr>
          <w:rFonts w:ascii="Nirmala UI" w:hAnsi="Nirmala UI" w:eastAsia="Nirmala UI" w:cs="Nirmala UI"/>
        </w:rPr>
        <w:t>అనే</w:t>
      </w:r>
      <w:r>
        <w:rPr>
          <w:rFonts w:ascii="Times New Roman" w:hAnsi="Times New Roman" w:eastAsia="Times New Roman" w:cs="Times New Roman"/>
        </w:rPr>
        <w:t xml:space="preserve"> </w:t>
      </w:r>
      <w:r>
        <w:rPr>
          <w:rFonts w:ascii="Nirmala UI" w:hAnsi="Nirmala UI" w:eastAsia="Nirmala UI" w:cs="Nirmala UI"/>
        </w:rPr>
        <w:t>విషయాల</w:t>
      </w:r>
      <w:r>
        <w:rPr>
          <w:rFonts w:ascii="Times New Roman" w:hAnsi="Times New Roman" w:eastAsia="Times New Roman" w:cs="Times New Roman"/>
        </w:rPr>
        <w:t xml:space="preserve"> </w:t>
      </w:r>
      <w:r>
        <w:rPr>
          <w:rFonts w:ascii="Nirmala UI" w:hAnsi="Nirmala UI" w:eastAsia="Nirmala UI" w:cs="Nirmala UI"/>
        </w:rPr>
        <w:t>విషయములో</w:t>
      </w:r>
      <w:r>
        <w:rPr>
          <w:rFonts w:ascii="Times New Roman" w:hAnsi="Times New Roman" w:eastAsia="Times New Roman" w:cs="Times New Roman"/>
        </w:rPr>
        <w:t xml:space="preserve"> </w:t>
      </w:r>
      <w:r>
        <w:rPr>
          <w:rFonts w:ascii="Nirmala UI" w:hAnsi="Nirmala UI" w:eastAsia="Nirmala UI" w:cs="Nirmala UI"/>
        </w:rPr>
        <w:t>అత్యంత</w:t>
      </w:r>
      <w:r>
        <w:rPr>
          <w:rFonts w:ascii="Times New Roman" w:hAnsi="Times New Roman" w:eastAsia="Times New Roman" w:cs="Times New Roman"/>
        </w:rPr>
        <w:t xml:space="preserve"> </w:t>
      </w:r>
      <w:r>
        <w:rPr>
          <w:rFonts w:ascii="Nirmala UI" w:hAnsi="Nirmala UI" w:eastAsia="Nirmala UI" w:cs="Nirmala UI"/>
        </w:rPr>
        <w:t>గాఢమైన</w:t>
      </w:r>
      <w:r>
        <w:rPr>
          <w:rFonts w:ascii="Times New Roman" w:hAnsi="Times New Roman" w:eastAsia="Times New Roman" w:cs="Times New Roman"/>
        </w:rPr>
        <w:t xml:space="preserve"> </w:t>
      </w:r>
      <w:r>
        <w:rPr>
          <w:rFonts w:ascii="Nirmala UI" w:hAnsi="Nirmala UI" w:eastAsia="Nirmala UI" w:cs="Nirmala UI"/>
        </w:rPr>
        <w:t>గందరగోళంలో</w:t>
      </w:r>
      <w:r>
        <w:rPr>
          <w:rFonts w:ascii="Times New Roman" w:hAnsi="Times New Roman" w:eastAsia="Times New Roman" w:cs="Times New Roman"/>
        </w:rPr>
        <w:t xml:space="preserve"> </w:t>
      </w:r>
      <w:r>
        <w:rPr>
          <w:rFonts w:ascii="Nirmala UI" w:hAnsi="Nirmala UI" w:eastAsia="Nirmala UI" w:cs="Nirmala UI"/>
        </w:rPr>
        <w:t>ఉన్నాడు</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Ha abienu abụọ pụrụ ịga ije ọnụ, ma ọ bụrụ na ha ekwekọrịtaghị? Amos 3:3.</w:t>
      </w:r>
    </w:p>
    <w:p>
      <w:pPr>
        <w:pStyle w:val="ArticleBody"/>
        <w:jc w:val="left"/>
      </w:pPr>
      <w:r>
        <w:rPr>
          <w:rFonts w:ascii="Times New Roman" w:hAnsi="Times New Roman" w:eastAsia="Times New Roman" w:cs="Times New Roman"/>
        </w:rPr>
        <w:t>Aurekxu ɗi garɗa e ɓaawo ngam ɗi ɓeydii ɗi ɗi ɗi e Daniel sura sapo e go’o nana e tariiha nde fuɗɗii e saa’i raɓɗo e 1989, tee ɗum waɗii e tariiha Donald Trump.</w:t>
      </w:r>
    </w:p>
    <w:p>
      <w:pPr>
        <w:pStyle w:val="ArticleScripture"/>
        <w:jc w:val="left"/>
      </w:pPr>
      <w:r>
        <w:rPr>
          <w:rFonts w:ascii="Times New Roman" w:hAnsi="Times New Roman" w:eastAsia="Times New Roman" w:cs="Times New Roman"/>
        </w:rPr>
        <w:t>“</w:t>
      </w:r>
      <w:r>
        <w:rPr>
          <w:rFonts w:ascii="Nirmala UI" w:hAnsi="Nirmala UI" w:eastAsia="Nirmala UI" w:cs="Nirmala UI"/>
        </w:rPr>
        <w:t>यूएसए</w:t>
      </w:r>
      <w:r>
        <w:rPr>
          <w:rFonts w:ascii="Times New Roman" w:hAnsi="Times New Roman" w:eastAsia="Times New Roman" w:cs="Times New Roman"/>
        </w:rPr>
        <w:t xml:space="preserve">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अहिले</w:t>
      </w:r>
      <w:r>
        <w:rPr>
          <w:rFonts w:ascii="Times New Roman" w:hAnsi="Times New Roman" w:eastAsia="Times New Roman" w:cs="Times New Roman"/>
        </w:rPr>
        <w:t xml:space="preserve"> </w:t>
      </w:r>
      <w:r>
        <w:rPr>
          <w:rFonts w:ascii="Nirmala UI" w:hAnsi="Nirmala UI" w:eastAsia="Nirmala UI" w:cs="Nirmala UI"/>
        </w:rPr>
        <w:t>चलिरहेका</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आन्दोलनहरू</w:t>
      </w:r>
      <w:r>
        <w:rPr>
          <w:rFonts w:ascii="Times New Roman" w:hAnsi="Times New Roman" w:eastAsia="Times New Roman" w:cs="Times New Roman"/>
        </w:rPr>
        <w:t xml:space="preserve">, </w:t>
      </w:r>
      <w:r>
        <w:rPr>
          <w:rFonts w:ascii="Nirmala UI" w:hAnsi="Nirmala UI" w:eastAsia="Nirmala UI" w:cs="Nirmala UI"/>
        </w:rPr>
        <w:t>जसद्वारा</w:t>
      </w:r>
      <w:r>
        <w:rPr>
          <w:rFonts w:ascii="Times New Roman" w:hAnsi="Times New Roman" w:eastAsia="Times New Roman" w:cs="Times New Roman"/>
        </w:rPr>
        <w:t xml:space="preserve"> </w:t>
      </w:r>
      <w:r>
        <w:rPr>
          <w:rFonts w:ascii="Nirmala UI" w:hAnsi="Nirmala UI" w:eastAsia="Nirmala UI" w:cs="Nirmala UI"/>
        </w:rPr>
        <w:t>मण्डलीका</w:t>
      </w:r>
      <w:r>
        <w:rPr>
          <w:rFonts w:ascii="Times New Roman" w:hAnsi="Times New Roman" w:eastAsia="Times New Roman" w:cs="Times New Roman"/>
        </w:rPr>
        <w:t xml:space="preserve"> </w:t>
      </w:r>
      <w:r>
        <w:rPr>
          <w:rFonts w:ascii="Nirmala UI" w:hAnsi="Nirmala UI" w:eastAsia="Nirmala UI" w:cs="Nirmala UI"/>
        </w:rPr>
        <w:t>संस्थाहरू</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प्रचलनहरूका</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राज्यको</w:t>
      </w:r>
      <w:r>
        <w:rPr>
          <w:rFonts w:ascii="Times New Roman" w:hAnsi="Times New Roman" w:eastAsia="Times New Roman" w:cs="Times New Roman"/>
        </w:rPr>
        <w:t xml:space="preserve"> </w:t>
      </w:r>
      <w:r>
        <w:rPr>
          <w:rFonts w:ascii="Nirmala UI" w:hAnsi="Nirmala UI" w:eastAsia="Nirmala UI" w:cs="Nirmala UI"/>
        </w:rPr>
        <w:t>समर्थन</w:t>
      </w:r>
      <w:r>
        <w:rPr>
          <w:rFonts w:ascii="Times New Roman" w:hAnsi="Times New Roman" w:eastAsia="Times New Roman" w:cs="Times New Roman"/>
        </w:rPr>
        <w:t xml:space="preserve"> </w:t>
      </w:r>
      <w:r>
        <w:rPr>
          <w:rFonts w:ascii="Nirmala UI" w:hAnsi="Nirmala UI" w:eastAsia="Nirmala UI" w:cs="Nirmala UI"/>
        </w:rPr>
        <w:t>सुरक्षित</w:t>
      </w:r>
      <w:r>
        <w:rPr>
          <w:rFonts w:ascii="Times New Roman" w:hAnsi="Times New Roman" w:eastAsia="Times New Roman" w:cs="Times New Roman"/>
        </w:rPr>
        <w:t xml:space="preserve"> </w:t>
      </w:r>
      <w:r>
        <w:rPr>
          <w:rFonts w:ascii="Nirmala UI" w:hAnsi="Nirmala UI" w:eastAsia="Nirmala UI" w:cs="Nirmala UI"/>
        </w:rPr>
        <w:t>गरिन</w:t>
      </w:r>
      <w:r>
        <w:rPr>
          <w:rFonts w:ascii="Times New Roman" w:hAnsi="Times New Roman" w:eastAsia="Times New Roman" w:cs="Times New Roman"/>
        </w:rPr>
        <w:t xml:space="preserve"> </w:t>
      </w:r>
      <w:r>
        <w:rPr>
          <w:rFonts w:ascii="Nirmala UI" w:hAnsi="Nirmala UI" w:eastAsia="Nirmala UI" w:cs="Nirmala UI"/>
        </w:rPr>
        <w:t>खोजिँदैछ</w:t>
      </w:r>
      <w:r>
        <w:rPr>
          <w:rFonts w:ascii="Times New Roman" w:hAnsi="Times New Roman" w:eastAsia="Times New Roman" w:cs="Times New Roman"/>
        </w:rPr>
        <w:t xml:space="preserve">, </w:t>
      </w:r>
      <w:r>
        <w:rPr>
          <w:rFonts w:ascii="Nirmala UI" w:hAnsi="Nirmala UI" w:eastAsia="Nirmala UI" w:cs="Nirmala UI"/>
        </w:rPr>
        <w:t>तिनमा</w:t>
      </w:r>
      <w:r>
        <w:rPr>
          <w:rFonts w:ascii="Times New Roman" w:hAnsi="Times New Roman" w:eastAsia="Times New Roman" w:cs="Times New Roman"/>
        </w:rPr>
        <w:t xml:space="preserve"> </w:t>
      </w:r>
      <w:r>
        <w:rPr>
          <w:rFonts w:ascii="Nirmala UI" w:hAnsi="Nirmala UI" w:eastAsia="Nirmala UI" w:cs="Nirmala UI"/>
        </w:rPr>
        <w:t>प्रोटेस्टेन्टहरू</w:t>
      </w:r>
      <w:r>
        <w:rPr>
          <w:rFonts w:ascii="Times New Roman" w:hAnsi="Times New Roman" w:eastAsia="Times New Roman" w:cs="Times New Roman"/>
        </w:rPr>
        <w:t xml:space="preserve"> </w:t>
      </w:r>
      <w:r>
        <w:rPr>
          <w:rFonts w:ascii="Nirmala UI" w:hAnsi="Nirmala UI" w:eastAsia="Nirmala UI" w:cs="Nirmala UI"/>
        </w:rPr>
        <w:t>पोपमतावलम्बीहरूको</w:t>
      </w:r>
      <w:r>
        <w:rPr>
          <w:rFonts w:ascii="Times New Roman" w:hAnsi="Times New Roman" w:eastAsia="Times New Roman" w:cs="Times New Roman"/>
        </w:rPr>
        <w:t xml:space="preserve"> </w:t>
      </w:r>
      <w:r>
        <w:rPr>
          <w:rFonts w:ascii="Nirmala UI" w:hAnsi="Nirmala UI" w:eastAsia="Nirmala UI" w:cs="Nirmala UI"/>
        </w:rPr>
        <w:t>पदचिह्न</w:t>
      </w:r>
      <w:r>
        <w:rPr>
          <w:rFonts w:ascii="Times New Roman" w:hAnsi="Times New Roman" w:eastAsia="Times New Roman" w:cs="Times New Roman"/>
        </w:rPr>
        <w:t xml:space="preserve"> </w:t>
      </w:r>
      <w:r>
        <w:rPr>
          <w:rFonts w:ascii="Nirmala UI" w:hAnsi="Nirmala UI" w:eastAsia="Nirmala UI" w:cs="Nirmala UI"/>
        </w:rPr>
        <w:t>पछ्याइरहेका</w:t>
      </w:r>
      <w:r>
        <w:rPr>
          <w:rFonts w:ascii="Times New Roman" w:hAnsi="Times New Roman" w:eastAsia="Times New Roman" w:cs="Times New Roman"/>
        </w:rPr>
        <w:t xml:space="preserve"> </w:t>
      </w:r>
      <w:r>
        <w:rPr>
          <w:rFonts w:ascii="Nirmala UI" w:hAnsi="Nirmala UI" w:eastAsia="Nirmala UI" w:cs="Nirmala UI"/>
        </w:rPr>
        <w:t>छन्।</w:t>
      </w:r>
      <w:r>
        <w:rPr>
          <w:rFonts w:ascii="Times New Roman" w:hAnsi="Times New Roman" w:eastAsia="Times New Roman" w:cs="Times New Roman"/>
        </w:rPr>
        <w:t xml:space="preserve"> </w:t>
      </w:r>
      <w:r>
        <w:rPr>
          <w:rFonts w:ascii="Nirmala UI" w:hAnsi="Nirmala UI" w:eastAsia="Nirmala UI" w:cs="Nirmala UI"/>
        </w:rPr>
        <w:t>अझ</w:t>
      </w:r>
      <w:r>
        <w:rPr>
          <w:rFonts w:ascii="Times New Roman" w:hAnsi="Times New Roman" w:eastAsia="Times New Roman" w:cs="Times New Roman"/>
        </w:rPr>
        <w:t xml:space="preserve"> </w:t>
      </w:r>
      <w:r>
        <w:rPr>
          <w:rFonts w:ascii="Nirmala UI" w:hAnsi="Nirmala UI" w:eastAsia="Nirmala UI" w:cs="Nirmala UI"/>
        </w:rPr>
        <w:t>बढेर</w:t>
      </w:r>
      <w:r>
        <w:rPr>
          <w:rFonts w:ascii="Times New Roman" w:hAnsi="Times New Roman" w:eastAsia="Times New Roman" w:cs="Times New Roman"/>
        </w:rPr>
        <w:t xml:space="preserve"> </w:t>
      </w:r>
      <w:r>
        <w:rPr>
          <w:rFonts w:ascii="Nirmala UI" w:hAnsi="Nirmala UI" w:eastAsia="Nirmala UI" w:cs="Nirmala UI"/>
        </w:rPr>
        <w:t>भन्नुपर्दा</w:t>
      </w:r>
      <w:r>
        <w:rPr>
          <w:rFonts w:ascii="Times New Roman" w:hAnsi="Times New Roman" w:eastAsia="Times New Roman" w:cs="Times New Roman"/>
        </w:rPr>
        <w:t xml:space="preserve">, </w:t>
      </w:r>
      <w:r>
        <w:rPr>
          <w:rFonts w:ascii="Nirmala UI" w:hAnsi="Nirmala UI" w:eastAsia="Nirmala UI" w:cs="Nirmala UI"/>
        </w:rPr>
        <w:t>उनीहरूले</w:t>
      </w:r>
      <w:r>
        <w:rPr>
          <w:rFonts w:ascii="Times New Roman" w:hAnsi="Times New Roman" w:eastAsia="Times New Roman" w:cs="Times New Roman"/>
        </w:rPr>
        <w:t xml:space="preserve"> </w:t>
      </w:r>
      <w:r>
        <w:rPr>
          <w:rFonts w:ascii="Nirmala UI" w:hAnsi="Nirmala UI" w:eastAsia="Nirmala UI" w:cs="Nirmala UI"/>
        </w:rPr>
        <w:t>प्रोटेस्टेन्ट</w:t>
      </w:r>
      <w:r>
        <w:rPr>
          <w:rFonts w:ascii="Times New Roman" w:hAnsi="Times New Roman" w:eastAsia="Times New Roman" w:cs="Times New Roman"/>
        </w:rPr>
        <w:t xml:space="preserve"> </w:t>
      </w:r>
      <w:r>
        <w:rPr>
          <w:rFonts w:ascii="Nirmala UI" w:hAnsi="Nirmala UI" w:eastAsia="Nirmala UI" w:cs="Nirmala UI"/>
        </w:rPr>
        <w:t>अमेरिकामा</w:t>
      </w:r>
      <w:r>
        <w:rPr>
          <w:rFonts w:ascii="Times New Roman" w:hAnsi="Times New Roman" w:eastAsia="Times New Roman" w:cs="Times New Roman"/>
        </w:rPr>
        <w:t xml:space="preserve"> </w:t>
      </w:r>
      <w:r>
        <w:rPr>
          <w:rFonts w:ascii="Nirmala UI" w:hAnsi="Nirmala UI" w:eastAsia="Nirmala UI" w:cs="Nirmala UI"/>
        </w:rPr>
        <w:t>पोपसत्तालाई</w:t>
      </w:r>
      <w:r>
        <w:rPr>
          <w:rFonts w:ascii="Times New Roman" w:hAnsi="Times New Roman" w:eastAsia="Times New Roman" w:cs="Times New Roman"/>
        </w:rPr>
        <w:t xml:space="preserve"> </w:t>
      </w:r>
      <w:r>
        <w:rPr>
          <w:rFonts w:ascii="Nirmala UI" w:hAnsi="Nirmala UI" w:eastAsia="Nirmala UI" w:cs="Nirmala UI"/>
        </w:rPr>
        <w:t>पुरानो</w:t>
      </w:r>
      <w:r>
        <w:rPr>
          <w:rFonts w:ascii="Times New Roman" w:hAnsi="Times New Roman" w:eastAsia="Times New Roman" w:cs="Times New Roman"/>
        </w:rPr>
        <w:t xml:space="preserve"> </w:t>
      </w:r>
      <w:r>
        <w:rPr>
          <w:rFonts w:ascii="Nirmala UI" w:hAnsi="Nirmala UI" w:eastAsia="Nirmala UI" w:cs="Nirmala UI"/>
        </w:rPr>
        <w:t>विश्वमा</w:t>
      </w:r>
      <w:r>
        <w:rPr>
          <w:rFonts w:ascii="Times New Roman" w:hAnsi="Times New Roman" w:eastAsia="Times New Roman" w:cs="Times New Roman"/>
        </w:rPr>
        <w:t xml:space="preserve"> </w:t>
      </w:r>
      <w:r>
        <w:rPr>
          <w:rFonts w:ascii="Nirmala UI" w:hAnsi="Nirmala UI" w:eastAsia="Nirmala UI" w:cs="Nirmala UI"/>
        </w:rPr>
        <w:t>गुमाइसकेको</w:t>
      </w:r>
      <w:r>
        <w:rPr>
          <w:rFonts w:ascii="Times New Roman" w:hAnsi="Times New Roman" w:eastAsia="Times New Roman" w:cs="Times New Roman"/>
        </w:rPr>
        <w:t xml:space="preserve"> </w:t>
      </w:r>
      <w:r>
        <w:rPr>
          <w:rFonts w:ascii="Nirmala UI" w:hAnsi="Nirmala UI" w:eastAsia="Nirmala UI" w:cs="Nirmala UI"/>
        </w:rPr>
        <w:t>सर्वोच्चता</w:t>
      </w:r>
      <w:r>
        <w:rPr>
          <w:rFonts w:ascii="Times New Roman" w:hAnsi="Times New Roman" w:eastAsia="Times New Roman" w:cs="Times New Roman"/>
        </w:rPr>
        <w:t xml:space="preserve"> </w:t>
      </w:r>
      <w:r>
        <w:rPr>
          <w:rFonts w:ascii="Nirmala UI" w:hAnsi="Nirmala UI" w:eastAsia="Nirmala UI" w:cs="Nirmala UI"/>
        </w:rPr>
        <w:t>पुनः</w:t>
      </w:r>
      <w:r>
        <w:rPr>
          <w:rFonts w:ascii="Times New Roman" w:hAnsi="Times New Roman" w:eastAsia="Times New Roman" w:cs="Times New Roman"/>
        </w:rPr>
        <w:t xml:space="preserve"> </w:t>
      </w:r>
      <w:r>
        <w:rPr>
          <w:rFonts w:ascii="Nirmala UI" w:hAnsi="Nirmala UI" w:eastAsia="Nirmala UI" w:cs="Nirmala UI"/>
        </w:rPr>
        <w:t>प्राप्त</w:t>
      </w:r>
      <w:r>
        <w:rPr>
          <w:rFonts w:ascii="Times New Roman" w:hAnsi="Times New Roman" w:eastAsia="Times New Roman" w:cs="Times New Roman"/>
        </w:rPr>
        <w:t xml:space="preserve"> </w:t>
      </w:r>
      <w:r>
        <w:rPr>
          <w:rFonts w:ascii="Nirmala UI" w:hAnsi="Nirmala UI" w:eastAsia="Nirmala UI" w:cs="Nirmala UI"/>
        </w:rPr>
        <w:t>गर्ने</w:t>
      </w:r>
      <w:r>
        <w:rPr>
          <w:rFonts w:ascii="Times New Roman" w:hAnsi="Times New Roman" w:eastAsia="Times New Roman" w:cs="Times New Roman"/>
        </w:rPr>
        <w:t xml:space="preserve"> </w:t>
      </w:r>
      <w:r>
        <w:rPr>
          <w:rFonts w:ascii="Nirmala UI" w:hAnsi="Nirmala UI" w:eastAsia="Nirmala UI" w:cs="Nirmala UI"/>
        </w:rPr>
        <w:t>ढोका</w:t>
      </w:r>
      <w:r>
        <w:rPr>
          <w:rFonts w:ascii="Times New Roman" w:hAnsi="Times New Roman" w:eastAsia="Times New Roman" w:cs="Times New Roman"/>
        </w:rPr>
        <w:t xml:space="preserve"> </w:t>
      </w:r>
      <w:r>
        <w:rPr>
          <w:rFonts w:ascii="Nirmala UI" w:hAnsi="Nirmala UI" w:eastAsia="Nirmala UI" w:cs="Nirmala UI"/>
        </w:rPr>
        <w:t>खोलिरहेका</w:t>
      </w:r>
      <w:r>
        <w:rPr>
          <w:rFonts w:ascii="Times New Roman" w:hAnsi="Times New Roman" w:eastAsia="Times New Roman" w:cs="Times New Roman"/>
        </w:rPr>
        <w:t xml:space="preserve"> </w:t>
      </w:r>
      <w:r>
        <w:rPr>
          <w:rFonts w:ascii="Nirmala UI" w:hAnsi="Nirmala UI" w:eastAsia="Nirmala UI" w:cs="Nirmala UI"/>
        </w:rPr>
        <w:t>छन्।</w:t>
      </w:r>
      <w:r>
        <w:rPr>
          <w:rFonts w:ascii="Times New Roman" w:hAnsi="Times New Roman" w:eastAsia="Times New Roman" w:cs="Times New Roman"/>
        </w:rPr>
        <w:t xml:space="preserve">” </w:t>
      </w:r>
      <w:r>
        <w:rPr>
          <w:rFonts w:ascii="Nirmala UI" w:hAnsi="Nirmala UI" w:eastAsia="Nirmala UI" w:cs="Nirmala UI"/>
        </w:rPr>
        <w:t>द</w:t>
      </w:r>
      <w:r>
        <w:rPr>
          <w:rFonts w:ascii="Times New Roman" w:hAnsi="Times New Roman" w:eastAsia="Times New Roman" w:cs="Times New Roman"/>
        </w:rPr>
        <w:t xml:space="preserve"> </w:t>
      </w:r>
      <w:r>
        <w:rPr>
          <w:rFonts w:ascii="Nirmala UI" w:hAnsi="Nirmala UI" w:eastAsia="Nirmala UI" w:cs="Nirmala UI"/>
        </w:rPr>
        <w:t>ग्रेट</w:t>
      </w:r>
      <w:r>
        <w:rPr>
          <w:rFonts w:ascii="Times New Roman" w:hAnsi="Times New Roman" w:eastAsia="Times New Roman" w:cs="Times New Roman"/>
        </w:rPr>
        <w:t xml:space="preserve"> </w:t>
      </w:r>
      <w:r>
        <w:rPr>
          <w:rFonts w:ascii="Nirmala UI" w:hAnsi="Nirmala UI" w:eastAsia="Nirmala UI" w:cs="Nirmala UI"/>
        </w:rPr>
        <w:t>कन्ट्रोभर्सी</w:t>
      </w:r>
      <w:r>
        <w:rPr>
          <w:rFonts w:ascii="Times New Roman" w:hAnsi="Times New Roman" w:eastAsia="Times New Roman" w:cs="Times New Roman"/>
        </w:rPr>
        <w:t>, 573.</w:t>
      </w:r>
    </w:p>
    <w:p>
      <w:pPr>
        <w:pStyle w:val="ArticleBody"/>
        <w:jc w:val="left"/>
      </w:pPr>
      <w:r>
        <w:rPr>
          <w:rFonts w:ascii="Times New Roman" w:hAnsi="Times New Roman" w:eastAsia="Times New Roman" w:cs="Times New Roman"/>
        </w:rPr>
        <w:t>Ubufatanye bw’ishyingiranwa bwo mu 313 n’Itegeko rya Milan bihura n’amateka yo mu 533, kandi itegeko rya Justinian ryo mu 533 rizongera gushyirwa mu bikorwa n’ubutegetsi bwiyita ubw’Abakristo, butakibona ko kugaragaza ububasha bwa papacy nk’ikigo cya Gikristo ari ukwivuguruza mu magambo, nibura, kandi ko, ku rwego rukomeye kurushaho, ari ukwibeshya kwica.</w:t>
      </w:r>
    </w:p>
    <w:p>
      <w:pPr>
        <w:pStyle w:val="ArticleHeading"/>
        <w:jc w:val="left"/>
      </w:pPr>
      <w:r>
        <w:rPr>
          <w:rFonts w:ascii="Arial" w:hAnsi="Arial" w:eastAsia="Arial" w:cs="Arial"/>
        </w:rPr>
        <w:t>Ekklesia kɔ Mbu</w:t>
      </w:r>
      <w:r>
        <w:rPr>
          <w:rFonts w:ascii="Microsoft YaHei" w:hAnsi="Microsoft YaHei" w:eastAsia="Microsoft YaHei" w:cs="Microsoft YaHei"/>
        </w:rPr>
        <w:t>】</w:t>
      </w:r>
    </w:p>
    <w:p>
      <w:pPr>
        <w:pStyle w:val="ArticleBody"/>
        <w:jc w:val="left"/>
      </w:pPr>
      <w:r>
        <w:rPr>
          <w:rFonts w:ascii="Times New Roman" w:hAnsi="Times New Roman" w:eastAsia="Times New Roman" w:cs="Times New Roman"/>
        </w:rPr>
        <w:t>A shekara ta 457 kafin haihuwar Almasihu, doka ta uku ta Artaxerxes ta mayar da ikon cin gashin ƙasa tare da ikon mulkin siyasa da na addini.</w:t>
      </w:r>
    </w:p>
    <w:p>
      <w:pPr>
        <w:pStyle w:val="ArticleScripture"/>
        <w:jc w:val="left"/>
      </w:pPr>
      <w:r>
        <w:rPr>
          <w:rFonts w:ascii="Times New Roman" w:hAnsi="Times New Roman" w:eastAsia="Times New Roman" w:cs="Times New Roman"/>
        </w:rPr>
        <w:t>Ugye te, Ezsdrás, Istenednek kezedben levő bölcsessége szerint rendelj bírákat és ítélőket, akik ítéljenek minden nép felett, amely a folyón túl van, mindazok felett, akik ismerik Istened törvényeit; és tanítsátok azokat, akik nem ismerik azokat. És valaki nem cselekszi Istened törvényét és a király törvényét, azon késedelem nélkül hajtassék végre az ítélet, akár halálra, akár száműzetésre, akár vagyonelkobzásra, akár fogságra. Ezsdrás 7:25, 26.</w:t>
      </w:r>
    </w:p>
    <w:p>
      <w:pPr>
        <w:pStyle w:val="ArticleBody"/>
        <w:jc w:val="left"/>
      </w:pPr>
      <w:r>
        <w:rPr>
          <w:rFonts w:ascii="Times New Roman" w:hAnsi="Times New Roman" w:eastAsia="Times New Roman" w:cs="Times New Roman"/>
        </w:rPr>
        <w:t>Doka ta etɔ so no maa tumi sɛ wɔmfa atemmu ne asotwe nyɛ adwuma wɔ Onyankopɔn mmara no ne ɔhene no mmara no nyinaa ho. Saa doka no na ɛhyɛɛ mfe mpem abien ahasa adiyisɛm no ase, a ɛbaa awiei wɔ Ɔkɔtɔber 22, 1844, bere a Kristo bae ne mpofirim kɔɔ N’asɔredan no mu no. Ɛsan nso hyɛɛ mfe ahanu aduonum adiyisɛm bi ase, a ɛbaa awiei wɔ afe 207 ansa na Kristo reba, wɔ abakɔsɛm a ɛda akono a wɔkoe wɔ Raphia afe 217 ansa na Kristo reba ne Panium afe 200 ansa na Kristo reba no ntam no mu. Amammui ne nyamesom mu ahenni tumi nyinaa san bae wɔ afe 457 ansa na Kristo reba no, na eyi kyerɛ alpha mmienu a ɛwɔ omega mmienu mmamu. Omega mmamu no nyinaa gyina hɔ ma ɔpon a wɔato mu; baako ma Protestant abɛn no, na foforo no ma Republican abɛn no.</w:t>
      </w:r>
    </w:p>
    <w:p>
      <w:pPr>
        <w:pStyle w:val="ArticleBody"/>
        <w:jc w:val="left"/>
      </w:pPr>
      <w:r>
        <w:rPr>
          <w:rFonts w:ascii="Leelawadee UI" w:hAnsi="Leelawadee UI" w:eastAsia="Leelawadee UI" w:cs="Leelawadee UI"/>
        </w:rPr>
        <w:t>ពាក្យទំនាយទីមួយនៃរយៈពេលពីរពាន់បីរយឆ្នាំ</w:t>
      </w:r>
      <w:r>
        <w:rPr>
          <w:rFonts w:ascii="Times New Roman" w:hAnsi="Times New Roman" w:eastAsia="Times New Roman" w:cs="Times New Roman"/>
        </w:rPr>
        <w:t xml:space="preserve"> </w:t>
      </w:r>
      <w:r>
        <w:rPr>
          <w:rFonts w:ascii="Leelawadee UI" w:hAnsi="Leelawadee UI" w:eastAsia="Leelawadee UI" w:cs="Leelawadee UI"/>
        </w:rPr>
        <w:t>តំណាងឲ្យក្រឹត្យវិន័យរបស់ព្រះ</w:t>
      </w:r>
      <w:r>
        <w:rPr>
          <w:rFonts w:ascii="Times New Roman" w:hAnsi="Times New Roman" w:eastAsia="Times New Roman" w:cs="Times New Roman"/>
        </w:rPr>
        <w:t xml:space="preserve"> </w:t>
      </w:r>
      <w:r>
        <w:rPr>
          <w:rFonts w:ascii="Leelawadee UI" w:hAnsi="Leelawadee UI" w:eastAsia="Leelawadee UI" w:cs="Leelawadee UI"/>
        </w:rPr>
        <w:t>ហើយពាក្យទំនាយនៃរយៈពេលពីររយហាសិបឆ្នាំ</w:t>
      </w:r>
      <w:r>
        <w:rPr>
          <w:rFonts w:ascii="Times New Roman" w:hAnsi="Times New Roman" w:eastAsia="Times New Roman" w:cs="Times New Roman"/>
        </w:rPr>
        <w:t xml:space="preserve"> </w:t>
      </w:r>
      <w:r>
        <w:rPr>
          <w:rFonts w:ascii="Leelawadee UI" w:hAnsi="Leelawadee UI" w:eastAsia="Leelawadee UI" w:cs="Leelawadee UI"/>
        </w:rPr>
        <w:t>តំណាងឲ្យច្បាប់របស់ស្តេច។</w:t>
      </w:r>
      <w:r>
        <w:rPr>
          <w:rFonts w:ascii="Times New Roman" w:hAnsi="Times New Roman" w:eastAsia="Times New Roman" w:cs="Times New Roman"/>
        </w:rPr>
        <w:t xml:space="preserve"> </w:t>
      </w:r>
      <w:r>
        <w:rPr>
          <w:rFonts w:ascii="Leelawadee UI" w:hAnsi="Leelawadee UI" w:eastAsia="Leelawadee UI" w:cs="Leelawadee UI"/>
        </w:rPr>
        <w:t>ពាក្យទំនាយទាំងពីរនេះកំណត់អត្តសញ្ញាណស្នែងនៃសាសនាប្រូតេស្តង់</w:t>
      </w:r>
      <w:r>
        <w:rPr>
          <w:rFonts w:ascii="Times New Roman" w:hAnsi="Times New Roman" w:eastAsia="Times New Roman" w:cs="Times New Roman"/>
        </w:rPr>
        <w:t xml:space="preserve"> </w:t>
      </w:r>
      <w:r>
        <w:rPr>
          <w:rFonts w:ascii="Leelawadee UI" w:hAnsi="Leelawadee UI" w:eastAsia="Leelawadee UI" w:cs="Leelawadee UI"/>
        </w:rPr>
        <w:t>និងស្នែងនៃសាធារណរដ្ឋនិយម</w:t>
      </w:r>
      <w:r>
        <w:rPr>
          <w:rFonts w:ascii="Times New Roman" w:hAnsi="Times New Roman" w:eastAsia="Times New Roman" w:cs="Times New Roman"/>
        </w:rPr>
        <w:t xml:space="preserve"> </w:t>
      </w:r>
      <w:r>
        <w:rPr>
          <w:rFonts w:ascii="Leelawadee UI" w:hAnsi="Leelawadee UI" w:eastAsia="Leelawadee UI" w:cs="Leelawadee UI"/>
        </w:rPr>
        <w:t>នៅលើសត្វពីផែនដីក្នុង</w:t>
      </w:r>
      <w:r>
        <w:rPr>
          <w:rFonts w:ascii="Times New Roman" w:hAnsi="Times New Roman" w:eastAsia="Times New Roman" w:cs="Times New Roman"/>
        </w:rPr>
        <w:t xml:space="preserve"> </w:t>
      </w:r>
      <w:r>
        <w:rPr>
          <w:rFonts w:ascii="Leelawadee UI" w:hAnsi="Leelawadee UI" w:eastAsia="Leelawadee UI" w:cs="Leelawadee UI"/>
        </w:rPr>
        <w:t>វិវរណៈ</w:t>
      </w:r>
      <w:r>
        <w:rPr>
          <w:rFonts w:ascii="Times New Roman" w:hAnsi="Times New Roman" w:eastAsia="Times New Roman" w:cs="Times New Roman"/>
        </w:rPr>
        <w:t xml:space="preserve"> </w:t>
      </w:r>
      <w:r>
        <w:rPr>
          <w:rFonts w:ascii="Leelawadee UI" w:hAnsi="Leelawadee UI" w:eastAsia="Leelawadee UI" w:cs="Leelawadee UI"/>
        </w:rPr>
        <w:t>ជំពូក</w:t>
      </w:r>
      <w:r>
        <w:rPr>
          <w:rFonts w:ascii="Times New Roman" w:hAnsi="Times New Roman" w:eastAsia="Times New Roman" w:cs="Times New Roman"/>
        </w:rPr>
        <w:t xml:space="preserve"> 13</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ស្នែងសាធារណរដ្ឋនិយមនៃសត្វពីផែនដី</w:t>
      </w:r>
      <w:r>
        <w:rPr>
          <w:rFonts w:ascii="Times New Roman" w:hAnsi="Times New Roman" w:eastAsia="Times New Roman" w:cs="Times New Roman"/>
        </w:rPr>
        <w:t xml:space="preserve"> </w:t>
      </w:r>
      <w:r>
        <w:rPr>
          <w:rFonts w:ascii="Leelawadee UI" w:hAnsi="Leelawadee UI" w:eastAsia="Leelawadee UI" w:cs="Leelawadee UI"/>
        </w:rPr>
        <w:t>ត្រូវបានដាក់ចូលនៅកណ្ដាលខ</w:t>
      </w:r>
      <w:r>
        <w:rPr>
          <w:rFonts w:ascii="Times New Roman" w:hAnsi="Times New Roman" w:eastAsia="Times New Roman" w:cs="Times New Roman"/>
        </w:rPr>
        <w:t xml:space="preserve"> 11 </w:t>
      </w:r>
      <w:r>
        <w:rPr>
          <w:rFonts w:ascii="Leelawadee UI" w:hAnsi="Leelawadee UI" w:eastAsia="Leelawadee UI" w:cs="Leelawadee UI"/>
        </w:rPr>
        <w:t>ដល់</w:t>
      </w:r>
      <w:r>
        <w:rPr>
          <w:rFonts w:ascii="Times New Roman" w:hAnsi="Times New Roman" w:eastAsia="Times New Roman" w:cs="Times New Roman"/>
        </w:rPr>
        <w:t xml:space="preserve"> 16 </w:t>
      </w:r>
      <w:r>
        <w:rPr>
          <w:rFonts w:ascii="Leelawadee UI" w:hAnsi="Leelawadee UI" w:eastAsia="Leelawadee UI" w:cs="Leelawadee UI"/>
        </w:rPr>
        <w:t>នៃ</w:t>
      </w:r>
      <w:r>
        <w:rPr>
          <w:rFonts w:ascii="Times New Roman" w:hAnsi="Times New Roman" w:eastAsia="Times New Roman" w:cs="Times New Roman"/>
        </w:rPr>
        <w:t xml:space="preserve"> </w:t>
      </w:r>
      <w:r>
        <w:rPr>
          <w:rFonts w:ascii="Leelawadee UI" w:hAnsi="Leelawadee UI" w:eastAsia="Leelawadee UI" w:cs="Leelawadee UI"/>
        </w:rPr>
        <w:t>ដានីយ៉ែល</w:t>
      </w:r>
      <w:r>
        <w:rPr>
          <w:rFonts w:ascii="Times New Roman" w:hAnsi="Times New Roman" w:eastAsia="Times New Roman" w:cs="Times New Roman"/>
        </w:rPr>
        <w:t xml:space="preserve"> </w:t>
      </w:r>
      <w:r>
        <w:rPr>
          <w:rFonts w:ascii="Leelawadee UI" w:hAnsi="Leelawadee UI" w:eastAsia="Leelawadee UI" w:cs="Leelawadee UI"/>
        </w:rPr>
        <w:t>ជំពូក</w:t>
      </w:r>
      <w:r>
        <w:rPr>
          <w:rFonts w:ascii="Times New Roman" w:hAnsi="Times New Roman" w:eastAsia="Times New Roman" w:cs="Times New Roman"/>
        </w:rPr>
        <w:t xml:space="preserve"> 11</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រយៈពេលដប់ប្រាំពីរឆ្នាំរវាង</w:t>
      </w:r>
      <w:r>
        <w:rPr>
          <w:rFonts w:ascii="Times New Roman" w:hAnsi="Times New Roman" w:eastAsia="Times New Roman" w:cs="Times New Roman"/>
        </w:rPr>
        <w:t xml:space="preserve"> Raphia </w:t>
      </w:r>
      <w:r>
        <w:rPr>
          <w:rFonts w:ascii="Leelawadee UI" w:hAnsi="Leelawadee UI" w:eastAsia="Leelawadee UI" w:cs="Leelawadee UI"/>
        </w:rPr>
        <w:t>និង</w:t>
      </w:r>
      <w:r>
        <w:rPr>
          <w:rFonts w:ascii="Times New Roman" w:hAnsi="Times New Roman" w:eastAsia="Times New Roman" w:cs="Times New Roman"/>
        </w:rPr>
        <w:t xml:space="preserve"> Panium </w:t>
      </w:r>
      <w:r>
        <w:rPr>
          <w:rFonts w:ascii="Leelawadee UI" w:hAnsi="Leelawadee UI" w:eastAsia="Leelawadee UI" w:cs="Leelawadee UI"/>
        </w:rPr>
        <w:t>ត្រូវបានកាត់ឆ្លងដោយស្នែងមួយពីពាក្យទំនាយទ្វេភាគនៃព្រះរាជក្រឹត្យទីបី</w:t>
      </w:r>
      <w:r>
        <w:rPr>
          <w:rFonts w:ascii="Times New Roman" w:hAnsi="Times New Roman" w:eastAsia="Times New Roman" w:cs="Times New Roman"/>
        </w:rPr>
        <w:t xml:space="preserve"> </w:t>
      </w:r>
      <w:r>
        <w:rPr>
          <w:rFonts w:ascii="Leelawadee UI" w:hAnsi="Leelawadee UI" w:eastAsia="Leelawadee UI" w:cs="Leelawadee UI"/>
        </w:rPr>
        <w:t>ក្នុងឆ្នាំ</w:t>
      </w:r>
      <w:r>
        <w:rPr>
          <w:rFonts w:ascii="Times New Roman" w:hAnsi="Times New Roman" w:eastAsia="Times New Roman" w:cs="Times New Roman"/>
        </w:rPr>
        <w:t xml:space="preserve"> 457 </w:t>
      </w:r>
      <w:r>
        <w:rPr>
          <w:rFonts w:ascii="Leelawadee UI" w:hAnsi="Leelawadee UI" w:eastAsia="Leelawadee UI" w:cs="Leelawadee UI"/>
        </w:rPr>
        <w:t>មុន</w:t>
      </w:r>
      <w:r>
        <w:rPr>
          <w:rFonts w:ascii="Times New Roman" w:hAnsi="Times New Roman" w:eastAsia="Times New Roman" w:cs="Times New Roman"/>
        </w:rPr>
        <w:t xml:space="preserve"> </w:t>
      </w:r>
      <w:r>
        <w:rPr>
          <w:rFonts w:ascii="Leelawadee UI" w:hAnsi="Leelawadee UI" w:eastAsia="Leelawadee UI" w:cs="Leelawadee UI"/>
        </w:rPr>
        <w:t>គ</w:t>
      </w:r>
      <w:r>
        <w:rPr>
          <w:rFonts w:ascii="Times New Roman" w:hAnsi="Times New Roman" w:eastAsia="Times New Roman" w:cs="Times New Roman"/>
        </w:rPr>
        <w:t>.</w:t>
      </w:r>
      <w:r>
        <w:rPr>
          <w:rFonts w:ascii="Leelawadee UI" w:hAnsi="Leelawadee UI" w:eastAsia="Leelawadee UI" w:cs="Leelawadee UI"/>
        </w:rPr>
        <w:t>ស</w:t>
      </w:r>
      <w:r>
        <w:rPr>
          <w:rFonts w:ascii="Times New Roman" w:hAnsi="Times New Roman" w:eastAsia="Times New Roman" w:cs="Times New Roman"/>
        </w:rPr>
        <w:t>.</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ពាក្យទំនាយទ្វេភាគនេះកំណត់អត្តសញ្ញាណទាំងការជំនុំជម្រះនៃប្រជាជនសម្ពន្ធមេត្រីចុងក្រោយ</w:t>
      </w:r>
      <w:r>
        <w:rPr>
          <w:rFonts w:ascii="Times New Roman" w:hAnsi="Times New Roman" w:eastAsia="Times New Roman" w:cs="Times New Roman"/>
        </w:rPr>
        <w:t xml:space="preserve"> </w:t>
      </w:r>
      <w:r>
        <w:rPr>
          <w:rFonts w:ascii="Leelawadee UI" w:hAnsi="Leelawadee UI" w:eastAsia="Leelawadee UI" w:cs="Leelawadee UI"/>
        </w:rPr>
        <w:t>និងការជំនុំជម្រះនៃជាតិដែលប្រជាជនសម្ពន្ធមេត្រីនោះមានឫសគល់របស់ខ្លួន។</w:t>
      </w:r>
    </w:p>
    <w:p>
      <w:pPr>
        <w:pStyle w:val="ArticleScripture"/>
        <w:jc w:val="left"/>
      </w:pPr>
      <w:r>
        <w:rPr>
          <w:rFonts w:ascii="Times New Roman" w:hAnsi="Times New Roman" w:eastAsia="Times New Roman" w:cs="Times New Roman"/>
        </w:rPr>
        <w:t>Atu ne ka Abram se, “Ka san sa vrè, desandans ou yo pral etranje nan yon peyi ki pa pou yo, epi yo pral sèvi moun ladan l; epi yo pral aflije yo pandan katsan ane. Men nasyon sa a, nasyon yo pral sèvi a, m ap jije l tou; epi apre sa yo pral soti avèk anpil richès.” Jenèz 15:13, 14.</w:t>
      </w:r>
    </w:p>
    <w:p>
      <w:pPr>
        <w:pStyle w:val="ArticleBody"/>
        <w:jc w:val="left"/>
      </w:pPr>
      <w:r>
        <w:rPr>
          <w:rFonts w:ascii="Times New Roman" w:hAnsi="Times New Roman" w:eastAsia="Times New Roman" w:cs="Times New Roman"/>
        </w:rPr>
        <w:t>M’buku ya Ezekieli, Oktoba 22, 1844 yafuzwe mu kimenyetso na Oktoba 22, 573 BC. Itariki imwe igaragaza itangiriro ry’urubanza rw’igenzura, naho indi igaragaza ivuzwa ry’impanda ya Yubile haba mu ntangiriro no ku musozo w’inzira y’urubanza. Amatariki yombi arahuza, kandi yombi agaragaza urugi rufunze. 1844 ihagarariye ifungwa ry’urugi rw’Ahera, ubwo Kristo yimukiraga mu Ahera Cyane. 573 BC igaragaza iherezo ry’igihe cyo kugeragezwa kw’abantu, aho imbata z’icyaha zacunguwe zihabwa umudendezo wazo, n’isi nshya yo guturamo.</w:t>
      </w:r>
    </w:p>
    <w:p>
      <w:pPr>
        <w:pStyle w:val="ArticleScripture"/>
        <w:jc w:val="left"/>
      </w:pPr>
      <w:r>
        <w:rPr>
          <w:rFonts w:ascii="Times New Roman" w:hAnsi="Times New Roman" w:eastAsia="Times New Roman" w:cs="Times New Roman"/>
        </w:rPr>
        <w:t>Nếu người ấy không được chuộc lại trong những năm đó, thì đến năm hân hỉ người ấy sẽ được ra đi, cả người ấy lẫn con cái cùng đi với mình. Vì con cái Y-sơ-ra-ên là tôi tớ của Ta; họ là tôi tớ của Ta, là những người mà Ta đã đem ra khỏi xứ Ê-díp-tô: Ta là Giê-hô-va Đức Chúa Trời của các ngươi. Lê-vi Ký 25:54, 55.</w:t>
      </w:r>
    </w:p>
    <w:p>
      <w:pPr>
        <w:pStyle w:val="ArticleBody"/>
        <w:jc w:val="left"/>
      </w:pPr>
      <w:r>
        <w:rPr>
          <w:rFonts w:ascii="Times New Roman" w:hAnsi="Times New Roman" w:eastAsia="Times New Roman" w:cs="Times New Roman"/>
        </w:rPr>
        <w:t>Tou lede 22 Oktòb yo reprezante pòt fèmen lwa dimanch k ap vini byento a. Peryòd pwobasyon yo te bay Advantis la te kòmanse an 1844 epi li fini ak lwa dimanch k ap vini byento a, epi peryòd pwobasyon yo te bay Etazini an fini tou ak lwa dimanch k ap vini byento a. Toude fen sa yo aliyen ak de temwen 22 Oktòb yo ki se 2,300 ane ak de san senkant ane.</w:t>
      </w:r>
    </w:p>
    <w:p>
      <w:pPr>
        <w:pStyle w:val="ArticleBody"/>
        <w:jc w:val="left"/>
      </w:pPr>
      <w:r>
        <w:rPr>
          <w:rFonts w:ascii="Times New Roman" w:hAnsi="Times New Roman" w:eastAsia="Times New Roman" w:cs="Times New Roman"/>
        </w:rPr>
        <w:t>Mfe abiennia aduonum ahyia ahanu ne aduonum a etwa to mu wɔ abakɔsɛm no mu wɔ Raphia ne Panium ntam no kyekyɛ ako abien no bere no mu yɛ nsɛnkyerɛnne nɔma abien, a wɔn nyinaa bom kura wɔn ankasa ntease soronko. Mfe du akyi a ɛtoa Raphia so, a ne nkyerɛase ne ɔhyeɛ so asase, na mfe ason ansa na Panium aba, a na ɛyɛ ɔko a wɔkoe wɔ tata so na ɛbaa awiei wɔ kurow a wɔatwa ho ahyia mu. Du ne ason sɛ nsɛnkyerɛnne kyerɛ ɔwɔtwe tumi no denam adansefo pii so. Afe 207 ansa na Kristo reba de Trump, asase so aboa no sɛnkyerɛnne, si Daniel ti dubaako nkyekyɛm du baako ne du nnum ntam wɔ nkɔmhyɛ mu, de resiesie ne ho sɛ ɔbɛkasa sɛ ɔwɔtwe, sɛnea wɔagyina hɔ ama no denam nɔma du ne nɔma ason kabom so.</w:t>
      </w:r>
    </w:p>
    <w:p>
      <w:pPr>
        <w:pStyle w:val="ArticleBody"/>
        <w:jc w:val="left"/>
      </w:pPr>
      <w:r>
        <w:rPr>
          <w:rFonts w:ascii="Times New Roman" w:hAnsi="Times New Roman" w:eastAsia="Times New Roman" w:cs="Times New Roman"/>
        </w:rPr>
        <w:t>Makumi na saba pia ni ya ishara, nayo hupanua historia ya Raphia hadi Panium, kuvuka hata zaidi ya Panium, na pia kurudi nyuma kabla ya Raphia. Ptolemy wa Nne Philopator alitawala akiwa mfalme wa Misri ya Ptolemaio tangu 221 KK hadi 204 KK, naye akamshinda Antiochus Magnus huko Raphia mwaka 217 KK. Ptolemy alianza kutawala kabla ya Raphia, naye alitawala kwa miaka “kumi na saba.” Namba kumi na saba huwakilisha kipindi cha kihistoria kinachoanza kabla ya Raphia, na kinachoendelea kupita vita vya Panium na mazingiwa ya Sidoni hadi kufungwa kwa muda wa rehema kwa wanadamu kama kunavyowakilishwa na mwaka 330. Unabii wa miaka mia mbili na hamsini kwa kipindi cha kanisa la Smirna ulianza mwaka 64 na kuishia kwenye Amri ya Milano na mkataba wa ndoa wa mwaka 313.</w:t>
      </w:r>
    </w:p>
    <w:p>
      <w:pPr>
        <w:pStyle w:val="ArticleBody"/>
        <w:jc w:val="left"/>
      </w:pPr>
      <w:r>
        <w:rPr>
          <w:rFonts w:ascii="Times New Roman" w:hAnsi="Times New Roman" w:eastAsia="Times New Roman" w:cs="Times New Roman"/>
        </w:rPr>
        <w:t>Constantine Le Grand représente l’histoire de l’Église de Pergame, et cette histoire commença en 313 et prit fin en 538. Les dix-sept premières années qui suivirent l’achèvement de la prophétie de deux cent cinquante ans, en 313, comportent trois balises. 313 fut l’édit de Milan, 321 fut la première loi dominicale, et la division de l’empire est marquée en 330. 330 représente la loi dominicale finale, laquelle marque la clôture du temps de grâce de l’humanité. Le nombre dix-sept commence donc avant Raphia et s’achève bien après la campagne militaire de Panium et de Sidon. Le verset seize de Daniel onze représente la loi dominicale aux États-Unis.</w:t>
      </w:r>
    </w:p>
    <w:p>
      <w:pPr>
        <w:pStyle w:val="ArticleBody"/>
        <w:jc w:val="left"/>
      </w:pPr>
      <w:r>
        <w:rPr>
          <w:rFonts w:ascii="Times New Roman" w:hAnsi="Times New Roman" w:eastAsia="Times New Roman" w:cs="Times New Roman"/>
        </w:rPr>
        <w:t>Lời tiên tri về Si-miếc-na xác định dấu hiệu của cuộc vây hãm, là chính cốt lõi của sứ điệp cảnh báo của Ê-xê-chi-ên. Dấu mốc đi trước luật ngày Chủ nhật, như được tiêu biểu qua hai minh họa về sự hủy diệt của Giê-ru-sa-lem, là cuộc vây hãm; nhưng đó cũng là Sắc lệnh Milan, là điều khởi đầu cho sự hình thành tượng của con thú.</w:t>
      </w:r>
    </w:p>
    <w:p>
      <w:pPr>
        <w:pStyle w:val="ArticleBody"/>
        <w:jc w:val="left"/>
      </w:pPr>
      <w:r>
        <w:rPr>
          <w:rFonts w:ascii="Leelawadee UI" w:hAnsi="Leelawadee UI" w:eastAsia="Leelawadee UI" w:cs="Leelawadee UI"/>
        </w:rPr>
        <w:t>ខណៈការឡោមព័ទ្ធ</w:t>
      </w:r>
      <w:r>
        <w:rPr>
          <w:rFonts w:ascii="Times New Roman" w:hAnsi="Times New Roman" w:eastAsia="Times New Roman" w:cs="Times New Roman"/>
        </w:rPr>
        <w:t xml:space="preserve"> </w:t>
      </w:r>
      <w:r>
        <w:rPr>
          <w:rFonts w:ascii="Leelawadee UI" w:hAnsi="Leelawadee UI" w:eastAsia="Leelawadee UI" w:cs="Leelawadee UI"/>
        </w:rPr>
        <w:t>នឹងមានពិធីដង្ហែអាពាហ៍ពិពាហ៍តាមសន្ធិសញ្ញាមួយកើតឡើង។</w:t>
      </w:r>
      <w:r>
        <w:rPr>
          <w:rFonts w:ascii="Times New Roman" w:hAnsi="Times New Roman" w:eastAsia="Times New Roman" w:cs="Times New Roman"/>
        </w:rPr>
        <w:t xml:space="preserve"> </w:t>
      </w:r>
      <w:r>
        <w:rPr>
          <w:rFonts w:ascii="Leelawadee UI" w:hAnsi="Leelawadee UI" w:eastAsia="Leelawadee UI" w:cs="Leelawadee UI"/>
        </w:rPr>
        <w:t>វាជារូបសមាមាត្រប្រភេទ</w:t>
      </w:r>
      <w:r>
        <w:rPr>
          <w:rFonts w:ascii="Times New Roman" w:hAnsi="Times New Roman" w:eastAsia="Times New Roman" w:cs="Times New Roman"/>
        </w:rPr>
        <w:t xml:space="preserve"> fractal </w:t>
      </w:r>
      <w:r>
        <w:rPr>
          <w:rFonts w:ascii="Leelawadee UI" w:hAnsi="Leelawadee UI" w:eastAsia="Leelawadee UI" w:cs="Leelawadee UI"/>
        </w:rPr>
        <w:t>នៃពិធីដង្ហែអាពាហ៍ពិពាហ៍ដែលបានចាប់ផ្តើមជាមួយ</w:t>
      </w:r>
      <w:r>
        <w:rPr>
          <w:rFonts w:ascii="Times New Roman" w:hAnsi="Times New Roman" w:eastAsia="Times New Roman" w:cs="Times New Roman"/>
        </w:rPr>
        <w:t xml:space="preserve"> Reagan </w:t>
      </w:r>
      <w:r>
        <w:rPr>
          <w:rFonts w:ascii="Leelawadee UI" w:hAnsi="Leelawadee UI" w:eastAsia="Leelawadee UI" w:cs="Leelawadee UI"/>
        </w:rPr>
        <w:t>ដូចដែលត្រូវបានបង្ហាញជាគំរូដោយ</w:t>
      </w:r>
      <w:r>
        <w:rPr>
          <w:rFonts w:ascii="Times New Roman" w:hAnsi="Times New Roman" w:eastAsia="Times New Roman" w:cs="Times New Roman"/>
        </w:rPr>
        <w:t xml:space="preserve"> Clovis </w:t>
      </w:r>
      <w:r>
        <w:rPr>
          <w:rFonts w:ascii="Leelawadee UI" w:hAnsi="Leelawadee UI" w:eastAsia="Leelawadee UI" w:cs="Leelawadee UI"/>
        </w:rPr>
        <w:t>នៅឆ្នាំ</w:t>
      </w:r>
      <w:r>
        <w:rPr>
          <w:rFonts w:ascii="Times New Roman" w:hAnsi="Times New Roman" w:eastAsia="Times New Roman" w:cs="Times New Roman"/>
        </w:rPr>
        <w:t xml:space="preserve"> 496 </w:t>
      </w:r>
      <w:r>
        <w:rPr>
          <w:rFonts w:ascii="Leelawadee UI" w:hAnsi="Leelawadee UI" w:eastAsia="Leelawadee UI" w:cs="Leelawadee UI"/>
        </w:rPr>
        <w:t>ប៉ុន្តែពិធីដង្ហែចុងក្រោយឆ្ពោះទៅកាន់អាពាហ៍ពិពាហ៍</w:t>
      </w:r>
      <w:r>
        <w:rPr>
          <w:rFonts w:ascii="Times New Roman" w:hAnsi="Times New Roman" w:eastAsia="Times New Roman" w:cs="Times New Roman"/>
        </w:rPr>
        <w:t xml:space="preserve"> </w:t>
      </w:r>
      <w:r>
        <w:rPr>
          <w:rFonts w:ascii="Leelawadee UI" w:hAnsi="Leelawadee UI" w:eastAsia="Leelawadee UI" w:cs="Leelawadee UI"/>
        </w:rPr>
        <w:t>ចាប់ផ្តើមនៅខណៈការឡោមព័ទ្ធ</w:t>
      </w:r>
      <w:r>
        <w:rPr>
          <w:rFonts w:ascii="Times New Roman" w:hAnsi="Times New Roman" w:eastAsia="Times New Roman" w:cs="Times New Roman"/>
        </w:rPr>
        <w:t xml:space="preserve"> </w:t>
      </w:r>
      <w:r>
        <w:rPr>
          <w:rFonts w:ascii="Leelawadee UI" w:hAnsi="Leelawadee UI" w:eastAsia="Leelawadee UI" w:cs="Leelawadee UI"/>
        </w:rPr>
        <w:t>ដោយស្របគ្នានឹងក្រឹត្យរបស់</w:t>
      </w:r>
      <w:r>
        <w:rPr>
          <w:rFonts w:ascii="Times New Roman" w:hAnsi="Times New Roman" w:eastAsia="Times New Roman" w:cs="Times New Roman"/>
        </w:rPr>
        <w:t xml:space="preserve"> Justinian </w:t>
      </w:r>
      <w:r>
        <w:rPr>
          <w:rFonts w:ascii="Leelawadee UI" w:hAnsi="Leelawadee UI" w:eastAsia="Leelawadee UI" w:cs="Leelawadee UI"/>
        </w:rPr>
        <w:t>ឆ្នាំ</w:t>
      </w:r>
      <w:r>
        <w:rPr>
          <w:rFonts w:ascii="Times New Roman" w:hAnsi="Times New Roman" w:eastAsia="Times New Roman" w:cs="Times New Roman"/>
        </w:rPr>
        <w:t xml:space="preserve"> 533 </w:t>
      </w:r>
      <w:r>
        <w:rPr>
          <w:rFonts w:ascii="Leelawadee UI" w:hAnsi="Leelawadee UI" w:eastAsia="Leelawadee UI" w:cs="Leelawadee UI"/>
        </w:rPr>
        <w:t>និងជាមួយនឹងព្រះរាជក្រឹត្យទីក្រុង</w:t>
      </w:r>
      <w:r>
        <w:rPr>
          <w:rFonts w:ascii="Times New Roman" w:hAnsi="Times New Roman" w:eastAsia="Times New Roman" w:cs="Times New Roman"/>
        </w:rPr>
        <w:t xml:space="preserve"> Milan </w:t>
      </w:r>
      <w:r>
        <w:rPr>
          <w:rFonts w:ascii="Leelawadee UI" w:hAnsi="Leelawadee UI" w:eastAsia="Leelawadee UI" w:cs="Leelawadee UI"/>
        </w:rPr>
        <w:t>ឆ្នាំ</w:t>
      </w:r>
      <w:r>
        <w:rPr>
          <w:rFonts w:ascii="Times New Roman" w:hAnsi="Times New Roman" w:eastAsia="Times New Roman" w:cs="Times New Roman"/>
        </w:rPr>
        <w:t xml:space="preserve"> 313</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សញ្ញាសម្គាល់ទាំងពីរនេះ</w:t>
      </w:r>
      <w:r>
        <w:rPr>
          <w:rFonts w:ascii="Times New Roman" w:hAnsi="Times New Roman" w:eastAsia="Times New Roman" w:cs="Times New Roman"/>
        </w:rPr>
        <w:t xml:space="preserve"> </w:t>
      </w:r>
      <w:r>
        <w:rPr>
          <w:rFonts w:ascii="Leelawadee UI" w:hAnsi="Leelawadee UI" w:eastAsia="Leelawadee UI" w:cs="Leelawadee UI"/>
        </w:rPr>
        <w:t>ស្ថិតមុនច្បាប់ថ្ងៃអាទិត្យ។</w:t>
      </w:r>
      <w:r>
        <w:rPr>
          <w:rFonts w:ascii="Times New Roman" w:hAnsi="Times New Roman" w:eastAsia="Times New Roman" w:cs="Times New Roman"/>
        </w:rPr>
        <w:t xml:space="preserve"> </w:t>
      </w:r>
      <w:r>
        <w:rPr>
          <w:rFonts w:ascii="Leelawadee UI" w:hAnsi="Leelawadee UI" w:eastAsia="Leelawadee UI" w:cs="Leelawadee UI"/>
        </w:rPr>
        <w:t>ឆ្នាំ</w:t>
      </w:r>
      <w:r>
        <w:rPr>
          <w:rFonts w:ascii="Times New Roman" w:hAnsi="Times New Roman" w:eastAsia="Times New Roman" w:cs="Times New Roman"/>
        </w:rPr>
        <w:t xml:space="preserve"> 313 </w:t>
      </w:r>
      <w:r>
        <w:rPr>
          <w:rFonts w:ascii="Leelawadee UI" w:hAnsi="Leelawadee UI" w:eastAsia="Leelawadee UI" w:cs="Leelawadee UI"/>
        </w:rPr>
        <w:t>ស្ថិតមុនច្បាប់ថ្ងៃអាទិត្យដំបូងនៅឆ្នាំ</w:t>
      </w:r>
      <w:r>
        <w:rPr>
          <w:rFonts w:ascii="Times New Roman" w:hAnsi="Times New Roman" w:eastAsia="Times New Roman" w:cs="Times New Roman"/>
        </w:rPr>
        <w:t xml:space="preserve"> 321 </w:t>
      </w:r>
      <w:r>
        <w:rPr>
          <w:rFonts w:ascii="Leelawadee UI" w:hAnsi="Leelawadee UI" w:eastAsia="Leelawadee UI" w:cs="Leelawadee UI"/>
        </w:rPr>
        <w:t>ហើយក្រឹត្យឆ្នាំ</w:t>
      </w:r>
      <w:r>
        <w:rPr>
          <w:rFonts w:ascii="Times New Roman" w:hAnsi="Times New Roman" w:eastAsia="Times New Roman" w:cs="Times New Roman"/>
        </w:rPr>
        <w:t xml:space="preserve"> 533 </w:t>
      </w:r>
      <w:r>
        <w:rPr>
          <w:rFonts w:ascii="Leelawadee UI" w:hAnsi="Leelawadee UI" w:eastAsia="Leelawadee UI" w:cs="Leelawadee UI"/>
        </w:rPr>
        <w:t>ស្ថិតមុនច្បាប់ថ្ងៃអាទិត្យនៅក្រុមប្រឹក្សាទីបីនៃ</w:t>
      </w:r>
      <w:r>
        <w:rPr>
          <w:rFonts w:ascii="Times New Roman" w:hAnsi="Times New Roman" w:eastAsia="Times New Roman" w:cs="Times New Roman"/>
        </w:rPr>
        <w:t xml:space="preserve"> Orleans </w:t>
      </w:r>
      <w:r>
        <w:rPr>
          <w:rFonts w:ascii="Leelawadee UI" w:hAnsi="Leelawadee UI" w:eastAsia="Leelawadee UI" w:cs="Leelawadee UI"/>
        </w:rPr>
        <w:t>ក្នុងឆ្នាំ</w:t>
      </w:r>
      <w:r>
        <w:rPr>
          <w:rFonts w:ascii="Times New Roman" w:hAnsi="Times New Roman" w:eastAsia="Times New Roman" w:cs="Times New Roman"/>
        </w:rPr>
        <w:t xml:space="preserve"> 538</w:t>
      </w:r>
      <w:r>
        <w:rPr>
          <w:rFonts w:ascii="Leelawadee UI" w:hAnsi="Leelawadee UI" w:eastAsia="Leelawadee UI" w:cs="Leelawadee UI"/>
        </w:rPr>
        <w:t>។</w:t>
      </w:r>
      <w:r>
        <w:rPr>
          <w:rFonts w:ascii="Times New Roman" w:hAnsi="Times New Roman" w:eastAsia="Times New Roman" w:cs="Times New Roman"/>
        </w:rPr>
        <w:t xml:space="preserve"> </w:t>
      </w:r>
      <w:r>
        <w:rPr>
          <w:rFonts w:ascii="Leelawadee UI" w:hAnsi="Leelawadee UI" w:eastAsia="Leelawadee UI" w:cs="Leelawadee UI"/>
        </w:rPr>
        <w:t>នីតិប្បញ្ញត្តិប្រភេទណាមួយ</w:t>
      </w:r>
      <w:r>
        <w:rPr>
          <w:rFonts w:ascii="Times New Roman" w:hAnsi="Times New Roman" w:eastAsia="Times New Roman" w:cs="Times New Roman"/>
        </w:rPr>
        <w:t xml:space="preserve"> </w:t>
      </w:r>
      <w:r>
        <w:rPr>
          <w:rFonts w:ascii="Leelawadee UI" w:hAnsi="Leelawadee UI" w:eastAsia="Leelawadee UI" w:cs="Leelawadee UI"/>
        </w:rPr>
        <w:t>នឹងបំពេញលក្ខណៈព្យាករណ៍របស់ទាំងក្រឹត្យរបស់</w:t>
      </w:r>
      <w:r>
        <w:rPr>
          <w:rFonts w:ascii="Times New Roman" w:hAnsi="Times New Roman" w:eastAsia="Times New Roman" w:cs="Times New Roman"/>
        </w:rPr>
        <w:t xml:space="preserve"> Justinian </w:t>
      </w:r>
      <w:r>
        <w:rPr>
          <w:rFonts w:ascii="Leelawadee UI" w:hAnsi="Leelawadee UI" w:eastAsia="Leelawadee UI" w:cs="Leelawadee UI"/>
        </w:rPr>
        <w:t>និងព្រះរាជក្រឹត្យទីក្រុង</w:t>
      </w:r>
      <w:r>
        <w:rPr>
          <w:rFonts w:ascii="Times New Roman" w:hAnsi="Times New Roman" w:eastAsia="Times New Roman" w:cs="Times New Roman"/>
        </w:rPr>
        <w:t xml:space="preserve"> Milan </w:t>
      </w:r>
      <w:r>
        <w:rPr>
          <w:rFonts w:ascii="Leelawadee UI" w:hAnsi="Leelawadee UI" w:eastAsia="Leelawadee UI" w:cs="Leelawadee UI"/>
        </w:rPr>
        <w:t>ខណៈដែលអាពាហ៍ពិពាហ៍តាមសន្ធិសញ្ញាដែលមានន័យជានិមិត្តសញ្ញាប្រភេទណាមួយ</w:t>
      </w:r>
      <w:r>
        <w:rPr>
          <w:rFonts w:ascii="Times New Roman" w:hAnsi="Times New Roman" w:eastAsia="Times New Roman" w:cs="Times New Roman"/>
        </w:rPr>
        <w:t xml:space="preserve"> </w:t>
      </w:r>
      <w:r>
        <w:rPr>
          <w:rFonts w:ascii="Leelawadee UI" w:hAnsi="Leelawadee UI" w:eastAsia="Leelawadee UI" w:cs="Leelawadee UI"/>
        </w:rPr>
        <w:t>នឹងត្រូវបានបង្កើតឡើង។</w:t>
      </w:r>
    </w:p>
    <w:p>
      <w:pPr>
        <w:pStyle w:val="ArticleBody"/>
        <w:jc w:val="left"/>
      </w:pPr>
      <w:r>
        <w:rPr>
          <w:rFonts w:ascii="Times New Roman" w:hAnsi="Times New Roman" w:eastAsia="Times New Roman" w:cs="Times New Roman"/>
        </w:rPr>
        <w:t>هنگامی که آن فرمان صادر شود، دیگر برای آماده شدن بسیار دیر شده است، زیرا درِ مهلتِ آزمون بر شاخِ پروتستان بسته شده است، به همان یقینی که در نخستین فِصَح در مصر بسته شد. پس از آن، قانونِ یکشنبه، که نشانۀ راهِ بعدی است، نه تنها آشکار می‌سازد که تمثالِ وحش به‌طور کامل شکل گرفته است، بلکه همچنین اجرای نشانِ وحش را نیز مشخص می‌کند. قانونِ یکشنبه پایانِ مهلتِ آزمون برای شاخِ جمهوری‌خواه، یعنی وحشِ زمینِ مکاشفه سیزده، را نشان می‌دهد، با همان قطعیتی که فرعون و لشکرش پس از فِصَح در دریای سرخ هلاک شدند.</w:t>
      </w:r>
    </w:p>
    <w:p>
      <w:pPr>
        <w:pStyle w:val="ArticleBody"/>
        <w:jc w:val="left"/>
      </w:pPr>
      <w:r>
        <w:rPr>
          <w:rFonts w:ascii="Times New Roman" w:hAnsi="Times New Roman" w:eastAsia="Times New Roman" w:cs="Times New Roman"/>
        </w:rPr>
        <w:t>Bã kụa abụọ na iri ise nke na-agwụ na 207 BC na-akọwapụta Donald Trump, dịka a na-anọchi anya ya site n’aka Antiochus Magnus na-akwadebe maka agha na-abịa nke na-amalite n’ọhịa dị larịị nke Panium ma kwụsị n’ịgba obodo Sidon mgbịrịgba. Mgbe Agha Panium gasịrị, ọchịagha Ptolemaic, Scopas nke Aetolia, gbapụrụ ya na ihe dị ka ndị agha puku iri fọdụrụ ndụ gaa n’obodo Sidon. Antiochus chụpụrụ ya ma tee Sidon “mgbochi.” Gọọmenti Ptolemaic dị na Alexandria zigara ndị agha enyemaka, ma ọ dara ada. N’ihu agụụ na-agụ ha, Scopas nyefere obodo ahụ. Antiochus kwere ka Scopas pụọ; Scopas mechara laghachi Ijipt, ebe e mesịrị gbuo ya n’ebubo nke ịrara mba nye na izu ohi ego. Ịgba Sidon mgbịrịgba mezuru mmeri Antiochus meriri Coele-Syria mgbe Panium gasịrị.</w:t>
      </w:r>
    </w:p>
    <w:p>
      <w:pPr>
        <w:pStyle w:val="ArticleBody"/>
        <w:jc w:val="left"/>
      </w:pPr>
      <w:r>
        <w:rPr>
          <w:rFonts w:ascii="Times New Roman" w:hAnsi="Times New Roman" w:eastAsia="Times New Roman" w:cs="Times New Roman"/>
        </w:rPr>
        <w:t>Udadewethu uWhite uchaza incwadi ka-Uriah Smith, *Daniel and the Revelation*, ngokuthi “isandla sikaNkulunkulu esisizayo.” USmith uveza umkhankaso ka-Antiochus wezinyathelo ezimbili encazelweni yakhe yamavesi eshumi nane neshumi nanhlanu kaDaniyeli isahluko seshumi nanye.</w:t>
      </w:r>
    </w:p>
    <w:p>
      <w:pPr>
        <w:pStyle w:val="ArticleScripture"/>
        <w:jc w:val="left"/>
      </w:pPr>
      <w:r>
        <w:rPr>
          <w:rFonts w:ascii="Times New Roman" w:hAnsi="Times New Roman" w:eastAsia="Times New Roman" w:cs="Times New Roman"/>
        </w:rPr>
        <w:t>“Ukufundiswa kwenkosi eselula yaseGibhithe kwaphathiswa yiBhunga leSenate laseRoma ku-M. Emilius Lepidus, owamisa u-Aristomenes, umphathiswa omdala nonamava waleyo nkundla, ukuba abe ngumgcini wayo. Isenzo sakhe sokuqala saba ngesokuthatha amanyathelo okumelana nokuhlasela okwakusongelwa ngookumkani ababini ababemanyene, uPhilip noAntiochus.</w:t>
      </w:r>
    </w:p>
    <w:p>
      <w:pPr>
        <w:pStyle w:val="ArticleScripture"/>
        <w:jc w:val="left"/>
      </w:pPr>
      <w:r>
        <w:rPr>
          <w:rFonts w:ascii="Times New Roman" w:hAnsi="Times New Roman" w:eastAsia="Times New Roman" w:cs="Times New Roman"/>
        </w:rPr>
        <w:t>“Kuti azisize cholinga chimenechi, iye anatumiza Scopas, mkulu wa nkhondo wotchuka wa ku AEtolia, amene panthawiyo anali m’ntchito ya Aigupto, kupita kudziko lakwawo kuti akasonkhanitse othandiza ankhondo. Atakonza gulu lankhondo, iye analowa mu Palestina ndi Coele-Syria (popeza Antiochus anali wotanganidwa ndi nkhondo yolimbana ndi Attalus ku Lesser Asia), ndipo anagonjetsa Yudeya yonse kuti ikhale pansi pa ulamuliro wa Aigupto.</w:t>
      </w:r>
    </w:p>
    <w:p>
      <w:pPr>
        <w:pStyle w:val="ArticleScripture"/>
        <w:jc w:val="left"/>
      </w:pPr>
      <w:r>
        <w:rPr>
          <w:rFonts w:ascii="Times New Roman" w:hAnsi="Times New Roman" w:eastAsia="Times New Roman" w:cs="Times New Roman"/>
        </w:rPr>
        <w:t>„Tako su se prilike dovele u stanje za ispunjenje stiha koji je pred nama. Jer je Antioh, odustavši od rata s Atalom po nalogu Rimljana, brzo poduzeo korake da iz ruku Egipćana povrati Palestinu i Koile-Siriju. Skopa je bio poslan da mu se suprotstavi. Blizu izvora Jordana susrele su se dvije vojske. [Panij] Skopa je bio poražen, gonjen do Sidona i ondje tijesno opkoljen. Tri najsposobnija egipatska vojskovođe, sa svojim najboljim snagama, bili su poslani da podignu opsadu, ali bez uspjeha. Napokon je Skopa, susrevši u mršavoj i neuhvatljivoj sablasti gladi neprijatelja s kojim se nije mogao nositi, bio prisiljen predati se pod nečasnim uvjetom samoga života; nakon čega je njemu i njegovih deset tisuća ljudi bilo dopušteno otići, ogoljeni i goli. Ovdje je bilo zauzimanje najutvrđenijih gradova od strane kralja sjevera; jer je Sidon, i po svom položaju i po svojim utvrdama, bio jedan od najjačih gradova onoga vremena. Ovdje je bio neuspjeh oružja juga da odoli, a također i neuspjeh naroda koji je kralj juga bio izabrao; naime, Skope i njegovih etolskih snaga.” Daniel and the Revelation, 257, 258.</w:t>
      </w:r>
    </w:p>
    <w:p>
      <w:pPr>
        <w:pStyle w:val="ArticleBody"/>
        <w:jc w:val="left"/>
      </w:pPr>
      <w:r>
        <w:rPr>
          <w:rFonts w:ascii="Nirmala UI" w:hAnsi="Nirmala UI" w:eastAsia="Nirmala UI" w:cs="Nirmala UI"/>
        </w:rPr>
        <w:t>වසර</w:t>
      </w:r>
      <w:r>
        <w:rPr>
          <w:rFonts w:ascii="Times New Roman" w:hAnsi="Times New Roman" w:eastAsia="Times New Roman" w:cs="Times New Roman"/>
        </w:rPr>
        <w:t xml:space="preserve"> </w:t>
      </w:r>
      <w:r>
        <w:rPr>
          <w:rFonts w:ascii="Nirmala UI" w:hAnsi="Nirmala UI" w:eastAsia="Nirmala UI" w:cs="Nirmala UI"/>
        </w:rPr>
        <w:t>දෙසිය</w:t>
      </w:r>
      <w:r>
        <w:rPr>
          <w:rFonts w:ascii="Times New Roman" w:hAnsi="Times New Roman" w:eastAsia="Times New Roman" w:cs="Times New Roman"/>
        </w:rPr>
        <w:t xml:space="preserve"> </w:t>
      </w:r>
      <w:r>
        <w:rPr>
          <w:rFonts w:ascii="Nirmala UI" w:hAnsi="Nirmala UI" w:eastAsia="Nirmala UI" w:cs="Nirmala UI"/>
        </w:rPr>
        <w:t>පනහ</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w:t>
      </w:r>
      <w:r>
        <w:rPr>
          <w:rFonts w:ascii="Times New Roman" w:hAnsi="Times New Roman" w:eastAsia="Times New Roman" w:cs="Times New Roman"/>
        </w:rPr>
        <w:t>.</w:t>
      </w:r>
      <w:r>
        <w:rPr>
          <w:rFonts w:ascii="Nirmala UI" w:hAnsi="Nirmala UI" w:eastAsia="Nirmala UI" w:cs="Nirmala UI"/>
        </w:rPr>
        <w:t>පූ</w:t>
      </w:r>
      <w:r>
        <w:rPr>
          <w:rFonts w:ascii="Times New Roman" w:hAnsi="Times New Roman" w:eastAsia="Times New Roman" w:cs="Times New Roman"/>
        </w:rPr>
        <w:t xml:space="preserve">. 207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අවසන්</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එම</w:t>
      </w:r>
      <w:r>
        <w:rPr>
          <w:rFonts w:ascii="Times New Roman" w:hAnsi="Times New Roman" w:eastAsia="Times New Roman" w:cs="Times New Roman"/>
        </w:rPr>
        <w:t xml:space="preserve"> </w:t>
      </w:r>
      <w:r>
        <w:rPr>
          <w:rFonts w:ascii="Nirmala UI" w:hAnsi="Nirmala UI" w:eastAsia="Nirmala UI" w:cs="Nirmala UI"/>
        </w:rPr>
        <w:t>කාලසීමාව</w:t>
      </w:r>
      <w:r>
        <w:rPr>
          <w:rFonts w:ascii="Times New Roman" w:hAnsi="Times New Roman" w:eastAsia="Times New Roman" w:cs="Times New Roman"/>
        </w:rPr>
        <w:t xml:space="preserve">, </w:t>
      </w:r>
      <w:r>
        <w:rPr>
          <w:rFonts w:ascii="Nirmala UI" w:hAnsi="Nirmala UI" w:eastAsia="Nirmala UI" w:cs="Nirmala UI"/>
        </w:rPr>
        <w:t>ඩොනල්ඩ්</w:t>
      </w:r>
      <w:r>
        <w:rPr>
          <w:rFonts w:ascii="Times New Roman" w:hAnsi="Times New Roman" w:eastAsia="Times New Roman" w:cs="Times New Roman"/>
        </w:rPr>
        <w:t xml:space="preserve"> </w:t>
      </w:r>
      <w:r>
        <w:rPr>
          <w:rFonts w:ascii="Nirmala UI" w:hAnsi="Nirmala UI" w:eastAsia="Nirmala UI" w:cs="Nirmala UI"/>
        </w:rPr>
        <w:t>ට්</w:t>
      </w:r>
      <w:r>
        <w:rPr>
          <w:rFonts w:ascii="Times New Roman" w:hAnsi="Times New Roman" w:eastAsia="Times New Roman" w:cs="Times New Roman"/>
        </w:rPr>
        <w:t>‍</w:t>
      </w:r>
      <w:r>
        <w:rPr>
          <w:rFonts w:ascii="Nirmala UI" w:hAnsi="Nirmala UI" w:eastAsia="Nirmala UI" w:cs="Nirmala UI"/>
        </w:rPr>
        <w:t>රම්ප්</w:t>
      </w:r>
      <w:r>
        <w:rPr>
          <w:rFonts w:ascii="Times New Roman" w:hAnsi="Times New Roman" w:eastAsia="Times New Roman" w:cs="Times New Roman"/>
        </w:rPr>
        <w:t xml:space="preserve"> </w:t>
      </w:r>
      <w:r>
        <w:rPr>
          <w:rFonts w:ascii="Nirmala UI" w:hAnsi="Nirmala UI" w:eastAsia="Nirmala UI" w:cs="Nirmala UI"/>
        </w:rPr>
        <w:t>හඳුනා</w:t>
      </w:r>
      <w:r>
        <w:rPr>
          <w:rFonts w:ascii="Times New Roman" w:hAnsi="Times New Roman" w:eastAsia="Times New Roman" w:cs="Times New Roman"/>
        </w:rPr>
        <w:t xml:space="preserve"> </w:t>
      </w:r>
      <w:r>
        <w:rPr>
          <w:rFonts w:ascii="Nirmala UI" w:hAnsi="Nirmala UI" w:eastAsia="Nirmala UI" w:cs="Nirmala UI"/>
        </w:rPr>
        <w:t>දෙයි</w:t>
      </w:r>
      <w:r>
        <w:rPr>
          <w:rFonts w:ascii="Times New Roman" w:hAnsi="Times New Roman" w:eastAsia="Times New Roman" w:cs="Times New Roman"/>
        </w:rPr>
        <w:t xml:space="preserve">. </w:t>
      </w:r>
      <w:r>
        <w:rPr>
          <w:rFonts w:ascii="Nirmala UI" w:hAnsi="Nirmala UI" w:eastAsia="Nirmala UI" w:cs="Nirmala UI"/>
        </w:rPr>
        <w:t>නැගෙනහිර</w:t>
      </w:r>
      <w:r>
        <w:rPr>
          <w:rFonts w:ascii="Times New Roman" w:hAnsi="Times New Roman" w:eastAsia="Times New Roman" w:cs="Times New Roman"/>
        </w:rPr>
        <w:t xml:space="preserve"> </w:t>
      </w:r>
      <w:r>
        <w:rPr>
          <w:rFonts w:ascii="Nirmala UI" w:hAnsi="Nirmala UI" w:eastAsia="Nirmala UI" w:cs="Nirmala UI"/>
        </w:rPr>
        <w:t>හා</w:t>
      </w:r>
      <w:r>
        <w:rPr>
          <w:rFonts w:ascii="Times New Roman" w:hAnsi="Times New Roman" w:eastAsia="Times New Roman" w:cs="Times New Roman"/>
        </w:rPr>
        <w:t xml:space="preserve"> </w:t>
      </w:r>
      <w:r>
        <w:rPr>
          <w:rFonts w:ascii="Nirmala UI" w:hAnsi="Nirmala UI" w:eastAsia="Nirmala UI" w:cs="Nirmala UI"/>
        </w:rPr>
        <w:t>බටහිර</w:t>
      </w:r>
      <w:r>
        <w:rPr>
          <w:rFonts w:ascii="Times New Roman" w:hAnsi="Times New Roman" w:eastAsia="Times New Roman" w:cs="Times New Roman"/>
        </w:rPr>
        <w:t xml:space="preserve"> </w:t>
      </w:r>
      <w:r>
        <w:rPr>
          <w:rFonts w:ascii="Nirmala UI" w:hAnsi="Nirmala UI" w:eastAsia="Nirmala UI" w:cs="Nirmala UI"/>
        </w:rPr>
        <w:t>අතර</w:t>
      </w:r>
      <w:r>
        <w:rPr>
          <w:rFonts w:ascii="Times New Roman" w:hAnsi="Times New Roman" w:eastAsia="Times New Roman" w:cs="Times New Roman"/>
        </w:rPr>
        <w:t xml:space="preserve"> </w:t>
      </w:r>
      <w:r>
        <w:rPr>
          <w:rFonts w:ascii="Nirmala UI" w:hAnsi="Nirmala UI" w:eastAsia="Nirmala UI" w:cs="Nirmala UI"/>
        </w:rPr>
        <w:t>ගිවිසුම්</w:t>
      </w:r>
      <w:r>
        <w:rPr>
          <w:rFonts w:ascii="Times New Roman" w:hAnsi="Times New Roman" w:eastAsia="Times New Roman" w:cs="Times New Roman"/>
        </w:rPr>
        <w:t xml:space="preserve"> </w:t>
      </w:r>
      <w:r>
        <w:rPr>
          <w:rFonts w:ascii="Nirmala UI" w:hAnsi="Nirmala UI" w:eastAsia="Nirmala UI" w:cs="Nirmala UI"/>
        </w:rPr>
        <w:t>විවාහය</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මිලාන්</w:t>
      </w:r>
      <w:r>
        <w:rPr>
          <w:rFonts w:ascii="Times New Roman" w:hAnsi="Times New Roman" w:eastAsia="Times New Roman" w:cs="Times New Roman"/>
        </w:rPr>
        <w:t xml:space="preserve"> </w:t>
      </w:r>
      <w:r>
        <w:rPr>
          <w:rFonts w:ascii="Nirmala UI" w:hAnsi="Nirmala UI" w:eastAsia="Nirmala UI" w:cs="Nirmala UI"/>
        </w:rPr>
        <w:t>ආඥාව</w:t>
      </w:r>
      <w:r>
        <w:rPr>
          <w:rFonts w:ascii="Times New Roman" w:hAnsi="Times New Roman" w:eastAsia="Times New Roman" w:cs="Times New Roman"/>
        </w:rPr>
        <w:t xml:space="preserve"> </w:t>
      </w:r>
      <w:r>
        <w:rPr>
          <w:rFonts w:ascii="Nirmala UI" w:hAnsi="Nirmala UI" w:eastAsia="Nirmala UI" w:cs="Nirmala UI"/>
        </w:rPr>
        <w:t>සමඟ</w:t>
      </w:r>
      <w:r>
        <w:rPr>
          <w:rFonts w:ascii="Times New Roman" w:hAnsi="Times New Roman" w:eastAsia="Times New Roman" w:cs="Times New Roman"/>
        </w:rPr>
        <w:t xml:space="preserve"> 313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අවසන්</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එම</w:t>
      </w:r>
      <w:r>
        <w:rPr>
          <w:rFonts w:ascii="Times New Roman" w:hAnsi="Times New Roman" w:eastAsia="Times New Roman" w:cs="Times New Roman"/>
        </w:rPr>
        <w:t xml:space="preserve"> </w:t>
      </w:r>
      <w:r>
        <w:rPr>
          <w:rFonts w:ascii="Nirmala UI" w:hAnsi="Nirmala UI" w:eastAsia="Nirmala UI" w:cs="Nirmala UI"/>
        </w:rPr>
        <w:t>දෙසිය</w:t>
      </w:r>
      <w:r>
        <w:rPr>
          <w:rFonts w:ascii="Times New Roman" w:hAnsi="Times New Roman" w:eastAsia="Times New Roman" w:cs="Times New Roman"/>
        </w:rPr>
        <w:t xml:space="preserve"> </w:t>
      </w:r>
      <w:r>
        <w:rPr>
          <w:rFonts w:ascii="Nirmala UI" w:hAnsi="Nirmala UI" w:eastAsia="Nirmala UI" w:cs="Nirmala UI"/>
        </w:rPr>
        <w:t>පනස්</w:t>
      </w:r>
      <w:r>
        <w:rPr>
          <w:rFonts w:ascii="Times New Roman" w:hAnsi="Times New Roman" w:eastAsia="Times New Roman" w:cs="Times New Roman"/>
        </w:rPr>
        <w:t xml:space="preserve"> </w:t>
      </w:r>
      <w:r>
        <w:rPr>
          <w:rFonts w:ascii="Nirmala UI" w:hAnsi="Nirmala UI" w:eastAsia="Nirmala UI" w:cs="Nirmala UI"/>
        </w:rPr>
        <w:t>අවුරුදු</w:t>
      </w:r>
      <w:r>
        <w:rPr>
          <w:rFonts w:ascii="Times New Roman" w:hAnsi="Times New Roman" w:eastAsia="Times New Roman" w:cs="Times New Roman"/>
        </w:rPr>
        <w:t xml:space="preserve"> </w:t>
      </w:r>
      <w:r>
        <w:rPr>
          <w:rFonts w:ascii="Nirmala UI" w:hAnsi="Nirmala UI" w:eastAsia="Nirmala UI" w:cs="Nirmala UI"/>
        </w:rPr>
        <w:t>අනාවැකිය</w:t>
      </w:r>
      <w:r>
        <w:rPr>
          <w:rFonts w:ascii="Times New Roman" w:hAnsi="Times New Roman" w:eastAsia="Times New Roman" w:cs="Times New Roman"/>
        </w:rPr>
        <w:t xml:space="preserve">,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w:t>
      </w:r>
      <w:r>
        <w:rPr>
          <w:rFonts w:ascii="Times New Roman" w:hAnsi="Times New Roman" w:eastAsia="Times New Roman" w:cs="Times New Roman"/>
        </w:rPr>
        <w:t xml:space="preserve"> </w:t>
      </w:r>
      <w:r>
        <w:rPr>
          <w:rFonts w:ascii="Nirmala UI" w:hAnsi="Nirmala UI" w:eastAsia="Nirmala UI" w:cs="Nirmala UI"/>
        </w:rPr>
        <w:t>මෘගයාගේ</w:t>
      </w:r>
      <w:r>
        <w:rPr>
          <w:rFonts w:ascii="Times New Roman" w:hAnsi="Times New Roman" w:eastAsia="Times New Roman" w:cs="Times New Roman"/>
        </w:rPr>
        <w:t xml:space="preserve"> </w:t>
      </w:r>
      <w:r>
        <w:rPr>
          <w:rFonts w:ascii="Nirmala UI" w:hAnsi="Nirmala UI" w:eastAsia="Nirmala UI" w:cs="Nirmala UI"/>
        </w:rPr>
        <w:t>රූපය</w:t>
      </w:r>
      <w:r>
        <w:rPr>
          <w:rFonts w:ascii="Times New Roman" w:hAnsi="Times New Roman" w:eastAsia="Times New Roman" w:cs="Times New Roman"/>
        </w:rPr>
        <w:t xml:space="preserve"> </w:t>
      </w:r>
      <w:r>
        <w:rPr>
          <w:rFonts w:ascii="Nirmala UI" w:hAnsi="Nirmala UI" w:eastAsia="Nirmala UI" w:cs="Nirmala UI"/>
        </w:rPr>
        <w:t>පිහිටුවීම</w:t>
      </w:r>
      <w:r>
        <w:rPr>
          <w:rFonts w:ascii="Times New Roman" w:hAnsi="Times New Roman" w:eastAsia="Times New Roman" w:cs="Times New Roman"/>
        </w:rPr>
        <w:t xml:space="preserve"> </w:t>
      </w:r>
      <w:r>
        <w:rPr>
          <w:rFonts w:ascii="Nirmala UI" w:hAnsi="Nirmala UI" w:eastAsia="Nirmala UI" w:cs="Nirmala UI"/>
        </w:rPr>
        <w:t>හඳුනා</w:t>
      </w:r>
      <w:r>
        <w:rPr>
          <w:rFonts w:ascii="Times New Roman" w:hAnsi="Times New Roman" w:eastAsia="Times New Roman" w:cs="Times New Roman"/>
        </w:rPr>
        <w:t xml:space="preserve"> </w:t>
      </w:r>
      <w:r>
        <w:rPr>
          <w:rFonts w:ascii="Nirmala UI" w:hAnsi="Nirmala UI" w:eastAsia="Nirmala UI" w:cs="Nirmala UI"/>
        </w:rPr>
        <w:t>දෙයි</w:t>
      </w:r>
      <w:r>
        <w:rPr>
          <w:rFonts w:ascii="Times New Roman" w:hAnsi="Times New Roman" w:eastAsia="Times New Roman" w:cs="Times New Roman"/>
        </w:rPr>
        <w:t xml:space="preserve">. 313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ආරම්භ</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පෙර්ගමොස්</w:t>
      </w:r>
      <w:r>
        <w:rPr>
          <w:rFonts w:ascii="Times New Roman" w:hAnsi="Times New Roman" w:eastAsia="Times New Roman" w:cs="Times New Roman"/>
        </w:rPr>
        <w:t xml:space="preserve"> </w:t>
      </w:r>
      <w:r>
        <w:rPr>
          <w:rFonts w:ascii="Nirmala UI" w:hAnsi="Nirmala UI" w:eastAsia="Nirmala UI" w:cs="Nirmala UI"/>
        </w:rPr>
        <w:t>සභාව</w:t>
      </w:r>
      <w:r>
        <w:rPr>
          <w:rFonts w:ascii="Times New Roman" w:hAnsi="Times New Roman" w:eastAsia="Times New Roman" w:cs="Times New Roman"/>
        </w:rPr>
        <w:t xml:space="preserve">, </w:t>
      </w:r>
      <w:r>
        <w:rPr>
          <w:rFonts w:ascii="Nirmala UI" w:hAnsi="Nirmala UI" w:eastAsia="Nirmala UI" w:cs="Nirmala UI"/>
        </w:rPr>
        <w:t>පාප්</w:t>
      </w:r>
      <w:r>
        <w:rPr>
          <w:rFonts w:ascii="Times New Roman" w:hAnsi="Times New Roman" w:eastAsia="Times New Roman" w:cs="Times New Roman"/>
        </w:rPr>
        <w:t xml:space="preserve"> </w:t>
      </w:r>
      <w:r>
        <w:rPr>
          <w:rFonts w:ascii="Nirmala UI" w:hAnsi="Nirmala UI" w:eastAsia="Nirmala UI" w:cs="Nirmala UI"/>
        </w:rPr>
        <w:t>බලය</w:t>
      </w:r>
      <w:r>
        <w:rPr>
          <w:rFonts w:ascii="Times New Roman" w:hAnsi="Times New Roman" w:eastAsia="Times New Roman" w:cs="Times New Roman"/>
        </w:rPr>
        <w:t xml:space="preserve"> </w:t>
      </w:r>
      <w:r>
        <w:rPr>
          <w:rFonts w:ascii="Nirmala UI" w:hAnsi="Nirmala UI" w:eastAsia="Nirmala UI" w:cs="Nirmala UI"/>
        </w:rPr>
        <w:t>සිංහාසනය</w:t>
      </w:r>
      <w:r>
        <w:rPr>
          <w:rFonts w:ascii="Times New Roman" w:hAnsi="Times New Roman" w:eastAsia="Times New Roman" w:cs="Times New Roman"/>
        </w:rPr>
        <w:t xml:space="preserve"> </w:t>
      </w:r>
      <w:r>
        <w:rPr>
          <w:rFonts w:ascii="Nirmala UI" w:hAnsi="Nirmala UI" w:eastAsia="Nirmala UI" w:cs="Nirmala UI"/>
        </w:rPr>
        <w:t>අත්පත්</w:t>
      </w:r>
      <w:r>
        <w:rPr>
          <w:rFonts w:ascii="Times New Roman" w:hAnsi="Times New Roman" w:eastAsia="Times New Roman" w:cs="Times New Roman"/>
        </w:rPr>
        <w:t xml:space="preserve"> </w:t>
      </w:r>
      <w:r>
        <w:rPr>
          <w:rFonts w:ascii="Nirmala UI" w:hAnsi="Nirmala UI" w:eastAsia="Nirmala UI" w:cs="Nirmala UI"/>
        </w:rPr>
        <w:t>කරගැනීමට</w:t>
      </w:r>
      <w:r>
        <w:rPr>
          <w:rFonts w:ascii="Times New Roman" w:hAnsi="Times New Roman" w:eastAsia="Times New Roman" w:cs="Times New Roman"/>
        </w:rPr>
        <w:t xml:space="preserve"> </w:t>
      </w:r>
      <w:r>
        <w:rPr>
          <w:rFonts w:ascii="Nirmala UI" w:hAnsi="Nirmala UI" w:eastAsia="Nirmala UI" w:cs="Nirmala UI"/>
        </w:rPr>
        <w:t>පෙර</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රිස්තියානි</w:t>
      </w:r>
      <w:r>
        <w:rPr>
          <w:rFonts w:ascii="Times New Roman" w:hAnsi="Times New Roman" w:eastAsia="Times New Roman" w:cs="Times New Roman"/>
        </w:rPr>
        <w:t xml:space="preserve"> </w:t>
      </w:r>
      <w:r>
        <w:rPr>
          <w:rFonts w:ascii="Nirmala UI" w:hAnsi="Nirmala UI" w:eastAsia="Nirmala UI" w:cs="Nirmala UI"/>
        </w:rPr>
        <w:t>ධර්මය</w:t>
      </w:r>
      <w:r>
        <w:rPr>
          <w:rFonts w:ascii="Times New Roman" w:hAnsi="Times New Roman" w:eastAsia="Times New Roman" w:cs="Times New Roman"/>
        </w:rPr>
        <w:t xml:space="preserve"> </w:t>
      </w:r>
      <w:r>
        <w:rPr>
          <w:rFonts w:ascii="Nirmala UI" w:hAnsi="Nirmala UI" w:eastAsia="Nirmala UI" w:cs="Nirmala UI"/>
        </w:rPr>
        <w:t>අන්</w:t>
      </w:r>
      <w:r>
        <w:rPr>
          <w:rFonts w:ascii="Times New Roman" w:hAnsi="Times New Roman" w:eastAsia="Times New Roman" w:cs="Times New Roman"/>
        </w:rPr>
        <w:t>‍</w:t>
      </w:r>
      <w:r>
        <w:rPr>
          <w:rFonts w:ascii="Nirmala UI" w:hAnsi="Nirmala UI" w:eastAsia="Nirmala UI" w:cs="Nirmala UI"/>
        </w:rPr>
        <w:t>යාගමික</w:t>
      </w:r>
      <w:r>
        <w:rPr>
          <w:rFonts w:ascii="Times New Roman" w:hAnsi="Times New Roman" w:eastAsia="Times New Roman" w:cs="Times New Roman"/>
        </w:rPr>
        <w:t xml:space="preserve"> </w:t>
      </w:r>
      <w:r>
        <w:rPr>
          <w:rFonts w:ascii="Nirmala UI" w:hAnsi="Nirmala UI" w:eastAsia="Nirmala UI" w:cs="Nirmala UI"/>
        </w:rPr>
        <w:t>ආගම</w:t>
      </w:r>
      <w:r>
        <w:rPr>
          <w:rFonts w:ascii="Times New Roman" w:hAnsi="Times New Roman" w:eastAsia="Times New Roman" w:cs="Times New Roman"/>
        </w:rPr>
        <w:t xml:space="preserve"> </w:t>
      </w:r>
      <w:r>
        <w:rPr>
          <w:rFonts w:ascii="Nirmala UI" w:hAnsi="Nirmala UI" w:eastAsia="Nirmala UI" w:cs="Nirmala UI"/>
        </w:rPr>
        <w:t>සමඟ</w:t>
      </w:r>
      <w:r>
        <w:rPr>
          <w:rFonts w:ascii="Times New Roman" w:hAnsi="Times New Roman" w:eastAsia="Times New Roman" w:cs="Times New Roman"/>
        </w:rPr>
        <w:t xml:space="preserve"> </w:t>
      </w:r>
      <w:r>
        <w:rPr>
          <w:rFonts w:ascii="Nirmala UI" w:hAnsi="Nirmala UI" w:eastAsia="Nirmala UI" w:cs="Nirmala UI"/>
        </w:rPr>
        <w:t>සම්මුතියක්</w:t>
      </w:r>
      <w:r>
        <w:rPr>
          <w:rFonts w:ascii="Times New Roman" w:hAnsi="Times New Roman" w:eastAsia="Times New Roman" w:cs="Times New Roman"/>
        </w:rPr>
        <w:t xml:space="preserve"> </w:t>
      </w:r>
      <w:r>
        <w:rPr>
          <w:rFonts w:ascii="Nirmala UI" w:hAnsi="Nirmala UI" w:eastAsia="Nirmala UI" w:cs="Nirmala UI"/>
        </w:rPr>
        <w:t>කරමින්</w:t>
      </w:r>
      <w:r>
        <w:rPr>
          <w:rFonts w:ascii="Times New Roman" w:hAnsi="Times New Roman" w:eastAsia="Times New Roman" w:cs="Times New Roman"/>
        </w:rPr>
        <w:t xml:space="preserve"> </w:t>
      </w:r>
      <w:r>
        <w:rPr>
          <w:rFonts w:ascii="Nirmala UI" w:hAnsi="Nirmala UI" w:eastAsia="Nirmala UI" w:cs="Nirmala UI"/>
        </w:rPr>
        <w:t>පිරිහී</w:t>
      </w:r>
      <w:r>
        <w:rPr>
          <w:rFonts w:ascii="Times New Roman" w:hAnsi="Times New Roman" w:eastAsia="Times New Roman" w:cs="Times New Roman"/>
        </w:rPr>
        <w:t xml:space="preserve"> </w:t>
      </w:r>
      <w:r>
        <w:rPr>
          <w:rFonts w:ascii="Nirmala UI" w:hAnsi="Nirmala UI" w:eastAsia="Nirmala UI" w:cs="Nirmala UI"/>
        </w:rPr>
        <w:t>ගිය</w:t>
      </w:r>
      <w:r>
        <w:rPr>
          <w:rFonts w:ascii="Times New Roman" w:hAnsi="Times New Roman" w:eastAsia="Times New Roman" w:cs="Times New Roman"/>
        </w:rPr>
        <w:t xml:space="preserve"> </w:t>
      </w:r>
      <w:r>
        <w:rPr>
          <w:rFonts w:ascii="Nirmala UI" w:hAnsi="Nirmala UI" w:eastAsia="Nirmala UI" w:cs="Nirmala UI"/>
        </w:rPr>
        <w:t>ඉතිහාසය</w:t>
      </w:r>
      <w:r>
        <w:rPr>
          <w:rFonts w:ascii="Times New Roman" w:hAnsi="Times New Roman" w:eastAsia="Times New Roman" w:cs="Times New Roman"/>
        </w:rPr>
        <w:t xml:space="preserve"> </w:t>
      </w:r>
      <w:r>
        <w:rPr>
          <w:rFonts w:ascii="Nirmala UI" w:hAnsi="Nirmala UI" w:eastAsia="Nirmala UI" w:cs="Nirmala UI"/>
        </w:rPr>
        <w:t>නියෝජනය</w:t>
      </w:r>
      <w:r>
        <w:rPr>
          <w:rFonts w:ascii="Times New Roman" w:hAnsi="Times New Roman" w:eastAsia="Times New Roman" w:cs="Times New Roman"/>
        </w:rPr>
        <w:t xml:space="preserve"> </w:t>
      </w:r>
      <w:r>
        <w:rPr>
          <w:rFonts w:ascii="Nirmala UI" w:hAnsi="Nirmala UI" w:eastAsia="Nirmala UI" w:cs="Nirmala UI"/>
        </w:rPr>
        <w:t>කරයි</w:t>
      </w:r>
      <w:r>
        <w:rPr>
          <w:rFonts w:ascii="Times New Roman" w:hAnsi="Times New Roman" w:eastAsia="Times New Roman" w:cs="Times New Roman"/>
        </w:rPr>
        <w:t xml:space="preserve">. </w:t>
      </w:r>
      <w:r>
        <w:rPr>
          <w:rFonts w:ascii="Nirmala UI" w:hAnsi="Nirmala UI" w:eastAsia="Nirmala UI" w:cs="Nirmala UI"/>
        </w:rPr>
        <w:t>පෙර්ගමොස්</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313 </w:t>
      </w:r>
      <w:r>
        <w:rPr>
          <w:rFonts w:ascii="Nirmala UI" w:hAnsi="Nirmala UI" w:eastAsia="Nirmala UI" w:cs="Nirmala UI"/>
        </w:rPr>
        <w:t>වර්ෂය</w:t>
      </w:r>
      <w:r>
        <w:rPr>
          <w:rFonts w:ascii="Times New Roman" w:hAnsi="Times New Roman" w:eastAsia="Times New Roman" w:cs="Times New Roman"/>
        </w:rPr>
        <w:t xml:space="preserve">,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w:t>
      </w:r>
      <w:r>
        <w:rPr>
          <w:rFonts w:ascii="Times New Roman" w:hAnsi="Times New Roman" w:eastAsia="Times New Roman" w:cs="Times New Roman"/>
        </w:rPr>
        <w:t xml:space="preserve"> </w:t>
      </w:r>
      <w:r>
        <w:rPr>
          <w:rFonts w:ascii="Nirmala UI" w:hAnsi="Nirmala UI" w:eastAsia="Nirmala UI" w:cs="Nirmala UI"/>
        </w:rPr>
        <w:t>මෘගයාගේ</w:t>
      </w:r>
      <w:r>
        <w:rPr>
          <w:rFonts w:ascii="Times New Roman" w:hAnsi="Times New Roman" w:eastAsia="Times New Roman" w:cs="Times New Roman"/>
        </w:rPr>
        <w:t xml:space="preserve"> </w:t>
      </w:r>
      <w:r>
        <w:rPr>
          <w:rFonts w:ascii="Nirmala UI" w:hAnsi="Nirmala UI" w:eastAsia="Nirmala UI" w:cs="Nirmala UI"/>
        </w:rPr>
        <w:t>රූපය</w:t>
      </w:r>
      <w:r>
        <w:rPr>
          <w:rFonts w:ascii="Times New Roman" w:hAnsi="Times New Roman" w:eastAsia="Times New Roman" w:cs="Times New Roman"/>
        </w:rPr>
        <w:t xml:space="preserve"> </w:t>
      </w:r>
      <w:r>
        <w:rPr>
          <w:rFonts w:ascii="Nirmala UI" w:hAnsi="Nirmala UI" w:eastAsia="Nirmala UI" w:cs="Nirmala UI"/>
        </w:rPr>
        <w:t>පිහිටුවීමෙන්</w:t>
      </w:r>
      <w:r>
        <w:rPr>
          <w:rFonts w:ascii="Times New Roman" w:hAnsi="Times New Roman" w:eastAsia="Times New Roman" w:cs="Times New Roman"/>
        </w:rPr>
        <w:t xml:space="preserve"> </w:t>
      </w:r>
      <w:r>
        <w:rPr>
          <w:rFonts w:ascii="Nirmala UI" w:hAnsi="Nirmala UI" w:eastAsia="Nirmala UI" w:cs="Nirmala UI"/>
        </w:rPr>
        <w:t>නියෝජනය</w:t>
      </w:r>
      <w:r>
        <w:rPr>
          <w:rFonts w:ascii="Times New Roman" w:hAnsi="Times New Roman" w:eastAsia="Times New Roman" w:cs="Times New Roman"/>
        </w:rPr>
        <w:t xml:space="preserve"> </w:t>
      </w:r>
      <w:r>
        <w:rPr>
          <w:rFonts w:ascii="Nirmala UI" w:hAnsi="Nirmala UI" w:eastAsia="Nirmala UI" w:cs="Nirmala UI"/>
        </w:rPr>
        <w:t>කරනු</w:t>
      </w:r>
      <w:r>
        <w:rPr>
          <w:rFonts w:ascii="Times New Roman" w:hAnsi="Times New Roman" w:eastAsia="Times New Roman" w:cs="Times New Roman"/>
        </w:rPr>
        <w:t xml:space="preserve"> </w:t>
      </w:r>
      <w:r>
        <w:rPr>
          <w:rFonts w:ascii="Nirmala UI" w:hAnsi="Nirmala UI" w:eastAsia="Nirmala UI" w:cs="Nirmala UI"/>
        </w:rPr>
        <w:t>ලබන</w:t>
      </w:r>
      <w:r>
        <w:rPr>
          <w:rFonts w:ascii="Times New Roman" w:hAnsi="Times New Roman" w:eastAsia="Times New Roman" w:cs="Times New Roman"/>
        </w:rPr>
        <w:t xml:space="preserve"> </w:t>
      </w:r>
      <w:r>
        <w:rPr>
          <w:rFonts w:ascii="Nirmala UI" w:hAnsi="Nirmala UI" w:eastAsia="Nirmala UI" w:cs="Nirmala UI"/>
        </w:rPr>
        <w:t>සම්මුතියේ</w:t>
      </w:r>
      <w:r>
        <w:rPr>
          <w:rFonts w:ascii="Times New Roman" w:hAnsi="Times New Roman" w:eastAsia="Times New Roman" w:cs="Times New Roman"/>
        </w:rPr>
        <w:t xml:space="preserve"> </w:t>
      </w:r>
      <w:r>
        <w:rPr>
          <w:rFonts w:ascii="Nirmala UI" w:hAnsi="Nirmala UI" w:eastAsia="Nirmala UI" w:cs="Nirmala UI"/>
        </w:rPr>
        <w:t>ආදර්ශරූපයක්</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එය</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රිස්තියානි</w:t>
      </w:r>
      <w:r>
        <w:rPr>
          <w:rFonts w:ascii="Times New Roman" w:hAnsi="Times New Roman" w:eastAsia="Times New Roman" w:cs="Times New Roman"/>
        </w:rPr>
        <w:t xml:space="preserve"> </w:t>
      </w:r>
      <w:r>
        <w:rPr>
          <w:rFonts w:ascii="Nirmala UI" w:hAnsi="Nirmala UI" w:eastAsia="Nirmala UI" w:cs="Nirmala UI"/>
        </w:rPr>
        <w:t>ධර්මය</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පාප්වාදී</w:t>
      </w:r>
      <w:r>
        <w:rPr>
          <w:rFonts w:ascii="Times New Roman" w:hAnsi="Times New Roman" w:eastAsia="Times New Roman" w:cs="Times New Roman"/>
        </w:rPr>
        <w:t xml:space="preserve"> </w:t>
      </w:r>
      <w:r>
        <w:rPr>
          <w:rFonts w:ascii="Nirmala UI" w:hAnsi="Nirmala UI" w:eastAsia="Nirmala UI" w:cs="Nirmala UI"/>
        </w:rPr>
        <w:t>රෝමය</w:t>
      </w:r>
      <w:r>
        <w:rPr>
          <w:rFonts w:ascii="Times New Roman" w:hAnsi="Times New Roman" w:eastAsia="Times New Roman" w:cs="Times New Roman"/>
        </w:rPr>
        <w:t xml:space="preserve"> </w:t>
      </w:r>
      <w:r>
        <w:rPr>
          <w:rFonts w:ascii="Nirmala UI" w:hAnsi="Nirmala UI" w:eastAsia="Nirmala UI" w:cs="Nirmala UI"/>
        </w:rPr>
        <w:t>අතර</w:t>
      </w:r>
      <w:r>
        <w:rPr>
          <w:rFonts w:ascii="Times New Roman" w:hAnsi="Times New Roman" w:eastAsia="Times New Roman" w:cs="Times New Roman"/>
        </w:rPr>
        <w:t xml:space="preserve"> </w:t>
      </w:r>
      <w:r>
        <w:rPr>
          <w:rFonts w:ascii="Nirmala UI" w:hAnsi="Nirmala UI" w:eastAsia="Nirmala UI" w:cs="Nirmala UI"/>
        </w:rPr>
        <w:t>සම්මුතිය</w:t>
      </w:r>
      <w:r>
        <w:rPr>
          <w:rFonts w:ascii="Times New Roman" w:hAnsi="Times New Roman" w:eastAsia="Times New Roman" w:cs="Times New Roman"/>
        </w:rPr>
        <w:t xml:space="preserve"> </w:t>
      </w:r>
      <w:r>
        <w:rPr>
          <w:rFonts w:ascii="Nirmala UI" w:hAnsi="Nirmala UI" w:eastAsia="Nirmala UI" w:cs="Nirmala UI"/>
        </w:rPr>
        <w:t>නියෝජනය</w:t>
      </w:r>
      <w:r>
        <w:rPr>
          <w:rFonts w:ascii="Times New Roman" w:hAnsi="Times New Roman" w:eastAsia="Times New Roman" w:cs="Times New Roman"/>
        </w:rPr>
        <w:t xml:space="preserve"> </w:t>
      </w:r>
      <w:r>
        <w:rPr>
          <w:rFonts w:ascii="Nirmala UI" w:hAnsi="Nirmala UI" w:eastAsia="Nirmala UI" w:cs="Nirmala UI"/>
        </w:rPr>
        <w:t>කරයි</w:t>
      </w:r>
      <w:r>
        <w:rPr>
          <w:rFonts w:ascii="Times New Roman" w:hAnsi="Times New Roman" w:eastAsia="Times New Roman" w:cs="Times New Roman"/>
        </w:rPr>
        <w:t xml:space="preserve">; </w:t>
      </w:r>
      <w:r>
        <w:rPr>
          <w:rFonts w:ascii="Nirmala UI" w:hAnsi="Nirmala UI" w:eastAsia="Nirmala UI" w:cs="Nirmala UI"/>
        </w:rPr>
        <w:t>මක්නිසාද</w:t>
      </w:r>
      <w:r>
        <w:rPr>
          <w:rFonts w:ascii="Times New Roman" w:hAnsi="Times New Roman" w:eastAsia="Times New Roman" w:cs="Times New Roman"/>
        </w:rPr>
        <w:t xml:space="preserve"> </w:t>
      </w:r>
      <w:r>
        <w:rPr>
          <w:rFonts w:ascii="Nirmala UI" w:hAnsi="Nirmala UI" w:eastAsia="Nirmala UI" w:cs="Nirmala UI"/>
        </w:rPr>
        <w:t>කතෝලික</w:t>
      </w:r>
      <w:r>
        <w:rPr>
          <w:rFonts w:ascii="Times New Roman" w:hAnsi="Times New Roman" w:eastAsia="Times New Roman" w:cs="Times New Roman"/>
        </w:rPr>
        <w:t xml:space="preserve"> </w:t>
      </w:r>
      <w:r>
        <w:rPr>
          <w:rFonts w:ascii="Nirmala UI" w:hAnsi="Nirmala UI" w:eastAsia="Nirmala UI" w:cs="Nirmala UI"/>
        </w:rPr>
        <w:t>ආගම</w:t>
      </w:r>
      <w:r>
        <w:rPr>
          <w:rFonts w:ascii="Times New Roman" w:hAnsi="Times New Roman" w:eastAsia="Times New Roman" w:cs="Times New Roman"/>
        </w:rPr>
        <w:t xml:space="preserve"> </w:t>
      </w:r>
      <w:r>
        <w:rPr>
          <w:rFonts w:ascii="Nirmala UI" w:hAnsi="Nirmala UI" w:eastAsia="Nirmala UI" w:cs="Nirmala UI"/>
        </w:rPr>
        <w:t>යනු</w:t>
      </w:r>
      <w:r>
        <w:rPr>
          <w:rFonts w:ascii="Times New Roman" w:hAnsi="Times New Roman" w:eastAsia="Times New Roman" w:cs="Times New Roman"/>
        </w:rPr>
        <w:t xml:space="preserve"> </w:t>
      </w:r>
      <w:r>
        <w:rPr>
          <w:rFonts w:ascii="Nirmala UI" w:hAnsi="Nirmala UI" w:eastAsia="Nirmala UI" w:cs="Nirmala UI"/>
        </w:rPr>
        <w:t>ක්</w:t>
      </w:r>
      <w:r>
        <w:rPr>
          <w:rFonts w:ascii="Times New Roman" w:hAnsi="Times New Roman" w:eastAsia="Times New Roman" w:cs="Times New Roman"/>
        </w:rPr>
        <w:t>‍</w:t>
      </w:r>
      <w:r>
        <w:rPr>
          <w:rFonts w:ascii="Nirmala UI" w:hAnsi="Nirmala UI" w:eastAsia="Nirmala UI" w:cs="Nirmala UI"/>
        </w:rPr>
        <w:t>රිස්තියානි</w:t>
      </w:r>
      <w:r>
        <w:rPr>
          <w:rFonts w:ascii="Times New Roman" w:hAnsi="Times New Roman" w:eastAsia="Times New Roman" w:cs="Times New Roman"/>
        </w:rPr>
        <w:t xml:space="preserve"> </w:t>
      </w:r>
      <w:r>
        <w:rPr>
          <w:rFonts w:ascii="Nirmala UI" w:hAnsi="Nirmala UI" w:eastAsia="Nirmala UI" w:cs="Nirmala UI"/>
        </w:rPr>
        <w:t>ආයතනයක්</w:t>
      </w:r>
      <w:r>
        <w:rPr>
          <w:rFonts w:ascii="Times New Roman" w:hAnsi="Times New Roman" w:eastAsia="Times New Roman" w:cs="Times New Roman"/>
        </w:rPr>
        <w:t xml:space="preserve"> </w:t>
      </w:r>
      <w:r>
        <w:rPr>
          <w:rFonts w:ascii="Nirmala UI" w:hAnsi="Nirmala UI" w:eastAsia="Nirmala UI" w:cs="Nirmala UI"/>
        </w:rPr>
        <w:t>ලෙස</w:t>
      </w:r>
      <w:r>
        <w:rPr>
          <w:rFonts w:ascii="Times New Roman" w:hAnsi="Times New Roman" w:eastAsia="Times New Roman" w:cs="Times New Roman"/>
        </w:rPr>
        <w:t xml:space="preserve"> </w:t>
      </w:r>
      <w:r>
        <w:rPr>
          <w:rFonts w:ascii="Nirmala UI" w:hAnsi="Nirmala UI" w:eastAsia="Nirmala UI" w:cs="Nirmala UI"/>
        </w:rPr>
        <w:t>වෙස්ගත්</w:t>
      </w:r>
      <w:r>
        <w:rPr>
          <w:rFonts w:ascii="Times New Roman" w:hAnsi="Times New Roman" w:eastAsia="Times New Roman" w:cs="Times New Roman"/>
        </w:rPr>
        <w:t xml:space="preserve"> </w:t>
      </w:r>
      <w:r>
        <w:rPr>
          <w:rFonts w:ascii="Nirmala UI" w:hAnsi="Nirmala UI" w:eastAsia="Nirmala UI" w:cs="Nirmala UI"/>
        </w:rPr>
        <w:t>අන්</w:t>
      </w:r>
      <w:r>
        <w:rPr>
          <w:rFonts w:ascii="Times New Roman" w:hAnsi="Times New Roman" w:eastAsia="Times New Roman" w:cs="Times New Roman"/>
        </w:rPr>
        <w:t>‍</w:t>
      </w:r>
      <w:r>
        <w:rPr>
          <w:rFonts w:ascii="Nirmala UI" w:hAnsi="Nirmala UI" w:eastAsia="Nirmala UI" w:cs="Nirmala UI"/>
        </w:rPr>
        <w:t>යාගමිකත්වය</w:t>
      </w:r>
      <w:r>
        <w:rPr>
          <w:rFonts w:ascii="Times New Roman" w:hAnsi="Times New Roman" w:eastAsia="Times New Roman" w:cs="Times New Roman"/>
        </w:rPr>
        <w:t xml:space="preserve"> </w:t>
      </w:r>
      <w:r>
        <w:rPr>
          <w:rFonts w:ascii="Nirmala UI" w:hAnsi="Nirmala UI" w:eastAsia="Nirmala UI" w:cs="Nirmala UI"/>
        </w:rPr>
        <w:t>හැර</w:t>
      </w:r>
      <w:r>
        <w:rPr>
          <w:rFonts w:ascii="Times New Roman" w:hAnsi="Times New Roman" w:eastAsia="Times New Roman" w:cs="Times New Roman"/>
        </w:rPr>
        <w:t xml:space="preserve"> </w:t>
      </w:r>
      <w:r>
        <w:rPr>
          <w:rFonts w:ascii="Nirmala UI" w:hAnsi="Nirmala UI" w:eastAsia="Nirmala UI" w:cs="Nirmala UI"/>
        </w:rPr>
        <w:t>තවත්</w:t>
      </w:r>
      <w:r>
        <w:rPr>
          <w:rFonts w:ascii="Times New Roman" w:hAnsi="Times New Roman" w:eastAsia="Times New Roman" w:cs="Times New Roman"/>
        </w:rPr>
        <w:t xml:space="preserve"> </w:t>
      </w:r>
      <w:r>
        <w:rPr>
          <w:rFonts w:ascii="Nirmala UI" w:hAnsi="Nirmala UI" w:eastAsia="Nirmala UI" w:cs="Nirmala UI"/>
        </w:rPr>
        <w:t>කිසිවක්</w:t>
      </w:r>
      <w:r>
        <w:rPr>
          <w:rFonts w:ascii="Times New Roman" w:hAnsi="Times New Roman" w:eastAsia="Times New Roman" w:cs="Times New Roman"/>
        </w:rPr>
        <w:t xml:space="preserve"> </w:t>
      </w:r>
      <w:r>
        <w:rPr>
          <w:rFonts w:ascii="Nirmala UI" w:hAnsi="Nirmala UI" w:eastAsia="Nirmala UI" w:cs="Nirmala UI"/>
        </w:rPr>
        <w:t>නොවන</w:t>
      </w:r>
      <w:r>
        <w:rPr>
          <w:rFonts w:ascii="Times New Roman" w:hAnsi="Times New Roman" w:eastAsia="Times New Roman" w:cs="Times New Roman"/>
        </w:rPr>
        <w:t xml:space="preserve"> </w:t>
      </w:r>
      <w:r>
        <w:rPr>
          <w:rFonts w:ascii="Nirmala UI" w:hAnsi="Nirmala UI" w:eastAsia="Nirmala UI" w:cs="Nirmala UI"/>
        </w:rPr>
        <w:t>බැවිනි</w:t>
      </w:r>
      <w:r>
        <w:rPr>
          <w:rFonts w:ascii="Times New Roman" w:hAnsi="Times New Roman" w:eastAsia="Times New Roman" w:cs="Times New Roman"/>
        </w:rPr>
        <w:t xml:space="preserve">. 1776 </w:t>
      </w:r>
      <w:r>
        <w:rPr>
          <w:rFonts w:ascii="Nirmala UI" w:hAnsi="Nirmala UI" w:eastAsia="Nirmala UI" w:cs="Nirmala UI"/>
        </w:rPr>
        <w:t>දී</w:t>
      </w:r>
      <w:r>
        <w:rPr>
          <w:rFonts w:ascii="Times New Roman" w:hAnsi="Times New Roman" w:eastAsia="Times New Roman" w:cs="Times New Roman"/>
        </w:rPr>
        <w:t xml:space="preserve"> </w:t>
      </w:r>
      <w:r>
        <w:rPr>
          <w:rFonts w:ascii="Nirmala UI" w:hAnsi="Nirmala UI" w:eastAsia="Nirmala UI" w:cs="Nirmala UI"/>
        </w:rPr>
        <w:t>ආරම්භ</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මෙම</w:t>
      </w:r>
      <w:r>
        <w:rPr>
          <w:rFonts w:ascii="Times New Roman" w:hAnsi="Times New Roman" w:eastAsia="Times New Roman" w:cs="Times New Roman"/>
        </w:rPr>
        <w:t xml:space="preserve"> </w:t>
      </w:r>
      <w:r>
        <w:rPr>
          <w:rFonts w:ascii="Nirmala UI" w:hAnsi="Nirmala UI" w:eastAsia="Nirmala UI" w:cs="Nirmala UI"/>
        </w:rPr>
        <w:t>වසරේ</w:t>
      </w:r>
      <w:r>
        <w:rPr>
          <w:rFonts w:ascii="Times New Roman" w:hAnsi="Times New Roman" w:eastAsia="Times New Roman" w:cs="Times New Roman"/>
        </w:rPr>
        <w:t xml:space="preserve"> </w:t>
      </w:r>
      <w:r>
        <w:rPr>
          <w:rFonts w:ascii="Nirmala UI" w:hAnsi="Nirmala UI" w:eastAsia="Nirmala UI" w:cs="Nirmala UI"/>
        </w:rPr>
        <w:t>අවසන්</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දෙසිය</w:t>
      </w:r>
      <w:r>
        <w:rPr>
          <w:rFonts w:ascii="Times New Roman" w:hAnsi="Times New Roman" w:eastAsia="Times New Roman" w:cs="Times New Roman"/>
        </w:rPr>
        <w:t xml:space="preserve"> </w:t>
      </w:r>
      <w:r>
        <w:rPr>
          <w:rFonts w:ascii="Nirmala UI" w:hAnsi="Nirmala UI" w:eastAsia="Nirmala UI" w:cs="Nirmala UI"/>
        </w:rPr>
        <w:t>පනස්</w:t>
      </w:r>
      <w:r>
        <w:rPr>
          <w:rFonts w:ascii="Times New Roman" w:hAnsi="Times New Roman" w:eastAsia="Times New Roman" w:cs="Times New Roman"/>
        </w:rPr>
        <w:t xml:space="preserve"> </w:t>
      </w:r>
      <w:r>
        <w:rPr>
          <w:rFonts w:ascii="Nirmala UI" w:hAnsi="Nirmala UI" w:eastAsia="Nirmala UI" w:cs="Nirmala UI"/>
        </w:rPr>
        <w:t>අවුරුදු</w:t>
      </w:r>
      <w:r>
        <w:rPr>
          <w:rFonts w:ascii="Times New Roman" w:hAnsi="Times New Roman" w:eastAsia="Times New Roman" w:cs="Times New Roman"/>
        </w:rPr>
        <w:t xml:space="preserve"> </w:t>
      </w:r>
      <w:r>
        <w:rPr>
          <w:rFonts w:ascii="Nirmala UI" w:hAnsi="Nirmala UI" w:eastAsia="Nirmala UI" w:cs="Nirmala UI"/>
        </w:rPr>
        <w:t>අනාවැකියද</w:t>
      </w:r>
      <w:r>
        <w:rPr>
          <w:rFonts w:ascii="Times New Roman" w:hAnsi="Times New Roman" w:eastAsia="Times New Roman" w:cs="Times New Roman"/>
        </w:rPr>
        <w:t xml:space="preserve">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w:t>
      </w:r>
      <w:r>
        <w:rPr>
          <w:rFonts w:ascii="Times New Roman" w:hAnsi="Times New Roman" w:eastAsia="Times New Roman" w:cs="Times New Roman"/>
        </w:rPr>
        <w:t xml:space="preserve"> </w:t>
      </w:r>
      <w:r>
        <w:rPr>
          <w:rFonts w:ascii="Nirmala UI" w:hAnsi="Nirmala UI" w:eastAsia="Nirmala UI" w:cs="Nirmala UI"/>
        </w:rPr>
        <w:t>පිළිබඳවම</w:t>
      </w:r>
      <w:r>
        <w:rPr>
          <w:rFonts w:ascii="Times New Roman" w:hAnsi="Times New Roman" w:eastAsia="Times New Roman" w:cs="Times New Roman"/>
        </w:rPr>
        <w:t xml:space="preserve"> </w:t>
      </w:r>
      <w:r>
        <w:rPr>
          <w:rFonts w:ascii="Nirmala UI" w:hAnsi="Nirmala UI" w:eastAsia="Nirmala UI" w:cs="Nirmala UI"/>
        </w:rPr>
        <w:t>කතා</w:t>
      </w:r>
      <w:r>
        <w:rPr>
          <w:rFonts w:ascii="Times New Roman" w:hAnsi="Times New Roman" w:eastAsia="Times New Roman" w:cs="Times New Roman"/>
        </w:rPr>
        <w:t xml:space="preserve"> </w:t>
      </w:r>
      <w:r>
        <w:rPr>
          <w:rFonts w:ascii="Nirmala UI" w:hAnsi="Nirmala UI" w:eastAsia="Nirmala UI" w:cs="Nirmala UI"/>
        </w:rPr>
        <w:t>කරයි</w:t>
      </w:r>
      <w:r>
        <w:rPr>
          <w:rFonts w:ascii="Times New Roman" w:hAnsi="Times New Roman" w:eastAsia="Times New Roman" w:cs="Times New Roman"/>
        </w:rPr>
        <w:t xml:space="preserve">. </w:t>
      </w:r>
      <w:r>
        <w:rPr>
          <w:rFonts w:ascii="Nirmala UI" w:hAnsi="Nirmala UI" w:eastAsia="Nirmala UI" w:cs="Nirmala UI"/>
        </w:rPr>
        <w:t>එබැවින්</w:t>
      </w:r>
      <w:r>
        <w:rPr>
          <w:rFonts w:ascii="Times New Roman" w:hAnsi="Times New Roman" w:eastAsia="Times New Roman" w:cs="Times New Roman"/>
        </w:rPr>
        <w:t xml:space="preserve">, </w:t>
      </w:r>
      <w:r>
        <w:rPr>
          <w:rFonts w:ascii="Nirmala UI" w:hAnsi="Nirmala UI" w:eastAsia="Nirmala UI" w:cs="Nirmala UI"/>
        </w:rPr>
        <w:t>දෙසිය</w:t>
      </w:r>
      <w:r>
        <w:rPr>
          <w:rFonts w:ascii="Times New Roman" w:hAnsi="Times New Roman" w:eastAsia="Times New Roman" w:cs="Times New Roman"/>
        </w:rPr>
        <w:t xml:space="preserve"> </w:t>
      </w:r>
      <w:r>
        <w:rPr>
          <w:rFonts w:ascii="Nirmala UI" w:hAnsi="Nirmala UI" w:eastAsia="Nirmala UI" w:cs="Nirmala UI"/>
        </w:rPr>
        <w:t>පනස්</w:t>
      </w:r>
      <w:r>
        <w:rPr>
          <w:rFonts w:ascii="Times New Roman" w:hAnsi="Times New Roman" w:eastAsia="Times New Roman" w:cs="Times New Roman"/>
        </w:rPr>
        <w:t xml:space="preserve"> </w:t>
      </w:r>
      <w:r>
        <w:rPr>
          <w:rFonts w:ascii="Nirmala UI" w:hAnsi="Nirmala UI" w:eastAsia="Nirmala UI" w:cs="Nirmala UI"/>
        </w:rPr>
        <w:t>අවුරුදු</w:t>
      </w:r>
      <w:r>
        <w:rPr>
          <w:rFonts w:ascii="Times New Roman" w:hAnsi="Times New Roman" w:eastAsia="Times New Roman" w:cs="Times New Roman"/>
        </w:rPr>
        <w:t xml:space="preserve"> </w:t>
      </w:r>
      <w:r>
        <w:rPr>
          <w:rFonts w:ascii="Nirmala UI" w:hAnsi="Nirmala UI" w:eastAsia="Nirmala UI" w:cs="Nirmala UI"/>
        </w:rPr>
        <w:t>අනාවැකි</w:t>
      </w:r>
      <w:r>
        <w:rPr>
          <w:rFonts w:ascii="Times New Roman" w:hAnsi="Times New Roman" w:eastAsia="Times New Roman" w:cs="Times New Roman"/>
        </w:rPr>
        <w:t xml:space="preserve"> </w:t>
      </w:r>
      <w:r>
        <w:rPr>
          <w:rFonts w:ascii="Nirmala UI" w:hAnsi="Nirmala UI" w:eastAsia="Nirmala UI" w:cs="Nirmala UI"/>
        </w:rPr>
        <w:t>තුනම</w:t>
      </w:r>
      <w:r>
        <w:rPr>
          <w:rFonts w:ascii="Times New Roman" w:hAnsi="Times New Roman" w:eastAsia="Times New Roman" w:cs="Times New Roman"/>
        </w:rPr>
        <w:t xml:space="preserve"> </w:t>
      </w:r>
      <w:r>
        <w:rPr>
          <w:rFonts w:ascii="Nirmala UI" w:hAnsi="Nirmala UI" w:eastAsia="Nirmala UI" w:cs="Nirmala UI"/>
        </w:rPr>
        <w:t>එළිදරව්</w:t>
      </w:r>
      <w:r>
        <w:rPr>
          <w:rFonts w:ascii="Times New Roman" w:hAnsi="Times New Roman" w:eastAsia="Times New Roman" w:cs="Times New Roman"/>
        </w:rPr>
        <w:t xml:space="preserve"> </w:t>
      </w:r>
      <w:r>
        <w:rPr>
          <w:rFonts w:ascii="Nirmala UI" w:hAnsi="Nirmala UI" w:eastAsia="Nirmala UI" w:cs="Nirmala UI"/>
        </w:rPr>
        <w:t>පොතේ</w:t>
      </w:r>
      <w:r>
        <w:rPr>
          <w:rFonts w:ascii="Times New Roman" w:hAnsi="Times New Roman" w:eastAsia="Times New Roman" w:cs="Times New Roman"/>
        </w:rPr>
        <w:t xml:space="preserve"> </w:t>
      </w:r>
      <w:r>
        <w:rPr>
          <w:rFonts w:ascii="Nirmala UI" w:hAnsi="Nirmala UI" w:eastAsia="Nirmala UI" w:cs="Nirmala UI"/>
        </w:rPr>
        <w:t>දහතුනවන</w:t>
      </w:r>
      <w:r>
        <w:rPr>
          <w:rFonts w:ascii="Times New Roman" w:hAnsi="Times New Roman" w:eastAsia="Times New Roman" w:cs="Times New Roman"/>
        </w:rPr>
        <w:t xml:space="preserve"> </w:t>
      </w:r>
      <w:r>
        <w:rPr>
          <w:rFonts w:ascii="Nirmala UI" w:hAnsi="Nirmala UI" w:eastAsia="Nirmala UI" w:cs="Nirmala UI"/>
        </w:rPr>
        <w:t>පරිච්ඡේදයේ</w:t>
      </w:r>
      <w:r>
        <w:rPr>
          <w:rFonts w:ascii="Times New Roman" w:hAnsi="Times New Roman" w:eastAsia="Times New Roman" w:cs="Times New Roman"/>
        </w:rPr>
        <w:t xml:space="preserve"> </w:t>
      </w:r>
      <w:r>
        <w:rPr>
          <w:rFonts w:ascii="Nirmala UI" w:hAnsi="Nirmala UI" w:eastAsia="Nirmala UI" w:cs="Nirmala UI"/>
        </w:rPr>
        <w:t>භූමියේ</w:t>
      </w:r>
      <w:r>
        <w:rPr>
          <w:rFonts w:ascii="Times New Roman" w:hAnsi="Times New Roman" w:eastAsia="Times New Roman" w:cs="Times New Roman"/>
        </w:rPr>
        <w:t xml:space="preserve"> </w:t>
      </w:r>
      <w:r>
        <w:rPr>
          <w:rFonts w:ascii="Nirmala UI" w:hAnsi="Nirmala UI" w:eastAsia="Nirmala UI" w:cs="Nirmala UI"/>
        </w:rPr>
        <w:t>මෘගයාට</w:t>
      </w:r>
      <w:r>
        <w:rPr>
          <w:rFonts w:ascii="Times New Roman" w:hAnsi="Times New Roman" w:eastAsia="Times New Roman" w:cs="Times New Roman"/>
        </w:rPr>
        <w:t xml:space="preserve"> </w:t>
      </w:r>
      <w:r>
        <w:rPr>
          <w:rFonts w:ascii="Nirmala UI" w:hAnsi="Nirmala UI" w:eastAsia="Nirmala UI" w:cs="Nirmala UI"/>
        </w:rPr>
        <w:t>අදාළ</w:t>
      </w:r>
      <w:r>
        <w:rPr>
          <w:rFonts w:ascii="Times New Roman" w:hAnsi="Times New Roman" w:eastAsia="Times New Roman" w:cs="Times New Roman"/>
        </w:rPr>
        <w:t xml:space="preserve"> </w:t>
      </w:r>
      <w:r>
        <w:rPr>
          <w:rFonts w:ascii="Nirmala UI" w:hAnsi="Nirmala UI" w:eastAsia="Nirmala UI" w:cs="Nirmala UI"/>
        </w:rPr>
        <w:t>කිසියම්</w:t>
      </w:r>
      <w:r>
        <w:rPr>
          <w:rFonts w:ascii="Times New Roman" w:hAnsi="Times New Roman" w:eastAsia="Times New Roman" w:cs="Times New Roman"/>
        </w:rPr>
        <w:t xml:space="preserve"> </w:t>
      </w:r>
      <w:r>
        <w:rPr>
          <w:rFonts w:ascii="Nirmala UI" w:hAnsi="Nirmala UI" w:eastAsia="Nirmala UI" w:cs="Nirmala UI"/>
        </w:rPr>
        <w:t>අනාවැකිමය</w:t>
      </w:r>
      <w:r>
        <w:rPr>
          <w:rFonts w:ascii="Times New Roman" w:hAnsi="Times New Roman" w:eastAsia="Times New Roman" w:cs="Times New Roman"/>
        </w:rPr>
        <w:t xml:space="preserve"> </w:t>
      </w:r>
      <w:r>
        <w:rPr>
          <w:rFonts w:ascii="Nirmala UI" w:hAnsi="Nirmala UI" w:eastAsia="Nirmala UI" w:cs="Nirmala UI"/>
        </w:rPr>
        <w:t>පැත්තක්</w:t>
      </w:r>
      <w:r>
        <w:rPr>
          <w:rFonts w:ascii="Times New Roman" w:hAnsi="Times New Roman" w:eastAsia="Times New Roman" w:cs="Times New Roman"/>
        </w:rPr>
        <w:t xml:space="preserve"> </w:t>
      </w:r>
      <w:r>
        <w:rPr>
          <w:rFonts w:ascii="Nirmala UI" w:hAnsi="Nirmala UI" w:eastAsia="Nirmala UI" w:cs="Nirmala UI"/>
        </w:rPr>
        <w:t>සම්බන්ධ</w:t>
      </w:r>
      <w:r>
        <w:rPr>
          <w:rFonts w:ascii="Times New Roman" w:hAnsi="Times New Roman" w:eastAsia="Times New Roman" w:cs="Times New Roman"/>
        </w:rPr>
        <w:t xml:space="preserve"> </w:t>
      </w:r>
      <w:r>
        <w:rPr>
          <w:rFonts w:ascii="Nirmala UI" w:hAnsi="Nirmala UI" w:eastAsia="Nirmala UI" w:cs="Nirmala UI"/>
        </w:rPr>
        <w:t>කරමින්</w:t>
      </w:r>
      <w:r>
        <w:rPr>
          <w:rFonts w:ascii="Times New Roman" w:hAnsi="Times New Roman" w:eastAsia="Times New Roman" w:cs="Times New Roman"/>
        </w:rPr>
        <w:t xml:space="preserve"> </w:t>
      </w:r>
      <w:r>
        <w:rPr>
          <w:rFonts w:ascii="Nirmala UI" w:hAnsi="Nirmala UI" w:eastAsia="Nirmala UI" w:cs="Nirmala UI"/>
        </w:rPr>
        <w:t>පවතින</w:t>
      </w:r>
      <w:r>
        <w:rPr>
          <w:rFonts w:ascii="Times New Roman" w:hAnsi="Times New Roman" w:eastAsia="Times New Roman" w:cs="Times New Roman"/>
        </w:rPr>
        <w:t xml:space="preserve"> </w:t>
      </w:r>
      <w:r>
        <w:rPr>
          <w:rFonts w:ascii="Nirmala UI" w:hAnsi="Nirmala UI" w:eastAsia="Nirmala UI" w:cs="Nirmala UI"/>
        </w:rPr>
        <w:t>අතර</w:t>
      </w:r>
      <w:r>
        <w:rPr>
          <w:rFonts w:ascii="Times New Roman" w:hAnsi="Times New Roman" w:eastAsia="Times New Roman" w:cs="Times New Roman"/>
        </w:rPr>
        <w:t xml:space="preserve">, </w:t>
      </w:r>
      <w:r>
        <w:rPr>
          <w:rFonts w:ascii="Nirmala UI" w:hAnsi="Nirmala UI" w:eastAsia="Nirmala UI" w:cs="Nirmala UI"/>
        </w:rPr>
        <w:t>ඒ</w:t>
      </w:r>
      <w:r>
        <w:rPr>
          <w:rFonts w:ascii="Times New Roman" w:hAnsi="Times New Roman" w:eastAsia="Times New Roman" w:cs="Times New Roman"/>
        </w:rPr>
        <w:t xml:space="preserve"> </w:t>
      </w:r>
      <w:r>
        <w:rPr>
          <w:rFonts w:ascii="Nirmala UI" w:hAnsi="Nirmala UI" w:eastAsia="Nirmala UI" w:cs="Nirmala UI"/>
        </w:rPr>
        <w:t>සියල්ලම</w:t>
      </w:r>
      <w:r>
        <w:rPr>
          <w:rFonts w:ascii="Times New Roman" w:hAnsi="Times New Roman" w:eastAsia="Times New Roman" w:cs="Times New Roman"/>
        </w:rPr>
        <w:t xml:space="preserve"> </w:t>
      </w:r>
      <w:r>
        <w:rPr>
          <w:rFonts w:ascii="Nirmala UI" w:hAnsi="Nirmala UI" w:eastAsia="Nirmala UI" w:cs="Nirmala UI"/>
        </w:rPr>
        <w:t>දාහත</w:t>
      </w:r>
      <w:r>
        <w:rPr>
          <w:rFonts w:ascii="Times New Roman" w:hAnsi="Times New Roman" w:eastAsia="Times New Roman" w:cs="Times New Roman"/>
        </w:rPr>
        <w:t xml:space="preserve"> </w:t>
      </w:r>
      <w:r>
        <w:rPr>
          <w:rFonts w:ascii="Nirmala UI" w:hAnsi="Nirmala UI" w:eastAsia="Nirmala UI" w:cs="Nirmala UI"/>
        </w:rPr>
        <w:t>යන</w:t>
      </w:r>
      <w:r>
        <w:rPr>
          <w:rFonts w:ascii="Times New Roman" w:hAnsi="Times New Roman" w:eastAsia="Times New Roman" w:cs="Times New Roman"/>
        </w:rPr>
        <w:t xml:space="preserve"> </w:t>
      </w:r>
      <w:r>
        <w:rPr>
          <w:rFonts w:ascii="Nirmala UI" w:hAnsi="Nirmala UI" w:eastAsia="Nirmala UI" w:cs="Nirmala UI"/>
        </w:rPr>
        <w:t>සංඛ්</w:t>
      </w:r>
      <w:r>
        <w:rPr>
          <w:rFonts w:ascii="Times New Roman" w:hAnsi="Times New Roman" w:eastAsia="Times New Roman" w:cs="Times New Roman"/>
        </w:rPr>
        <w:t>‍</w:t>
      </w:r>
      <w:r>
        <w:rPr>
          <w:rFonts w:ascii="Nirmala UI" w:hAnsi="Nirmala UI" w:eastAsia="Nirmala UI" w:cs="Nirmala UI"/>
        </w:rPr>
        <w:t>යාවෙන්</w:t>
      </w:r>
      <w:r>
        <w:rPr>
          <w:rFonts w:ascii="Times New Roman" w:hAnsi="Times New Roman" w:eastAsia="Times New Roman" w:cs="Times New Roman"/>
        </w:rPr>
        <w:t xml:space="preserve"> </w:t>
      </w:r>
      <w:r>
        <w:rPr>
          <w:rFonts w:ascii="Nirmala UI" w:hAnsi="Nirmala UI" w:eastAsia="Nirmala UI" w:cs="Nirmala UI"/>
        </w:rPr>
        <w:t>නියෝජනය</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අනාවැකි</w:t>
      </w:r>
      <w:r>
        <w:rPr>
          <w:rFonts w:ascii="Times New Roman" w:hAnsi="Times New Roman" w:eastAsia="Times New Roman" w:cs="Times New Roman"/>
        </w:rPr>
        <w:t xml:space="preserve"> </w:t>
      </w:r>
      <w:r>
        <w:rPr>
          <w:rFonts w:ascii="Nirmala UI" w:hAnsi="Nirmala UI" w:eastAsia="Nirmala UI" w:cs="Nirmala UI"/>
        </w:rPr>
        <w:t>රේඛා</w:t>
      </w:r>
      <w:r>
        <w:rPr>
          <w:rFonts w:ascii="Times New Roman" w:hAnsi="Times New Roman" w:eastAsia="Times New Roman" w:cs="Times New Roman"/>
        </w:rPr>
        <w:t xml:space="preserve"> </w:t>
      </w:r>
      <w:r>
        <w:rPr>
          <w:rFonts w:ascii="Nirmala UI" w:hAnsi="Nirmala UI" w:eastAsia="Nirmala UI" w:cs="Nirmala UI"/>
        </w:rPr>
        <w:t>තුළ</w:t>
      </w:r>
      <w:r>
        <w:rPr>
          <w:rFonts w:ascii="Times New Roman" w:hAnsi="Times New Roman" w:eastAsia="Times New Roman" w:cs="Times New Roman"/>
        </w:rPr>
        <w:t xml:space="preserve"> </w:t>
      </w:r>
      <w:r>
        <w:rPr>
          <w:rFonts w:ascii="Nirmala UI" w:hAnsi="Nirmala UI" w:eastAsia="Nirmala UI" w:cs="Nirmala UI"/>
        </w:rPr>
        <w:t>අවසන්</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Doka Lahpi Nih ni zanṭângthu a sawi hun chu United States-in dragon anga a sawi hun a ni; ram pakhatin a sawi tih chu a dân siamtu leh a rorêltu thuneitute hna thawh chu a ni.</w:t>
      </w:r>
    </w:p>
    <w:p>
      <w:pPr>
        <w:pStyle w:val="ArticleScripture"/>
        <w:jc w:val="left"/>
      </w:pPr>
      <w:r>
        <w:rPr>
          <w:rFonts w:ascii="Times New Roman" w:hAnsi="Times New Roman" w:eastAsia="Times New Roman" w:cs="Times New Roman"/>
        </w:rPr>
        <w:t>“Az ország ‘szólása’ a törvényhozó és bírói hatóságainak cselekvése.” The Great Controversy, 442.</w:t>
      </w:r>
    </w:p>
    <w:p>
      <w:pPr>
        <w:pStyle w:val="ArticleBody"/>
        <w:jc w:val="left"/>
      </w:pPr>
      <w:r>
        <w:rPr>
          <w:rFonts w:ascii="Times New Roman" w:hAnsi="Times New Roman" w:eastAsia="Times New Roman" w:cs="Times New Roman"/>
        </w:rPr>
        <w:t>Trump ba itsar da ikon shari’a ko na majalisa ba, don haka dokar Lahadi mai zuwa nan ba da daɗewa ba, Majalisa ce ke aiwatar da ita. Duk da haka, duk wani mataki da ke bayar da goyon baya ga ikon papacy, yana wakiltar dokar Lahadi. Dokar shekara ta 533, da umarnin shekara ta 313, suna nuna farkon lokacin da aka kafa siffar dabbar. Ƙarshensa kuwa shi ne dokar Lahadi mai zuwa nan ba da daɗewa ba, kuma Yesu kullum yana kwatanta ƙarshe da farko; saboda haka matakin da Trump ya ɗauka ta wurin umarnin zartarwa wanda zai bayar da kowace irin “rangwame” ga maƙiyin Almasihu na annabcin Littafi Mai Tsarki, zai wakilci alpha na wannan motsi wanda ba ya ƙarewa sai a omega, lokacin da Amurka “za ta ƙi ƙa’idodin gwamnatin ta har ta kafa dokar Lahadi.”</w:t>
      </w:r>
    </w:p>
    <w:p>
      <w:pPr>
        <w:pStyle w:val="ArticleScripture"/>
        <w:jc w:val="left"/>
      </w:pPr>
      <w:r>
        <w:rPr>
          <w:rFonts w:ascii="Times New Roman" w:hAnsi="Times New Roman" w:eastAsia="Times New Roman" w:cs="Times New Roman"/>
        </w:rPr>
        <w:t>“</w:t>
      </w:r>
      <w:r>
        <w:rPr>
          <w:rFonts w:ascii="Leelawadee UI" w:hAnsi="Leelawadee UI" w:eastAsia="Leelawadee UI" w:cs="Leelawadee UI"/>
        </w:rPr>
        <w:t>មានមនុស្សជាច្រើន</w:t>
      </w:r>
      <w:r>
        <w:rPr>
          <w:rFonts w:ascii="Times New Roman" w:hAnsi="Times New Roman" w:eastAsia="Times New Roman" w:cs="Times New Roman"/>
        </w:rPr>
        <w:t xml:space="preserve"> </w:t>
      </w:r>
      <w:r>
        <w:rPr>
          <w:rFonts w:ascii="Leelawadee UI" w:hAnsi="Leelawadee UI" w:eastAsia="Leelawadee UI" w:cs="Leelawadee UI"/>
        </w:rPr>
        <w:t>សូម្បីតែក្នុងចំណោមអ្នកដែលកំពុងចូលរួមក្នុងចលនានេះដើម្បីបង្ខំឲ្យគោរពថ្ងៃអាទិត្យផង</w:t>
      </w:r>
      <w:r>
        <w:rPr>
          <w:rFonts w:ascii="Times New Roman" w:hAnsi="Times New Roman" w:eastAsia="Times New Roman" w:cs="Times New Roman"/>
        </w:rPr>
        <w:t xml:space="preserve"> </w:t>
      </w:r>
      <w:r>
        <w:rPr>
          <w:rFonts w:ascii="Leelawadee UI" w:hAnsi="Leelawadee UI" w:eastAsia="Leelawadee UI" w:cs="Leelawadee UI"/>
        </w:rPr>
        <w:t>ក៏ត្រូវបានបិទភ្នែកមិនឲ្យឃើញលទ្ធផលដែលនឹងកើតតាមពីសកម្មភាពនេះដែរ។</w:t>
      </w:r>
      <w:r>
        <w:rPr>
          <w:rFonts w:ascii="Times New Roman" w:hAnsi="Times New Roman" w:eastAsia="Times New Roman" w:cs="Times New Roman"/>
        </w:rPr>
        <w:t xml:space="preserve"> </w:t>
      </w:r>
      <w:r>
        <w:rPr>
          <w:rFonts w:ascii="Leelawadee UI" w:hAnsi="Leelawadee UI" w:eastAsia="Leelawadee UI" w:cs="Leelawadee UI"/>
        </w:rPr>
        <w:t>ពួកគេមិនឃើញថា</w:t>
      </w:r>
      <w:r>
        <w:rPr>
          <w:rFonts w:ascii="Times New Roman" w:hAnsi="Times New Roman" w:eastAsia="Times New Roman" w:cs="Times New Roman"/>
        </w:rPr>
        <w:t xml:space="preserve"> </w:t>
      </w:r>
      <w:r>
        <w:rPr>
          <w:rFonts w:ascii="Leelawadee UI" w:hAnsi="Leelawadee UI" w:eastAsia="Leelawadee UI" w:cs="Leelawadee UI"/>
        </w:rPr>
        <w:t>ពួកគេកំពុងវាយប្រហារដោយផ្ទាល់ទៅលើសេរីភាពខាងសាសនានោះឡើយ។</w:t>
      </w:r>
      <w:r>
        <w:rPr>
          <w:rFonts w:ascii="Times New Roman" w:hAnsi="Times New Roman" w:eastAsia="Times New Roman" w:cs="Times New Roman"/>
        </w:rPr>
        <w:t xml:space="preserve"> </w:t>
      </w:r>
      <w:r>
        <w:rPr>
          <w:rFonts w:ascii="Leelawadee UI" w:hAnsi="Leelawadee UI" w:eastAsia="Leelawadee UI" w:cs="Leelawadee UI"/>
        </w:rPr>
        <w:t>មានមនុស្សជាច្រើនដែលមិនធ្លាប់យល់អំពីការទាមទាររបស់ថ្ងៃសប្ប័ទតាមព្រះគម្ពីរ</w:t>
      </w:r>
      <w:r>
        <w:rPr>
          <w:rFonts w:ascii="Times New Roman" w:hAnsi="Times New Roman" w:eastAsia="Times New Roman" w:cs="Times New Roman"/>
        </w:rPr>
        <w:t xml:space="preserve"> </w:t>
      </w:r>
      <w:r>
        <w:rPr>
          <w:rFonts w:ascii="Leelawadee UI" w:hAnsi="Leelawadee UI" w:eastAsia="Leelawadee UI" w:cs="Leelawadee UI"/>
        </w:rPr>
        <w:t>និងអំពីមូលដ្ឋានមិនពិតដែលស្ថាប័នថ្ងៃអាទិត្យបានឈរលើវា។</w:t>
      </w:r>
      <w:r>
        <w:rPr>
          <w:rFonts w:ascii="Times New Roman" w:hAnsi="Times New Roman" w:eastAsia="Times New Roman" w:cs="Times New Roman"/>
        </w:rPr>
        <w:t xml:space="preserve"> </w:t>
      </w:r>
      <w:r>
        <w:rPr>
          <w:rFonts w:ascii="Leelawadee UI" w:hAnsi="Leelawadee UI" w:eastAsia="Leelawadee UI" w:cs="Leelawadee UI"/>
        </w:rPr>
        <w:t>ចលនាណាមួយដែលគាំទ្រច្បាប់សាសនា</w:t>
      </w:r>
      <w:r>
        <w:rPr>
          <w:rFonts w:ascii="Times New Roman" w:hAnsi="Times New Roman" w:eastAsia="Times New Roman" w:cs="Times New Roman"/>
        </w:rPr>
        <w:t xml:space="preserve"> </w:t>
      </w:r>
      <w:r>
        <w:rPr>
          <w:rFonts w:ascii="Leelawadee UI" w:hAnsi="Leelawadee UI" w:eastAsia="Leelawadee UI" w:cs="Leelawadee UI"/>
        </w:rPr>
        <w:t>តាមពិតហើយ</w:t>
      </w:r>
      <w:r>
        <w:rPr>
          <w:rFonts w:ascii="Times New Roman" w:hAnsi="Times New Roman" w:eastAsia="Times New Roman" w:cs="Times New Roman"/>
        </w:rPr>
        <w:t xml:space="preserve"> </w:t>
      </w:r>
      <w:r>
        <w:rPr>
          <w:rFonts w:ascii="Leelawadee UI" w:hAnsi="Leelawadee UI" w:eastAsia="Leelawadee UI" w:cs="Leelawadee UI"/>
        </w:rPr>
        <w:t>គឺជាទង្វើនៃការសម្បទានចំពោះសាសនាបាប៉ា</w:t>
      </w:r>
      <w:r>
        <w:rPr>
          <w:rFonts w:ascii="Times New Roman" w:hAnsi="Times New Roman" w:eastAsia="Times New Roman" w:cs="Times New Roman"/>
        </w:rPr>
        <w:t xml:space="preserve"> </w:t>
      </w:r>
      <w:r>
        <w:rPr>
          <w:rFonts w:ascii="Leelawadee UI" w:hAnsi="Leelawadee UI" w:eastAsia="Leelawadee UI" w:cs="Leelawadee UI"/>
        </w:rPr>
        <w:t>ដែលអស់រយៈកាលជាច្រើនសម័យមកហើយ</w:t>
      </w:r>
      <w:r>
        <w:rPr>
          <w:rFonts w:ascii="Times New Roman" w:hAnsi="Times New Roman" w:eastAsia="Times New Roman" w:cs="Times New Roman"/>
        </w:rPr>
        <w:t xml:space="preserve"> </w:t>
      </w:r>
      <w:r>
        <w:rPr>
          <w:rFonts w:ascii="Leelawadee UI" w:hAnsi="Leelawadee UI" w:eastAsia="Leelawadee UI" w:cs="Leelawadee UI"/>
        </w:rPr>
        <w:t>បានធ្វើសង្គ្រាមជាប់ជានិច្ចប្រឆាំងនឹងសេរីភាពនៃមនសិការ។</w:t>
      </w:r>
      <w:r>
        <w:rPr>
          <w:rFonts w:ascii="Times New Roman" w:hAnsi="Times New Roman" w:eastAsia="Times New Roman" w:cs="Times New Roman"/>
        </w:rPr>
        <w:t xml:space="preserve"> </w:t>
      </w:r>
      <w:r>
        <w:rPr>
          <w:rFonts w:ascii="Leelawadee UI" w:hAnsi="Leelawadee UI" w:eastAsia="Leelawadee UI" w:cs="Leelawadee UI"/>
        </w:rPr>
        <w:t>ការគោរពថ្ងៃអាទិត្យមានប្រភពកំណើតរបស់វា</w:t>
      </w:r>
      <w:r>
        <w:rPr>
          <w:rFonts w:ascii="Times New Roman" w:hAnsi="Times New Roman" w:eastAsia="Times New Roman" w:cs="Times New Roman"/>
        </w:rPr>
        <w:t xml:space="preserve"> </w:t>
      </w:r>
      <w:r>
        <w:rPr>
          <w:rFonts w:ascii="Leelawadee UI" w:hAnsi="Leelawadee UI" w:eastAsia="Leelawadee UI" w:cs="Leelawadee UI"/>
        </w:rPr>
        <w:t>ក្នុងនាមជាស្ថាប័នដែលហៅថាគ្រីស្ទាន</w:t>
      </w:r>
      <w:r>
        <w:rPr>
          <w:rFonts w:ascii="Times New Roman" w:hAnsi="Times New Roman" w:eastAsia="Times New Roman" w:cs="Times New Roman"/>
        </w:rPr>
        <w:t xml:space="preserve"> </w:t>
      </w:r>
      <w:r>
        <w:rPr>
          <w:rFonts w:ascii="Leelawadee UI" w:hAnsi="Leelawadee UI" w:eastAsia="Leelawadee UI" w:cs="Leelawadee UI"/>
        </w:rPr>
        <w:t>ពី</w:t>
      </w:r>
      <w:r>
        <w:rPr>
          <w:rFonts w:ascii="Times New Roman" w:hAnsi="Times New Roman" w:eastAsia="Times New Roman" w:cs="Times New Roman"/>
        </w:rPr>
        <w:t xml:space="preserve"> ‘</w:t>
      </w:r>
      <w:r>
        <w:rPr>
          <w:rFonts w:ascii="Leelawadee UI" w:hAnsi="Leelawadee UI" w:eastAsia="Leelawadee UI" w:cs="Leelawadee UI"/>
        </w:rPr>
        <w:t>អាថ៌កំបាំងនៃអំពើទុច្ចរិត</w:t>
      </w:r>
      <w:r>
        <w:rPr>
          <w:rFonts w:ascii="Times New Roman" w:hAnsi="Times New Roman" w:eastAsia="Times New Roman" w:cs="Times New Roman"/>
        </w:rPr>
        <w:t xml:space="preserve">’; </w:t>
      </w:r>
      <w:r>
        <w:rPr>
          <w:rFonts w:ascii="Leelawadee UI" w:hAnsi="Leelawadee UI" w:eastAsia="Leelawadee UI" w:cs="Leelawadee UI"/>
        </w:rPr>
        <w:t>ហើយការបង្ខំឲ្យគោរពវា</w:t>
      </w:r>
      <w:r>
        <w:rPr>
          <w:rFonts w:ascii="Times New Roman" w:hAnsi="Times New Roman" w:eastAsia="Times New Roman" w:cs="Times New Roman"/>
        </w:rPr>
        <w:t xml:space="preserve"> </w:t>
      </w:r>
      <w:r>
        <w:rPr>
          <w:rFonts w:ascii="Leelawadee UI" w:hAnsi="Leelawadee UI" w:eastAsia="Leelawadee UI" w:cs="Leelawadee UI"/>
        </w:rPr>
        <w:t>នឹងក្លាយជាការទទួលស្គាល់ដោយជាក់ស្តែងនូវគោលការណ៍ទាំងឡាយ</w:t>
      </w:r>
      <w:r>
        <w:rPr>
          <w:rFonts w:ascii="Times New Roman" w:hAnsi="Times New Roman" w:eastAsia="Times New Roman" w:cs="Times New Roman"/>
        </w:rPr>
        <w:t xml:space="preserve"> </w:t>
      </w:r>
      <w:r>
        <w:rPr>
          <w:rFonts w:ascii="Leelawadee UI" w:hAnsi="Leelawadee UI" w:eastAsia="Leelawadee UI" w:cs="Leelawadee UI"/>
        </w:rPr>
        <w:t>ដែលជាគ្រឹះមូលជ្រុងយ៉ាងពិតប្រាកដនៃសាសនារ៉ូម៉ាំង។</w:t>
      </w:r>
      <w:r>
        <w:rPr>
          <w:rFonts w:ascii="Times New Roman" w:hAnsi="Times New Roman" w:eastAsia="Times New Roman" w:cs="Times New Roman"/>
        </w:rPr>
        <w:t xml:space="preserve"> </w:t>
      </w:r>
      <w:r>
        <w:rPr>
          <w:rFonts w:ascii="Leelawadee UI" w:hAnsi="Leelawadee UI" w:eastAsia="Leelawadee UI" w:cs="Leelawadee UI"/>
        </w:rPr>
        <w:t>នៅពេលដែលជាតិរបស់យើងបដិសេធគោលការណ៍នៃរដ្ឋាភិបាលរបស់ខ្លួនដល់កម្រិតដែលតាក់តែងច្បាប់ថ្ងៃអាទិត្យមួយ</w:t>
      </w:r>
      <w:r>
        <w:rPr>
          <w:rFonts w:ascii="Times New Roman" w:hAnsi="Times New Roman" w:eastAsia="Times New Roman" w:cs="Times New Roman"/>
        </w:rPr>
        <w:t xml:space="preserve"> </w:t>
      </w:r>
      <w:r>
        <w:rPr>
          <w:rFonts w:ascii="Leelawadee UI" w:hAnsi="Leelawadee UI" w:eastAsia="Leelawadee UI" w:cs="Leelawadee UI"/>
        </w:rPr>
        <w:t>នៅក្នុងទង្វើនេះ</w:t>
      </w:r>
      <w:r>
        <w:rPr>
          <w:rFonts w:ascii="Times New Roman" w:hAnsi="Times New Roman" w:eastAsia="Times New Roman" w:cs="Times New Roman"/>
        </w:rPr>
        <w:t xml:space="preserve"> </w:t>
      </w:r>
      <w:r>
        <w:rPr>
          <w:rFonts w:ascii="Leelawadee UI" w:hAnsi="Leelawadee UI" w:eastAsia="Leelawadee UI" w:cs="Leelawadee UI"/>
        </w:rPr>
        <w:t>ព្រូតេស្តង់និយមនឹងចាប់ដៃជាមួយនឹងសាសនាបាប៉ា</w:t>
      </w:r>
      <w:r>
        <w:rPr>
          <w:rFonts w:ascii="Times New Roman" w:hAnsi="Times New Roman" w:eastAsia="Times New Roman" w:cs="Times New Roman"/>
        </w:rPr>
        <w:t xml:space="preserve">; </w:t>
      </w:r>
      <w:r>
        <w:rPr>
          <w:rFonts w:ascii="Leelawadee UI" w:hAnsi="Leelawadee UI" w:eastAsia="Leelawadee UI" w:cs="Leelawadee UI"/>
        </w:rPr>
        <w:t>វាមិនមែនជាអ្វីផ្សេងទៀតទេ</w:t>
      </w:r>
      <w:r>
        <w:rPr>
          <w:rFonts w:ascii="Times New Roman" w:hAnsi="Times New Roman" w:eastAsia="Times New Roman" w:cs="Times New Roman"/>
        </w:rPr>
        <w:t xml:space="preserve"> </w:t>
      </w:r>
      <w:r>
        <w:rPr>
          <w:rFonts w:ascii="Leelawadee UI" w:hAnsi="Leelawadee UI" w:eastAsia="Leelawadee UI" w:cs="Leelawadee UI"/>
        </w:rPr>
        <w:t>ក្រៅពីជាការផ្តល់ជីវិតដល់អំណាចផ្តាច់ការដែលបានរង់ចាំដោយក្តីអន្ទះសារជាយូរមកហើយនូវឱកាសរបស់ខ្លួន</w:t>
      </w:r>
      <w:r>
        <w:rPr>
          <w:rFonts w:ascii="Times New Roman" w:hAnsi="Times New Roman" w:eastAsia="Times New Roman" w:cs="Times New Roman"/>
        </w:rPr>
        <w:t xml:space="preserve"> </w:t>
      </w:r>
      <w:r>
        <w:rPr>
          <w:rFonts w:ascii="Leelawadee UI" w:hAnsi="Leelawadee UI" w:eastAsia="Leelawadee UI" w:cs="Leelawadee UI"/>
        </w:rPr>
        <w:t>ដើម្បីលោតចូលមកវិញក្នុងអំពើផ្តាច់ការយ៉ាងសកម្ម។</w:t>
      </w:r>
      <w:r>
        <w:rPr>
          <w:rFonts w:ascii="Times New Roman" w:hAnsi="Times New Roman" w:eastAsia="Times New Roman" w:cs="Times New Roman"/>
        </w:rPr>
        <w:t>” Testimonies, volume 5, 711.</w:t>
      </w:r>
    </w:p>
    <w:p>
      <w:pPr>
        <w:pStyle w:val="ArticleBody"/>
        <w:jc w:val="left"/>
      </w:pPr>
      <w:r>
        <w:rPr>
          <w:rFonts w:ascii="Times New Roman" w:hAnsi="Times New Roman" w:eastAsia="Times New Roman" w:cs="Times New Roman"/>
        </w:rPr>
        <w:t>Duk wani “yunƙuri na goyon bayan dokokin addini a hakikaninsa aiki ne na sassauci ga papacy,” kuma irin waɗannan yunƙure-yunƙuren suna faruwa ne gabanin dokar Lahadi da ke gabatowa nan ba da daɗewa ba.</w:t>
      </w:r>
    </w:p>
    <w:p>
      <w:pPr>
        <w:pStyle w:val="ArticleScripture"/>
        <w:jc w:val="left"/>
      </w:pPr>
      <w:r>
        <w:rPr>
          <w:rFonts w:ascii="Times New Roman" w:hAnsi="Times New Roman" w:eastAsia="Times New Roman" w:cs="Times New Roman"/>
        </w:rPr>
        <w:t>„Naredba kojom se nameće bogosluženje ovoga dana treba da izađe po svemu svetu. U ograničenoj meri, ona je već izašla. Na nekoliko mesta građanska vlast govori glasom aždaje, upravo kao što je neznabožački car govorio jevrejskim sužnjima.” Signs of the Times, May 6, 1897.</w:t>
      </w:r>
    </w:p>
    <w:p>
      <w:pPr>
        <w:pStyle w:val="ArticleBody"/>
        <w:jc w:val="left"/>
      </w:pPr>
      <w:r>
        <w:rPr>
          <w:rFonts w:ascii="Times New Roman" w:hAnsi="Times New Roman" w:eastAsia="Times New Roman" w:cs="Times New Roman"/>
        </w:rPr>
        <w:t>Za mu ci gaba da waɗannan abubuwa a talifi na gaba.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Tarihin Boye na Aya ta Arba’in — Lamba Talatin da Ɗaya</dc:title>
  <dc:subject>Zekiel Lamba Goma na Mibale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