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Tarihin da Aka Ɓoye na Aya ta Arba’in - Lamba Talatin da Biyu</w:t>
      </w:r>
    </w:p>
    <w:p>
      <w:pPr>
        <w:pStyle w:val="ArticleSubtitle"/>
        <w:jc w:val="left"/>
      </w:pPr>
      <w:r>
        <w:rPr>
          <w:rFonts w:ascii="Nirmala UI" w:hAnsi="Nirmala UI" w:eastAsia="Nirmala UI" w:cs="Nirmala UI"/>
        </w:rPr>
        <w:t>ઝિકેલ</w:t>
      </w:r>
      <w:r>
        <w:rPr>
          <w:rFonts w:ascii="Arial" w:hAnsi="Arial" w:eastAsia="Arial" w:cs="Arial"/>
        </w:rPr>
        <w:t xml:space="preserve"> </w:t>
      </w:r>
      <w:r>
        <w:rPr>
          <w:rFonts w:ascii="Nirmala UI" w:hAnsi="Nirmala UI" w:eastAsia="Nirmala UI" w:cs="Nirmala UI"/>
        </w:rPr>
        <w:t>નંબર</w:t>
      </w:r>
      <w:r>
        <w:rPr>
          <w:rFonts w:ascii="Arial" w:hAnsi="Arial" w:eastAsia="Arial" w:cs="Arial"/>
        </w:rPr>
        <w:t xml:space="preserve"> </w:t>
      </w:r>
      <w:r>
        <w:rPr>
          <w:rFonts w:ascii="Nirmala UI" w:hAnsi="Nirmala UI" w:eastAsia="Nirmala UI" w:cs="Nirmala UI"/>
        </w:rPr>
        <w:t>તેર</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Mlango wa onyo katika kitabu cha Ezekieli ni “ishara ya mazingiwa.” Mazingiwa yalipoanza, mke wa Ezekieli akafa, naye Ezekieli akaagizwa asiomboleze kifo chake. Kifo chake, pamoja na kutokumwombolezea kwake kifo hicho, kilikuwa ishara ya mazingiwa na ya uangamivu wa Yerusalemu uliokuwa ukikaribia. Matendo yake na kifo chake ni ishara ya onyo, yakifananisha ishara ya onyo ya wakati ujao iliyowekwa mbele na Yesu, kama “chukizo la uharibifu.”</w:t>
      </w:r>
    </w:p>
    <w:p>
      <w:pPr>
        <w:pStyle w:val="ArticleScripture"/>
        <w:jc w:val="left"/>
      </w:pPr>
      <w:r>
        <w:rPr>
          <w:rFonts w:ascii="Malgun Gothic" w:hAnsi="Malgun Gothic" w:eastAsia="Malgun Gothic" w:cs="Malgun Gothic"/>
        </w:rPr>
        <w:t>따라서</w:t>
      </w:r>
      <w:r>
        <w:rPr>
          <w:rFonts w:ascii="Times New Roman" w:hAnsi="Times New Roman" w:eastAsia="Times New Roman" w:cs="Times New Roman"/>
        </w:rPr>
        <w:t xml:space="preserve"> </w:t>
      </w:r>
      <w:r>
        <w:rPr>
          <w:rFonts w:ascii="Malgun Gothic" w:hAnsi="Malgun Gothic" w:eastAsia="Malgun Gothic" w:cs="Malgun Gothic"/>
        </w:rPr>
        <w:t>너희가</w:t>
      </w:r>
      <w:r>
        <w:rPr>
          <w:rFonts w:ascii="Times New Roman" w:hAnsi="Times New Roman" w:eastAsia="Times New Roman" w:cs="Times New Roman"/>
        </w:rPr>
        <w:t xml:space="preserve"> </w:t>
      </w:r>
      <w:r>
        <w:rPr>
          <w:rFonts w:ascii="Malgun Gothic" w:hAnsi="Malgun Gothic" w:eastAsia="Malgun Gothic" w:cs="Malgun Gothic"/>
        </w:rPr>
        <w:t>선지자</w:t>
      </w:r>
      <w:r>
        <w:rPr>
          <w:rFonts w:ascii="Times New Roman" w:hAnsi="Times New Roman" w:eastAsia="Times New Roman" w:cs="Times New Roman"/>
        </w:rPr>
        <w:t xml:space="preserve"> </w:t>
      </w:r>
      <w:r>
        <w:rPr>
          <w:rFonts w:ascii="Malgun Gothic" w:hAnsi="Malgun Gothic" w:eastAsia="Malgun Gothic" w:cs="Malgun Gothic"/>
        </w:rPr>
        <w:t>다니엘을</w:t>
      </w:r>
      <w:r>
        <w:rPr>
          <w:rFonts w:ascii="Times New Roman" w:hAnsi="Times New Roman" w:eastAsia="Times New Roman" w:cs="Times New Roman"/>
        </w:rPr>
        <w:t xml:space="preserve"> </w:t>
      </w:r>
      <w:r>
        <w:rPr>
          <w:rFonts w:ascii="Malgun Gothic" w:hAnsi="Malgun Gothic" w:eastAsia="Malgun Gothic" w:cs="Malgun Gothic"/>
        </w:rPr>
        <w:t>통하여</w:t>
      </w:r>
      <w:r>
        <w:rPr>
          <w:rFonts w:ascii="Times New Roman" w:hAnsi="Times New Roman" w:eastAsia="Times New Roman" w:cs="Times New Roman"/>
        </w:rPr>
        <w:t xml:space="preserve"> </w:t>
      </w:r>
      <w:r>
        <w:rPr>
          <w:rFonts w:ascii="Malgun Gothic" w:hAnsi="Malgun Gothic" w:eastAsia="Malgun Gothic" w:cs="Malgun Gothic"/>
        </w:rPr>
        <w:t>말씀하신</w:t>
      </w:r>
      <w:r>
        <w:rPr>
          <w:rFonts w:ascii="Times New Roman" w:hAnsi="Times New Roman" w:eastAsia="Times New Roman" w:cs="Times New Roman"/>
        </w:rPr>
        <w:t xml:space="preserve"> </w:t>
      </w:r>
      <w:r>
        <w:rPr>
          <w:rFonts w:ascii="Malgun Gothic" w:hAnsi="Malgun Gothic" w:eastAsia="Malgun Gothic" w:cs="Malgun Gothic"/>
        </w:rPr>
        <w:t>바</w:t>
      </w:r>
      <w:r>
        <w:rPr>
          <w:rFonts w:ascii="Times New Roman" w:hAnsi="Times New Roman" w:eastAsia="Times New Roman" w:cs="Times New Roman"/>
        </w:rPr>
        <w:t xml:space="preserve"> </w:t>
      </w:r>
      <w:r>
        <w:rPr>
          <w:rFonts w:ascii="Malgun Gothic" w:hAnsi="Malgun Gothic" w:eastAsia="Malgun Gothic" w:cs="Malgun Gothic"/>
        </w:rPr>
        <w:t>멸망의</w:t>
      </w:r>
      <w:r>
        <w:rPr>
          <w:rFonts w:ascii="Times New Roman" w:hAnsi="Times New Roman" w:eastAsia="Times New Roman" w:cs="Times New Roman"/>
        </w:rPr>
        <w:t xml:space="preserve"> </w:t>
      </w:r>
      <w:r>
        <w:rPr>
          <w:rFonts w:ascii="Malgun Gothic" w:hAnsi="Malgun Gothic" w:eastAsia="Malgun Gothic" w:cs="Malgun Gothic"/>
        </w:rPr>
        <w:t>가증한</w:t>
      </w:r>
      <w:r>
        <w:rPr>
          <w:rFonts w:ascii="Times New Roman" w:hAnsi="Times New Roman" w:eastAsia="Times New Roman" w:cs="Times New Roman"/>
        </w:rPr>
        <w:t xml:space="preserve"> </w:t>
      </w:r>
      <w:r>
        <w:rPr>
          <w:rFonts w:ascii="Malgun Gothic" w:hAnsi="Malgun Gothic" w:eastAsia="Malgun Gothic" w:cs="Malgun Gothic"/>
        </w:rPr>
        <w:t>것이</w:t>
      </w:r>
      <w:r>
        <w:rPr>
          <w:rFonts w:ascii="Times New Roman" w:hAnsi="Times New Roman" w:eastAsia="Times New Roman" w:cs="Times New Roman"/>
        </w:rPr>
        <w:t xml:space="preserve"> </w:t>
      </w:r>
      <w:r>
        <w:rPr>
          <w:rFonts w:ascii="Malgun Gothic" w:hAnsi="Malgun Gothic" w:eastAsia="Malgun Gothic" w:cs="Malgun Gothic"/>
        </w:rPr>
        <w:t>거룩한</w:t>
      </w:r>
      <w:r>
        <w:rPr>
          <w:rFonts w:ascii="Times New Roman" w:hAnsi="Times New Roman" w:eastAsia="Times New Roman" w:cs="Times New Roman"/>
        </w:rPr>
        <w:t xml:space="preserve"> </w:t>
      </w:r>
      <w:r>
        <w:rPr>
          <w:rFonts w:ascii="Malgun Gothic" w:hAnsi="Malgun Gothic" w:eastAsia="Malgun Gothic" w:cs="Malgun Gothic"/>
        </w:rPr>
        <w:t>곳에</w:t>
      </w:r>
      <w:r>
        <w:rPr>
          <w:rFonts w:ascii="Times New Roman" w:hAnsi="Times New Roman" w:eastAsia="Times New Roman" w:cs="Times New Roman"/>
        </w:rPr>
        <w:t xml:space="preserve"> </w:t>
      </w:r>
      <w:r>
        <w:rPr>
          <w:rFonts w:ascii="Malgun Gothic" w:hAnsi="Malgun Gothic" w:eastAsia="Malgun Gothic" w:cs="Malgun Gothic"/>
        </w:rPr>
        <w:t>선</w:t>
      </w:r>
      <w:r>
        <w:rPr>
          <w:rFonts w:ascii="Times New Roman" w:hAnsi="Times New Roman" w:eastAsia="Times New Roman" w:cs="Times New Roman"/>
        </w:rPr>
        <w:t xml:space="preserve"> </w:t>
      </w:r>
      <w:r>
        <w:rPr>
          <w:rFonts w:ascii="Malgun Gothic" w:hAnsi="Malgun Gothic" w:eastAsia="Malgun Gothic" w:cs="Malgun Gothic"/>
        </w:rPr>
        <w:t>것을</w:t>
      </w:r>
      <w:r>
        <w:rPr>
          <w:rFonts w:ascii="Times New Roman" w:hAnsi="Times New Roman" w:eastAsia="Times New Roman" w:cs="Times New Roman"/>
        </w:rPr>
        <w:t xml:space="preserve"> </w:t>
      </w:r>
      <w:r>
        <w:rPr>
          <w:rFonts w:ascii="Malgun Gothic" w:hAnsi="Malgun Gothic" w:eastAsia="Malgun Gothic" w:cs="Malgun Gothic"/>
        </w:rPr>
        <w:t>보거든</w:t>
      </w:r>
      <w:r>
        <w:rPr>
          <w:rFonts w:ascii="Times New Roman" w:hAnsi="Times New Roman" w:eastAsia="Times New Roman" w:cs="Times New Roman"/>
        </w:rPr>
        <w:t>, (</w:t>
      </w:r>
      <w:r>
        <w:rPr>
          <w:rFonts w:ascii="Malgun Gothic" w:hAnsi="Malgun Gothic" w:eastAsia="Malgun Gothic" w:cs="Malgun Gothic"/>
        </w:rPr>
        <w:t>읽는</w:t>
      </w:r>
      <w:r>
        <w:rPr>
          <w:rFonts w:ascii="Times New Roman" w:hAnsi="Times New Roman" w:eastAsia="Times New Roman" w:cs="Times New Roman"/>
        </w:rPr>
        <w:t xml:space="preserve"> </w:t>
      </w:r>
      <w:r>
        <w:rPr>
          <w:rFonts w:ascii="Malgun Gothic" w:hAnsi="Malgun Gothic" w:eastAsia="Malgun Gothic" w:cs="Malgun Gothic"/>
        </w:rPr>
        <w:t>자는</w:t>
      </w:r>
      <w:r>
        <w:rPr>
          <w:rFonts w:ascii="Times New Roman" w:hAnsi="Times New Roman" w:eastAsia="Times New Roman" w:cs="Times New Roman"/>
        </w:rPr>
        <w:t xml:space="preserve"> </w:t>
      </w:r>
      <w:r>
        <w:rPr>
          <w:rFonts w:ascii="Malgun Gothic" w:hAnsi="Malgun Gothic" w:eastAsia="Malgun Gothic" w:cs="Malgun Gothic"/>
        </w:rPr>
        <w:t>깨달을지어다</w:t>
      </w:r>
      <w:r>
        <w:rPr>
          <w:rFonts w:ascii="Times New Roman" w:hAnsi="Times New Roman" w:eastAsia="Times New Roman" w:cs="Times New Roman"/>
        </w:rPr>
        <w:t xml:space="preserve">). </w:t>
      </w:r>
      <w:r>
        <w:rPr>
          <w:rFonts w:ascii="Malgun Gothic" w:hAnsi="Malgun Gothic" w:eastAsia="Malgun Gothic" w:cs="Malgun Gothic"/>
        </w:rPr>
        <w:t>마태복음</w:t>
      </w:r>
      <w:r>
        <w:rPr>
          <w:rFonts w:ascii="Times New Roman" w:hAnsi="Times New Roman" w:eastAsia="Times New Roman" w:cs="Times New Roman"/>
        </w:rPr>
        <w:t xml:space="preserve"> 24:15.</w:t>
      </w:r>
    </w:p>
    <w:p>
      <w:pPr>
        <w:pStyle w:val="ArticleBody"/>
        <w:jc w:val="left"/>
      </w:pPr>
      <w:r>
        <w:rPr>
          <w:rFonts w:ascii="Times New Roman" w:hAnsi="Times New Roman" w:eastAsia="Times New Roman" w:cs="Times New Roman"/>
        </w:rPr>
        <w:t>Kada su rimski barjaci bili postavljeni unutar hramskih predela, hrišćani u Jerusalimu trebalo je da beže iz grada. Dva svedoka znaka uništenja Jerusalima naglašavaju ozbiljnost prepoznavanja tog „znaka“ pre opsade, a nadahnuće dalje utvrđuje da ta dva svedoka nalaze svoju „neposredniju primenu“ u poslednjim danima. Govoreći o Hristovom upozorenju na uništenje Jerusalima u vezi s tim što su Jezekilj i Jovan bili u hramskom viđenju, sestra Vajt je napisala:</w:t>
      </w:r>
    </w:p>
    <w:p>
      <w:pPr>
        <w:pStyle w:val="ArticleScripture"/>
        <w:jc w:val="left"/>
      </w:pPr>
      <w:r>
        <w:rPr>
          <w:rFonts w:ascii="Times New Roman" w:hAnsi="Times New Roman" w:eastAsia="Times New Roman" w:cs="Times New Roman"/>
        </w:rPr>
        <w:t>“Ọ bụ ezie na amụma ndị a natara mmezu n’otu akụkụ mgbe e bibiri Jerusalem, ha nwere itinye n’ọrụ ka kpọmkwem karịa n’ụbọchị ikpeazụ.</w:t>
      </w:r>
    </w:p>
    <w:p>
      <w:pPr>
        <w:pStyle w:val="ArticleScripture"/>
        <w:jc w:val="left"/>
      </w:pPr>
      <w:r>
        <w:rPr>
          <w:rFonts w:ascii="Times New Roman" w:hAnsi="Times New Roman" w:eastAsia="Times New Roman" w:cs="Times New Roman"/>
        </w:rPr>
        <w:t>“Waxaan taagan nahay marinka hore ee dhacdooyin waaweyn oo aad u murugo badan. Wax sii sheegiddu si degdeg ah bay u rumoobaysaa. Rabbigu albaabka buu taagan yahay. Waxaa dhowaan inoo furmi doona xilli leh dan aad u weyn oo ku saabsan dhammaan kuwa nool. Murannadii hore dib baa loo soo noolayn doonaa; muranno cusubna way kici doonaan. Muuqaallada ka dhici doona adduunkeenna weli xataa laguma riyoon.” Testimonies, volume 5, 753.</w:t>
      </w:r>
    </w:p>
    <w:p>
      <w:pPr>
        <w:pStyle w:val="ArticleBody"/>
        <w:jc w:val="left"/>
      </w:pPr>
      <w:r>
        <w:rPr>
          <w:rFonts w:ascii="Times New Roman" w:hAnsi="Times New Roman" w:eastAsia="Times New Roman" w:cs="Times New Roman"/>
        </w:rPr>
        <w:t>Katika sura ya nne, Ezekieli alielekezwa kuigiza mfano uliokuwa ukikazia “ishara ya mazingiwa.” Ezekieli aliigiza mfano mara tano katika kitabu chake, jambo ambalo ndugu zake walikataa kuliona. Ezekieli alisema mara tano kwa ndugu zake, nao wakakataa kusikia. Mifano yake ya kuigizwa na jumbe zake huonyesha tabaka la namna tano la wanawali wapumbavu wanaokataa kupokea ongezeko la “ujuzi” linalohusishwa na mifano yake na maneno yake. Maneno na mifano hiyo yalihusianishwa moja kwa moja na kuangamizwa kwa Yerusalemu, jambo ambalo lina “matumizi ya moja kwa moja zaidi kwa siku za mwisho.”</w:t>
      </w:r>
    </w:p>
    <w:p>
      <w:pPr>
        <w:pStyle w:val="ArticleScripture"/>
        <w:jc w:val="left"/>
      </w:pPr>
      <w:r>
        <w:rPr>
          <w:rFonts w:ascii="Times New Roman" w:hAnsi="Times New Roman" w:eastAsia="Times New Roman" w:cs="Times New Roman"/>
        </w:rPr>
        <w:t>Nawe, mwanadamu, jitwalie tofali, ukaliweke mbele yako, ukachore juu yake mji, yaani, Yerusalemu. Kisha uuzingire, ukajenge ngome juu yake, ukatupe boma juu yake; tena usimamishe kambi juu yake, na kuweka kondoo wa kubomolea pande zote kuuzunguka. Tena jitwalie sufuria ya chuma, ukaisimamishe iwe ukuta wa chuma kati yako na mji; nawe uelekeze uso wako juu yake, nao utazingirwa, nawe utauzingira. Hii itakuwa ishara kwa nyumba ya Israeli.</w:t>
      </w:r>
    </w:p>
    <w:p>
      <w:pPr>
        <w:pStyle w:val="ArticleScripture"/>
        <w:jc w:val="left"/>
      </w:pPr>
      <w:r>
        <w:rPr>
          <w:rFonts w:ascii="Times New Roman" w:hAnsi="Times New Roman" w:eastAsia="Times New Roman" w:cs="Times New Roman"/>
        </w:rPr>
        <w:t>Uyewe nawe uramye upande wako wa kushoto, nawe uuweke juu yake uovu wa nyumba ya Israeli; sawasawa na hesabu ya siku zile utakazolala juu yake, ndivyo utakavyouchukua uovu wao. Kwa maana nimekuwekea miaka ya uovu wao, sawasawa na hesabu ya zile siku, siku mia tatu na tisini; ndivyo utakavyouchukua uovu wa nyumba ya Israeli. Na utakapoziatimiza, ulale tena upande wako wa kuume, nawe utauchukua uovu wa nyumba ya Yuda siku arobaini; nimekuagizia kila siku iwe kwa mwaka mmoja. Kwa hiyo utaelekeza uso wako juu ya mazingiwa ya Yerusalemu, na mkono wako utafunuliwa, nawe utatoa unabii juu yake. Na tazama, nitakufunga kwa vifungo, nawe hutageuka kutoka upande mmoja kwenda upande mwingine, hata utakapozitimiza siku za mazingiwa yako. Ezekieli 4:1–8.</w:t>
      </w:r>
    </w:p>
    <w:p>
      <w:pPr>
        <w:pStyle w:val="ArticleHeading"/>
        <w:jc w:val="left"/>
      </w:pPr>
      <w:r>
        <w:rPr>
          <w:rFonts w:ascii="Leelawadee UI" w:hAnsi="Leelawadee UI" w:eastAsia="Leelawadee UI" w:cs="Leelawadee UI"/>
        </w:rPr>
        <w:t>សញ្ញា</w:t>
      </w:r>
    </w:p>
    <w:p>
      <w:pPr>
        <w:pStyle w:val="ArticleBody"/>
        <w:jc w:val="left"/>
      </w:pPr>
      <w:r>
        <w:rPr>
          <w:rFonts w:ascii="Times New Roman" w:hAnsi="Times New Roman" w:eastAsia="Times New Roman" w:cs="Times New Roman"/>
        </w:rPr>
        <w:t>Riječ „znak” nalazi se devet puta u knjizi Ezekijelovoj. U četvrtom poglavlju opsada Jerusalima „znak” je domu Izraelovu. U dvanaestom poglavlju Ezekijel je opet „znak” koji označava opsadu i razorenje Jerusalima.</w:t>
      </w:r>
    </w:p>
    <w:p>
      <w:pPr>
        <w:pStyle w:val="ArticleScripture"/>
        <w:jc w:val="left"/>
      </w:pPr>
      <w:r>
        <w:rPr>
          <w:rFonts w:ascii="Times New Roman" w:hAnsi="Times New Roman" w:eastAsia="Times New Roman" w:cs="Times New Roman"/>
        </w:rPr>
        <w:t>Umwana w’umuntu, uba hagati y’inzu y’ibyigomeke, ifite amaso yo kureba ariko ntibone; ifite amatwi yo kumva ariko ntiyumve, kuko ari inzu y’ibyigomeke. Nuko rero, wa mwana w’umuntu we, itegurire ibintu byo kwimuka, maze wimuke ku manywa imbere yabo; uzimuke uve aho uri ujye ahandi hantu imbere yabo: ahari bazatekereza, nubwo ari inzu y’ibyigomeke. Hanyuma uzasohore ibintu byawe ku manywa imbere yabo nk’ibintu byo kwimuka; nawe uzasohoke nimugoroba imbere yabo, nk’abagenda bajyanwa mu bunyage. Ucukure mu rukuta imbere yabo, maze ubisohore unyuzemo. Imbere yabo uzabiheke ku bitugu byawe, maze ubisohorane mu kizima; uzitwikire mu maso hawe, kugira ngo utareba igihugu; kuko nagushyizeho kuba ikimenyetso ku nzu ya Isirayeli. Ezekiyeli 12:2–6.</w:t>
      </w:r>
    </w:p>
    <w:p>
      <w:pPr>
        <w:pStyle w:val="ArticleBody"/>
        <w:jc w:val="left"/>
      </w:pPr>
      <w:r>
        <w:rPr>
          <w:rFonts w:ascii="Times New Roman" w:hAnsi="Times New Roman" w:eastAsia="Times New Roman" w:cs="Times New Roman"/>
        </w:rPr>
        <w:t>꞉</w:t>
      </w:r>
      <w:r>
        <w:rPr>
          <w:rFonts w:ascii="Malgun Gothic" w:hAnsi="Malgun Gothic" w:eastAsia="Malgun Gothic" w:cs="Malgun Gothic"/>
        </w:rPr>
        <w:t>껄꺼운</w:t>
      </w:r>
      <w:r>
        <w:rPr>
          <w:rFonts w:ascii="Times New Roman" w:hAnsi="Times New Roman" w:eastAsia="Times New Roman" w:cs="Times New Roman"/>
        </w:rPr>
        <w:t xml:space="preserve"> </w:t>
      </w:r>
      <w:r>
        <w:rPr>
          <w:rFonts w:ascii="Malgun Gothic" w:hAnsi="Malgun Gothic" w:eastAsia="Malgun Gothic" w:cs="Malgun Gothic"/>
        </w:rPr>
        <w:t>집이</w:t>
      </w:r>
      <w:r>
        <w:rPr>
          <w:rFonts w:ascii="Times New Roman" w:hAnsi="Times New Roman" w:eastAsia="Times New Roman" w:cs="Times New Roman"/>
        </w:rPr>
        <w:t xml:space="preserve"> </w:t>
      </w:r>
      <w:r>
        <w:rPr>
          <w:rFonts w:ascii="Malgun Gothic" w:hAnsi="Malgun Gothic" w:eastAsia="Malgun Gothic" w:cs="Malgun Gothic"/>
        </w:rPr>
        <w:t>그</w:t>
      </w:r>
      <w:r>
        <w:rPr>
          <w:rFonts w:ascii="Times New Roman" w:hAnsi="Times New Roman" w:eastAsia="Times New Roman" w:cs="Times New Roman"/>
        </w:rPr>
        <w:t xml:space="preserve"> </w:t>
      </w:r>
      <w:r>
        <w:rPr>
          <w:rFonts w:ascii="Malgun Gothic" w:hAnsi="Malgun Gothic" w:eastAsia="Malgun Gothic" w:cs="Malgun Gothic"/>
        </w:rPr>
        <w:t>행한</w:t>
      </w:r>
      <w:r>
        <w:rPr>
          <w:rFonts w:ascii="Times New Roman" w:hAnsi="Times New Roman" w:eastAsia="Times New Roman" w:cs="Times New Roman"/>
        </w:rPr>
        <w:t xml:space="preserve"> </w:t>
      </w:r>
      <w:r>
        <w:rPr>
          <w:rFonts w:ascii="Malgun Gothic" w:hAnsi="Malgun Gothic" w:eastAsia="Malgun Gothic" w:cs="Malgun Gothic"/>
        </w:rPr>
        <w:t>비유를</w:t>
      </w:r>
      <w:r>
        <w:rPr>
          <w:rFonts w:ascii="Times New Roman" w:hAnsi="Times New Roman" w:eastAsia="Times New Roman" w:cs="Times New Roman"/>
        </w:rPr>
        <w:t xml:space="preserve"> </w:t>
      </w:r>
      <w:r>
        <w:rPr>
          <w:rFonts w:ascii="Malgun Gothic" w:hAnsi="Malgun Gothic" w:eastAsia="Malgun Gothic" w:cs="Malgun Gothic"/>
        </w:rPr>
        <w:t>보았을</w:t>
      </w:r>
      <w:r>
        <w:rPr>
          <w:rFonts w:ascii="Times New Roman" w:hAnsi="Times New Roman" w:eastAsia="Times New Roman" w:cs="Times New Roman"/>
        </w:rPr>
        <w:t xml:space="preserve"> </w:t>
      </w:r>
      <w:r>
        <w:rPr>
          <w:rFonts w:ascii="Malgun Gothic" w:hAnsi="Malgun Gothic" w:eastAsia="Malgun Gothic" w:cs="Malgun Gothic"/>
        </w:rPr>
        <w:t>때에</w:t>
      </w:r>
      <w:r>
        <w:rPr>
          <w:rFonts w:ascii="Times New Roman" w:hAnsi="Times New Roman" w:eastAsia="Times New Roman" w:cs="Times New Roman"/>
        </w:rPr>
        <w:t xml:space="preserve"> </w:t>
      </w:r>
      <w:r>
        <w:rPr>
          <w:rFonts w:ascii="Malgun Gothic" w:hAnsi="Malgun Gothic" w:eastAsia="Malgun Gothic" w:cs="Malgun Gothic"/>
        </w:rPr>
        <w:t>그것이</w:t>
      </w:r>
      <w:r>
        <w:rPr>
          <w:rFonts w:ascii="Times New Roman" w:hAnsi="Times New Roman" w:eastAsia="Times New Roman" w:cs="Times New Roman"/>
        </w:rPr>
        <w:t xml:space="preserve"> </w:t>
      </w:r>
      <w:r>
        <w:rPr>
          <w:rFonts w:ascii="Malgun Gothic" w:hAnsi="Malgun Gothic" w:eastAsia="Malgun Gothic" w:cs="Malgun Gothic"/>
        </w:rPr>
        <w:t>무엇을</w:t>
      </w:r>
      <w:r>
        <w:rPr>
          <w:rFonts w:ascii="Times New Roman" w:hAnsi="Times New Roman" w:eastAsia="Times New Roman" w:cs="Times New Roman"/>
        </w:rPr>
        <w:t xml:space="preserve"> </w:t>
      </w:r>
      <w:r>
        <w:rPr>
          <w:rFonts w:ascii="Malgun Gothic" w:hAnsi="Malgun Gothic" w:eastAsia="Malgun Gothic" w:cs="Malgun Gothic"/>
        </w:rPr>
        <w:t>뜻하는지</w:t>
      </w:r>
      <w:r>
        <w:rPr>
          <w:rFonts w:ascii="Times New Roman" w:hAnsi="Times New Roman" w:eastAsia="Times New Roman" w:cs="Times New Roman"/>
        </w:rPr>
        <w:t xml:space="preserve"> </w:t>
      </w:r>
      <w:r>
        <w:rPr>
          <w:rFonts w:ascii="Malgun Gothic" w:hAnsi="Malgun Gothic" w:eastAsia="Malgun Gothic" w:cs="Malgun Gothic"/>
        </w:rPr>
        <w:t>알지</w:t>
      </w:r>
      <w:r>
        <w:rPr>
          <w:rFonts w:ascii="Times New Roman" w:hAnsi="Times New Roman" w:eastAsia="Times New Roman" w:cs="Times New Roman"/>
        </w:rPr>
        <w:t xml:space="preserve"> </w:t>
      </w:r>
      <w:r>
        <w:rPr>
          <w:rFonts w:ascii="Malgun Gothic" w:hAnsi="Malgun Gothic" w:eastAsia="Malgun Gothic" w:cs="Malgun Gothic"/>
        </w:rPr>
        <w:t>못하므로</w:t>
      </w:r>
      <w:r>
        <w:rPr>
          <w:rFonts w:ascii="Times New Roman" w:hAnsi="Times New Roman" w:eastAsia="Times New Roman" w:cs="Times New Roman"/>
        </w:rPr>
        <w:t xml:space="preserve">, </w:t>
      </w:r>
      <w:r>
        <w:rPr>
          <w:rFonts w:ascii="Malgun Gothic" w:hAnsi="Malgun Gothic" w:eastAsia="Malgun Gothic" w:cs="Malgun Gothic"/>
        </w:rPr>
        <w:t>그들은</w:t>
      </w:r>
      <w:r>
        <w:rPr>
          <w:rFonts w:ascii="Times New Roman" w:hAnsi="Times New Roman" w:eastAsia="Times New Roman" w:cs="Times New Roman"/>
        </w:rPr>
        <w:t xml:space="preserve"> </w:t>
      </w:r>
      <w:r>
        <w:rPr>
          <w:rFonts w:ascii="Malgun Gothic" w:hAnsi="Malgun Gothic" w:eastAsia="Malgun Gothic" w:cs="Malgun Gothic"/>
        </w:rPr>
        <w:t>에스겔에게</w:t>
      </w:r>
      <w:r>
        <w:rPr>
          <w:rFonts w:ascii="Times New Roman" w:hAnsi="Times New Roman" w:eastAsia="Times New Roman" w:cs="Times New Roman"/>
        </w:rPr>
        <w:t xml:space="preserve"> </w:t>
      </w:r>
      <w:r>
        <w:rPr>
          <w:rFonts w:ascii="Malgun Gothic" w:hAnsi="Malgun Gothic" w:eastAsia="Malgun Gothic" w:cs="Malgun Gothic"/>
        </w:rPr>
        <w:t>그</w:t>
      </w:r>
      <w:r>
        <w:rPr>
          <w:rFonts w:ascii="Times New Roman" w:hAnsi="Times New Roman" w:eastAsia="Times New Roman" w:cs="Times New Roman"/>
        </w:rPr>
        <w:t xml:space="preserve"> </w:t>
      </w:r>
      <w:r>
        <w:rPr>
          <w:rFonts w:ascii="Malgun Gothic" w:hAnsi="Malgun Gothic" w:eastAsia="Malgun Gothic" w:cs="Malgun Gothic"/>
        </w:rPr>
        <w:t>의미를</w:t>
      </w:r>
      <w:r>
        <w:rPr>
          <w:rFonts w:ascii="Times New Roman" w:hAnsi="Times New Roman" w:eastAsia="Times New Roman" w:cs="Times New Roman"/>
        </w:rPr>
        <w:t xml:space="preserve"> </w:t>
      </w:r>
      <w:r>
        <w:rPr>
          <w:rFonts w:ascii="Malgun Gothic" w:hAnsi="Malgun Gothic" w:eastAsia="Malgun Gothic" w:cs="Malgun Gothic"/>
        </w:rPr>
        <w:t>설명해</w:t>
      </w:r>
      <w:r>
        <w:rPr>
          <w:rFonts w:ascii="Times New Roman" w:hAnsi="Times New Roman" w:eastAsia="Times New Roman" w:cs="Times New Roman"/>
        </w:rPr>
        <w:t xml:space="preserve"> </w:t>
      </w:r>
      <w:r>
        <w:rPr>
          <w:rFonts w:ascii="Malgun Gothic" w:hAnsi="Malgun Gothic" w:eastAsia="Malgun Gothic" w:cs="Malgun Gothic"/>
        </w:rPr>
        <w:t>달라고</w:t>
      </w:r>
      <w:r>
        <w:rPr>
          <w:rFonts w:ascii="Times New Roman" w:hAnsi="Times New Roman" w:eastAsia="Times New Roman" w:cs="Times New Roman"/>
        </w:rPr>
        <w:t xml:space="preserve"> </w:t>
      </w:r>
      <w:r>
        <w:rPr>
          <w:rFonts w:ascii="Malgun Gothic" w:hAnsi="Malgun Gothic" w:eastAsia="Malgun Gothic" w:cs="Malgun Gothic"/>
        </w:rPr>
        <w:t>요청하였다</w:t>
      </w:r>
      <w:r>
        <w:rPr>
          <w:rFonts w:ascii="Times New Roman" w:hAnsi="Times New Roman" w:eastAsia="Times New Roman" w:cs="Times New Roman"/>
        </w:rPr>
        <w:t>.</w:t>
      </w:r>
    </w:p>
    <w:p>
      <w:pPr>
        <w:pStyle w:val="ArticleScripture"/>
        <w:jc w:val="left"/>
      </w:pPr>
      <w:r>
        <w:rPr>
          <w:rFonts w:ascii="Times New Roman" w:hAnsi="Times New Roman" w:eastAsia="Times New Roman" w:cs="Times New Roman"/>
        </w:rPr>
        <w:t>Djali i njeriut, a nuk të ka thënë shtëpia e Izraelit, shtëpia kryengritëse: “Ç’po bën?” Thuaju atyre: Kështu thotë Zoti Perëndi: Kjo barrë ka të bëjë me princin në Jerusalem dhe me tërë shtëpinë e Izraelit që është midis tyre. Thuaj: Unë jam shenja juaj; ashtu siç kam bërë unë, kështu do t’u bëhet atyre: ata do të shpërngulen dhe do të shkojnë në robëri. Ezekieli 12:9–11.</w:t>
      </w:r>
    </w:p>
    <w:p>
      <w:pPr>
        <w:pStyle w:val="ArticleBody"/>
        <w:jc w:val="left"/>
      </w:pPr>
      <w:r>
        <w:rPr>
          <w:rFonts w:ascii="Times New Roman" w:hAnsi="Times New Roman" w:eastAsia="Times New Roman" w:cs="Times New Roman"/>
        </w:rPr>
        <w:t>Uzingiro rwa Yerusalemu ni ikimenyetso ku bwoko bw’Imana mu minsi y’imperuka.</w:t>
      </w:r>
    </w:p>
    <w:p>
      <w:pPr>
        <w:pStyle w:val="ArticleScripture"/>
        <w:jc w:val="left"/>
      </w:pPr>
      <w:r>
        <w:rPr>
          <w:rFonts w:ascii="Times New Roman" w:hAnsi="Times New Roman" w:eastAsia="Times New Roman" w:cs="Times New Roman"/>
        </w:rPr>
        <w:t>“Azali nyonso ya basakoli ya kala balobaki mingi te mpo na ntango na bango moko lokola mpo na ntango na biso, boye esakweli na bango ezali na nguya mpo na biso. ‘Bongo makambo yango nyonso ekómelaki bango lokola bandakisa: mpe ekomamaki mpo na makebisi na biso, biso oyo nsuka ya mokili ekómeli.’ 1 Bakorinti 10:11. ‘Ezalaki te mpo na bango moko, kasi mpo na biso nde basalaki mosala ya makambo yango, oyo sikoyo eyebisami epai na bino na nzela ya baoyo basakolaki bino nsango malamu na Molimo Mosantu oyo atindamaki longwa na likoló; makambo oyo baanzelu balingaka kotala kati na yango.’ 1 Petelo 1:12....”</w:t>
      </w:r>
    </w:p>
    <w:p>
      <w:pPr>
        <w:pStyle w:val="ArticleScripture"/>
        <w:jc w:val="left"/>
      </w:pPr>
      <w:r>
        <w:rPr>
          <w:rFonts w:ascii="Times New Roman" w:hAnsi="Times New Roman" w:eastAsia="Times New Roman" w:cs="Times New Roman"/>
        </w:rPr>
        <w:t>“Bibilia imekusanya na kufungamanisha pamoja hazina zake kwa ajili ya kizazi hiki cha mwisho. Matukio yote makuu na shughuli zote nzito za historia ya Agano la Kale yamekuwa yakijirudia, nayo yanajirudia, katika kanisa katika siku hizi za mwisho.” Selected Messages, kitabu cha 3, 338, 339.</w:t>
      </w:r>
    </w:p>
    <w:p>
      <w:pPr>
        <w:pStyle w:val="ArticleHeading"/>
        <w:jc w:val="left"/>
      </w:pPr>
      <w:r>
        <w:rPr>
          <w:rFonts w:ascii="Arial" w:hAnsi="Arial" w:eastAsia="Arial" w:cs="Arial"/>
        </w:rPr>
        <w:t>Zuva Iri Iri Chairo</w:t>
      </w:r>
    </w:p>
    <w:p>
      <w:pPr>
        <w:pStyle w:val="ArticleBody"/>
        <w:jc w:val="left"/>
      </w:pPr>
      <w:r>
        <w:rPr>
          <w:rFonts w:ascii="Times New Roman" w:hAnsi="Times New Roman" w:eastAsia="Times New Roman" w:cs="Times New Roman"/>
        </w:rPr>
        <w:t>Ezekiel katika mfano wa kinabii uliofanywa kwa vitendo wa ‘mazingirwa na kuangamizwa kwa Yerusalemu’ ni ishara kwa watu wa Mungu katika siku za mwisho.</w:t>
      </w:r>
    </w:p>
    <w:p>
      <w:pPr>
        <w:pStyle w:val="ArticleScripture"/>
        <w:jc w:val="left"/>
      </w:pPr>
      <w:r>
        <w:rPr>
          <w:rFonts w:ascii="Times New Roman" w:hAnsi="Times New Roman" w:eastAsia="Times New Roman" w:cs="Times New Roman"/>
        </w:rPr>
        <w:t>V ponovno v devetem letu, v desetem mesecu, deseti dan meseca, mi je prišla Gospodova beseda, govoreč: Sin človekov, zapiši si ime tega dne, prav tega dne: babilonski kralj je prav tega dne nastopil proti Jeruzalemu.</w:t>
      </w:r>
    </w:p>
    <w:p>
      <w:pPr>
        <w:pStyle w:val="ArticleScripture"/>
        <w:jc w:val="left"/>
      </w:pPr>
      <w:r>
        <w:rPr>
          <w:rFonts w:ascii="Times New Roman" w:hAnsi="Times New Roman" w:eastAsia="Times New Roman" w:cs="Times New Roman"/>
        </w:rPr>
        <w:t>És mondj példázatot a lázadó háznak, és szólj nekik: Így szól az Úr Isten: Tedd fel a fazekat, tedd fel, és vizet is önts bele. Gyűjtsd bele darabjait, minden jó darabot, a combot és a lapockát; töltsd meg válogatott csontokkal. Vedd a nyáj legjavát, és a csontokat is rakd alája, és forrald jól, hadd főjenek csontjai is benne. Azért így szól az Úr Isten: Jaj a vérontó városnak, a fazéknak, amelyben benne van a szennye, és amelyből nem ment ki a szennye! Darabonként szedd ki belőle; ne vessenek rá sorsot. Mert vére benne van közepében; kopár szikla tetejére tette azt, nem öntötte a földre, hogy porral befedjék; hogy haragot gerjesszen és bosszút idézzen elő. Én is kopár szikla tetejére tettem vérét, hogy be ne födjék.</w:t>
      </w:r>
    </w:p>
    <w:p>
      <w:pPr>
        <w:pStyle w:val="ArticleScripture"/>
        <w:jc w:val="left"/>
      </w:pPr>
      <w:r>
        <w:rPr>
          <w:rFonts w:ascii="Times New Roman" w:hAnsi="Times New Roman" w:eastAsia="Times New Roman" w:cs="Times New Roman"/>
        </w:rPr>
        <w:t>Na izany no lazain’i Jehovah Tompo: Lozan’ilay tanàna mpandatsa-drà! Dia hataoko lehibe ny antontan-kitay ho amin’ny afo. Ampio hazo, areheto ny afo, andraho tsara ny nofo, asio zava-manitra tsara, ary aoka hodorana ny taolana. Dia apetraho foana eo ambonin’ny vain’afo izy, mba hafana ny varahiny ka hirehitra, ary mba ho levona ao anatiny ny fahalotoany, ka ho levona ny taim-pahafatesany. Nampisatra tena tamin’ny lainga izy, nefa tsy nivoaka taminy ny taim-pahafatesany lehibe; ao amin’ny afo no hisy ny taim-pahafatesany. Ao amin’ny fahalotoanao no misy fijangajangana; satria efa nodioviko ianao, nefa tsy nety nodiovina, dia tsy hodiovina intsony ho afaka amin’ny fahalotoanao ianao, mandra-pampandriako aminao ny fahatezerako. Izaho Jehovah no nilaza izany; ho tanteraka izany, ary Izaho no hanao azy; tsy hihemotra Aho, tsy hiantra Aho, ary tsy hanenina; araka ny lalanao sy araka ny nataonao no hitsarany anao, hoy Jehovah Tompo.</w:t>
      </w:r>
    </w:p>
    <w:p>
      <w:pPr>
        <w:pStyle w:val="ArticleScripture"/>
        <w:jc w:val="left"/>
      </w:pPr>
      <w:r>
        <w:rPr>
          <w:rFonts w:ascii="Times New Roman" w:hAnsi="Times New Roman" w:eastAsia="Times New Roman" w:cs="Times New Roman"/>
        </w:rPr>
        <w:t>Basi neno la Bwana likanijia, kusema, Mwanadamu, tazama, ninakuondolea kwa pigo tamani ya macho yako; walakini hutalia wala kuomboleza, wala machozi yako hayatakutoka. Uzuie kulia; usifanye maombolezo kwa ajili ya wafu; jivike kilemba chako kichwani, ukavae viatu vyako miguuni, wala usifunike midomo yako, wala usile chakula cha watu. Basi nalisema na watu asubuhi; na jioni mke wangu akafa; nami nikafanya asubuhi kama nilivyoamriwa. Watu wakaniambia, Je, hutatuambia mambo haya ni nini kwetu, hata unafanya hivyo?</w:t>
      </w:r>
    </w:p>
    <w:p>
      <w:pPr>
        <w:pStyle w:val="ArticleScripture"/>
        <w:jc w:val="left"/>
      </w:pPr>
      <w:r>
        <w:rPr>
          <w:rFonts w:ascii="Times New Roman" w:hAnsi="Times New Roman" w:eastAsia="Times New Roman" w:cs="Times New Roman"/>
        </w:rPr>
        <w:t>Kisha nikawajibu, Neno la BWANA likanijia, kusema, Uinenee nyumba ya Israeli, Bwana MUNGU asema hivi; Tazama, nitapatia unajisi patakatifu pangu, fahari ya nguvu zenu, tamanio la macho yenu, na kile ambacho roho zenu zakisitiri huruma; na wana wenu na binti zenu mliowaacha wataanguka kwa upanga. Nanyi mtatenda kama nilivyotenda mimi; hamtaziba midomo yenu, wala hamtakula mkate wa watu. Na vilemba vyenu vitakuwa vichwani penu, na viatu vyenu miguuni mwenu; hamtaomboleza wala kulia; bali mtaisha kwa sababu ya maovu yenu, nanyi mtaombolezana ninyi kwa ninyi. Ndivyo Ezekieli alivyo ishara kwenu; kadiri ya yote aliyoyatenda yeye ndivyo mtakavyotenda; na jambo hili litakapokuja, ndipo mtakapojua ya kuwa mimi ndimi Bwana MUNGU. Ezekieli 24:1–24.</w:t>
      </w:r>
    </w:p>
    <w:p>
      <w:pPr>
        <w:pStyle w:val="ArticleBody"/>
        <w:jc w:val="left"/>
      </w:pPr>
      <w:r>
        <w:rPr>
          <w:rFonts w:ascii="Times New Roman" w:hAnsi="Times New Roman" w:eastAsia="Times New Roman" w:cs="Times New Roman"/>
        </w:rPr>
        <w:t>Եզեկիելը նշան է, որը մատնանշում է Երուսաղեմի պաշարման սկզբնավորումն ու կործանման վախճանը, և ապա՝ Լաոդիկիայի Յոթերորդ օրվա ադվենտիստական եկեղեցու անդամների գերությունը։</w:t>
      </w:r>
    </w:p>
    <w:p>
      <w:pPr>
        <w:pStyle w:val="ArticleScripture"/>
        <w:jc w:val="left"/>
      </w:pPr>
      <w:r>
        <w:rPr>
          <w:rFonts w:ascii="Times New Roman" w:hAnsi="Times New Roman" w:eastAsia="Times New Roman" w:cs="Times New Roman"/>
        </w:rPr>
        <w:t>«Երբ Քրիստոսը նայում էր Ձիթենյաց լեռան գագաթից, Նա տեսնում էր այսպիսի դրություն, որ առկա էր յուրաքանչյուր եկեղեցում։ Նախազգուշացումները հասնում են բոլոր նրանց, ովքեր գնում են Երուսաղեմի ժողովրդի հետքերով, որ այնքան մեծ լույս էին ստացել։ Այս ժողովուրդը մեր առաջ է որպես նախազգուշացում։ Մեր այս օրերում Աստծո նախազգուշացումները մերժելով՝ մարդիկ կրկնում են Երուսաղեմի մեղքը։ Տերը տեսնում է այն, ինչ մարդկային գործակալը չի տեսնում և չի էլ կամենում տեսնել՝ Բեթլ Քրիքում մարդկային բոլոր հնարամտությունների վախճանը։ Նա արել է այն ամենը, ինչ Աստված կարող էր անել։ Նա լույս է փայլեցրել ժողովրդի աչքերի առաջ, որպեսզի նրանց մեղքերը չհասնեն այն սահմանին, որտեղ ապաշխարությունն այլևս չի կարող զգացվել։ Բայց արդար և ճշմարիտ սկզբունքներից երկարատև շեղման ընթացքով մարդիկ իրենց դրել են այնպիսի վիճակի մեջ, որտեղ լույսն ու ճշմարտությունը, արդարությունն ու ողորմությունը չեն զանազանվում։ Այս ընթացքը դարձել է նրանց իսկ բնության մի մասը»։ Վկայություններ, հատոր 8, 68։</w:t>
      </w:r>
    </w:p>
    <w:p>
      <w:pPr>
        <w:pStyle w:val="ArticleHeading"/>
        <w:jc w:val="left"/>
      </w:pPr>
      <w:r>
        <w:rPr>
          <w:rFonts w:ascii="Arial" w:hAnsi="Arial" w:eastAsia="Arial" w:cs="Arial"/>
        </w:rPr>
        <w:t>Mashahidi Wawili wa Alfa na Omega</w:t>
      </w:r>
    </w:p>
    <w:p>
      <w:pPr>
        <w:pStyle w:val="ArticleBody"/>
        <w:jc w:val="left"/>
      </w:pPr>
      <w:r>
        <w:rPr>
          <w:rFonts w:ascii="Nirmala UI" w:hAnsi="Nirmala UI" w:eastAsia="Nirmala UI" w:cs="Nirmala UI"/>
        </w:rPr>
        <w:t>ਏਜ਼ਕੀਏਲ</w:t>
      </w:r>
      <w:r>
        <w:rPr>
          <w:rFonts w:ascii="Times New Roman" w:hAnsi="Times New Roman" w:eastAsia="Times New Roman" w:cs="Times New Roman"/>
        </w:rPr>
        <w:t xml:space="preserve"> </w:t>
      </w:r>
      <w:r>
        <w:rPr>
          <w:rFonts w:ascii="Nirmala UI" w:hAnsi="Nirmala UI" w:eastAsia="Nirmala UI" w:cs="Nirmala UI"/>
        </w:rPr>
        <w:t>ਅਲੌਕਿਕ</w:t>
      </w:r>
      <w:r>
        <w:rPr>
          <w:rFonts w:ascii="Times New Roman" w:hAnsi="Times New Roman" w:eastAsia="Times New Roman" w:cs="Times New Roman"/>
        </w:rPr>
        <w:t xml:space="preserve"> </w:t>
      </w:r>
      <w:r>
        <w:rPr>
          <w:rFonts w:ascii="Nirmala UI" w:hAnsi="Nirmala UI" w:eastAsia="Nirmala UI" w:cs="Nirmala UI"/>
        </w:rPr>
        <w:t>ਢੰਗ</w:t>
      </w:r>
      <w:r>
        <w:rPr>
          <w:rFonts w:ascii="Times New Roman" w:hAnsi="Times New Roman" w:eastAsia="Times New Roman" w:cs="Times New Roman"/>
        </w:rPr>
        <w:t xml:space="preserve"> </w:t>
      </w:r>
      <w:r>
        <w:rPr>
          <w:rFonts w:ascii="Nirmala UI" w:hAnsi="Nirmala UI" w:eastAsia="Nirmala UI" w:cs="Nirmala UI"/>
        </w:rPr>
        <w:t>ਨਾਲ</w:t>
      </w:r>
      <w:r>
        <w:rPr>
          <w:rFonts w:ascii="Times New Roman" w:hAnsi="Times New Roman" w:eastAsia="Times New Roman" w:cs="Times New Roman"/>
        </w:rPr>
        <w:t xml:space="preserve"> </w:t>
      </w:r>
      <w:r>
        <w:rPr>
          <w:rFonts w:ascii="Nirmala UI" w:hAnsi="Nirmala UI" w:eastAsia="Nirmala UI" w:cs="Nirmala UI"/>
        </w:rPr>
        <w:t>ਗੂੰਗਾ</w:t>
      </w:r>
      <w:r>
        <w:rPr>
          <w:rFonts w:ascii="Times New Roman" w:hAnsi="Times New Roman" w:eastAsia="Times New Roman" w:cs="Times New Roman"/>
        </w:rPr>
        <w:t xml:space="preserve"> </w:t>
      </w:r>
      <w:r>
        <w:rPr>
          <w:rFonts w:ascii="Nirmala UI" w:hAnsi="Nirmala UI" w:eastAsia="Nirmala UI" w:cs="Nirmala UI"/>
        </w:rPr>
        <w:t>ਕਰ</w:t>
      </w:r>
      <w:r>
        <w:rPr>
          <w:rFonts w:ascii="Times New Roman" w:hAnsi="Times New Roman" w:eastAsia="Times New Roman" w:cs="Times New Roman"/>
        </w:rPr>
        <w:t xml:space="preserve"> </w:t>
      </w:r>
      <w:r>
        <w:rPr>
          <w:rFonts w:ascii="Nirmala UI" w:hAnsi="Nirmala UI" w:eastAsia="Nirmala UI" w:cs="Nirmala UI"/>
        </w:rPr>
        <w:t>ਦਿੱਤਾ</w:t>
      </w:r>
      <w:r>
        <w:rPr>
          <w:rFonts w:ascii="Times New Roman" w:hAnsi="Times New Roman" w:eastAsia="Times New Roman" w:cs="Times New Roman"/>
        </w:rPr>
        <w:t xml:space="preserve"> </w:t>
      </w:r>
      <w:r>
        <w:rPr>
          <w:rFonts w:ascii="Nirmala UI" w:hAnsi="Nirmala UI" w:eastAsia="Nirmala UI" w:cs="Nirmala UI"/>
        </w:rPr>
        <w:t>ਗਿਆ</w:t>
      </w:r>
      <w:r>
        <w:rPr>
          <w:rFonts w:ascii="Times New Roman" w:hAnsi="Times New Roman" w:eastAsia="Times New Roman" w:cs="Times New Roman"/>
        </w:rPr>
        <w:t xml:space="preserve"> </w:t>
      </w:r>
      <w:r>
        <w:rPr>
          <w:rFonts w:ascii="Nirmala UI" w:hAnsi="Nirmala UI" w:eastAsia="Nirmala UI" w:cs="Nirmala UI"/>
        </w:rPr>
        <w:t>ਸੀ</w:t>
      </w:r>
      <w:r>
        <w:rPr>
          <w:rFonts w:ascii="Times New Roman" w:hAnsi="Times New Roman" w:eastAsia="Times New Roman" w:cs="Times New Roman"/>
        </w:rPr>
        <w:t xml:space="preserve">, </w:t>
      </w:r>
      <w:r>
        <w:rPr>
          <w:rFonts w:ascii="Nirmala UI" w:hAnsi="Nirmala UI" w:eastAsia="Nirmala UI" w:cs="Nirmala UI"/>
        </w:rPr>
        <w:t>ਅਤੇ</w:t>
      </w:r>
      <w:r>
        <w:rPr>
          <w:rFonts w:ascii="Times New Roman" w:hAnsi="Times New Roman" w:eastAsia="Times New Roman" w:cs="Times New Roman"/>
        </w:rPr>
        <w:t xml:space="preserve"> </w:t>
      </w:r>
      <w:r>
        <w:rPr>
          <w:rFonts w:ascii="Nirmala UI" w:hAnsi="Nirmala UI" w:eastAsia="Nirmala UI" w:cs="Nirmala UI"/>
        </w:rPr>
        <w:t>ਉਸ</w:t>
      </w:r>
      <w:r>
        <w:rPr>
          <w:rFonts w:ascii="Times New Roman" w:hAnsi="Times New Roman" w:eastAsia="Times New Roman" w:cs="Times New Roman"/>
        </w:rPr>
        <w:t xml:space="preserve"> </w:t>
      </w:r>
      <w:r>
        <w:rPr>
          <w:rFonts w:ascii="Nirmala UI" w:hAnsi="Nirmala UI" w:eastAsia="Nirmala UI" w:cs="Nirmala UI"/>
        </w:rPr>
        <w:t>ਨੂੰ</w:t>
      </w:r>
      <w:r>
        <w:rPr>
          <w:rFonts w:ascii="Times New Roman" w:hAnsi="Times New Roman" w:eastAsia="Times New Roman" w:cs="Times New Roman"/>
        </w:rPr>
        <w:t xml:space="preserve"> </w:t>
      </w:r>
      <w:r>
        <w:rPr>
          <w:rFonts w:ascii="Nirmala UI" w:hAnsi="Nirmala UI" w:eastAsia="Nirmala UI" w:cs="Nirmala UI"/>
        </w:rPr>
        <w:t>ਇਹ</w:t>
      </w:r>
      <w:r>
        <w:rPr>
          <w:rFonts w:ascii="Times New Roman" w:hAnsi="Times New Roman" w:eastAsia="Times New Roman" w:cs="Times New Roman"/>
        </w:rPr>
        <w:t xml:space="preserve"> </w:t>
      </w:r>
      <w:r>
        <w:rPr>
          <w:rFonts w:ascii="Nirmala UI" w:hAnsi="Nirmala UI" w:eastAsia="Nirmala UI" w:cs="Nirmala UI"/>
        </w:rPr>
        <w:t>ਸੁਚਿਤ</w:t>
      </w:r>
      <w:r>
        <w:rPr>
          <w:rFonts w:ascii="Times New Roman" w:hAnsi="Times New Roman" w:eastAsia="Times New Roman" w:cs="Times New Roman"/>
        </w:rPr>
        <w:t xml:space="preserve"> </w:t>
      </w:r>
      <w:r>
        <w:rPr>
          <w:rFonts w:ascii="Nirmala UI" w:hAnsi="Nirmala UI" w:eastAsia="Nirmala UI" w:cs="Nirmala UI"/>
        </w:rPr>
        <w:t>ਕੀਤਾ</w:t>
      </w:r>
      <w:r>
        <w:rPr>
          <w:rFonts w:ascii="Times New Roman" w:hAnsi="Times New Roman" w:eastAsia="Times New Roman" w:cs="Times New Roman"/>
        </w:rPr>
        <w:t xml:space="preserve"> </w:t>
      </w:r>
      <w:r>
        <w:rPr>
          <w:rFonts w:ascii="Nirmala UI" w:hAnsi="Nirmala UI" w:eastAsia="Nirmala UI" w:cs="Nirmala UI"/>
        </w:rPr>
        <w:t>ਗਿਆ</w:t>
      </w:r>
      <w:r>
        <w:rPr>
          <w:rFonts w:ascii="Times New Roman" w:hAnsi="Times New Roman" w:eastAsia="Times New Roman" w:cs="Times New Roman"/>
        </w:rPr>
        <w:t xml:space="preserve"> </w:t>
      </w:r>
      <w:r>
        <w:rPr>
          <w:rFonts w:ascii="Nirmala UI" w:hAnsi="Nirmala UI" w:eastAsia="Nirmala UI" w:cs="Nirmala UI"/>
        </w:rPr>
        <w:t>ਸੀ</w:t>
      </w:r>
      <w:r>
        <w:rPr>
          <w:rFonts w:ascii="Times New Roman" w:hAnsi="Times New Roman" w:eastAsia="Times New Roman" w:cs="Times New Roman"/>
        </w:rPr>
        <w:t xml:space="preserve"> </w:t>
      </w:r>
      <w:r>
        <w:rPr>
          <w:rFonts w:ascii="Nirmala UI" w:hAnsi="Nirmala UI" w:eastAsia="Nirmala UI" w:cs="Nirmala UI"/>
        </w:rPr>
        <w:t>ਕਿ</w:t>
      </w:r>
      <w:r>
        <w:rPr>
          <w:rFonts w:ascii="Times New Roman" w:hAnsi="Times New Roman" w:eastAsia="Times New Roman" w:cs="Times New Roman"/>
        </w:rPr>
        <w:t xml:space="preserve"> </w:t>
      </w:r>
      <w:r>
        <w:rPr>
          <w:rFonts w:ascii="Nirmala UI" w:hAnsi="Nirmala UI" w:eastAsia="Nirmala UI" w:cs="Nirmala UI"/>
        </w:rPr>
        <w:t>ਜਦੋਂ</w:t>
      </w:r>
      <w:r>
        <w:rPr>
          <w:rFonts w:ascii="Times New Roman" w:hAnsi="Times New Roman" w:eastAsia="Times New Roman" w:cs="Times New Roman"/>
        </w:rPr>
        <w:t xml:space="preserve"> </w:t>
      </w:r>
      <w:r>
        <w:rPr>
          <w:rFonts w:ascii="Nirmala UI" w:hAnsi="Nirmala UI" w:eastAsia="Nirmala UI" w:cs="Nirmala UI"/>
        </w:rPr>
        <w:t>ਯਰੂਸ਼ਲਮ</w:t>
      </w:r>
      <w:r>
        <w:rPr>
          <w:rFonts w:ascii="Times New Roman" w:hAnsi="Times New Roman" w:eastAsia="Times New Roman" w:cs="Times New Roman"/>
        </w:rPr>
        <w:t xml:space="preserve"> </w:t>
      </w:r>
      <w:r>
        <w:rPr>
          <w:rFonts w:ascii="Nirmala UI" w:hAnsi="Nirmala UI" w:eastAsia="Nirmala UI" w:cs="Nirmala UI"/>
        </w:rPr>
        <w:t>ਡਿੱਗ</w:t>
      </w:r>
      <w:r>
        <w:rPr>
          <w:rFonts w:ascii="Times New Roman" w:hAnsi="Times New Roman" w:eastAsia="Times New Roman" w:cs="Times New Roman"/>
        </w:rPr>
        <w:t xml:space="preserve"> </w:t>
      </w:r>
      <w:r>
        <w:rPr>
          <w:rFonts w:ascii="Nirmala UI" w:hAnsi="Nirmala UI" w:eastAsia="Nirmala UI" w:cs="Nirmala UI"/>
        </w:rPr>
        <w:t>ਪਵੇਗਾ</w:t>
      </w:r>
      <w:r>
        <w:rPr>
          <w:rFonts w:ascii="Times New Roman" w:hAnsi="Times New Roman" w:eastAsia="Times New Roman" w:cs="Times New Roman"/>
        </w:rPr>
        <w:t xml:space="preserve">, </w:t>
      </w:r>
      <w:r>
        <w:rPr>
          <w:rFonts w:ascii="Nirmala UI" w:hAnsi="Nirmala UI" w:eastAsia="Nirmala UI" w:cs="Nirmala UI"/>
        </w:rPr>
        <w:t>ਤਦ</w:t>
      </w:r>
      <w:r>
        <w:rPr>
          <w:rFonts w:ascii="Times New Roman" w:hAnsi="Times New Roman" w:eastAsia="Times New Roman" w:cs="Times New Roman"/>
        </w:rPr>
        <w:t xml:space="preserve"> </w:t>
      </w:r>
      <w:r>
        <w:rPr>
          <w:rFonts w:ascii="Nirmala UI" w:hAnsi="Nirmala UI" w:eastAsia="Nirmala UI" w:cs="Nirmala UI"/>
        </w:rPr>
        <w:t>ਉਹ</w:t>
      </w:r>
      <w:r>
        <w:rPr>
          <w:rFonts w:ascii="Times New Roman" w:hAnsi="Times New Roman" w:eastAsia="Times New Roman" w:cs="Times New Roman"/>
        </w:rPr>
        <w:t xml:space="preserve"> </w:t>
      </w:r>
      <w:r>
        <w:rPr>
          <w:rFonts w:ascii="Nirmala UI" w:hAnsi="Nirmala UI" w:eastAsia="Nirmala UI" w:cs="Nirmala UI"/>
        </w:rPr>
        <w:t>ਮੁੜ</w:t>
      </w:r>
      <w:r>
        <w:rPr>
          <w:rFonts w:ascii="Times New Roman" w:hAnsi="Times New Roman" w:eastAsia="Times New Roman" w:cs="Times New Roman"/>
        </w:rPr>
        <w:t xml:space="preserve"> </w:t>
      </w:r>
      <w:r>
        <w:rPr>
          <w:rFonts w:ascii="Nirmala UI" w:hAnsi="Nirmala UI" w:eastAsia="Nirmala UI" w:cs="Nirmala UI"/>
        </w:rPr>
        <w:t>ਬੋਲ</w:t>
      </w:r>
      <w:r>
        <w:rPr>
          <w:rFonts w:ascii="Times New Roman" w:hAnsi="Times New Roman" w:eastAsia="Times New Roman" w:cs="Times New Roman"/>
        </w:rPr>
        <w:t xml:space="preserve"> </w:t>
      </w:r>
      <w:r>
        <w:rPr>
          <w:rFonts w:ascii="Nirmala UI" w:hAnsi="Nirmala UI" w:eastAsia="Nirmala UI" w:cs="Nirmala UI"/>
        </w:rPr>
        <w:t>ਸਕੇਗਾ</w:t>
      </w:r>
      <w:r>
        <w:rPr>
          <w:rFonts w:ascii="Times New Roman" w:hAnsi="Times New Roman" w:eastAsia="Times New Roman" w:cs="Times New Roman"/>
        </w:rPr>
        <w:t xml:space="preserve">, </w:t>
      </w:r>
      <w:r>
        <w:rPr>
          <w:rFonts w:ascii="Nirmala UI" w:hAnsi="Nirmala UI" w:eastAsia="Nirmala UI" w:cs="Nirmala UI"/>
        </w:rPr>
        <w:t>ਅਤੇ</w:t>
      </w:r>
      <w:r>
        <w:rPr>
          <w:rFonts w:ascii="Times New Roman" w:hAnsi="Times New Roman" w:eastAsia="Times New Roman" w:cs="Times New Roman"/>
        </w:rPr>
        <w:t xml:space="preserve"> </w:t>
      </w:r>
      <w:r>
        <w:rPr>
          <w:rFonts w:ascii="Nirmala UI" w:hAnsi="Nirmala UI" w:eastAsia="Nirmala UI" w:cs="Nirmala UI"/>
        </w:rPr>
        <w:t>ਉਸ</w:t>
      </w:r>
      <w:r>
        <w:rPr>
          <w:rFonts w:ascii="Times New Roman" w:hAnsi="Times New Roman" w:eastAsia="Times New Roman" w:cs="Times New Roman"/>
        </w:rPr>
        <w:t xml:space="preserve"> </w:t>
      </w:r>
      <w:r>
        <w:rPr>
          <w:rFonts w:ascii="Nirmala UI" w:hAnsi="Nirmala UI" w:eastAsia="Nirmala UI" w:cs="Nirmala UI"/>
        </w:rPr>
        <w:t>ਵੇਲੇ</w:t>
      </w:r>
      <w:r>
        <w:rPr>
          <w:rFonts w:ascii="Times New Roman" w:hAnsi="Times New Roman" w:eastAsia="Times New Roman" w:cs="Times New Roman"/>
        </w:rPr>
        <w:t xml:space="preserve"> </w:t>
      </w:r>
      <w:r>
        <w:rPr>
          <w:rFonts w:ascii="Nirmala UI" w:hAnsi="Nirmala UI" w:eastAsia="Nirmala UI" w:cs="Nirmala UI"/>
        </w:rPr>
        <w:t>ਉਹ</w:t>
      </w:r>
      <w:r>
        <w:rPr>
          <w:rFonts w:ascii="Times New Roman" w:hAnsi="Times New Roman" w:eastAsia="Times New Roman" w:cs="Times New Roman"/>
        </w:rPr>
        <w:t xml:space="preserve"> </w:t>
      </w:r>
      <w:r>
        <w:rPr>
          <w:rFonts w:ascii="Nirmala UI" w:hAnsi="Nirmala UI" w:eastAsia="Nirmala UI" w:cs="Nirmala UI"/>
        </w:rPr>
        <w:t>ਇੱਕ</w:t>
      </w:r>
      <w:r>
        <w:rPr>
          <w:rFonts w:ascii="Times New Roman" w:hAnsi="Times New Roman" w:eastAsia="Times New Roman" w:cs="Times New Roman"/>
        </w:rPr>
        <w:t xml:space="preserve"> ‘</w:t>
      </w:r>
      <w:r>
        <w:rPr>
          <w:rFonts w:ascii="Nirmala UI" w:hAnsi="Nirmala UI" w:eastAsia="Nirmala UI" w:cs="Nirmala UI"/>
        </w:rPr>
        <w:t>ਚਿੰਨ੍ਹ</w:t>
      </w:r>
      <w:r>
        <w:rPr>
          <w:rFonts w:ascii="Times New Roman" w:hAnsi="Times New Roman" w:eastAsia="Times New Roman" w:cs="Times New Roman"/>
        </w:rPr>
        <w:t xml:space="preserve">’ </w:t>
      </w:r>
      <w:r>
        <w:rPr>
          <w:rFonts w:ascii="Nirmala UI" w:hAnsi="Nirmala UI" w:eastAsia="Nirmala UI" w:cs="Nirmala UI"/>
        </w:rPr>
        <w:t>ਹੋਵੇਗਾ।</w:t>
      </w:r>
      <w:r>
        <w:rPr>
          <w:rFonts w:ascii="Times New Roman" w:hAnsi="Times New Roman" w:eastAsia="Times New Roman" w:cs="Times New Roman"/>
        </w:rPr>
        <w:t xml:space="preserve"> </w:t>
      </w:r>
      <w:r>
        <w:rPr>
          <w:rFonts w:ascii="Nirmala UI" w:hAnsi="Nirmala UI" w:eastAsia="Nirmala UI" w:cs="Nirmala UI"/>
        </w:rPr>
        <w:t>ਏਜ਼ਕੀਏਲ</w:t>
      </w:r>
      <w:r>
        <w:rPr>
          <w:rFonts w:ascii="Times New Roman" w:hAnsi="Times New Roman" w:eastAsia="Times New Roman" w:cs="Times New Roman"/>
        </w:rPr>
        <w:t xml:space="preserve"> </w:t>
      </w:r>
      <w:r>
        <w:rPr>
          <w:rFonts w:ascii="Nirmala UI" w:hAnsi="Nirmala UI" w:eastAsia="Nirmala UI" w:cs="Nirmala UI"/>
        </w:rPr>
        <w:t>ਵੱਲੋਂ</w:t>
      </w:r>
      <w:r>
        <w:rPr>
          <w:rFonts w:ascii="Times New Roman" w:hAnsi="Times New Roman" w:eastAsia="Times New Roman" w:cs="Times New Roman"/>
        </w:rPr>
        <w:t xml:space="preserve"> </w:t>
      </w:r>
      <w:r>
        <w:rPr>
          <w:rFonts w:ascii="Nirmala UI" w:hAnsi="Nirmala UI" w:eastAsia="Nirmala UI" w:cs="Nirmala UI"/>
        </w:rPr>
        <w:t>ਆਪਣੀ</w:t>
      </w:r>
      <w:r>
        <w:rPr>
          <w:rFonts w:ascii="Times New Roman" w:hAnsi="Times New Roman" w:eastAsia="Times New Roman" w:cs="Times New Roman"/>
        </w:rPr>
        <w:t xml:space="preserve"> </w:t>
      </w:r>
      <w:r>
        <w:rPr>
          <w:rFonts w:ascii="Nirmala UI" w:hAnsi="Nirmala UI" w:eastAsia="Nirmala UI" w:cs="Nirmala UI"/>
        </w:rPr>
        <w:t>ਪਤਨੀ</w:t>
      </w:r>
      <w:r>
        <w:rPr>
          <w:rFonts w:ascii="Times New Roman" w:hAnsi="Times New Roman" w:eastAsia="Times New Roman" w:cs="Times New Roman"/>
        </w:rPr>
        <w:t xml:space="preserve"> </w:t>
      </w:r>
      <w:r>
        <w:rPr>
          <w:rFonts w:ascii="Nirmala UI" w:hAnsi="Nirmala UI" w:eastAsia="Nirmala UI" w:cs="Nirmala UI"/>
        </w:rPr>
        <w:t>ਦੀ</w:t>
      </w:r>
      <w:r>
        <w:rPr>
          <w:rFonts w:ascii="Times New Roman" w:hAnsi="Times New Roman" w:eastAsia="Times New Roman" w:cs="Times New Roman"/>
        </w:rPr>
        <w:t xml:space="preserve"> </w:t>
      </w:r>
      <w:r>
        <w:rPr>
          <w:rFonts w:ascii="Nirmala UI" w:hAnsi="Nirmala UI" w:eastAsia="Nirmala UI" w:cs="Nirmala UI"/>
        </w:rPr>
        <w:t>ਮੌਤ</w:t>
      </w:r>
      <w:r>
        <w:rPr>
          <w:rFonts w:ascii="Times New Roman" w:hAnsi="Times New Roman" w:eastAsia="Times New Roman" w:cs="Times New Roman"/>
        </w:rPr>
        <w:t xml:space="preserve"> </w:t>
      </w:r>
      <w:r>
        <w:rPr>
          <w:rFonts w:ascii="Nirmala UI" w:hAnsi="Nirmala UI" w:eastAsia="Nirmala UI" w:cs="Nirmala UI"/>
        </w:rPr>
        <w:t>ਉੱਤੇ</w:t>
      </w:r>
      <w:r>
        <w:rPr>
          <w:rFonts w:ascii="Times New Roman" w:hAnsi="Times New Roman" w:eastAsia="Times New Roman" w:cs="Times New Roman"/>
        </w:rPr>
        <w:t xml:space="preserve"> </w:t>
      </w:r>
      <w:r>
        <w:rPr>
          <w:rFonts w:ascii="Nirmala UI" w:hAnsi="Nirmala UI" w:eastAsia="Nirmala UI" w:cs="Nirmala UI"/>
        </w:rPr>
        <w:t>ਸੋਗ</w:t>
      </w:r>
      <w:r>
        <w:rPr>
          <w:rFonts w:ascii="Times New Roman" w:hAnsi="Times New Roman" w:eastAsia="Times New Roman" w:cs="Times New Roman"/>
        </w:rPr>
        <w:t xml:space="preserve"> </w:t>
      </w:r>
      <w:r>
        <w:rPr>
          <w:rFonts w:ascii="Nirmala UI" w:hAnsi="Nirmala UI" w:eastAsia="Nirmala UI" w:cs="Nirmala UI"/>
        </w:rPr>
        <w:t>ਨਾ</w:t>
      </w:r>
      <w:r>
        <w:rPr>
          <w:rFonts w:ascii="Times New Roman" w:hAnsi="Times New Roman" w:eastAsia="Times New Roman" w:cs="Times New Roman"/>
        </w:rPr>
        <w:t xml:space="preserve"> </w:t>
      </w:r>
      <w:r>
        <w:rPr>
          <w:rFonts w:ascii="Nirmala UI" w:hAnsi="Nirmala UI" w:eastAsia="Nirmala UI" w:cs="Nirmala UI"/>
        </w:rPr>
        <w:t>ਮਨਾਉਣਾ</w:t>
      </w:r>
      <w:r>
        <w:rPr>
          <w:rFonts w:ascii="Times New Roman" w:hAnsi="Times New Roman" w:eastAsia="Times New Roman" w:cs="Times New Roman"/>
        </w:rPr>
        <w:t xml:space="preserve"> </w:t>
      </w:r>
      <w:r>
        <w:rPr>
          <w:rFonts w:ascii="Nirmala UI" w:hAnsi="Nirmala UI" w:eastAsia="Nirmala UI" w:cs="Nirmala UI"/>
        </w:rPr>
        <w:t>ਘੇਰੇਬੰਦੀ</w:t>
      </w:r>
      <w:r>
        <w:rPr>
          <w:rFonts w:ascii="Times New Roman" w:hAnsi="Times New Roman" w:eastAsia="Times New Roman" w:cs="Times New Roman"/>
        </w:rPr>
        <w:t xml:space="preserve"> </w:t>
      </w:r>
      <w:r>
        <w:rPr>
          <w:rFonts w:ascii="Nirmala UI" w:hAnsi="Nirmala UI" w:eastAsia="Nirmala UI" w:cs="Nirmala UI"/>
        </w:rPr>
        <w:t>ਦੇ</w:t>
      </w:r>
      <w:r>
        <w:rPr>
          <w:rFonts w:ascii="Times New Roman" w:hAnsi="Times New Roman" w:eastAsia="Times New Roman" w:cs="Times New Roman"/>
        </w:rPr>
        <w:t xml:space="preserve"> </w:t>
      </w:r>
      <w:r>
        <w:rPr>
          <w:rFonts w:ascii="Nirmala UI" w:hAnsi="Nirmala UI" w:eastAsia="Nirmala UI" w:cs="Nirmala UI"/>
        </w:rPr>
        <w:t>ਆਰੰਭ</w:t>
      </w:r>
      <w:r>
        <w:rPr>
          <w:rFonts w:ascii="Times New Roman" w:hAnsi="Times New Roman" w:eastAsia="Times New Roman" w:cs="Times New Roman"/>
        </w:rPr>
        <w:t xml:space="preserve"> </w:t>
      </w:r>
      <w:r>
        <w:rPr>
          <w:rFonts w:ascii="Nirmala UI" w:hAnsi="Nirmala UI" w:eastAsia="Nirmala UI" w:cs="Nirmala UI"/>
        </w:rPr>
        <w:t>ਵਿੱਚ</w:t>
      </w:r>
      <w:r>
        <w:rPr>
          <w:rFonts w:ascii="Times New Roman" w:hAnsi="Times New Roman" w:eastAsia="Times New Roman" w:cs="Times New Roman"/>
        </w:rPr>
        <w:t xml:space="preserve"> </w:t>
      </w:r>
      <w:r>
        <w:rPr>
          <w:rFonts w:ascii="Nirmala UI" w:hAnsi="Nirmala UI" w:eastAsia="Nirmala UI" w:cs="Nirmala UI"/>
        </w:rPr>
        <w:t>ਅਲਫਾ</w:t>
      </w:r>
      <w:r>
        <w:rPr>
          <w:rFonts w:ascii="Times New Roman" w:hAnsi="Times New Roman" w:eastAsia="Times New Roman" w:cs="Times New Roman"/>
        </w:rPr>
        <w:t xml:space="preserve"> </w:t>
      </w:r>
      <w:r>
        <w:rPr>
          <w:rFonts w:ascii="Nirmala UI" w:hAnsi="Nirmala UI" w:eastAsia="Nirmala UI" w:cs="Nirmala UI"/>
        </w:rPr>
        <w:t>ਚਿੰਨ੍ਹ</w:t>
      </w:r>
      <w:r>
        <w:rPr>
          <w:rFonts w:ascii="Times New Roman" w:hAnsi="Times New Roman" w:eastAsia="Times New Roman" w:cs="Times New Roman"/>
        </w:rPr>
        <w:t xml:space="preserve"> </w:t>
      </w:r>
      <w:r>
        <w:rPr>
          <w:rFonts w:ascii="Nirmala UI" w:hAnsi="Nirmala UI" w:eastAsia="Nirmala UI" w:cs="Nirmala UI"/>
        </w:rPr>
        <w:t>ਸੀ</w:t>
      </w:r>
      <w:r>
        <w:rPr>
          <w:rFonts w:ascii="Times New Roman" w:hAnsi="Times New Roman" w:eastAsia="Times New Roman" w:cs="Times New Roman"/>
        </w:rPr>
        <w:t xml:space="preserve">, </w:t>
      </w:r>
      <w:r>
        <w:rPr>
          <w:rFonts w:ascii="Nirmala UI" w:hAnsi="Nirmala UI" w:eastAsia="Nirmala UI" w:cs="Nirmala UI"/>
        </w:rPr>
        <w:t>ਅਤੇ</w:t>
      </w:r>
      <w:r>
        <w:rPr>
          <w:rFonts w:ascii="Times New Roman" w:hAnsi="Times New Roman" w:eastAsia="Times New Roman" w:cs="Times New Roman"/>
        </w:rPr>
        <w:t xml:space="preserve"> </w:t>
      </w:r>
      <w:r>
        <w:rPr>
          <w:rFonts w:ascii="Nirmala UI" w:hAnsi="Nirmala UI" w:eastAsia="Nirmala UI" w:cs="Nirmala UI"/>
        </w:rPr>
        <w:t>ਯਰੂਸ਼ਲਮ</w:t>
      </w:r>
      <w:r>
        <w:rPr>
          <w:rFonts w:ascii="Times New Roman" w:hAnsi="Times New Roman" w:eastAsia="Times New Roman" w:cs="Times New Roman"/>
        </w:rPr>
        <w:t xml:space="preserve"> </w:t>
      </w:r>
      <w:r>
        <w:rPr>
          <w:rFonts w:ascii="Nirmala UI" w:hAnsi="Nirmala UI" w:eastAsia="Nirmala UI" w:cs="Nirmala UI"/>
        </w:rPr>
        <w:t>ਦੇ</w:t>
      </w:r>
      <w:r>
        <w:rPr>
          <w:rFonts w:ascii="Times New Roman" w:hAnsi="Times New Roman" w:eastAsia="Times New Roman" w:cs="Times New Roman"/>
        </w:rPr>
        <w:t xml:space="preserve"> </w:t>
      </w:r>
      <w:r>
        <w:rPr>
          <w:rFonts w:ascii="Nirmala UI" w:hAnsi="Nirmala UI" w:eastAsia="Nirmala UI" w:cs="Nirmala UI"/>
        </w:rPr>
        <w:t>ਡਿੱਗਣ</w:t>
      </w:r>
      <w:r>
        <w:rPr>
          <w:rFonts w:ascii="Times New Roman" w:hAnsi="Times New Roman" w:eastAsia="Times New Roman" w:cs="Times New Roman"/>
        </w:rPr>
        <w:t xml:space="preserve"> </w:t>
      </w:r>
      <w:r>
        <w:rPr>
          <w:rFonts w:ascii="Nirmala UI" w:hAnsi="Nirmala UI" w:eastAsia="Nirmala UI" w:cs="Nirmala UI"/>
        </w:rPr>
        <w:t>ਸਮੇਂ</w:t>
      </w:r>
      <w:r>
        <w:rPr>
          <w:rFonts w:ascii="Times New Roman" w:hAnsi="Times New Roman" w:eastAsia="Times New Roman" w:cs="Times New Roman"/>
        </w:rPr>
        <w:t xml:space="preserve"> </w:t>
      </w:r>
      <w:r>
        <w:rPr>
          <w:rFonts w:ascii="Nirmala UI" w:hAnsi="Nirmala UI" w:eastAsia="Nirmala UI" w:cs="Nirmala UI"/>
        </w:rPr>
        <w:t>ਏਜ਼ਕੀਏਲ</w:t>
      </w:r>
      <w:r>
        <w:rPr>
          <w:rFonts w:ascii="Times New Roman" w:hAnsi="Times New Roman" w:eastAsia="Times New Roman" w:cs="Times New Roman"/>
        </w:rPr>
        <w:t xml:space="preserve"> </w:t>
      </w:r>
      <w:r>
        <w:rPr>
          <w:rFonts w:ascii="Nirmala UI" w:hAnsi="Nirmala UI" w:eastAsia="Nirmala UI" w:cs="Nirmala UI"/>
        </w:rPr>
        <w:t>ਦਾ</w:t>
      </w:r>
      <w:r>
        <w:rPr>
          <w:rFonts w:ascii="Times New Roman" w:hAnsi="Times New Roman" w:eastAsia="Times New Roman" w:cs="Times New Roman"/>
        </w:rPr>
        <w:t xml:space="preserve"> </w:t>
      </w:r>
      <w:r>
        <w:rPr>
          <w:rFonts w:ascii="Nirmala UI" w:hAnsi="Nirmala UI" w:eastAsia="Nirmala UI" w:cs="Nirmala UI"/>
        </w:rPr>
        <w:t>ਮੂੰਹ</w:t>
      </w:r>
      <w:r>
        <w:rPr>
          <w:rFonts w:ascii="Times New Roman" w:hAnsi="Times New Roman" w:eastAsia="Times New Roman" w:cs="Times New Roman"/>
        </w:rPr>
        <w:t xml:space="preserve"> </w:t>
      </w:r>
      <w:r>
        <w:rPr>
          <w:rFonts w:ascii="Nirmala UI" w:hAnsi="Nirmala UI" w:eastAsia="Nirmala UI" w:cs="Nirmala UI"/>
        </w:rPr>
        <w:t>ਖੁਲ</w:t>
      </w:r>
      <w:r>
        <w:rPr>
          <w:rFonts w:ascii="Times New Roman" w:hAnsi="Times New Roman" w:eastAsia="Times New Roman" w:cs="Times New Roman"/>
        </w:rPr>
        <w:t xml:space="preserve"> </w:t>
      </w:r>
      <w:r>
        <w:rPr>
          <w:rFonts w:ascii="Nirmala UI" w:hAnsi="Nirmala UI" w:eastAsia="Nirmala UI" w:cs="Nirmala UI"/>
        </w:rPr>
        <w:t>ਜਾਣਾ</w:t>
      </w:r>
      <w:r>
        <w:rPr>
          <w:rFonts w:ascii="Times New Roman" w:hAnsi="Times New Roman" w:eastAsia="Times New Roman" w:cs="Times New Roman"/>
        </w:rPr>
        <w:t xml:space="preserve"> </w:t>
      </w:r>
      <w:r>
        <w:rPr>
          <w:rFonts w:ascii="Nirmala UI" w:hAnsi="Nirmala UI" w:eastAsia="Nirmala UI" w:cs="Nirmala UI"/>
        </w:rPr>
        <w:t>ਓਮੇਗਾ</w:t>
      </w:r>
      <w:r>
        <w:rPr>
          <w:rFonts w:ascii="Times New Roman" w:hAnsi="Times New Roman" w:eastAsia="Times New Roman" w:cs="Times New Roman"/>
        </w:rPr>
        <w:t xml:space="preserve"> </w:t>
      </w:r>
      <w:r>
        <w:rPr>
          <w:rFonts w:ascii="Nirmala UI" w:hAnsi="Nirmala UI" w:eastAsia="Nirmala UI" w:cs="Nirmala UI"/>
        </w:rPr>
        <w:t>ਚਿੰਨ੍ਹ</w:t>
      </w:r>
      <w:r>
        <w:rPr>
          <w:rFonts w:ascii="Times New Roman" w:hAnsi="Times New Roman" w:eastAsia="Times New Roman" w:cs="Times New Roman"/>
        </w:rPr>
        <w:t xml:space="preserve"> </w:t>
      </w:r>
      <w:r>
        <w:rPr>
          <w:rFonts w:ascii="Nirmala UI" w:hAnsi="Nirmala UI" w:eastAsia="Nirmala UI" w:cs="Nirmala UI"/>
        </w:rPr>
        <w:t>ਸੀ।</w:t>
      </w:r>
      <w:r>
        <w:rPr>
          <w:rFonts w:ascii="Times New Roman" w:hAnsi="Times New Roman" w:eastAsia="Times New Roman" w:cs="Times New Roman"/>
        </w:rPr>
        <w:t xml:space="preserve"> </w:t>
      </w:r>
      <w:r>
        <w:rPr>
          <w:rFonts w:ascii="Nirmala UI" w:hAnsi="Nirmala UI" w:eastAsia="Nirmala UI" w:cs="Nirmala UI"/>
        </w:rPr>
        <w:t>ਨਾਸ</w:t>
      </w:r>
      <w:r>
        <w:rPr>
          <w:rFonts w:ascii="Times New Roman" w:hAnsi="Times New Roman" w:eastAsia="Times New Roman" w:cs="Times New Roman"/>
        </w:rPr>
        <w:t xml:space="preserve"> </w:t>
      </w:r>
      <w:r>
        <w:rPr>
          <w:rFonts w:ascii="Nirmala UI" w:hAnsi="Nirmala UI" w:eastAsia="Nirmala UI" w:cs="Nirmala UI"/>
        </w:rPr>
        <w:t>ਤੱਕ</w:t>
      </w:r>
      <w:r>
        <w:rPr>
          <w:rFonts w:ascii="Times New Roman" w:hAnsi="Times New Roman" w:eastAsia="Times New Roman" w:cs="Times New Roman"/>
        </w:rPr>
        <w:t xml:space="preserve"> </w:t>
      </w:r>
      <w:r>
        <w:rPr>
          <w:rFonts w:ascii="Nirmala UI" w:hAnsi="Nirmala UI" w:eastAsia="Nirmala UI" w:cs="Nirmala UI"/>
        </w:rPr>
        <w:t>ਦੀ</w:t>
      </w:r>
      <w:r>
        <w:rPr>
          <w:rFonts w:ascii="Times New Roman" w:hAnsi="Times New Roman" w:eastAsia="Times New Roman" w:cs="Times New Roman"/>
        </w:rPr>
        <w:t xml:space="preserve"> </w:t>
      </w:r>
      <w:r>
        <w:rPr>
          <w:rFonts w:ascii="Nirmala UI" w:hAnsi="Nirmala UI" w:eastAsia="Nirmala UI" w:cs="Nirmala UI"/>
        </w:rPr>
        <w:t>ਘੇਰੇਬੰਦੀ</w:t>
      </w:r>
      <w:r>
        <w:rPr>
          <w:rFonts w:ascii="Times New Roman" w:hAnsi="Times New Roman" w:eastAsia="Times New Roman" w:cs="Times New Roman"/>
        </w:rPr>
        <w:t xml:space="preserve"> </w:t>
      </w:r>
      <w:r>
        <w:rPr>
          <w:rFonts w:ascii="Nirmala UI" w:hAnsi="Nirmala UI" w:eastAsia="Nirmala UI" w:cs="Nirmala UI"/>
        </w:rPr>
        <w:t>ਦੇ</w:t>
      </w:r>
      <w:r>
        <w:rPr>
          <w:rFonts w:ascii="Times New Roman" w:hAnsi="Times New Roman" w:eastAsia="Times New Roman" w:cs="Times New Roman"/>
        </w:rPr>
        <w:t xml:space="preserve"> </w:t>
      </w:r>
      <w:r>
        <w:rPr>
          <w:rFonts w:ascii="Nirmala UI" w:hAnsi="Nirmala UI" w:eastAsia="Nirmala UI" w:cs="Nirmala UI"/>
        </w:rPr>
        <w:t>ਆਰੰਭ</w:t>
      </w:r>
      <w:r>
        <w:rPr>
          <w:rFonts w:ascii="Times New Roman" w:hAnsi="Times New Roman" w:eastAsia="Times New Roman" w:cs="Times New Roman"/>
        </w:rPr>
        <w:t xml:space="preserve"> </w:t>
      </w:r>
      <w:r>
        <w:rPr>
          <w:rFonts w:ascii="Nirmala UI" w:hAnsi="Nirmala UI" w:eastAsia="Nirmala UI" w:cs="Nirmala UI"/>
        </w:rPr>
        <w:t>ਅਤੇ</w:t>
      </w:r>
      <w:r>
        <w:rPr>
          <w:rFonts w:ascii="Times New Roman" w:hAnsi="Times New Roman" w:eastAsia="Times New Roman" w:cs="Times New Roman"/>
        </w:rPr>
        <w:t xml:space="preserve"> </w:t>
      </w:r>
      <w:r>
        <w:rPr>
          <w:rFonts w:ascii="Nirmala UI" w:hAnsi="Nirmala UI" w:eastAsia="Nirmala UI" w:cs="Nirmala UI"/>
        </w:rPr>
        <w:t>ਅੰਤ</w:t>
      </w:r>
      <w:r>
        <w:rPr>
          <w:rFonts w:ascii="Times New Roman" w:hAnsi="Times New Roman" w:eastAsia="Times New Roman" w:cs="Times New Roman"/>
        </w:rPr>
        <w:t xml:space="preserve"> </w:t>
      </w:r>
      <w:r>
        <w:rPr>
          <w:rFonts w:ascii="Nirmala UI" w:hAnsi="Nirmala UI" w:eastAsia="Nirmala UI" w:cs="Nirmala UI"/>
        </w:rPr>
        <w:t>ਦੋਵਾਂ</w:t>
      </w:r>
      <w:r>
        <w:rPr>
          <w:rFonts w:ascii="Times New Roman" w:hAnsi="Times New Roman" w:eastAsia="Times New Roman" w:cs="Times New Roman"/>
        </w:rPr>
        <w:t xml:space="preserve"> </w:t>
      </w:r>
      <w:r>
        <w:rPr>
          <w:rFonts w:ascii="Nirmala UI" w:hAnsi="Nirmala UI" w:eastAsia="Nirmala UI" w:cs="Nirmala UI"/>
        </w:rPr>
        <w:t>ਉੱਤੇ</w:t>
      </w:r>
      <w:r>
        <w:rPr>
          <w:rFonts w:ascii="Times New Roman" w:hAnsi="Times New Roman" w:eastAsia="Times New Roman" w:cs="Times New Roman"/>
        </w:rPr>
        <w:t xml:space="preserve"> </w:t>
      </w:r>
      <w:r>
        <w:rPr>
          <w:rFonts w:ascii="Nirmala UI" w:hAnsi="Nirmala UI" w:eastAsia="Nirmala UI" w:cs="Nirmala UI"/>
        </w:rPr>
        <w:t>ਇੱਕ</w:t>
      </w:r>
      <w:r>
        <w:rPr>
          <w:rFonts w:ascii="Times New Roman" w:hAnsi="Times New Roman" w:eastAsia="Times New Roman" w:cs="Times New Roman"/>
        </w:rPr>
        <w:t>-</w:t>
      </w:r>
      <w:r>
        <w:rPr>
          <w:rFonts w:ascii="Nirmala UI" w:hAnsi="Nirmala UI" w:eastAsia="Nirmala UI" w:cs="Nirmala UI"/>
        </w:rPr>
        <w:t>ਇੱਕ</w:t>
      </w:r>
      <w:r>
        <w:rPr>
          <w:rFonts w:ascii="Times New Roman" w:hAnsi="Times New Roman" w:eastAsia="Times New Roman" w:cs="Times New Roman"/>
        </w:rPr>
        <w:t xml:space="preserve"> </w:t>
      </w:r>
      <w:r>
        <w:rPr>
          <w:rFonts w:ascii="Nirmala UI" w:hAnsi="Nirmala UI" w:eastAsia="Nirmala UI" w:cs="Nirmala UI"/>
        </w:rPr>
        <w:t>ਚਿੰਨ੍ਹ</w:t>
      </w:r>
      <w:r>
        <w:rPr>
          <w:rFonts w:ascii="Times New Roman" w:hAnsi="Times New Roman" w:eastAsia="Times New Roman" w:cs="Times New Roman"/>
        </w:rPr>
        <w:t xml:space="preserve"> </w:t>
      </w:r>
      <w:r>
        <w:rPr>
          <w:rFonts w:ascii="Nirmala UI" w:hAnsi="Nirmala UI" w:eastAsia="Nirmala UI" w:cs="Nirmala UI"/>
        </w:rPr>
        <w:t>ਲੱਗਿਆ</w:t>
      </w:r>
      <w:r>
        <w:rPr>
          <w:rFonts w:ascii="Times New Roman" w:hAnsi="Times New Roman" w:eastAsia="Times New Roman" w:cs="Times New Roman"/>
        </w:rPr>
        <w:t xml:space="preserve"> </w:t>
      </w:r>
      <w:r>
        <w:rPr>
          <w:rFonts w:ascii="Nirmala UI" w:hAnsi="Nirmala UI" w:eastAsia="Nirmala UI" w:cs="Nirmala UI"/>
        </w:rPr>
        <w:t>ਹੋਇਆ</w:t>
      </w:r>
      <w:r>
        <w:rPr>
          <w:rFonts w:ascii="Times New Roman" w:hAnsi="Times New Roman" w:eastAsia="Times New Roman" w:cs="Times New Roman"/>
        </w:rPr>
        <w:t xml:space="preserve"> </w:t>
      </w:r>
      <w:r>
        <w:rPr>
          <w:rFonts w:ascii="Nirmala UI" w:hAnsi="Nirmala UI" w:eastAsia="Nirmala UI" w:cs="Nirmala UI"/>
        </w:rPr>
        <w:t>ਹੈ।</w:t>
      </w:r>
      <w:r>
        <w:rPr>
          <w:rFonts w:ascii="Times New Roman" w:hAnsi="Times New Roman" w:eastAsia="Times New Roman" w:cs="Times New Roman"/>
        </w:rPr>
        <w:t xml:space="preserve"> </w:t>
      </w:r>
      <w:r>
        <w:rPr>
          <w:rFonts w:ascii="Nirmala UI" w:hAnsi="Nirmala UI" w:eastAsia="Nirmala UI" w:cs="Nirmala UI"/>
        </w:rPr>
        <w:t>ਉਸੇ</w:t>
      </w:r>
      <w:r>
        <w:rPr>
          <w:rFonts w:ascii="Times New Roman" w:hAnsi="Times New Roman" w:eastAsia="Times New Roman" w:cs="Times New Roman"/>
        </w:rPr>
        <w:t xml:space="preserve"> </w:t>
      </w:r>
      <w:r>
        <w:rPr>
          <w:rFonts w:ascii="Nirmala UI" w:hAnsi="Nirmala UI" w:eastAsia="Nirmala UI" w:cs="Nirmala UI"/>
        </w:rPr>
        <w:t>ਹੀ</w:t>
      </w:r>
      <w:r>
        <w:rPr>
          <w:rFonts w:ascii="Times New Roman" w:hAnsi="Times New Roman" w:eastAsia="Times New Roman" w:cs="Times New Roman"/>
        </w:rPr>
        <w:t xml:space="preserve"> </w:t>
      </w:r>
      <w:r>
        <w:rPr>
          <w:rFonts w:ascii="Nirmala UI" w:hAnsi="Nirmala UI" w:eastAsia="Nirmala UI" w:cs="Nirmala UI"/>
        </w:rPr>
        <w:t>ਦ੍ਰਿਸ਼ਟਾਂਤ</w:t>
      </w:r>
      <w:r>
        <w:rPr>
          <w:rFonts w:ascii="Times New Roman" w:hAnsi="Times New Roman" w:eastAsia="Times New Roman" w:cs="Times New Roman"/>
        </w:rPr>
        <w:t xml:space="preserve"> </w:t>
      </w:r>
      <w:r>
        <w:rPr>
          <w:rFonts w:ascii="Nirmala UI" w:hAnsi="Nirmala UI" w:eastAsia="Nirmala UI" w:cs="Nirmala UI"/>
        </w:rPr>
        <w:t>ਦੇ</w:t>
      </w:r>
      <w:r>
        <w:rPr>
          <w:rFonts w:ascii="Times New Roman" w:hAnsi="Times New Roman" w:eastAsia="Times New Roman" w:cs="Times New Roman"/>
        </w:rPr>
        <w:t xml:space="preserve"> </w:t>
      </w:r>
      <w:r>
        <w:rPr>
          <w:rFonts w:ascii="Nirmala UI" w:hAnsi="Nirmala UI" w:eastAsia="Nirmala UI" w:cs="Nirmala UI"/>
        </w:rPr>
        <w:t>ਅੰਦਰ</w:t>
      </w:r>
      <w:r>
        <w:rPr>
          <w:rFonts w:ascii="Times New Roman" w:hAnsi="Times New Roman" w:eastAsia="Times New Roman" w:cs="Times New Roman"/>
        </w:rPr>
        <w:t xml:space="preserve">, </w:t>
      </w:r>
      <w:r>
        <w:rPr>
          <w:rFonts w:ascii="Nirmala UI" w:hAnsi="Nirmala UI" w:eastAsia="Nirmala UI" w:cs="Nirmala UI"/>
        </w:rPr>
        <w:t>ਅਲਫਾ</w:t>
      </w:r>
      <w:r>
        <w:rPr>
          <w:rFonts w:ascii="Times New Roman" w:hAnsi="Times New Roman" w:eastAsia="Times New Roman" w:cs="Times New Roman"/>
        </w:rPr>
        <w:t xml:space="preserve"> </w:t>
      </w:r>
      <w:r>
        <w:rPr>
          <w:rFonts w:ascii="Nirmala UI" w:hAnsi="Nirmala UI" w:eastAsia="Nirmala UI" w:cs="Nirmala UI"/>
        </w:rPr>
        <w:t>ਅਤੇ</w:t>
      </w:r>
      <w:r>
        <w:rPr>
          <w:rFonts w:ascii="Times New Roman" w:hAnsi="Times New Roman" w:eastAsia="Times New Roman" w:cs="Times New Roman"/>
        </w:rPr>
        <w:t xml:space="preserve"> </w:t>
      </w:r>
      <w:r>
        <w:rPr>
          <w:rFonts w:ascii="Nirmala UI" w:hAnsi="Nirmala UI" w:eastAsia="Nirmala UI" w:cs="Nirmala UI"/>
        </w:rPr>
        <w:t>ਓਮੇਗਾ</w:t>
      </w:r>
      <w:r>
        <w:rPr>
          <w:rFonts w:ascii="Times New Roman" w:hAnsi="Times New Roman" w:eastAsia="Times New Roman" w:cs="Times New Roman"/>
        </w:rPr>
        <w:t xml:space="preserve"> </w:t>
      </w:r>
      <w:r>
        <w:rPr>
          <w:rFonts w:ascii="Nirmala UI" w:hAnsi="Nirmala UI" w:eastAsia="Nirmala UI" w:cs="Nirmala UI"/>
        </w:rPr>
        <w:t>ਚਿੰਨ੍ਹ</w:t>
      </w:r>
      <w:r>
        <w:rPr>
          <w:rFonts w:ascii="Times New Roman" w:hAnsi="Times New Roman" w:eastAsia="Times New Roman" w:cs="Times New Roman"/>
        </w:rPr>
        <w:t xml:space="preserve"> </w:t>
      </w:r>
      <w:r>
        <w:rPr>
          <w:rFonts w:ascii="Nirmala UI" w:hAnsi="Nirmala UI" w:eastAsia="Nirmala UI" w:cs="Nirmala UI"/>
        </w:rPr>
        <w:t>ਲਈ</w:t>
      </w:r>
      <w:r>
        <w:rPr>
          <w:rFonts w:ascii="Times New Roman" w:hAnsi="Times New Roman" w:eastAsia="Times New Roman" w:cs="Times New Roman"/>
        </w:rPr>
        <w:t xml:space="preserve"> </w:t>
      </w:r>
      <w:r>
        <w:rPr>
          <w:rFonts w:ascii="Nirmala UI" w:hAnsi="Nirmala UI" w:eastAsia="Nirmala UI" w:cs="Nirmala UI"/>
        </w:rPr>
        <w:t>ਦੂਜਾ</w:t>
      </w:r>
      <w:r>
        <w:rPr>
          <w:rFonts w:ascii="Times New Roman" w:hAnsi="Times New Roman" w:eastAsia="Times New Roman" w:cs="Times New Roman"/>
        </w:rPr>
        <w:t xml:space="preserve"> </w:t>
      </w:r>
      <w:r>
        <w:rPr>
          <w:rFonts w:ascii="Nirmala UI" w:hAnsi="Nirmala UI" w:eastAsia="Nirmala UI" w:cs="Nirmala UI"/>
        </w:rPr>
        <w:t>ਸਾਕਸ਼ੀ</w:t>
      </w:r>
      <w:r>
        <w:rPr>
          <w:rFonts w:ascii="Times New Roman" w:hAnsi="Times New Roman" w:eastAsia="Times New Roman" w:cs="Times New Roman"/>
        </w:rPr>
        <w:t xml:space="preserve"> </w:t>
      </w:r>
      <w:r>
        <w:rPr>
          <w:rFonts w:ascii="Nirmala UI" w:hAnsi="Nirmala UI" w:eastAsia="Nirmala UI" w:cs="Nirmala UI"/>
        </w:rPr>
        <w:t>ਇਸ</w:t>
      </w:r>
      <w:r>
        <w:rPr>
          <w:rFonts w:ascii="Times New Roman" w:hAnsi="Times New Roman" w:eastAsia="Times New Roman" w:cs="Times New Roman"/>
        </w:rPr>
        <w:t xml:space="preserve"> </w:t>
      </w:r>
      <w:r>
        <w:rPr>
          <w:rFonts w:ascii="Nirmala UI" w:hAnsi="Nirmala UI" w:eastAsia="Nirmala UI" w:cs="Nirmala UI"/>
        </w:rPr>
        <w:t>ਤਰ੍ਹਾਂ</w:t>
      </w:r>
      <w:r>
        <w:rPr>
          <w:rFonts w:ascii="Times New Roman" w:hAnsi="Times New Roman" w:eastAsia="Times New Roman" w:cs="Times New Roman"/>
        </w:rPr>
        <w:t xml:space="preserve"> </w:t>
      </w:r>
      <w:r>
        <w:rPr>
          <w:rFonts w:ascii="Nirmala UI" w:hAnsi="Nirmala UI" w:eastAsia="Nirmala UI" w:cs="Nirmala UI"/>
        </w:rPr>
        <w:t>ਦਰਸਾਇਆ</w:t>
      </w:r>
      <w:r>
        <w:rPr>
          <w:rFonts w:ascii="Times New Roman" w:hAnsi="Times New Roman" w:eastAsia="Times New Roman" w:cs="Times New Roman"/>
        </w:rPr>
        <w:t xml:space="preserve"> </w:t>
      </w:r>
      <w:r>
        <w:rPr>
          <w:rFonts w:ascii="Nirmala UI" w:hAnsi="Nirmala UI" w:eastAsia="Nirmala UI" w:cs="Nirmala UI"/>
        </w:rPr>
        <w:t>ਗਿਆ</w:t>
      </w:r>
      <w:r>
        <w:rPr>
          <w:rFonts w:ascii="Times New Roman" w:hAnsi="Times New Roman" w:eastAsia="Times New Roman" w:cs="Times New Roman"/>
        </w:rPr>
        <w:t xml:space="preserve"> </w:t>
      </w:r>
      <w:r>
        <w:rPr>
          <w:rFonts w:ascii="Nirmala UI" w:hAnsi="Nirmala UI" w:eastAsia="Nirmala UI" w:cs="Nirmala UI"/>
        </w:rPr>
        <w:t>ਹੈ</w:t>
      </w:r>
      <w:r>
        <w:rPr>
          <w:rFonts w:ascii="Times New Roman" w:hAnsi="Times New Roman" w:eastAsia="Times New Roman" w:cs="Times New Roman"/>
        </w:rPr>
        <w:t xml:space="preserve"> </w:t>
      </w:r>
      <w:r>
        <w:rPr>
          <w:rFonts w:ascii="Nirmala UI" w:hAnsi="Nirmala UI" w:eastAsia="Nirmala UI" w:cs="Nirmala UI"/>
        </w:rPr>
        <w:t>ਕਿ</w:t>
      </w:r>
      <w:r>
        <w:rPr>
          <w:rFonts w:ascii="Times New Roman" w:hAnsi="Times New Roman" w:eastAsia="Times New Roman" w:cs="Times New Roman"/>
        </w:rPr>
        <w:t xml:space="preserve"> “</w:t>
      </w:r>
      <w:r>
        <w:rPr>
          <w:rFonts w:ascii="Nirmala UI" w:hAnsi="Nirmala UI" w:eastAsia="Nirmala UI" w:cs="Nirmala UI"/>
        </w:rPr>
        <w:t>ਏਜ਼ਕੀਏਲ</w:t>
      </w:r>
      <w:r>
        <w:rPr>
          <w:rFonts w:ascii="Times New Roman" w:hAnsi="Times New Roman" w:eastAsia="Times New Roman" w:cs="Times New Roman"/>
        </w:rPr>
        <w:t xml:space="preserve"> </w:t>
      </w:r>
      <w:r>
        <w:rPr>
          <w:rFonts w:ascii="Nirmala UI" w:hAnsi="Nirmala UI" w:eastAsia="Nirmala UI" w:cs="Nirmala UI"/>
        </w:rPr>
        <w:t>ਦੀਆਂ</w:t>
      </w:r>
      <w:r>
        <w:rPr>
          <w:rFonts w:ascii="Times New Roman" w:hAnsi="Times New Roman" w:eastAsia="Times New Roman" w:cs="Times New Roman"/>
        </w:rPr>
        <w:t xml:space="preserve"> </w:t>
      </w:r>
      <w:r>
        <w:rPr>
          <w:rFonts w:ascii="Nirmala UI" w:hAnsi="Nirmala UI" w:eastAsia="Nirmala UI" w:cs="Nirmala UI"/>
        </w:rPr>
        <w:t>ਅੱਖਾਂ</w:t>
      </w:r>
      <w:r>
        <w:rPr>
          <w:rFonts w:ascii="Times New Roman" w:hAnsi="Times New Roman" w:eastAsia="Times New Roman" w:cs="Times New Roman"/>
        </w:rPr>
        <w:t xml:space="preserve"> </w:t>
      </w:r>
      <w:r>
        <w:rPr>
          <w:rFonts w:ascii="Nirmala UI" w:hAnsi="Nirmala UI" w:eastAsia="Nirmala UI" w:cs="Nirmala UI"/>
        </w:rPr>
        <w:t>ਦੀ</w:t>
      </w:r>
      <w:r>
        <w:rPr>
          <w:rFonts w:ascii="Times New Roman" w:hAnsi="Times New Roman" w:eastAsia="Times New Roman" w:cs="Times New Roman"/>
        </w:rPr>
        <w:t xml:space="preserve"> </w:t>
      </w:r>
      <w:r>
        <w:rPr>
          <w:rFonts w:ascii="Nirmala UI" w:hAnsi="Nirmala UI" w:eastAsia="Nirmala UI" w:cs="Nirmala UI"/>
        </w:rPr>
        <w:t>ਇੱਛਾ</w:t>
      </w:r>
      <w:r>
        <w:rPr>
          <w:rFonts w:ascii="Times New Roman" w:hAnsi="Times New Roman" w:eastAsia="Times New Roman" w:cs="Times New Roman"/>
        </w:rPr>
        <w:t xml:space="preserve">” </w:t>
      </w:r>
      <w:r>
        <w:rPr>
          <w:rFonts w:ascii="Nirmala UI" w:hAnsi="Nirmala UI" w:eastAsia="Nirmala UI" w:cs="Nirmala UI"/>
        </w:rPr>
        <w:t>ਦੀ</w:t>
      </w:r>
      <w:r>
        <w:rPr>
          <w:rFonts w:ascii="Times New Roman" w:hAnsi="Times New Roman" w:eastAsia="Times New Roman" w:cs="Times New Roman"/>
        </w:rPr>
        <w:t xml:space="preserve"> </w:t>
      </w:r>
      <w:r>
        <w:rPr>
          <w:rFonts w:ascii="Nirmala UI" w:hAnsi="Nirmala UI" w:eastAsia="Nirmala UI" w:cs="Nirmala UI"/>
        </w:rPr>
        <w:t>ਮੌਤ</w:t>
      </w:r>
      <w:r>
        <w:rPr>
          <w:rFonts w:ascii="Times New Roman" w:hAnsi="Times New Roman" w:eastAsia="Times New Roman" w:cs="Times New Roman"/>
        </w:rPr>
        <w:t xml:space="preserve"> </w:t>
      </w:r>
      <w:r>
        <w:rPr>
          <w:rFonts w:ascii="Nirmala UI" w:hAnsi="Nirmala UI" w:eastAsia="Nirmala UI" w:cs="Nirmala UI"/>
        </w:rPr>
        <w:t>ਅਲਫਾ</w:t>
      </w:r>
      <w:r>
        <w:rPr>
          <w:rFonts w:ascii="Times New Roman" w:hAnsi="Times New Roman" w:eastAsia="Times New Roman" w:cs="Times New Roman"/>
        </w:rPr>
        <w:t xml:space="preserve"> </w:t>
      </w:r>
      <w:r>
        <w:rPr>
          <w:rFonts w:ascii="Nirmala UI" w:hAnsi="Nirmala UI" w:eastAsia="Nirmala UI" w:cs="Nirmala UI"/>
        </w:rPr>
        <w:t>ਹੈ</w:t>
      </w:r>
      <w:r>
        <w:rPr>
          <w:rFonts w:ascii="Times New Roman" w:hAnsi="Times New Roman" w:eastAsia="Times New Roman" w:cs="Times New Roman"/>
        </w:rPr>
        <w:t xml:space="preserve">, </w:t>
      </w:r>
      <w:r>
        <w:rPr>
          <w:rFonts w:ascii="Nirmala UI" w:hAnsi="Nirmala UI" w:eastAsia="Nirmala UI" w:cs="Nirmala UI"/>
        </w:rPr>
        <w:t>ਅਤੇ</w:t>
      </w:r>
      <w:r>
        <w:rPr>
          <w:rFonts w:ascii="Times New Roman" w:hAnsi="Times New Roman" w:eastAsia="Times New Roman" w:cs="Times New Roman"/>
        </w:rPr>
        <w:t xml:space="preserve"> </w:t>
      </w:r>
      <w:r>
        <w:rPr>
          <w:rFonts w:ascii="Nirmala UI" w:hAnsi="Nirmala UI" w:eastAsia="Nirmala UI" w:cs="Nirmala UI"/>
        </w:rPr>
        <w:t>ਲੋਕਾਂ</w:t>
      </w:r>
      <w:r>
        <w:rPr>
          <w:rFonts w:ascii="Times New Roman" w:hAnsi="Times New Roman" w:eastAsia="Times New Roman" w:cs="Times New Roman"/>
        </w:rPr>
        <w:t xml:space="preserve"> </w:t>
      </w:r>
      <w:r>
        <w:rPr>
          <w:rFonts w:ascii="Nirmala UI" w:hAnsi="Nirmala UI" w:eastAsia="Nirmala UI" w:cs="Nirmala UI"/>
        </w:rPr>
        <w:t>ਦੀਆਂ</w:t>
      </w:r>
      <w:r>
        <w:rPr>
          <w:rFonts w:ascii="Times New Roman" w:hAnsi="Times New Roman" w:eastAsia="Times New Roman" w:cs="Times New Roman"/>
        </w:rPr>
        <w:t xml:space="preserve"> “</w:t>
      </w:r>
      <w:r>
        <w:rPr>
          <w:rFonts w:ascii="Nirmala UI" w:hAnsi="Nirmala UI" w:eastAsia="Nirmala UI" w:cs="Nirmala UI"/>
        </w:rPr>
        <w:t>ਅੱਖਾਂ</w:t>
      </w:r>
      <w:r>
        <w:rPr>
          <w:rFonts w:ascii="Times New Roman" w:hAnsi="Times New Roman" w:eastAsia="Times New Roman" w:cs="Times New Roman"/>
        </w:rPr>
        <w:t xml:space="preserve"> </w:t>
      </w:r>
      <w:r>
        <w:rPr>
          <w:rFonts w:ascii="Nirmala UI" w:hAnsi="Nirmala UI" w:eastAsia="Nirmala UI" w:cs="Nirmala UI"/>
        </w:rPr>
        <w:t>ਦੀ</w:t>
      </w:r>
      <w:r>
        <w:rPr>
          <w:rFonts w:ascii="Times New Roman" w:hAnsi="Times New Roman" w:eastAsia="Times New Roman" w:cs="Times New Roman"/>
        </w:rPr>
        <w:t xml:space="preserve"> </w:t>
      </w:r>
      <w:r>
        <w:rPr>
          <w:rFonts w:ascii="Nirmala UI" w:hAnsi="Nirmala UI" w:eastAsia="Nirmala UI" w:cs="Nirmala UI"/>
        </w:rPr>
        <w:t>ਇੱਛਾ</w:t>
      </w:r>
      <w:r>
        <w:rPr>
          <w:rFonts w:ascii="Times New Roman" w:hAnsi="Times New Roman" w:eastAsia="Times New Roman" w:cs="Times New Roman"/>
        </w:rPr>
        <w:t xml:space="preserve">” </w:t>
      </w:r>
      <w:r>
        <w:rPr>
          <w:rFonts w:ascii="Nirmala UI" w:hAnsi="Nirmala UI" w:eastAsia="Nirmala UI" w:cs="Nirmala UI"/>
        </w:rPr>
        <w:t>ਦੀ</w:t>
      </w:r>
      <w:r>
        <w:rPr>
          <w:rFonts w:ascii="Times New Roman" w:hAnsi="Times New Roman" w:eastAsia="Times New Roman" w:cs="Times New Roman"/>
        </w:rPr>
        <w:t xml:space="preserve"> </w:t>
      </w:r>
      <w:r>
        <w:rPr>
          <w:rFonts w:ascii="Nirmala UI" w:hAnsi="Nirmala UI" w:eastAsia="Nirmala UI" w:cs="Nirmala UI"/>
        </w:rPr>
        <w:t>ਮੌਤ</w:t>
      </w:r>
      <w:r>
        <w:rPr>
          <w:rFonts w:ascii="Times New Roman" w:hAnsi="Times New Roman" w:eastAsia="Times New Roman" w:cs="Times New Roman"/>
        </w:rPr>
        <w:t xml:space="preserve"> </w:t>
      </w:r>
      <w:r>
        <w:rPr>
          <w:rFonts w:ascii="Nirmala UI" w:hAnsi="Nirmala UI" w:eastAsia="Nirmala UI" w:cs="Nirmala UI"/>
        </w:rPr>
        <w:t>ਉਸ</w:t>
      </w:r>
      <w:r>
        <w:rPr>
          <w:rFonts w:ascii="Times New Roman" w:hAnsi="Times New Roman" w:eastAsia="Times New Roman" w:cs="Times New Roman"/>
        </w:rPr>
        <w:t xml:space="preserve"> </w:t>
      </w:r>
      <w:r>
        <w:rPr>
          <w:rFonts w:ascii="Nirmala UI" w:hAnsi="Nirmala UI" w:eastAsia="Nirmala UI" w:cs="Nirmala UI"/>
        </w:rPr>
        <w:t>ਅਵਧੀ</w:t>
      </w:r>
      <w:r>
        <w:rPr>
          <w:rFonts w:ascii="Times New Roman" w:hAnsi="Times New Roman" w:eastAsia="Times New Roman" w:cs="Times New Roman"/>
        </w:rPr>
        <w:t xml:space="preserve"> </w:t>
      </w:r>
      <w:r>
        <w:rPr>
          <w:rFonts w:ascii="Nirmala UI" w:hAnsi="Nirmala UI" w:eastAsia="Nirmala UI" w:cs="Nirmala UI"/>
        </w:rPr>
        <w:t>ਦਾ</w:t>
      </w:r>
      <w:r>
        <w:rPr>
          <w:rFonts w:ascii="Times New Roman" w:hAnsi="Times New Roman" w:eastAsia="Times New Roman" w:cs="Times New Roman"/>
        </w:rPr>
        <w:t xml:space="preserve"> </w:t>
      </w:r>
      <w:r>
        <w:rPr>
          <w:rFonts w:ascii="Nirmala UI" w:hAnsi="Nirmala UI" w:eastAsia="Nirmala UI" w:cs="Nirmala UI"/>
        </w:rPr>
        <w:t>ਓਮੇਗਾ</w:t>
      </w:r>
      <w:r>
        <w:rPr>
          <w:rFonts w:ascii="Times New Roman" w:hAnsi="Times New Roman" w:eastAsia="Times New Roman" w:cs="Times New Roman"/>
        </w:rPr>
        <w:t xml:space="preserve"> </w:t>
      </w:r>
      <w:r>
        <w:rPr>
          <w:rFonts w:ascii="Nirmala UI" w:hAnsi="Nirmala UI" w:eastAsia="Nirmala UI" w:cs="Nirmala UI"/>
        </w:rPr>
        <w:t>ਚਿੰਨ੍ਹ</w:t>
      </w:r>
      <w:r>
        <w:rPr>
          <w:rFonts w:ascii="Times New Roman" w:hAnsi="Times New Roman" w:eastAsia="Times New Roman" w:cs="Times New Roman"/>
        </w:rPr>
        <w:t xml:space="preserve"> </w:t>
      </w:r>
      <w:r>
        <w:rPr>
          <w:rFonts w:ascii="Nirmala UI" w:hAnsi="Nirmala UI" w:eastAsia="Nirmala UI" w:cs="Nirmala UI"/>
        </w:rPr>
        <w:t>ਹੈ।</w:t>
      </w:r>
      <w:r>
        <w:rPr>
          <w:rFonts w:ascii="Times New Roman" w:hAnsi="Times New Roman" w:eastAsia="Times New Roman" w:cs="Times New Roman"/>
        </w:rPr>
        <w:t xml:space="preserve"> </w:t>
      </w:r>
      <w:r>
        <w:rPr>
          <w:rFonts w:ascii="Nirmala UI" w:hAnsi="Nirmala UI" w:eastAsia="Nirmala UI" w:cs="Nirmala UI"/>
        </w:rPr>
        <w:t>ਡੇਢ</w:t>
      </w:r>
      <w:r>
        <w:rPr>
          <w:rFonts w:ascii="Times New Roman" w:hAnsi="Times New Roman" w:eastAsia="Times New Roman" w:cs="Times New Roman"/>
        </w:rPr>
        <w:t xml:space="preserve"> </w:t>
      </w:r>
      <w:r>
        <w:rPr>
          <w:rFonts w:ascii="Nirmala UI" w:hAnsi="Nirmala UI" w:eastAsia="Nirmala UI" w:cs="Nirmala UI"/>
        </w:rPr>
        <w:t>ਸਾਲ</w:t>
      </w:r>
      <w:r>
        <w:rPr>
          <w:rFonts w:ascii="Times New Roman" w:hAnsi="Times New Roman" w:eastAsia="Times New Roman" w:cs="Times New Roman"/>
        </w:rPr>
        <w:t xml:space="preserve"> </w:t>
      </w:r>
      <w:r>
        <w:rPr>
          <w:rFonts w:ascii="Nirmala UI" w:hAnsi="Nirmala UI" w:eastAsia="Nirmala UI" w:cs="Nirmala UI"/>
        </w:rPr>
        <w:t>ਦੀ</w:t>
      </w:r>
      <w:r>
        <w:rPr>
          <w:rFonts w:ascii="Times New Roman" w:hAnsi="Times New Roman" w:eastAsia="Times New Roman" w:cs="Times New Roman"/>
        </w:rPr>
        <w:t xml:space="preserve"> </w:t>
      </w:r>
      <w:r>
        <w:rPr>
          <w:rFonts w:ascii="Nirmala UI" w:hAnsi="Nirmala UI" w:eastAsia="Nirmala UI" w:cs="Nirmala UI"/>
        </w:rPr>
        <w:t>ਇਹ</w:t>
      </w:r>
      <w:r>
        <w:rPr>
          <w:rFonts w:ascii="Times New Roman" w:hAnsi="Times New Roman" w:eastAsia="Times New Roman" w:cs="Times New Roman"/>
        </w:rPr>
        <w:t xml:space="preserve"> </w:t>
      </w:r>
      <w:r>
        <w:rPr>
          <w:rFonts w:ascii="Nirmala UI" w:hAnsi="Nirmala UI" w:eastAsia="Nirmala UI" w:cs="Nirmala UI"/>
        </w:rPr>
        <w:t>ਅਵਧੀ</w:t>
      </w:r>
      <w:r>
        <w:rPr>
          <w:rFonts w:ascii="Times New Roman" w:hAnsi="Times New Roman" w:eastAsia="Times New Roman" w:cs="Times New Roman"/>
        </w:rPr>
        <w:t xml:space="preserve"> </w:t>
      </w:r>
      <w:r>
        <w:rPr>
          <w:rFonts w:ascii="Nirmala UI" w:hAnsi="Nirmala UI" w:eastAsia="Nirmala UI" w:cs="Nirmala UI"/>
        </w:rPr>
        <w:t>ਅਲਫਾ</w:t>
      </w:r>
      <w:r>
        <w:rPr>
          <w:rFonts w:ascii="Times New Roman" w:hAnsi="Times New Roman" w:eastAsia="Times New Roman" w:cs="Times New Roman"/>
        </w:rPr>
        <w:t xml:space="preserve"> </w:t>
      </w:r>
      <w:r>
        <w:rPr>
          <w:rFonts w:ascii="Nirmala UI" w:hAnsi="Nirmala UI" w:eastAsia="Nirmala UI" w:cs="Nirmala UI"/>
        </w:rPr>
        <w:t>ਅਤੇ</w:t>
      </w:r>
      <w:r>
        <w:rPr>
          <w:rFonts w:ascii="Times New Roman" w:hAnsi="Times New Roman" w:eastAsia="Times New Roman" w:cs="Times New Roman"/>
        </w:rPr>
        <w:t xml:space="preserve"> </w:t>
      </w:r>
      <w:r>
        <w:rPr>
          <w:rFonts w:ascii="Nirmala UI" w:hAnsi="Nirmala UI" w:eastAsia="Nirmala UI" w:cs="Nirmala UI"/>
        </w:rPr>
        <w:t>ਓਮੇਗਾ</w:t>
      </w:r>
      <w:r>
        <w:rPr>
          <w:rFonts w:ascii="Times New Roman" w:hAnsi="Times New Roman" w:eastAsia="Times New Roman" w:cs="Times New Roman"/>
        </w:rPr>
        <w:t xml:space="preserve"> </w:t>
      </w:r>
      <w:r>
        <w:rPr>
          <w:rFonts w:ascii="Nirmala UI" w:hAnsi="Nirmala UI" w:eastAsia="Nirmala UI" w:cs="Nirmala UI"/>
        </w:rPr>
        <w:t>ਦੇ</w:t>
      </w:r>
      <w:r>
        <w:rPr>
          <w:rFonts w:ascii="Times New Roman" w:hAnsi="Times New Roman" w:eastAsia="Times New Roman" w:cs="Times New Roman"/>
        </w:rPr>
        <w:t xml:space="preserve"> </w:t>
      </w:r>
      <w:r>
        <w:rPr>
          <w:rFonts w:ascii="Nirmala UI" w:hAnsi="Nirmala UI" w:eastAsia="Nirmala UI" w:cs="Nirmala UI"/>
        </w:rPr>
        <w:t>ਦੋ</w:t>
      </w:r>
      <w:r>
        <w:rPr>
          <w:rFonts w:ascii="Times New Roman" w:hAnsi="Times New Roman" w:eastAsia="Times New Roman" w:cs="Times New Roman"/>
        </w:rPr>
        <w:t xml:space="preserve"> </w:t>
      </w:r>
      <w:r>
        <w:rPr>
          <w:rFonts w:ascii="Nirmala UI" w:hAnsi="Nirmala UI" w:eastAsia="Nirmala UI" w:cs="Nirmala UI"/>
        </w:rPr>
        <w:t>ਸਾਕਸ਼ੀ</w:t>
      </w:r>
      <w:r>
        <w:rPr>
          <w:rFonts w:ascii="Times New Roman" w:hAnsi="Times New Roman" w:eastAsia="Times New Roman" w:cs="Times New Roman"/>
        </w:rPr>
        <w:t xml:space="preserve"> </w:t>
      </w:r>
      <w:r>
        <w:rPr>
          <w:rFonts w:ascii="Nirmala UI" w:hAnsi="Nirmala UI" w:eastAsia="Nirmala UI" w:cs="Nirmala UI"/>
        </w:rPr>
        <w:t>ਰੱਖਦੀ</w:t>
      </w:r>
      <w:r>
        <w:rPr>
          <w:rFonts w:ascii="Times New Roman" w:hAnsi="Times New Roman" w:eastAsia="Times New Roman" w:cs="Times New Roman"/>
        </w:rPr>
        <w:t xml:space="preserve"> </w:t>
      </w:r>
      <w:r>
        <w:rPr>
          <w:rFonts w:ascii="Nirmala UI" w:hAnsi="Nirmala UI" w:eastAsia="Nirmala UI" w:cs="Nirmala UI"/>
        </w:rPr>
        <w:t>ਹੈ।</w:t>
      </w:r>
      <w:r>
        <w:rPr>
          <w:rFonts w:ascii="Times New Roman" w:hAnsi="Times New Roman" w:eastAsia="Times New Roman" w:cs="Times New Roman"/>
        </w:rPr>
        <w:t xml:space="preserve"> </w:t>
      </w:r>
      <w:r>
        <w:rPr>
          <w:rFonts w:ascii="Nirmala UI" w:hAnsi="Nirmala UI" w:eastAsia="Nirmala UI" w:cs="Nirmala UI"/>
        </w:rPr>
        <w:t>ਏਜ਼ਕੀਏਲ</w:t>
      </w:r>
      <w:r>
        <w:rPr>
          <w:rFonts w:ascii="Times New Roman" w:hAnsi="Times New Roman" w:eastAsia="Times New Roman" w:cs="Times New Roman"/>
        </w:rPr>
        <w:t xml:space="preserve"> </w:t>
      </w:r>
      <w:r>
        <w:rPr>
          <w:rFonts w:ascii="Nirmala UI" w:hAnsi="Nirmala UI" w:eastAsia="Nirmala UI" w:cs="Nirmala UI"/>
        </w:rPr>
        <w:t>ਦੀ</w:t>
      </w:r>
      <w:r>
        <w:rPr>
          <w:rFonts w:ascii="Times New Roman" w:hAnsi="Times New Roman" w:eastAsia="Times New Roman" w:cs="Times New Roman"/>
        </w:rPr>
        <w:t xml:space="preserve"> </w:t>
      </w:r>
      <w:r>
        <w:rPr>
          <w:rFonts w:ascii="Nirmala UI" w:hAnsi="Nirmala UI" w:eastAsia="Nirmala UI" w:cs="Nirmala UI"/>
        </w:rPr>
        <w:t>ਪਤਨੀ</w:t>
      </w:r>
      <w:r>
        <w:rPr>
          <w:rFonts w:ascii="Times New Roman" w:hAnsi="Times New Roman" w:eastAsia="Times New Roman" w:cs="Times New Roman"/>
        </w:rPr>
        <w:t xml:space="preserve"> </w:t>
      </w:r>
      <w:r>
        <w:rPr>
          <w:rFonts w:ascii="Nirmala UI" w:hAnsi="Nirmala UI" w:eastAsia="Nirmala UI" w:cs="Nirmala UI"/>
        </w:rPr>
        <w:t>ਦੀ</w:t>
      </w:r>
      <w:r>
        <w:rPr>
          <w:rFonts w:ascii="Times New Roman" w:hAnsi="Times New Roman" w:eastAsia="Times New Roman" w:cs="Times New Roman"/>
        </w:rPr>
        <w:t xml:space="preserve"> </w:t>
      </w:r>
      <w:r>
        <w:rPr>
          <w:rFonts w:ascii="Nirmala UI" w:hAnsi="Nirmala UI" w:eastAsia="Nirmala UI" w:cs="Nirmala UI"/>
        </w:rPr>
        <w:t>ਮੌਤ</w:t>
      </w:r>
      <w:r>
        <w:rPr>
          <w:rFonts w:ascii="Times New Roman" w:hAnsi="Times New Roman" w:eastAsia="Times New Roman" w:cs="Times New Roman"/>
        </w:rPr>
        <w:t xml:space="preserve"> </w:t>
      </w:r>
      <w:r>
        <w:rPr>
          <w:rFonts w:ascii="Nirmala UI" w:hAnsi="Nirmala UI" w:eastAsia="Nirmala UI" w:cs="Nirmala UI"/>
        </w:rPr>
        <w:t>ਨੇ</w:t>
      </w:r>
      <w:r>
        <w:rPr>
          <w:rFonts w:ascii="Times New Roman" w:hAnsi="Times New Roman" w:eastAsia="Times New Roman" w:cs="Times New Roman"/>
        </w:rPr>
        <w:t xml:space="preserve"> </w:t>
      </w:r>
      <w:r>
        <w:rPr>
          <w:rFonts w:ascii="Nirmala UI" w:hAnsi="Nirmala UI" w:eastAsia="Nirmala UI" w:cs="Nirmala UI"/>
        </w:rPr>
        <w:t>ਲਸ਼ਕਰ</w:t>
      </w:r>
      <w:r>
        <w:rPr>
          <w:rFonts w:ascii="Times New Roman" w:hAnsi="Times New Roman" w:eastAsia="Times New Roman" w:cs="Times New Roman"/>
        </w:rPr>
        <w:t xml:space="preserve"> </w:t>
      </w:r>
      <w:r>
        <w:rPr>
          <w:rFonts w:ascii="Nirmala UI" w:hAnsi="Nirmala UI" w:eastAsia="Nirmala UI" w:cs="Nirmala UI"/>
        </w:rPr>
        <w:t>ਦੀ</w:t>
      </w:r>
      <w:r>
        <w:rPr>
          <w:rFonts w:ascii="Times New Roman" w:hAnsi="Times New Roman" w:eastAsia="Times New Roman" w:cs="Times New Roman"/>
        </w:rPr>
        <w:t xml:space="preserve"> </w:t>
      </w:r>
      <w:r>
        <w:rPr>
          <w:rFonts w:ascii="Nirmala UI" w:hAnsi="Nirmala UI" w:eastAsia="Nirmala UI" w:cs="Nirmala UI"/>
        </w:rPr>
        <w:t>ਬੰਧਵਾਈ</w:t>
      </w:r>
      <w:r>
        <w:rPr>
          <w:rFonts w:ascii="Times New Roman" w:hAnsi="Times New Roman" w:eastAsia="Times New Roman" w:cs="Times New Roman"/>
        </w:rPr>
        <w:t xml:space="preserve"> </w:t>
      </w:r>
      <w:r>
        <w:rPr>
          <w:rFonts w:ascii="Nirmala UI" w:hAnsi="Nirmala UI" w:eastAsia="Nirmala UI" w:cs="Nirmala UI"/>
        </w:rPr>
        <w:t>ਅਤੇ</w:t>
      </w:r>
      <w:r>
        <w:rPr>
          <w:rFonts w:ascii="Times New Roman" w:hAnsi="Times New Roman" w:eastAsia="Times New Roman" w:cs="Times New Roman"/>
        </w:rPr>
        <w:t xml:space="preserve"> </w:t>
      </w:r>
      <w:r>
        <w:rPr>
          <w:rFonts w:ascii="Nirmala UI" w:hAnsi="Nirmala UI" w:eastAsia="Nirmala UI" w:cs="Nirmala UI"/>
        </w:rPr>
        <w:t>ਰੌੰਦਿਆ</w:t>
      </w:r>
      <w:r>
        <w:rPr>
          <w:rFonts w:ascii="Times New Roman" w:hAnsi="Times New Roman" w:eastAsia="Times New Roman" w:cs="Times New Roman"/>
        </w:rPr>
        <w:t xml:space="preserve"> </w:t>
      </w:r>
      <w:r>
        <w:rPr>
          <w:rFonts w:ascii="Nirmala UI" w:hAnsi="Nirmala UI" w:eastAsia="Nirmala UI" w:cs="Nirmala UI"/>
        </w:rPr>
        <w:t>ਜਾਣਾ</w:t>
      </w:r>
      <w:r>
        <w:rPr>
          <w:rFonts w:ascii="Times New Roman" w:hAnsi="Times New Roman" w:eastAsia="Times New Roman" w:cs="Times New Roman"/>
        </w:rPr>
        <w:t xml:space="preserve"> </w:t>
      </w:r>
      <w:r>
        <w:rPr>
          <w:rFonts w:ascii="Nirmala UI" w:hAnsi="Nirmala UI" w:eastAsia="Nirmala UI" w:cs="Nirmala UI"/>
        </w:rPr>
        <w:t>ਦਰਸਾਇਆ</w:t>
      </w:r>
      <w:r>
        <w:rPr>
          <w:rFonts w:ascii="Times New Roman" w:hAnsi="Times New Roman" w:eastAsia="Times New Roman" w:cs="Times New Roman"/>
        </w:rPr>
        <w:t xml:space="preserve">, </w:t>
      </w:r>
      <w:r>
        <w:rPr>
          <w:rFonts w:ascii="Nirmala UI" w:hAnsi="Nirmala UI" w:eastAsia="Nirmala UI" w:cs="Nirmala UI"/>
        </w:rPr>
        <w:t>ਅਤੇ</w:t>
      </w:r>
      <w:r>
        <w:rPr>
          <w:rFonts w:ascii="Times New Roman" w:hAnsi="Times New Roman" w:eastAsia="Times New Roman" w:cs="Times New Roman"/>
        </w:rPr>
        <w:t xml:space="preserve"> </w:t>
      </w:r>
      <w:r>
        <w:rPr>
          <w:rFonts w:ascii="Nirmala UI" w:hAnsi="Nirmala UI" w:eastAsia="Nirmala UI" w:cs="Nirmala UI"/>
        </w:rPr>
        <w:t>ਯਰੂਸ਼ਲਮ</w:t>
      </w:r>
      <w:r>
        <w:rPr>
          <w:rFonts w:ascii="Times New Roman" w:hAnsi="Times New Roman" w:eastAsia="Times New Roman" w:cs="Times New Roman"/>
        </w:rPr>
        <w:t xml:space="preserve"> </w:t>
      </w:r>
      <w:r>
        <w:rPr>
          <w:rFonts w:ascii="Nirmala UI" w:hAnsi="Nirmala UI" w:eastAsia="Nirmala UI" w:cs="Nirmala UI"/>
        </w:rPr>
        <w:t>ਦੀ</w:t>
      </w:r>
      <w:r>
        <w:rPr>
          <w:rFonts w:ascii="Times New Roman" w:hAnsi="Times New Roman" w:eastAsia="Times New Roman" w:cs="Times New Roman"/>
        </w:rPr>
        <w:t xml:space="preserve"> </w:t>
      </w:r>
      <w:r>
        <w:rPr>
          <w:rFonts w:ascii="Nirmala UI" w:hAnsi="Nirmala UI" w:eastAsia="Nirmala UI" w:cs="Nirmala UI"/>
        </w:rPr>
        <w:t>ਓਮੇਗਾ</w:t>
      </w:r>
      <w:r>
        <w:rPr>
          <w:rFonts w:ascii="Times New Roman" w:hAnsi="Times New Roman" w:eastAsia="Times New Roman" w:cs="Times New Roman"/>
        </w:rPr>
        <w:t xml:space="preserve"> </w:t>
      </w:r>
      <w:r>
        <w:rPr>
          <w:rFonts w:ascii="Nirmala UI" w:hAnsi="Nirmala UI" w:eastAsia="Nirmala UI" w:cs="Nirmala UI"/>
        </w:rPr>
        <w:t>ਮੌਤ</w:t>
      </w:r>
      <w:r>
        <w:rPr>
          <w:rFonts w:ascii="Times New Roman" w:hAnsi="Times New Roman" w:eastAsia="Times New Roman" w:cs="Times New Roman"/>
        </w:rPr>
        <w:t xml:space="preserve"> </w:t>
      </w:r>
      <w:r>
        <w:rPr>
          <w:rFonts w:ascii="Nirmala UI" w:hAnsi="Nirmala UI" w:eastAsia="Nirmala UI" w:cs="Nirmala UI"/>
        </w:rPr>
        <w:t>ਨੇ</w:t>
      </w:r>
      <w:r>
        <w:rPr>
          <w:rFonts w:ascii="Times New Roman" w:hAnsi="Times New Roman" w:eastAsia="Times New Roman" w:cs="Times New Roman"/>
        </w:rPr>
        <w:t xml:space="preserve"> </w:t>
      </w:r>
      <w:r>
        <w:rPr>
          <w:rFonts w:ascii="Nirmala UI" w:hAnsi="Nirmala UI" w:eastAsia="Nirmala UI" w:cs="Nirmala UI"/>
        </w:rPr>
        <w:t>ਪਵਿੱਤਰਸਥਾਨ</w:t>
      </w:r>
      <w:r>
        <w:rPr>
          <w:rFonts w:ascii="Times New Roman" w:hAnsi="Times New Roman" w:eastAsia="Times New Roman" w:cs="Times New Roman"/>
        </w:rPr>
        <w:t xml:space="preserve"> </w:t>
      </w:r>
      <w:r>
        <w:rPr>
          <w:rFonts w:ascii="Nirmala UI" w:hAnsi="Nirmala UI" w:eastAsia="Nirmala UI" w:cs="Nirmala UI"/>
        </w:rPr>
        <w:t>ਦੇ</w:t>
      </w:r>
      <w:r>
        <w:rPr>
          <w:rFonts w:ascii="Times New Roman" w:hAnsi="Times New Roman" w:eastAsia="Times New Roman" w:cs="Times New Roman"/>
        </w:rPr>
        <w:t xml:space="preserve"> </w:t>
      </w:r>
      <w:r>
        <w:rPr>
          <w:rFonts w:ascii="Nirmala UI" w:hAnsi="Nirmala UI" w:eastAsia="Nirmala UI" w:cs="Nirmala UI"/>
        </w:rPr>
        <w:t>ਰੌੰਦਿਆ</w:t>
      </w:r>
      <w:r>
        <w:rPr>
          <w:rFonts w:ascii="Times New Roman" w:hAnsi="Times New Roman" w:eastAsia="Times New Roman" w:cs="Times New Roman"/>
        </w:rPr>
        <w:t xml:space="preserve"> </w:t>
      </w:r>
      <w:r>
        <w:rPr>
          <w:rFonts w:ascii="Nirmala UI" w:hAnsi="Nirmala UI" w:eastAsia="Nirmala UI" w:cs="Nirmala UI"/>
        </w:rPr>
        <w:t>ਜਾਣੇ</w:t>
      </w:r>
      <w:r>
        <w:rPr>
          <w:rFonts w:ascii="Times New Roman" w:hAnsi="Times New Roman" w:eastAsia="Times New Roman" w:cs="Times New Roman"/>
        </w:rPr>
        <w:t xml:space="preserve"> </w:t>
      </w:r>
      <w:r>
        <w:rPr>
          <w:rFonts w:ascii="Nirmala UI" w:hAnsi="Nirmala UI" w:eastAsia="Nirmala UI" w:cs="Nirmala UI"/>
        </w:rPr>
        <w:t>ਨੂੰ</w:t>
      </w:r>
      <w:r>
        <w:rPr>
          <w:rFonts w:ascii="Times New Roman" w:hAnsi="Times New Roman" w:eastAsia="Times New Roman" w:cs="Times New Roman"/>
        </w:rPr>
        <w:t xml:space="preserve"> </w:t>
      </w:r>
      <w:r>
        <w:rPr>
          <w:rFonts w:ascii="Nirmala UI" w:hAnsi="Nirmala UI" w:eastAsia="Nirmala UI" w:cs="Nirmala UI"/>
        </w:rPr>
        <w:t>ਦਰਸਾਇਆ।</w:t>
      </w:r>
    </w:p>
    <w:p>
      <w:pPr>
        <w:pStyle w:val="ArticleScripture"/>
        <w:jc w:val="left"/>
      </w:pPr>
      <w:r>
        <w:rPr>
          <w:rFonts w:ascii="Leelawadee UI" w:hAnsi="Leelawadee UI" w:eastAsia="Leelawadee UI" w:cs="Leelawadee UI"/>
        </w:rPr>
        <w:t>អញ្ចឹង</w:t>
      </w:r>
      <w:r>
        <w:rPr>
          <w:rFonts w:ascii="Times New Roman" w:hAnsi="Times New Roman" w:eastAsia="Times New Roman" w:cs="Times New Roman"/>
        </w:rPr>
        <w:t xml:space="preserve"> </w:t>
      </w:r>
      <w:r>
        <w:rPr>
          <w:rFonts w:ascii="Leelawadee UI" w:hAnsi="Leelawadee UI" w:eastAsia="Leelawadee UI" w:cs="Leelawadee UI"/>
        </w:rPr>
        <w:t>អេសេគាលនឹងជាទីសម្គាល់ដល់អ្នករាល់គ្នា</w:t>
      </w:r>
      <w:r>
        <w:rPr>
          <w:rFonts w:ascii="Times New Roman" w:hAnsi="Times New Roman" w:eastAsia="Times New Roman" w:cs="Times New Roman"/>
        </w:rPr>
        <w:t xml:space="preserve"> </w:t>
      </w:r>
      <w:r>
        <w:rPr>
          <w:rFonts w:ascii="Leelawadee UI" w:hAnsi="Leelawadee UI" w:eastAsia="Leelawadee UI" w:cs="Leelawadee UI"/>
        </w:rPr>
        <w:t>តាមគ្រប់ការដែលគាត់បានធ្វើ</w:t>
      </w:r>
      <w:r>
        <w:rPr>
          <w:rFonts w:ascii="Times New Roman" w:hAnsi="Times New Roman" w:eastAsia="Times New Roman" w:cs="Times New Roman"/>
        </w:rPr>
        <w:t xml:space="preserve"> </w:t>
      </w:r>
      <w:r>
        <w:rPr>
          <w:rFonts w:ascii="Leelawadee UI" w:hAnsi="Leelawadee UI" w:eastAsia="Leelawadee UI" w:cs="Leelawadee UI"/>
        </w:rPr>
        <w:t>នោះអ្នករាល់គ្នានឹងធ្វើដែរ</w:t>
      </w:r>
      <w:r>
        <w:rPr>
          <w:rFonts w:ascii="Times New Roman" w:hAnsi="Times New Roman" w:eastAsia="Times New Roman" w:cs="Times New Roman"/>
        </w:rPr>
        <w:t xml:space="preserve"> </w:t>
      </w:r>
      <w:r>
        <w:rPr>
          <w:rFonts w:ascii="Leelawadee UI" w:hAnsi="Leelawadee UI" w:eastAsia="Leelawadee UI" w:cs="Leelawadee UI"/>
        </w:rPr>
        <w:t>ហើយកាលណាការនេះកើតមក</w:t>
      </w:r>
      <w:r>
        <w:rPr>
          <w:rFonts w:ascii="Times New Roman" w:hAnsi="Times New Roman" w:eastAsia="Times New Roman" w:cs="Times New Roman"/>
        </w:rPr>
        <w:t xml:space="preserve"> </w:t>
      </w:r>
      <w:r>
        <w:rPr>
          <w:rFonts w:ascii="Leelawadee UI" w:hAnsi="Leelawadee UI" w:eastAsia="Leelawadee UI" w:cs="Leelawadee UI"/>
        </w:rPr>
        <w:t>អ្នករាល់គ្នានឹងដឹងថា</w:t>
      </w:r>
      <w:r>
        <w:rPr>
          <w:rFonts w:ascii="Times New Roman" w:hAnsi="Times New Roman" w:eastAsia="Times New Roman" w:cs="Times New Roman"/>
        </w:rPr>
        <w:t xml:space="preserve"> </w:t>
      </w:r>
      <w:r>
        <w:rPr>
          <w:rFonts w:ascii="Leelawadee UI" w:hAnsi="Leelawadee UI" w:eastAsia="Leelawadee UI" w:cs="Leelawadee UI"/>
        </w:rPr>
        <w:t>យើងជាព្រះអម្ចាស់ព្រះយេហូវ៉ា។</w:t>
      </w:r>
      <w:r>
        <w:rPr>
          <w:rFonts w:ascii="Times New Roman" w:hAnsi="Times New Roman" w:eastAsia="Times New Roman" w:cs="Times New Roman"/>
        </w:rPr>
        <w:t xml:space="preserve"> </w:t>
      </w:r>
      <w:r>
        <w:rPr>
          <w:rFonts w:ascii="Leelawadee UI" w:hAnsi="Leelawadee UI" w:eastAsia="Leelawadee UI" w:cs="Leelawadee UI"/>
        </w:rPr>
        <w:t>រីឯអ្នកវិញ</w:t>
      </w:r>
      <w:r>
        <w:rPr>
          <w:rFonts w:ascii="Times New Roman" w:hAnsi="Times New Roman" w:eastAsia="Times New Roman" w:cs="Times New Roman"/>
        </w:rPr>
        <w:t xml:space="preserve"> </w:t>
      </w:r>
      <w:r>
        <w:rPr>
          <w:rFonts w:ascii="Leelawadee UI" w:hAnsi="Leelawadee UI" w:eastAsia="Leelawadee UI" w:cs="Leelawadee UI"/>
        </w:rPr>
        <w:t>កូនមនុស្សអើយ</w:t>
      </w:r>
      <w:r>
        <w:rPr>
          <w:rFonts w:ascii="Times New Roman" w:hAnsi="Times New Roman" w:eastAsia="Times New Roman" w:cs="Times New Roman"/>
        </w:rPr>
        <w:t xml:space="preserve"> </w:t>
      </w:r>
      <w:r>
        <w:rPr>
          <w:rFonts w:ascii="Leelawadee UI" w:hAnsi="Leelawadee UI" w:eastAsia="Leelawadee UI" w:cs="Leelawadee UI"/>
        </w:rPr>
        <w:t>តើមិនមែននៅថ្ងៃដែលយើងដកយកពីពួកគេនូវកម្លាំងរបស់ពួកគេ</w:t>
      </w:r>
      <w:r>
        <w:rPr>
          <w:rFonts w:ascii="Times New Roman" w:hAnsi="Times New Roman" w:eastAsia="Times New Roman" w:cs="Times New Roman"/>
        </w:rPr>
        <w:t xml:space="preserve"> </w:t>
      </w:r>
      <w:r>
        <w:rPr>
          <w:rFonts w:ascii="Leelawadee UI" w:hAnsi="Leelawadee UI" w:eastAsia="Leelawadee UI" w:cs="Leelawadee UI"/>
        </w:rPr>
        <w:t>សេចក្តីអំណរនៃសិរីល្អរបស់ពួកគេ</w:t>
      </w:r>
      <w:r>
        <w:rPr>
          <w:rFonts w:ascii="Times New Roman" w:hAnsi="Times New Roman" w:eastAsia="Times New Roman" w:cs="Times New Roman"/>
        </w:rPr>
        <w:t xml:space="preserve"> </w:t>
      </w:r>
      <w:r>
        <w:rPr>
          <w:rFonts w:ascii="Leelawadee UI" w:hAnsi="Leelawadee UI" w:eastAsia="Leelawadee UI" w:cs="Leelawadee UI"/>
        </w:rPr>
        <w:t>សេចក្តីប្រាថ្នានៃភ្នែករបស់ពួកគេ</w:t>
      </w:r>
      <w:r>
        <w:rPr>
          <w:rFonts w:ascii="Times New Roman" w:hAnsi="Times New Roman" w:eastAsia="Times New Roman" w:cs="Times New Roman"/>
        </w:rPr>
        <w:t xml:space="preserve"> </w:t>
      </w:r>
      <w:r>
        <w:rPr>
          <w:rFonts w:ascii="Leelawadee UI" w:hAnsi="Leelawadee UI" w:eastAsia="Leelawadee UI" w:cs="Leelawadee UI"/>
        </w:rPr>
        <w:t>និងអ្វីដែលពួកគេដាក់ចិត្តលើ</w:t>
      </w:r>
      <w:r>
        <w:rPr>
          <w:rFonts w:ascii="Times New Roman" w:hAnsi="Times New Roman" w:eastAsia="Times New Roman" w:cs="Times New Roman"/>
        </w:rPr>
        <w:t xml:space="preserve"> </w:t>
      </w:r>
      <w:r>
        <w:rPr>
          <w:rFonts w:ascii="Leelawadee UI" w:hAnsi="Leelawadee UI" w:eastAsia="Leelawadee UI" w:cs="Leelawadee UI"/>
        </w:rPr>
        <w:t>គឺកូនប្រុសកូនស្រីរបស់ពួកគេទេឬ</w:t>
      </w:r>
      <w:r>
        <w:rPr>
          <w:rFonts w:ascii="Times New Roman" w:hAnsi="Times New Roman" w:eastAsia="Times New Roman" w:cs="Times New Roman"/>
        </w:rPr>
        <w:t xml:space="preserve">? </w:t>
      </w:r>
      <w:r>
        <w:rPr>
          <w:rFonts w:ascii="Leelawadee UI" w:hAnsi="Leelawadee UI" w:eastAsia="Leelawadee UI" w:cs="Leelawadee UI"/>
        </w:rPr>
        <w:t>នៅថ្ងៃនោះ</w:t>
      </w:r>
      <w:r>
        <w:rPr>
          <w:rFonts w:ascii="Times New Roman" w:hAnsi="Times New Roman" w:eastAsia="Times New Roman" w:cs="Times New Roman"/>
        </w:rPr>
        <w:t xml:space="preserve"> </w:t>
      </w:r>
      <w:r>
        <w:rPr>
          <w:rFonts w:ascii="Leelawadee UI" w:hAnsi="Leelawadee UI" w:eastAsia="Leelawadee UI" w:cs="Leelawadee UI"/>
        </w:rPr>
        <w:t>អ្នកដែលរួចខ្លួននឹងមកឯអ្នក</w:t>
      </w:r>
      <w:r>
        <w:rPr>
          <w:rFonts w:ascii="Times New Roman" w:hAnsi="Times New Roman" w:eastAsia="Times New Roman" w:cs="Times New Roman"/>
        </w:rPr>
        <w:t xml:space="preserve"> </w:t>
      </w:r>
      <w:r>
        <w:rPr>
          <w:rFonts w:ascii="Leelawadee UI" w:hAnsi="Leelawadee UI" w:eastAsia="Leelawadee UI" w:cs="Leelawadee UI"/>
        </w:rPr>
        <w:t>ដើម្បីឲ្យអ្នកឮដំណឹងនោះដោយត្រចៀករបស់អ្នកមែនទេ</w:t>
      </w:r>
      <w:r>
        <w:rPr>
          <w:rFonts w:ascii="Times New Roman" w:hAnsi="Times New Roman" w:eastAsia="Times New Roman" w:cs="Times New Roman"/>
        </w:rPr>
        <w:t xml:space="preserve">? </w:t>
      </w:r>
      <w:r>
        <w:rPr>
          <w:rFonts w:ascii="Leelawadee UI" w:hAnsi="Leelawadee UI" w:eastAsia="Leelawadee UI" w:cs="Leelawadee UI"/>
        </w:rPr>
        <w:t>នៅថ្ងៃនោះ</w:t>
      </w:r>
      <w:r>
        <w:rPr>
          <w:rFonts w:ascii="Times New Roman" w:hAnsi="Times New Roman" w:eastAsia="Times New Roman" w:cs="Times New Roman"/>
        </w:rPr>
        <w:t xml:space="preserve"> </w:t>
      </w:r>
      <w:r>
        <w:rPr>
          <w:rFonts w:ascii="Leelawadee UI" w:hAnsi="Leelawadee UI" w:eastAsia="Leelawadee UI" w:cs="Leelawadee UI"/>
        </w:rPr>
        <w:t>មាត់របស់អ្នកនឹងបានបើកដល់អ្នកដែលរួចខ្លួនមកនោះ</w:t>
      </w:r>
      <w:r>
        <w:rPr>
          <w:rFonts w:ascii="Times New Roman" w:hAnsi="Times New Roman" w:eastAsia="Times New Roman" w:cs="Times New Roman"/>
        </w:rPr>
        <w:t xml:space="preserve"> </w:t>
      </w:r>
      <w:r>
        <w:rPr>
          <w:rFonts w:ascii="Leelawadee UI" w:hAnsi="Leelawadee UI" w:eastAsia="Leelawadee UI" w:cs="Leelawadee UI"/>
        </w:rPr>
        <w:t>ហើយអ្នកនឹងនិយាយ</w:t>
      </w:r>
      <w:r>
        <w:rPr>
          <w:rFonts w:ascii="Times New Roman" w:hAnsi="Times New Roman" w:eastAsia="Times New Roman" w:cs="Times New Roman"/>
        </w:rPr>
        <w:t xml:space="preserve"> </w:t>
      </w:r>
      <w:r>
        <w:rPr>
          <w:rFonts w:ascii="Leelawadee UI" w:hAnsi="Leelawadee UI" w:eastAsia="Leelawadee UI" w:cs="Leelawadee UI"/>
        </w:rPr>
        <w:t>មិននៅស្ងៀមទៀតឡើយ។</w:t>
      </w:r>
      <w:r>
        <w:rPr>
          <w:rFonts w:ascii="Times New Roman" w:hAnsi="Times New Roman" w:eastAsia="Times New Roman" w:cs="Times New Roman"/>
        </w:rPr>
        <w:t xml:space="preserve"> </w:t>
      </w:r>
      <w:r>
        <w:rPr>
          <w:rFonts w:ascii="Leelawadee UI" w:hAnsi="Leelawadee UI" w:eastAsia="Leelawadee UI" w:cs="Leelawadee UI"/>
        </w:rPr>
        <w:t>ដូច្នេះ</w:t>
      </w:r>
      <w:r>
        <w:rPr>
          <w:rFonts w:ascii="Times New Roman" w:hAnsi="Times New Roman" w:eastAsia="Times New Roman" w:cs="Times New Roman"/>
        </w:rPr>
        <w:t xml:space="preserve"> </w:t>
      </w:r>
      <w:r>
        <w:rPr>
          <w:rFonts w:ascii="Leelawadee UI" w:hAnsi="Leelawadee UI" w:eastAsia="Leelawadee UI" w:cs="Leelawadee UI"/>
        </w:rPr>
        <w:t>អ្នកនឹងជាទីសម្គាល់ដល់ពួកគេ</w:t>
      </w:r>
      <w:r>
        <w:rPr>
          <w:rFonts w:ascii="Times New Roman" w:hAnsi="Times New Roman" w:eastAsia="Times New Roman" w:cs="Times New Roman"/>
        </w:rPr>
        <w:t xml:space="preserve"> </w:t>
      </w:r>
      <w:r>
        <w:rPr>
          <w:rFonts w:ascii="Leelawadee UI" w:hAnsi="Leelawadee UI" w:eastAsia="Leelawadee UI" w:cs="Leelawadee UI"/>
        </w:rPr>
        <w:t>ហើយពួកគេនឹងដឹងថា</w:t>
      </w:r>
      <w:r>
        <w:rPr>
          <w:rFonts w:ascii="Times New Roman" w:hAnsi="Times New Roman" w:eastAsia="Times New Roman" w:cs="Times New Roman"/>
        </w:rPr>
        <w:t xml:space="preserve"> </w:t>
      </w:r>
      <w:r>
        <w:rPr>
          <w:rFonts w:ascii="Leelawadee UI" w:hAnsi="Leelawadee UI" w:eastAsia="Leelawadee UI" w:cs="Leelawadee UI"/>
        </w:rPr>
        <w:t>យើងជាព្រះអម្ចាស់។</w:t>
      </w:r>
      <w:r>
        <w:rPr>
          <w:rFonts w:ascii="Times New Roman" w:hAnsi="Times New Roman" w:eastAsia="Times New Roman" w:cs="Times New Roman"/>
        </w:rPr>
        <w:t xml:space="preserve"> </w:t>
      </w:r>
      <w:r>
        <w:rPr>
          <w:rFonts w:ascii="Leelawadee UI" w:hAnsi="Leelawadee UI" w:eastAsia="Leelawadee UI" w:cs="Leelawadee UI"/>
        </w:rPr>
        <w:t>អេសេគាល</w:t>
      </w:r>
      <w:r>
        <w:rPr>
          <w:rFonts w:ascii="Times New Roman" w:hAnsi="Times New Roman" w:eastAsia="Times New Roman" w:cs="Times New Roman"/>
        </w:rPr>
        <w:t xml:space="preserve"> 24:24–27</w:t>
      </w:r>
      <w:r>
        <w:rPr>
          <w:rFonts w:ascii="Leelawadee UI" w:hAnsi="Leelawadee UI" w:eastAsia="Leelawadee UI" w:cs="Leelawadee UI"/>
        </w:rPr>
        <w:t>។</w:t>
      </w:r>
    </w:p>
    <w:p>
      <w:pPr>
        <w:pStyle w:val="ArticleHeading"/>
        <w:jc w:val="left"/>
      </w:pPr>
      <w:r>
        <w:rPr>
          <w:rFonts w:ascii="Arial" w:hAnsi="Arial" w:eastAsia="Arial" w:cs="Arial"/>
        </w:rPr>
        <w:t>Ukufa Okuyisithupha</w:t>
      </w:r>
    </w:p>
    <w:p>
      <w:pPr>
        <w:pStyle w:val="ArticleBody"/>
        <w:jc w:val="left"/>
      </w:pPr>
      <w:r>
        <w:rPr>
          <w:rFonts w:ascii="Times New Roman" w:hAnsi="Times New Roman" w:eastAsia="Times New Roman" w:cs="Times New Roman"/>
        </w:rPr>
        <w:t>Lanmò madanm Ezekyèl la make kòmansman syèj la ak lanmò Jerizalèm, ki nan sans pwofetik se lamarye Kris la, epi li ilistre lwa dimanch ki pral vini byento a, lwa sa a ki vin apre yon peryòd syèj la reprezante. Peryòd syèj la ak destriksyon an se de repè diferan, byenke yo konekte dirèkteman. Syèj la se yon peryòd tan, epi destriksyon an se yon pwen nan tan. Destriksyon an se lwa dimanch la, ki vin apre peryòd fòmasyon imaj bèt la. Peryòd imaj bèt la fini ak mak bèt la. Lè Jezi te idantifye siy destriksyon Jerizalèm nan nan Matye vennkat, Li te fè referans tou ak jou Noye yo.</w:t>
      </w:r>
    </w:p>
    <w:p>
      <w:pPr>
        <w:pStyle w:val="ArticleScripture"/>
        <w:jc w:val="left"/>
      </w:pPr>
      <w:r>
        <w:rPr>
          <w:rFonts w:ascii="Times New Roman" w:hAnsi="Times New Roman" w:eastAsia="Times New Roman" w:cs="Times New Roman"/>
        </w:rPr>
        <w:t>“Noe-ի օրերի պէս էր, այնպէս էլ պիտի լինի Մարդու Որդու գալուստը. որովհետեւ ջրհեղեղից առաջ եղած այն օրերին ուտում էին եւ խմում, ամուսնանում եւ ամուսնութեան տալիս, մինչեւ այն օրը, երբ Noe-ն մտաւ տապանը, եւ չիմացան, մինչեւ որ ջրհեղեղը եկաւ եւ բոլորին վերացրեց. այդպէս էլ պիտի լինի Մարդու Որդու գալուստը”։ Մատթեոս 24:37–39.</w:t>
      </w:r>
    </w:p>
    <w:p>
      <w:pPr>
        <w:pStyle w:val="ArticleBody"/>
        <w:jc w:val="left"/>
      </w:pPr>
      <w:r>
        <w:rPr>
          <w:rFonts w:ascii="Times New Roman" w:hAnsi="Times New Roman" w:eastAsia="Times New Roman" w:cs="Times New Roman"/>
        </w:rPr>
        <w:t>Mutima ya Nowa, urugi rw’igihe cy’igeragezwa rwafunzwe, bityo rugereranya itegeko ry’Icyumweru rizaza vuba, ari na ryo kandi rigereranywa no gufungwa kw’urugi ku wa 22 Ukwakira 1844. Igihe cyo kuva ku materaniro yo mu nkambi yabereye i Exeter yo ku wa 12–17 Kanama 1844, kigereranya igihe cy’ubuhanuzi kigana ku rugi rufunze.</w:t>
      </w:r>
    </w:p>
    <w:p>
      <w:pPr>
        <w:pStyle w:val="ArticleBody"/>
        <w:jc w:val="left"/>
      </w:pPr>
      <w:r>
        <w:rPr>
          <w:rFonts w:ascii="Times New Roman" w:hAnsi="Times New Roman" w:eastAsia="Times New Roman" w:cs="Times New Roman"/>
        </w:rPr>
        <w:t>מִימֵי נֹחַ, נֹחַ יִצֵּג אֶת הַמַּלְאָךְ הַשְּׁלִישִׁי, וְהַמַּלְאָךְ הַשְּׁלִישִׁי הִגִּיעַ אֶל הַדֶּלֶת הַסְּגוּרָה שֶׁל 22 בְּאוֹקְטוֹבֶּר 1844. בִּימֵי נֹחַ, אֲשֶׁר לְפִי יֵשׁוּעַ יִהְיוּ כְּמוֹ “בִּיאַת בֶּן־הָאָדָם,” שְׁלֹשֶׁת הַמַּלְאָכִים שֶׁל הִתְגַּלּוּת י״ד הוֹבִילוּ אֶל הַדֶּלֶת הַסְּגוּרָה. וִילְיָם מִילֶר יִצֵּג אֶת בְּשׂוֹרַת הַמַּלְאָךְ הָרִאשׁוֹן, וְנִטְפַּס בְּאֶנוֹךְ בִּימֵי נֹחַ. יְהוּדָה מְזַהֶה אֶת בְּשׂוֹרַת אֶנוֹךְ כְּהַקְבָּלָה לִבְשׂוֹרָתוֹ שֶׁל מִילֶר.</w:t>
      </w:r>
    </w:p>
    <w:p>
      <w:pPr>
        <w:pStyle w:val="ArticleScripture"/>
        <w:jc w:val="left"/>
      </w:pPr>
      <w:r>
        <w:rPr>
          <w:rFonts w:ascii="Leelawadee UI" w:hAnsi="Leelawadee UI" w:eastAsia="Leelawadee UI" w:cs="Leelawadee UI"/>
        </w:rPr>
        <w:t>ហើយអេណុកផងដែរ</w:t>
      </w:r>
      <w:r>
        <w:rPr>
          <w:rFonts w:ascii="Times New Roman" w:hAnsi="Times New Roman" w:eastAsia="Times New Roman" w:cs="Times New Roman"/>
        </w:rPr>
        <w:t xml:space="preserve"> </w:t>
      </w:r>
      <w:r>
        <w:rPr>
          <w:rFonts w:ascii="Leelawadee UI" w:hAnsi="Leelawadee UI" w:eastAsia="Leelawadee UI" w:cs="Leelawadee UI"/>
        </w:rPr>
        <w:t>ជាជំនាន់ទីប្រាំពីរចាប់តាំងពីអាដាម</w:t>
      </w:r>
      <w:r>
        <w:rPr>
          <w:rFonts w:ascii="Times New Roman" w:hAnsi="Times New Roman" w:eastAsia="Times New Roman" w:cs="Times New Roman"/>
        </w:rPr>
        <w:t xml:space="preserve"> </w:t>
      </w:r>
      <w:r>
        <w:rPr>
          <w:rFonts w:ascii="Leelawadee UI" w:hAnsi="Leelawadee UI" w:eastAsia="Leelawadee UI" w:cs="Leelawadee UI"/>
        </w:rPr>
        <w:t>បានទាយទុកអំពីពួកទាំងនេះ</w:t>
      </w:r>
      <w:r>
        <w:rPr>
          <w:rFonts w:ascii="Times New Roman" w:hAnsi="Times New Roman" w:eastAsia="Times New Roman" w:cs="Times New Roman"/>
        </w:rPr>
        <w:t xml:space="preserve"> </w:t>
      </w:r>
      <w:r>
        <w:rPr>
          <w:rFonts w:ascii="Leelawadee UI" w:hAnsi="Leelawadee UI" w:eastAsia="Leelawadee UI" w:cs="Leelawadee UI"/>
        </w:rPr>
        <w:t>ដោយនិយាយថា</w:t>
      </w:r>
      <w:r>
        <w:rPr>
          <w:rFonts w:ascii="Times New Roman" w:hAnsi="Times New Roman" w:eastAsia="Times New Roman" w:cs="Times New Roman"/>
        </w:rPr>
        <w:t xml:space="preserve"> «</w:t>
      </w:r>
      <w:r>
        <w:rPr>
          <w:rFonts w:ascii="Leelawadee UI" w:hAnsi="Leelawadee UI" w:eastAsia="Leelawadee UI" w:cs="Leelawadee UI"/>
        </w:rPr>
        <w:t>មើល៍</w:t>
      </w:r>
      <w:r>
        <w:rPr>
          <w:rFonts w:ascii="Times New Roman" w:hAnsi="Times New Roman" w:eastAsia="Times New Roman" w:cs="Times New Roman"/>
        </w:rPr>
        <w:t xml:space="preserve"> </w:t>
      </w:r>
      <w:r>
        <w:rPr>
          <w:rFonts w:ascii="Leelawadee UI" w:hAnsi="Leelawadee UI" w:eastAsia="Leelawadee UI" w:cs="Leelawadee UI"/>
        </w:rPr>
        <w:t>ព្រះអម្ចាស់យាងមកជាមួយនឹងពួកបរិសុទ្ធរបស់ទ្រង់រាប់ម៉ឺនៗ</w:t>
      </w:r>
      <w:r>
        <w:rPr>
          <w:rFonts w:ascii="Times New Roman" w:hAnsi="Times New Roman" w:eastAsia="Times New Roman" w:cs="Times New Roman"/>
        </w:rPr>
        <w:t xml:space="preserve"> </w:t>
      </w:r>
      <w:r>
        <w:rPr>
          <w:rFonts w:ascii="Leelawadee UI" w:hAnsi="Leelawadee UI" w:eastAsia="Leelawadee UI" w:cs="Leelawadee UI"/>
        </w:rPr>
        <w:t>ដើម្បីប្រតិបត្តិការជំនុំជម្រះលើមនុស្សទាំងអស់</w:t>
      </w:r>
      <w:r>
        <w:rPr>
          <w:rFonts w:ascii="Times New Roman" w:hAnsi="Times New Roman" w:eastAsia="Times New Roman" w:cs="Times New Roman"/>
        </w:rPr>
        <w:t xml:space="preserve"> </w:t>
      </w:r>
      <w:r>
        <w:rPr>
          <w:rFonts w:ascii="Leelawadee UI" w:hAnsi="Leelawadee UI" w:eastAsia="Leelawadee UI" w:cs="Leelawadee UI"/>
        </w:rPr>
        <w:t>ហើយដើម្បីបង្ហាញឲ្យអស់អ្នកគ្មានព្រះក្នុងចំណោមពួកគេដឹងអំពីអំពើអសុចរិតទាំងអស់របស់ពួកគេ</w:t>
      </w:r>
      <w:r>
        <w:rPr>
          <w:rFonts w:ascii="Times New Roman" w:hAnsi="Times New Roman" w:eastAsia="Times New Roman" w:cs="Times New Roman"/>
        </w:rPr>
        <w:t xml:space="preserve"> </w:t>
      </w:r>
      <w:r>
        <w:rPr>
          <w:rFonts w:ascii="Leelawadee UI" w:hAnsi="Leelawadee UI" w:eastAsia="Leelawadee UI" w:cs="Leelawadee UI"/>
        </w:rPr>
        <w:t>ដែលពួកគេបានប្រព្រឹត្តដោយអសុចរិត</w:t>
      </w:r>
      <w:r>
        <w:rPr>
          <w:rFonts w:ascii="Times New Roman" w:hAnsi="Times New Roman" w:eastAsia="Times New Roman" w:cs="Times New Roman"/>
        </w:rPr>
        <w:t xml:space="preserve"> </w:t>
      </w:r>
      <w:r>
        <w:rPr>
          <w:rFonts w:ascii="Leelawadee UI" w:hAnsi="Leelawadee UI" w:eastAsia="Leelawadee UI" w:cs="Leelawadee UI"/>
        </w:rPr>
        <w:t>និងអំពីពាក្យរឹងទទឹងទាំងអស់</w:t>
      </w:r>
      <w:r>
        <w:rPr>
          <w:rFonts w:ascii="Times New Roman" w:hAnsi="Times New Roman" w:eastAsia="Times New Roman" w:cs="Times New Roman"/>
        </w:rPr>
        <w:t xml:space="preserve"> </w:t>
      </w:r>
      <w:r>
        <w:rPr>
          <w:rFonts w:ascii="Leelawadee UI" w:hAnsi="Leelawadee UI" w:eastAsia="Leelawadee UI" w:cs="Leelawadee UI"/>
        </w:rPr>
        <w:t>ដែលមនុស្សបាបគ្មានព្រះបាននិយាយទាស់នឹងទ្រង់</w:t>
      </w:r>
      <w:r>
        <w:rPr>
          <w:rFonts w:ascii="Times New Roman" w:hAnsi="Times New Roman" w:eastAsia="Times New Roman" w:cs="Times New Roman"/>
        </w:rPr>
        <w:t>»</w:t>
      </w:r>
      <w:r>
        <w:rPr>
          <w:rFonts w:ascii="Leelawadee UI" w:hAnsi="Leelawadee UI" w:eastAsia="Leelawadee UI" w:cs="Leelawadee UI"/>
        </w:rPr>
        <w:t>។</w:t>
      </w:r>
      <w:r>
        <w:rPr>
          <w:rFonts w:ascii="Times New Roman" w:hAnsi="Times New Roman" w:eastAsia="Times New Roman" w:cs="Times New Roman"/>
        </w:rPr>
        <w:t xml:space="preserve"> </w:t>
      </w:r>
      <w:r>
        <w:rPr>
          <w:rFonts w:ascii="Leelawadee UI" w:hAnsi="Leelawadee UI" w:eastAsia="Leelawadee UI" w:cs="Leelawadee UI"/>
        </w:rPr>
        <w:t>យូដា</w:t>
      </w:r>
      <w:r>
        <w:rPr>
          <w:rFonts w:ascii="Times New Roman" w:hAnsi="Times New Roman" w:eastAsia="Times New Roman" w:cs="Times New Roman"/>
        </w:rPr>
        <w:t xml:space="preserve"> 1:14, 15</w:t>
      </w:r>
      <w:r>
        <w:rPr>
          <w:rFonts w:ascii="Leelawadee UI" w:hAnsi="Leelawadee UI" w:eastAsia="Leelawadee UI" w:cs="Leelawadee UI"/>
        </w:rPr>
        <w:t>។</w:t>
      </w:r>
    </w:p>
    <w:p>
      <w:pPr>
        <w:pStyle w:val="ArticleBody"/>
        <w:jc w:val="left"/>
      </w:pPr>
      <w:r>
        <w:rPr>
          <w:rFonts w:ascii="Times New Roman" w:hAnsi="Times New Roman" w:eastAsia="Times New Roman" w:cs="Times New Roman"/>
        </w:rPr>
        <w:t>Ubutumwa bwa marayika wa mbere bwa Miller bwatangaje “urubanza,” nk’uko bwagereranywaga n’ubutumwa bwa Enoki. Intangiriro ya Enoki irangwa no kuba yari “uwa karindwi uhereye kuri Adamu.” Ubutumwa bwa Miller bwatangiye kandi busozwa no kugera kw’“ibihe birindwi” byari ku bwami bwo mu majyaruguru, maze nyuma y’imyaka mirongo ine n’itandatu marayika wa gatatu araza ku wa 22 Ukwakira 1844, igihe “ibihe birindwi” byari ku bwami bwo mu majyepfo byasohoraga. Enoki na Miller bombi, bari intumwa z’isaha y’urubanza, batangiye igihe umubare karindwi wari umaze kugaragazwa. Igihe cyatangiranye na Enoki, uwari uwa karindwi, cyarangiye n’iminsi irindwi inyamaswa zinjiraga mu nkuge kugeza ubwo urugi rwafungwaga mu buryo bw’indengakamere. Buri gihe Yesu agaragaza iherezo ahereye ku ntangiriro.</w:t>
      </w:r>
    </w:p>
    <w:p>
      <w:pPr>
        <w:pStyle w:val="ArticleBody"/>
        <w:jc w:val="left"/>
      </w:pPr>
      <w:r>
        <w:rPr>
          <w:rFonts w:ascii="Times New Roman" w:hAnsi="Times New Roman" w:eastAsia="Times New Roman" w:cs="Times New Roman"/>
        </w:rPr>
        <w:t>Hẹnọk sinh Mêtusêla; Mêtusêla lại sinh Laméc. Laméc và Mêtusêla tượng trưng cho sứ điệp của thiên sứ thứ hai và cũng cho sứ điệp của tiếng kêu lúc nửa đêm. Tiếng kêu lúc nửa đêm tiến triển cho đến cửa đóng lại, nên được tượng trưng bởi Mêtusêla, là người đã chết trong năm xảy ra trận nước lụt. Laméc tượng trưng cho sứ điệp của thiên sứ thứ hai, và Laméc đã chết năm năm trước trận nước lụt. Năm năm từ khi Laméc chết cho đến khi Mêtusêla qua đời, khi cửa đóng lại, đã là hình bóng về cái chết của vợ Ê-xê-chi-ên, đánh dấu sự khởi đầu của giai đoạn dẫn đến cái chết của cô dâu của Đấng Christ, được tượng trưng bởi Mêtusêla.</w:t>
      </w:r>
    </w:p>
    <w:p>
      <w:pPr>
        <w:pStyle w:val="ArticleBody"/>
        <w:jc w:val="left"/>
      </w:pPr>
      <w:r>
        <w:rPr>
          <w:rFonts w:ascii="Times New Roman" w:hAnsi="Times New Roman" w:eastAsia="Times New Roman" w:cs="Times New Roman"/>
        </w:rPr>
        <w:t>Enoka aliwakilisha mfano wa malaika wa kwanza aliyefika mwaka 1798, Lameki aliwakilisha mfano wa malaika wa pili aliyefika tarehe 19 Aprili, 1844, na Methusela aliwakilisha mfano wa kilio cha usiku wa manane kutoka Exeter hadi kwenye mlango uliofungwa wa tarehe 22 Oktoba, 1844, ambacho kiliwakilishwa kwa mfano na Nuhu. Miaka mitano kutoka kifo cha Lameki hadi kifo cha Methusela iliwakilisha mfano wa mwaka mmoja na nusu kutoka 587 KK hadi 586 KK. Miaka hiyo mitano kutoka kwa Lameki hadi kwa Methusela inawakilisha mfano wa miaka mitano kutoka 1448 hadi 1453.</w:t>
      </w:r>
    </w:p>
    <w:p>
      <w:pPr>
        <w:pStyle w:val="ArticleBody"/>
        <w:jc w:val="left"/>
      </w:pPr>
      <w:r>
        <w:rPr>
          <w:rFonts w:ascii="Times New Roman" w:hAnsi="Times New Roman" w:eastAsia="Times New Roman" w:cs="Times New Roman"/>
        </w:rPr>
        <w:t>1448 թվականի հոկտեմբերի 31-ին Հովհաննես Պալեոլոգոսը մահացավ, և նրա եղբայրը՝ Կոստանդին տասնմեկերորդը (վերջին Կոստանդինը), իսլամական թուրքական իշխանությունից թույլտվություն խնդրեց՝ արևելյան Հռոմի գահը բարձրանալու համար։ Նրա ենթարկվելը 1299 թվականի հուլիսի 27-ին իրականացրեց Հայտնության իններորդ գլխի երկրորդ հարյուր հիսուն տարին, որը ներկայացված է տասներորդ համարում։ Հովհաննես Պալեոլոգոսի մահից հինգ տարի անց նրա եղբայրը՝ Կոստանդին տասնմեկերորդը, մահացավ Կոստանդնուպոլսի պարիսպների վրա, երբ Մեհմեդ Բ-ն նվաճեց արևելյան Հռոմի բյուզանդական կայսրությունը։ Մեհմեդը Մուհամմեդ անվան թուրքական ձևն է, ուստի առաջին Մուհամմեդի մահը 632 թվականին, որով սկսվեց Հայտնության իններորդ գլխի առաջին հարյուր հիսուն տարվա մարգարեությունը (որը գտնվում է հինգերորդ համարում), ավարտվեց ութ հարյուր քսանմեկ տարի անց վերջին Կոստանդինի մահով՝ «Մուհամմեդ երկրորդի» ձեռքով։ Իր մահից հինգ տարի առաջ Մուհամմեդը կանխագուշակել էր Հռոմի կործանումը, և դա իրագործվեց Մուհամմեդ երկրորդ անունով թուրքի միջոցով։</w:t>
      </w:r>
    </w:p>
    <w:p>
      <w:pPr>
        <w:pStyle w:val="ArticleBody"/>
        <w:jc w:val="left"/>
      </w:pPr>
      <w:r>
        <w:rPr>
          <w:rFonts w:ascii="Nirmala UI" w:hAnsi="Nirmala UI" w:eastAsia="Nirmala UI" w:cs="Nirmala UI"/>
        </w:rPr>
        <w:t>કોન્સ્ટેન્ટાઇન</w:t>
      </w:r>
      <w:r>
        <w:rPr>
          <w:rFonts w:ascii="Times New Roman" w:hAnsi="Times New Roman" w:eastAsia="Times New Roman" w:cs="Times New Roman"/>
        </w:rPr>
        <w:t xml:space="preserve"> </w:t>
      </w:r>
      <w:r>
        <w:rPr>
          <w:rFonts w:ascii="Nirmala UI" w:hAnsi="Nirmala UI" w:eastAsia="Nirmala UI" w:cs="Nirmala UI"/>
        </w:rPr>
        <w:t>અંતિમ</w:t>
      </w:r>
      <w:r>
        <w:rPr>
          <w:rFonts w:ascii="Times New Roman" w:hAnsi="Times New Roman" w:eastAsia="Times New Roman" w:cs="Times New Roman"/>
        </w:rPr>
        <w:t xml:space="preserve">, </w:t>
      </w:r>
      <w:r>
        <w:rPr>
          <w:rFonts w:ascii="Nirmala UI" w:hAnsi="Nirmala UI" w:eastAsia="Nirmala UI" w:cs="Nirmala UI"/>
        </w:rPr>
        <w:t>અગિયારમો</w:t>
      </w:r>
      <w:r>
        <w:rPr>
          <w:rFonts w:ascii="Times New Roman" w:hAnsi="Times New Roman" w:eastAsia="Times New Roman" w:cs="Times New Roman"/>
        </w:rPr>
        <w:t xml:space="preserve">, </w:t>
      </w:r>
      <w:r>
        <w:rPr>
          <w:rFonts w:ascii="Nirmala UI" w:hAnsi="Nirmala UI" w:eastAsia="Nirmala UI" w:cs="Nirmala UI"/>
        </w:rPr>
        <w:t>કોન્સ્ટાન્ટિનોપલની</w:t>
      </w:r>
      <w:r>
        <w:rPr>
          <w:rFonts w:ascii="Times New Roman" w:hAnsi="Times New Roman" w:eastAsia="Times New Roman" w:cs="Times New Roman"/>
        </w:rPr>
        <w:t xml:space="preserve"> </w:t>
      </w:r>
      <w:r>
        <w:rPr>
          <w:rFonts w:ascii="Nirmala UI" w:hAnsi="Nirmala UI" w:eastAsia="Nirmala UI" w:cs="Nirmala UI"/>
        </w:rPr>
        <w:t>લડતમાં</w:t>
      </w:r>
      <w:r>
        <w:rPr>
          <w:rFonts w:ascii="Times New Roman" w:hAnsi="Times New Roman" w:eastAsia="Times New Roman" w:cs="Times New Roman"/>
        </w:rPr>
        <w:t xml:space="preserve"> </w:t>
      </w:r>
      <w:r>
        <w:rPr>
          <w:rFonts w:ascii="Nirmala UI" w:hAnsi="Nirmala UI" w:eastAsia="Nirmala UI" w:cs="Nirmala UI"/>
        </w:rPr>
        <w:t>મૃત્યુ</w:t>
      </w:r>
      <w:r>
        <w:rPr>
          <w:rFonts w:ascii="Times New Roman" w:hAnsi="Times New Roman" w:eastAsia="Times New Roman" w:cs="Times New Roman"/>
        </w:rPr>
        <w:t xml:space="preserve"> </w:t>
      </w:r>
      <w:r>
        <w:rPr>
          <w:rFonts w:ascii="Nirmala UI" w:hAnsi="Nirmala UI" w:eastAsia="Nirmala UI" w:cs="Nirmala UI"/>
        </w:rPr>
        <w:t>પામ્યો</w:t>
      </w:r>
      <w:r>
        <w:rPr>
          <w:rFonts w:ascii="Times New Roman" w:hAnsi="Times New Roman" w:eastAsia="Times New Roman" w:cs="Times New Roman"/>
        </w:rPr>
        <w:t xml:space="preserve">; </w:t>
      </w:r>
      <w:r>
        <w:rPr>
          <w:rFonts w:ascii="Nirmala UI" w:hAnsi="Nirmala UI" w:eastAsia="Nirmala UI" w:cs="Nirmala UI"/>
        </w:rPr>
        <w:t>આ</w:t>
      </w:r>
      <w:r>
        <w:rPr>
          <w:rFonts w:ascii="Times New Roman" w:hAnsi="Times New Roman" w:eastAsia="Times New Roman" w:cs="Times New Roman"/>
        </w:rPr>
        <w:t xml:space="preserve"> </w:t>
      </w:r>
      <w:r>
        <w:rPr>
          <w:rFonts w:ascii="Nirmala UI" w:hAnsi="Nirmala UI" w:eastAsia="Nirmala UI" w:cs="Nirmala UI"/>
        </w:rPr>
        <w:t>રીતે</w:t>
      </w:r>
      <w:r>
        <w:rPr>
          <w:rFonts w:ascii="Times New Roman" w:hAnsi="Times New Roman" w:eastAsia="Times New Roman" w:cs="Times New Roman"/>
        </w:rPr>
        <w:t xml:space="preserve"> </w:t>
      </w:r>
      <w:r>
        <w:rPr>
          <w:rFonts w:ascii="Nirmala UI" w:hAnsi="Nirmala UI" w:eastAsia="Nirmala UI" w:cs="Nirmala UI"/>
        </w:rPr>
        <w:t>તેના</w:t>
      </w:r>
      <w:r>
        <w:rPr>
          <w:rFonts w:ascii="Times New Roman" w:hAnsi="Times New Roman" w:eastAsia="Times New Roman" w:cs="Times New Roman"/>
        </w:rPr>
        <w:t xml:space="preserve"> </w:t>
      </w:r>
      <w:r>
        <w:rPr>
          <w:rFonts w:ascii="Nirmala UI" w:hAnsi="Nirmala UI" w:eastAsia="Nirmala UI" w:cs="Nirmala UI"/>
        </w:rPr>
        <w:t>ભાઈ</w:t>
      </w:r>
      <w:r>
        <w:rPr>
          <w:rFonts w:ascii="Times New Roman" w:hAnsi="Times New Roman" w:eastAsia="Times New Roman" w:cs="Times New Roman"/>
        </w:rPr>
        <w:t xml:space="preserve"> </w:t>
      </w:r>
      <w:r>
        <w:rPr>
          <w:rFonts w:ascii="Nirmala UI" w:hAnsi="Nirmala UI" w:eastAsia="Nirmala UI" w:cs="Nirmala UI"/>
        </w:rPr>
        <w:t>જ્હોનના</w:t>
      </w:r>
      <w:r>
        <w:rPr>
          <w:rFonts w:ascii="Times New Roman" w:hAnsi="Times New Roman" w:eastAsia="Times New Roman" w:cs="Times New Roman"/>
        </w:rPr>
        <w:t xml:space="preserve"> </w:t>
      </w:r>
      <w:r>
        <w:rPr>
          <w:rFonts w:ascii="Nirmala UI" w:hAnsi="Nirmala UI" w:eastAsia="Nirmala UI" w:cs="Nirmala UI"/>
        </w:rPr>
        <w:t>મૃત્યુથી</w:t>
      </w:r>
      <w:r>
        <w:rPr>
          <w:rFonts w:ascii="Times New Roman" w:hAnsi="Times New Roman" w:eastAsia="Times New Roman" w:cs="Times New Roman"/>
        </w:rPr>
        <w:t xml:space="preserve"> </w:t>
      </w:r>
      <w:r>
        <w:rPr>
          <w:rFonts w:ascii="Nirmala UI" w:hAnsi="Nirmala UI" w:eastAsia="Nirmala UI" w:cs="Nirmala UI"/>
        </w:rPr>
        <w:t>લઈને</w:t>
      </w:r>
      <w:r>
        <w:rPr>
          <w:rFonts w:ascii="Times New Roman" w:hAnsi="Times New Roman" w:eastAsia="Times New Roman" w:cs="Times New Roman"/>
        </w:rPr>
        <w:t xml:space="preserve"> </w:t>
      </w:r>
      <w:r>
        <w:rPr>
          <w:rFonts w:ascii="Nirmala UI" w:hAnsi="Nirmala UI" w:eastAsia="Nirmala UI" w:cs="Nirmala UI"/>
        </w:rPr>
        <w:t>તેના</w:t>
      </w:r>
      <w:r>
        <w:rPr>
          <w:rFonts w:ascii="Times New Roman" w:hAnsi="Times New Roman" w:eastAsia="Times New Roman" w:cs="Times New Roman"/>
        </w:rPr>
        <w:t xml:space="preserve"> </w:t>
      </w:r>
      <w:r>
        <w:rPr>
          <w:rFonts w:ascii="Nirmala UI" w:hAnsi="Nirmala UI" w:eastAsia="Nirmala UI" w:cs="Nirmala UI"/>
        </w:rPr>
        <w:t>પોતાના</w:t>
      </w:r>
      <w:r>
        <w:rPr>
          <w:rFonts w:ascii="Times New Roman" w:hAnsi="Times New Roman" w:eastAsia="Times New Roman" w:cs="Times New Roman"/>
        </w:rPr>
        <w:t xml:space="preserve"> </w:t>
      </w:r>
      <w:r>
        <w:rPr>
          <w:rFonts w:ascii="Nirmala UI" w:hAnsi="Nirmala UI" w:eastAsia="Nirmala UI" w:cs="Nirmala UI"/>
        </w:rPr>
        <w:t>મૃત્યુ</w:t>
      </w:r>
      <w:r>
        <w:rPr>
          <w:rFonts w:ascii="Times New Roman" w:hAnsi="Times New Roman" w:eastAsia="Times New Roman" w:cs="Times New Roman"/>
        </w:rPr>
        <w:t xml:space="preserve"> </w:t>
      </w:r>
      <w:r>
        <w:rPr>
          <w:rFonts w:ascii="Nirmala UI" w:hAnsi="Nirmala UI" w:eastAsia="Nirmala UI" w:cs="Nirmala UI"/>
        </w:rPr>
        <w:t>સુધીના</w:t>
      </w:r>
      <w:r>
        <w:rPr>
          <w:rFonts w:ascii="Times New Roman" w:hAnsi="Times New Roman" w:eastAsia="Times New Roman" w:cs="Times New Roman"/>
        </w:rPr>
        <w:t xml:space="preserve"> </w:t>
      </w:r>
      <w:r>
        <w:rPr>
          <w:rFonts w:ascii="Nirmala UI" w:hAnsi="Nirmala UI" w:eastAsia="Nirmala UI" w:cs="Nirmala UI"/>
        </w:rPr>
        <w:t>પાંચ</w:t>
      </w:r>
      <w:r>
        <w:rPr>
          <w:rFonts w:ascii="Times New Roman" w:hAnsi="Times New Roman" w:eastAsia="Times New Roman" w:cs="Times New Roman"/>
        </w:rPr>
        <w:t xml:space="preserve"> </w:t>
      </w:r>
      <w:r>
        <w:rPr>
          <w:rFonts w:ascii="Nirmala UI" w:hAnsi="Nirmala UI" w:eastAsia="Nirmala UI" w:cs="Nirmala UI"/>
        </w:rPr>
        <w:t>વર્ષોની</w:t>
      </w:r>
      <w:r>
        <w:rPr>
          <w:rFonts w:ascii="Times New Roman" w:hAnsi="Times New Roman" w:eastAsia="Times New Roman" w:cs="Times New Roman"/>
        </w:rPr>
        <w:t xml:space="preserve"> </w:t>
      </w:r>
      <w:r>
        <w:rPr>
          <w:rFonts w:ascii="Nirmala UI" w:hAnsi="Nirmala UI" w:eastAsia="Nirmala UI" w:cs="Nirmala UI"/>
        </w:rPr>
        <w:t>ઓળખ</w:t>
      </w:r>
      <w:r>
        <w:rPr>
          <w:rFonts w:ascii="Times New Roman" w:hAnsi="Times New Roman" w:eastAsia="Times New Roman" w:cs="Times New Roman"/>
        </w:rPr>
        <w:t xml:space="preserve"> </w:t>
      </w:r>
      <w:r>
        <w:rPr>
          <w:rFonts w:ascii="Nirmala UI" w:hAnsi="Nirmala UI" w:eastAsia="Nirmala UI" w:cs="Nirmala UI"/>
        </w:rPr>
        <w:t>થાય</w:t>
      </w:r>
      <w:r>
        <w:rPr>
          <w:rFonts w:ascii="Times New Roman" w:hAnsi="Times New Roman" w:eastAsia="Times New Roman" w:cs="Times New Roman"/>
        </w:rPr>
        <w:t xml:space="preserve"> </w:t>
      </w:r>
      <w:r>
        <w:rPr>
          <w:rFonts w:ascii="Nirmala UI" w:hAnsi="Nirmala UI" w:eastAsia="Nirmala UI" w:cs="Nirmala UI"/>
        </w:rPr>
        <w:t>છે</w:t>
      </w:r>
      <w:r>
        <w:rPr>
          <w:rFonts w:ascii="Times New Roman" w:hAnsi="Times New Roman" w:eastAsia="Times New Roman" w:cs="Times New Roman"/>
        </w:rPr>
        <w:t xml:space="preserve">. </w:t>
      </w:r>
      <w:r>
        <w:rPr>
          <w:rFonts w:ascii="Nirmala UI" w:hAnsi="Nirmala UI" w:eastAsia="Nirmala UI" w:cs="Nirmala UI"/>
        </w:rPr>
        <w:t>એ</w:t>
      </w:r>
      <w:r>
        <w:rPr>
          <w:rFonts w:ascii="Times New Roman" w:hAnsi="Times New Roman" w:eastAsia="Times New Roman" w:cs="Times New Roman"/>
        </w:rPr>
        <w:t xml:space="preserve"> </w:t>
      </w:r>
      <w:r>
        <w:rPr>
          <w:rFonts w:ascii="Nirmala UI" w:hAnsi="Nirmala UI" w:eastAsia="Nirmala UI" w:cs="Nirmala UI"/>
        </w:rPr>
        <w:t>પાંચ</w:t>
      </w:r>
      <w:r>
        <w:rPr>
          <w:rFonts w:ascii="Times New Roman" w:hAnsi="Times New Roman" w:eastAsia="Times New Roman" w:cs="Times New Roman"/>
        </w:rPr>
        <w:t xml:space="preserve"> </w:t>
      </w:r>
      <w:r>
        <w:rPr>
          <w:rFonts w:ascii="Nirmala UI" w:hAnsi="Nirmala UI" w:eastAsia="Nirmala UI" w:cs="Nirmala UI"/>
        </w:rPr>
        <w:t>વર્ષો</w:t>
      </w:r>
      <w:r>
        <w:rPr>
          <w:rFonts w:ascii="Times New Roman" w:hAnsi="Times New Roman" w:eastAsia="Times New Roman" w:cs="Times New Roman"/>
        </w:rPr>
        <w:t xml:space="preserve"> </w:t>
      </w:r>
      <w:r>
        <w:rPr>
          <w:rFonts w:ascii="Nirmala UI" w:hAnsi="Nirmala UI" w:eastAsia="Nirmala UI" w:cs="Nirmala UI"/>
        </w:rPr>
        <w:t>લામેખ</w:t>
      </w:r>
      <w:r>
        <w:rPr>
          <w:rFonts w:ascii="Times New Roman" w:hAnsi="Times New Roman" w:eastAsia="Times New Roman" w:cs="Times New Roman"/>
        </w:rPr>
        <w:t xml:space="preserve">, </w:t>
      </w:r>
      <w:r>
        <w:rPr>
          <w:rFonts w:ascii="Nirmala UI" w:hAnsi="Nirmala UI" w:eastAsia="Nirmala UI" w:cs="Nirmala UI"/>
        </w:rPr>
        <w:t>પુત્ર</w:t>
      </w:r>
      <w:r>
        <w:rPr>
          <w:rFonts w:ascii="Times New Roman" w:hAnsi="Times New Roman" w:eastAsia="Times New Roman" w:cs="Times New Roman"/>
        </w:rPr>
        <w:t xml:space="preserve">, </w:t>
      </w:r>
      <w:r>
        <w:rPr>
          <w:rFonts w:ascii="Nirmala UI" w:hAnsi="Nirmala UI" w:eastAsia="Nirmala UI" w:cs="Nirmala UI"/>
        </w:rPr>
        <w:t>ના</w:t>
      </w:r>
      <w:r>
        <w:rPr>
          <w:rFonts w:ascii="Times New Roman" w:hAnsi="Times New Roman" w:eastAsia="Times New Roman" w:cs="Times New Roman"/>
        </w:rPr>
        <w:t xml:space="preserve"> </w:t>
      </w:r>
      <w:r>
        <w:rPr>
          <w:rFonts w:ascii="Nirmala UI" w:hAnsi="Nirmala UI" w:eastAsia="Nirmala UI" w:cs="Nirmala UI"/>
        </w:rPr>
        <w:t>મૃત્યુથી</w:t>
      </w:r>
      <w:r>
        <w:rPr>
          <w:rFonts w:ascii="Times New Roman" w:hAnsi="Times New Roman" w:eastAsia="Times New Roman" w:cs="Times New Roman"/>
        </w:rPr>
        <w:t xml:space="preserve"> </w:t>
      </w:r>
      <w:r>
        <w:rPr>
          <w:rFonts w:ascii="Nirmala UI" w:hAnsi="Nirmala UI" w:eastAsia="Nirmala UI" w:cs="Nirmala UI"/>
        </w:rPr>
        <w:t>લઈને</w:t>
      </w:r>
      <w:r>
        <w:rPr>
          <w:rFonts w:ascii="Times New Roman" w:hAnsi="Times New Roman" w:eastAsia="Times New Roman" w:cs="Times New Roman"/>
        </w:rPr>
        <w:t xml:space="preserve"> </w:t>
      </w:r>
      <w:r>
        <w:rPr>
          <w:rFonts w:ascii="Nirmala UI" w:hAnsi="Nirmala UI" w:eastAsia="Nirmala UI" w:cs="Nirmala UI"/>
        </w:rPr>
        <w:t>પાંચ</w:t>
      </w:r>
      <w:r>
        <w:rPr>
          <w:rFonts w:ascii="Times New Roman" w:hAnsi="Times New Roman" w:eastAsia="Times New Roman" w:cs="Times New Roman"/>
        </w:rPr>
        <w:t xml:space="preserve"> </w:t>
      </w:r>
      <w:r>
        <w:rPr>
          <w:rFonts w:ascii="Nirmala UI" w:hAnsi="Nirmala UI" w:eastAsia="Nirmala UI" w:cs="Nirmala UI"/>
        </w:rPr>
        <w:t>વર્ષ</w:t>
      </w:r>
      <w:r>
        <w:rPr>
          <w:rFonts w:ascii="Times New Roman" w:hAnsi="Times New Roman" w:eastAsia="Times New Roman" w:cs="Times New Roman"/>
        </w:rPr>
        <w:t xml:space="preserve"> </w:t>
      </w:r>
      <w:r>
        <w:rPr>
          <w:rFonts w:ascii="Nirmala UI" w:hAnsi="Nirmala UI" w:eastAsia="Nirmala UI" w:cs="Nirmala UI"/>
        </w:rPr>
        <w:t>પછી</w:t>
      </w:r>
      <w:r>
        <w:rPr>
          <w:rFonts w:ascii="Times New Roman" w:hAnsi="Times New Roman" w:eastAsia="Times New Roman" w:cs="Times New Roman"/>
        </w:rPr>
        <w:t xml:space="preserve"> </w:t>
      </w:r>
      <w:r>
        <w:rPr>
          <w:rFonts w:ascii="Nirmala UI" w:hAnsi="Nirmala UI" w:eastAsia="Nirmala UI" w:cs="Nirmala UI"/>
        </w:rPr>
        <w:t>પિતા</w:t>
      </w:r>
      <w:r>
        <w:rPr>
          <w:rFonts w:ascii="Times New Roman" w:hAnsi="Times New Roman" w:eastAsia="Times New Roman" w:cs="Times New Roman"/>
        </w:rPr>
        <w:t xml:space="preserve"> </w:t>
      </w:r>
      <w:r>
        <w:rPr>
          <w:rFonts w:ascii="Nirmala UI" w:hAnsi="Nirmala UI" w:eastAsia="Nirmala UI" w:cs="Nirmala UI"/>
        </w:rPr>
        <w:t>મેથૂશેલાહના</w:t>
      </w:r>
      <w:r>
        <w:rPr>
          <w:rFonts w:ascii="Times New Roman" w:hAnsi="Times New Roman" w:eastAsia="Times New Roman" w:cs="Times New Roman"/>
        </w:rPr>
        <w:t xml:space="preserve"> </w:t>
      </w:r>
      <w:r>
        <w:rPr>
          <w:rFonts w:ascii="Nirmala UI" w:hAnsi="Nirmala UI" w:eastAsia="Nirmala UI" w:cs="Nirmala UI"/>
        </w:rPr>
        <w:t>મૃત્યુ</w:t>
      </w:r>
      <w:r>
        <w:rPr>
          <w:rFonts w:ascii="Times New Roman" w:hAnsi="Times New Roman" w:eastAsia="Times New Roman" w:cs="Times New Roman"/>
        </w:rPr>
        <w:t xml:space="preserve"> </w:t>
      </w:r>
      <w:r>
        <w:rPr>
          <w:rFonts w:ascii="Nirmala UI" w:hAnsi="Nirmala UI" w:eastAsia="Nirmala UI" w:cs="Nirmala UI"/>
        </w:rPr>
        <w:t>સુધીના</w:t>
      </w:r>
      <w:r>
        <w:rPr>
          <w:rFonts w:ascii="Times New Roman" w:hAnsi="Times New Roman" w:eastAsia="Times New Roman" w:cs="Times New Roman"/>
        </w:rPr>
        <w:t xml:space="preserve"> </w:t>
      </w:r>
      <w:r>
        <w:rPr>
          <w:rFonts w:ascii="Nirmala UI" w:hAnsi="Nirmala UI" w:eastAsia="Nirmala UI" w:cs="Nirmala UI"/>
        </w:rPr>
        <w:t>પાંચ</w:t>
      </w:r>
      <w:r>
        <w:rPr>
          <w:rFonts w:ascii="Times New Roman" w:hAnsi="Times New Roman" w:eastAsia="Times New Roman" w:cs="Times New Roman"/>
        </w:rPr>
        <w:t xml:space="preserve"> </w:t>
      </w:r>
      <w:r>
        <w:rPr>
          <w:rFonts w:ascii="Nirmala UI" w:hAnsi="Nirmala UI" w:eastAsia="Nirmala UI" w:cs="Nirmala UI"/>
        </w:rPr>
        <w:t>વર્ષોથી</w:t>
      </w:r>
      <w:r>
        <w:rPr>
          <w:rFonts w:ascii="Times New Roman" w:hAnsi="Times New Roman" w:eastAsia="Times New Roman" w:cs="Times New Roman"/>
        </w:rPr>
        <w:t xml:space="preserve"> </w:t>
      </w:r>
      <w:r>
        <w:rPr>
          <w:rFonts w:ascii="Nirmala UI" w:hAnsi="Nirmala UI" w:eastAsia="Nirmala UI" w:cs="Nirmala UI"/>
        </w:rPr>
        <w:t>પ્રતિરૂપિત</w:t>
      </w:r>
      <w:r>
        <w:rPr>
          <w:rFonts w:ascii="Times New Roman" w:hAnsi="Times New Roman" w:eastAsia="Times New Roman" w:cs="Times New Roman"/>
        </w:rPr>
        <w:t xml:space="preserve"> </w:t>
      </w:r>
      <w:r>
        <w:rPr>
          <w:rFonts w:ascii="Nirmala UI" w:hAnsi="Nirmala UI" w:eastAsia="Nirmala UI" w:cs="Nirmala UI"/>
        </w:rPr>
        <w:t>થયા</w:t>
      </w:r>
      <w:r>
        <w:rPr>
          <w:rFonts w:ascii="Times New Roman" w:hAnsi="Times New Roman" w:eastAsia="Times New Roman" w:cs="Times New Roman"/>
        </w:rPr>
        <w:t xml:space="preserve"> </w:t>
      </w:r>
      <w:r>
        <w:rPr>
          <w:rFonts w:ascii="Nirmala UI" w:hAnsi="Nirmala UI" w:eastAsia="Nirmala UI" w:cs="Nirmala UI"/>
        </w:rPr>
        <w:t>હતા</w:t>
      </w:r>
      <w:r>
        <w:rPr>
          <w:rFonts w:ascii="Times New Roman" w:hAnsi="Times New Roman" w:eastAsia="Times New Roman" w:cs="Times New Roman"/>
        </w:rPr>
        <w:t xml:space="preserve">, </w:t>
      </w:r>
      <w:r>
        <w:rPr>
          <w:rFonts w:ascii="Nirmala UI" w:hAnsi="Nirmala UI" w:eastAsia="Nirmala UI" w:cs="Nirmala UI"/>
        </w:rPr>
        <w:t>જ્યારે</w:t>
      </w:r>
      <w:r>
        <w:rPr>
          <w:rFonts w:ascii="Times New Roman" w:hAnsi="Times New Roman" w:eastAsia="Times New Roman" w:cs="Times New Roman"/>
        </w:rPr>
        <w:t xml:space="preserve"> </w:t>
      </w:r>
      <w:r>
        <w:rPr>
          <w:rFonts w:ascii="Nirmala UI" w:hAnsi="Nirmala UI" w:eastAsia="Nirmala UI" w:cs="Nirmala UI"/>
        </w:rPr>
        <w:t>નૌકાપરનું</w:t>
      </w:r>
      <w:r>
        <w:rPr>
          <w:rFonts w:ascii="Times New Roman" w:hAnsi="Times New Roman" w:eastAsia="Times New Roman" w:cs="Times New Roman"/>
        </w:rPr>
        <w:t xml:space="preserve"> </w:t>
      </w:r>
      <w:r>
        <w:rPr>
          <w:rFonts w:ascii="Nirmala UI" w:hAnsi="Nirmala UI" w:eastAsia="Nirmala UI" w:cs="Nirmala UI"/>
        </w:rPr>
        <w:t>દ્વાર</w:t>
      </w:r>
      <w:r>
        <w:rPr>
          <w:rFonts w:ascii="Times New Roman" w:hAnsi="Times New Roman" w:eastAsia="Times New Roman" w:cs="Times New Roman"/>
        </w:rPr>
        <w:t xml:space="preserve"> </w:t>
      </w:r>
      <w:r>
        <w:rPr>
          <w:rFonts w:ascii="Nirmala UI" w:hAnsi="Nirmala UI" w:eastAsia="Nirmala UI" w:cs="Nirmala UI"/>
        </w:rPr>
        <w:t>બંધ</w:t>
      </w:r>
      <w:r>
        <w:rPr>
          <w:rFonts w:ascii="Times New Roman" w:hAnsi="Times New Roman" w:eastAsia="Times New Roman" w:cs="Times New Roman"/>
        </w:rPr>
        <w:t xml:space="preserve"> </w:t>
      </w:r>
      <w:r>
        <w:rPr>
          <w:rFonts w:ascii="Nirmala UI" w:hAnsi="Nirmala UI" w:eastAsia="Nirmala UI" w:cs="Nirmala UI"/>
        </w:rPr>
        <w:t>થયું</w:t>
      </w:r>
      <w:r>
        <w:rPr>
          <w:rFonts w:ascii="Times New Roman" w:hAnsi="Times New Roman" w:eastAsia="Times New Roman" w:cs="Times New Roman"/>
        </w:rPr>
        <w:t xml:space="preserve">. </w:t>
      </w:r>
      <w:r>
        <w:rPr>
          <w:rFonts w:ascii="Nirmala UI" w:hAnsi="Nirmala UI" w:eastAsia="Nirmala UI" w:cs="Nirmala UI"/>
        </w:rPr>
        <w:t>તેથી</w:t>
      </w:r>
      <w:r>
        <w:rPr>
          <w:rFonts w:ascii="Times New Roman" w:hAnsi="Times New Roman" w:eastAsia="Times New Roman" w:cs="Times New Roman"/>
        </w:rPr>
        <w:t xml:space="preserve">, </w:t>
      </w:r>
      <w:r>
        <w:rPr>
          <w:rFonts w:ascii="Nirmala UI" w:hAnsi="Nirmala UI" w:eastAsia="Nirmala UI" w:cs="Nirmala UI"/>
        </w:rPr>
        <w:t>એઝેકિએલની</w:t>
      </w:r>
      <w:r>
        <w:rPr>
          <w:rFonts w:ascii="Times New Roman" w:hAnsi="Times New Roman" w:eastAsia="Times New Roman" w:cs="Times New Roman"/>
        </w:rPr>
        <w:t xml:space="preserve"> </w:t>
      </w:r>
      <w:r>
        <w:rPr>
          <w:rFonts w:ascii="Nirmala UI" w:hAnsi="Nirmala UI" w:eastAsia="Nirmala UI" w:cs="Nirmala UI"/>
        </w:rPr>
        <w:t>વહુના</w:t>
      </w:r>
      <w:r>
        <w:rPr>
          <w:rFonts w:ascii="Times New Roman" w:hAnsi="Times New Roman" w:eastAsia="Times New Roman" w:cs="Times New Roman"/>
        </w:rPr>
        <w:t xml:space="preserve"> </w:t>
      </w:r>
      <w:r>
        <w:rPr>
          <w:rFonts w:ascii="Nirmala UI" w:hAnsi="Nirmala UI" w:eastAsia="Nirmala UI" w:cs="Nirmala UI"/>
        </w:rPr>
        <w:t>મૃત્યુનું</w:t>
      </w:r>
      <w:r>
        <w:rPr>
          <w:rFonts w:ascii="Times New Roman" w:hAnsi="Times New Roman" w:eastAsia="Times New Roman" w:cs="Times New Roman"/>
        </w:rPr>
        <w:t xml:space="preserve"> </w:t>
      </w:r>
      <w:r>
        <w:rPr>
          <w:rFonts w:ascii="Nirmala UI" w:hAnsi="Nirmala UI" w:eastAsia="Nirmala UI" w:cs="Nirmala UI"/>
        </w:rPr>
        <w:t>પ્રતિરૂપ</w:t>
      </w:r>
      <w:r>
        <w:rPr>
          <w:rFonts w:ascii="Times New Roman" w:hAnsi="Times New Roman" w:eastAsia="Times New Roman" w:cs="Times New Roman"/>
        </w:rPr>
        <w:t xml:space="preserve"> </w:t>
      </w:r>
      <w:r>
        <w:rPr>
          <w:rFonts w:ascii="Nirmala UI" w:hAnsi="Nirmala UI" w:eastAsia="Nirmala UI" w:cs="Nirmala UI"/>
        </w:rPr>
        <w:t>લામેખના</w:t>
      </w:r>
      <w:r>
        <w:rPr>
          <w:rFonts w:ascii="Times New Roman" w:hAnsi="Times New Roman" w:eastAsia="Times New Roman" w:cs="Times New Roman"/>
        </w:rPr>
        <w:t xml:space="preserve"> </w:t>
      </w:r>
      <w:r>
        <w:rPr>
          <w:rFonts w:ascii="Nirmala UI" w:hAnsi="Nirmala UI" w:eastAsia="Nirmala UI" w:cs="Nirmala UI"/>
        </w:rPr>
        <w:t>મૃત્યુ</w:t>
      </w:r>
      <w:r>
        <w:rPr>
          <w:rFonts w:ascii="Times New Roman" w:hAnsi="Times New Roman" w:eastAsia="Times New Roman" w:cs="Times New Roman"/>
        </w:rPr>
        <w:t xml:space="preserve"> </w:t>
      </w:r>
      <w:r>
        <w:rPr>
          <w:rFonts w:ascii="Nirmala UI" w:hAnsi="Nirmala UI" w:eastAsia="Nirmala UI" w:cs="Nirmala UI"/>
        </w:rPr>
        <w:t>દ્વારા</w:t>
      </w:r>
      <w:r>
        <w:rPr>
          <w:rFonts w:ascii="Times New Roman" w:hAnsi="Times New Roman" w:eastAsia="Times New Roman" w:cs="Times New Roman"/>
        </w:rPr>
        <w:t xml:space="preserve"> </w:t>
      </w:r>
      <w:r>
        <w:rPr>
          <w:rFonts w:ascii="Nirmala UI" w:hAnsi="Nirmala UI" w:eastAsia="Nirmala UI" w:cs="Nirmala UI"/>
        </w:rPr>
        <w:t>દર્શાવવામાં</w:t>
      </w:r>
      <w:r>
        <w:rPr>
          <w:rFonts w:ascii="Times New Roman" w:hAnsi="Times New Roman" w:eastAsia="Times New Roman" w:cs="Times New Roman"/>
        </w:rPr>
        <w:t xml:space="preserve"> </w:t>
      </w:r>
      <w:r>
        <w:rPr>
          <w:rFonts w:ascii="Nirmala UI" w:hAnsi="Nirmala UI" w:eastAsia="Nirmala UI" w:cs="Nirmala UI"/>
        </w:rPr>
        <w:t>આવ્યું</w:t>
      </w:r>
      <w:r>
        <w:rPr>
          <w:rFonts w:ascii="Times New Roman" w:hAnsi="Times New Roman" w:eastAsia="Times New Roman" w:cs="Times New Roman"/>
        </w:rPr>
        <w:t xml:space="preserve"> </w:t>
      </w:r>
      <w:r>
        <w:rPr>
          <w:rFonts w:ascii="Nirmala UI" w:hAnsi="Nirmala UI" w:eastAsia="Nirmala UI" w:cs="Nirmala UI"/>
        </w:rPr>
        <w:t>હતું</w:t>
      </w:r>
      <w:r>
        <w:rPr>
          <w:rFonts w:ascii="Times New Roman" w:hAnsi="Times New Roman" w:eastAsia="Times New Roman" w:cs="Times New Roman"/>
        </w:rPr>
        <w:t xml:space="preserve">, </w:t>
      </w:r>
      <w:r>
        <w:rPr>
          <w:rFonts w:ascii="Nirmala UI" w:hAnsi="Nirmala UI" w:eastAsia="Nirmala UI" w:cs="Nirmala UI"/>
        </w:rPr>
        <w:t>અને</w:t>
      </w:r>
      <w:r>
        <w:rPr>
          <w:rFonts w:ascii="Times New Roman" w:hAnsi="Times New Roman" w:eastAsia="Times New Roman" w:cs="Times New Roman"/>
        </w:rPr>
        <w:t xml:space="preserve"> </w:t>
      </w:r>
      <w:r>
        <w:rPr>
          <w:rFonts w:ascii="Nirmala UI" w:hAnsi="Nirmala UI" w:eastAsia="Nirmala UI" w:cs="Nirmala UI"/>
        </w:rPr>
        <w:t>બંને</w:t>
      </w:r>
      <w:r>
        <w:rPr>
          <w:rFonts w:ascii="Times New Roman" w:hAnsi="Times New Roman" w:eastAsia="Times New Roman" w:cs="Times New Roman"/>
        </w:rPr>
        <w:t xml:space="preserve"> </w:t>
      </w:r>
      <w:r>
        <w:rPr>
          <w:rFonts w:ascii="Nirmala UI" w:hAnsi="Nirmala UI" w:eastAsia="Nirmala UI" w:cs="Nirmala UI"/>
        </w:rPr>
        <w:t>મળીને</w:t>
      </w:r>
      <w:r>
        <w:rPr>
          <w:rFonts w:ascii="Times New Roman" w:hAnsi="Times New Roman" w:eastAsia="Times New Roman" w:cs="Times New Roman"/>
        </w:rPr>
        <w:t xml:space="preserve"> 1448</w:t>
      </w:r>
      <w:r>
        <w:rPr>
          <w:rFonts w:ascii="Nirmala UI" w:hAnsi="Nirmala UI" w:eastAsia="Nirmala UI" w:cs="Nirmala UI"/>
        </w:rPr>
        <w:t>માં</w:t>
      </w:r>
      <w:r>
        <w:rPr>
          <w:rFonts w:ascii="Times New Roman" w:hAnsi="Times New Roman" w:eastAsia="Times New Roman" w:cs="Times New Roman"/>
        </w:rPr>
        <w:t xml:space="preserve"> </w:t>
      </w:r>
      <w:r>
        <w:rPr>
          <w:rFonts w:ascii="Nirmala UI" w:hAnsi="Nirmala UI" w:eastAsia="Nirmala UI" w:cs="Nirmala UI"/>
        </w:rPr>
        <w:t>જ્હોન</w:t>
      </w:r>
      <w:r>
        <w:rPr>
          <w:rFonts w:ascii="Times New Roman" w:hAnsi="Times New Roman" w:eastAsia="Times New Roman" w:cs="Times New Roman"/>
        </w:rPr>
        <w:t xml:space="preserve"> </w:t>
      </w:r>
      <w:r>
        <w:rPr>
          <w:rFonts w:ascii="Nirmala UI" w:hAnsi="Nirmala UI" w:eastAsia="Nirmala UI" w:cs="Nirmala UI"/>
        </w:rPr>
        <w:t>પલાયોલોગોસના</w:t>
      </w:r>
      <w:r>
        <w:rPr>
          <w:rFonts w:ascii="Times New Roman" w:hAnsi="Times New Roman" w:eastAsia="Times New Roman" w:cs="Times New Roman"/>
        </w:rPr>
        <w:t xml:space="preserve"> </w:t>
      </w:r>
      <w:r>
        <w:rPr>
          <w:rFonts w:ascii="Nirmala UI" w:hAnsi="Nirmala UI" w:eastAsia="Nirmala UI" w:cs="Nirmala UI"/>
        </w:rPr>
        <w:t>મૃત્યુની</w:t>
      </w:r>
      <w:r>
        <w:rPr>
          <w:rFonts w:ascii="Times New Roman" w:hAnsi="Times New Roman" w:eastAsia="Times New Roman" w:cs="Times New Roman"/>
        </w:rPr>
        <w:t xml:space="preserve"> </w:t>
      </w:r>
      <w:r>
        <w:rPr>
          <w:rFonts w:ascii="Nirmala UI" w:hAnsi="Nirmala UI" w:eastAsia="Nirmala UI" w:cs="Nirmala UI"/>
        </w:rPr>
        <w:t>સાક્ષી</w:t>
      </w:r>
      <w:r>
        <w:rPr>
          <w:rFonts w:ascii="Times New Roman" w:hAnsi="Times New Roman" w:eastAsia="Times New Roman" w:cs="Times New Roman"/>
        </w:rPr>
        <w:t xml:space="preserve"> </w:t>
      </w:r>
      <w:r>
        <w:rPr>
          <w:rFonts w:ascii="Nirmala UI" w:hAnsi="Nirmala UI" w:eastAsia="Nirmala UI" w:cs="Nirmala UI"/>
        </w:rPr>
        <w:t>આપે</w:t>
      </w:r>
      <w:r>
        <w:rPr>
          <w:rFonts w:ascii="Times New Roman" w:hAnsi="Times New Roman" w:eastAsia="Times New Roman" w:cs="Times New Roman"/>
        </w:rPr>
        <w:t xml:space="preserve"> </w:t>
      </w:r>
      <w:r>
        <w:rPr>
          <w:rFonts w:ascii="Nirmala UI" w:hAnsi="Nirmala UI" w:eastAsia="Nirmala UI" w:cs="Nirmala UI"/>
        </w:rPr>
        <w:t>છે</w:t>
      </w:r>
      <w:r>
        <w:rPr>
          <w:rFonts w:ascii="Times New Roman" w:hAnsi="Times New Roman" w:eastAsia="Times New Roman" w:cs="Times New Roman"/>
        </w:rPr>
        <w:t xml:space="preserve">. </w:t>
      </w:r>
      <w:r>
        <w:rPr>
          <w:rFonts w:ascii="Nirmala UI" w:hAnsi="Nirmala UI" w:eastAsia="Nirmala UI" w:cs="Nirmala UI"/>
        </w:rPr>
        <w:t>ત્યારબાદ</w:t>
      </w:r>
      <w:r>
        <w:rPr>
          <w:rFonts w:ascii="Times New Roman" w:hAnsi="Times New Roman" w:eastAsia="Times New Roman" w:cs="Times New Roman"/>
        </w:rPr>
        <w:t xml:space="preserve"> </w:t>
      </w:r>
      <w:r>
        <w:rPr>
          <w:rFonts w:ascii="Nirmala UI" w:hAnsi="Nirmala UI" w:eastAsia="Nirmala UI" w:cs="Nirmala UI"/>
        </w:rPr>
        <w:t>મેથૂશેલાહનું</w:t>
      </w:r>
      <w:r>
        <w:rPr>
          <w:rFonts w:ascii="Times New Roman" w:hAnsi="Times New Roman" w:eastAsia="Times New Roman" w:cs="Times New Roman"/>
        </w:rPr>
        <w:t xml:space="preserve"> </w:t>
      </w:r>
      <w:r>
        <w:rPr>
          <w:rFonts w:ascii="Nirmala UI" w:hAnsi="Nirmala UI" w:eastAsia="Nirmala UI" w:cs="Nirmala UI"/>
        </w:rPr>
        <w:t>મૃત્યુ</w:t>
      </w:r>
      <w:r>
        <w:rPr>
          <w:rFonts w:ascii="Times New Roman" w:hAnsi="Times New Roman" w:eastAsia="Times New Roman" w:cs="Times New Roman"/>
        </w:rPr>
        <w:t xml:space="preserve"> </w:t>
      </w:r>
      <w:r>
        <w:rPr>
          <w:rFonts w:ascii="Nirmala UI" w:hAnsi="Nirmala UI" w:eastAsia="Nirmala UI" w:cs="Nirmala UI"/>
        </w:rPr>
        <w:t>ખ્રિસ્તની</w:t>
      </w:r>
      <w:r>
        <w:rPr>
          <w:rFonts w:ascii="Times New Roman" w:hAnsi="Times New Roman" w:eastAsia="Times New Roman" w:cs="Times New Roman"/>
        </w:rPr>
        <w:t xml:space="preserve"> </w:t>
      </w:r>
      <w:r>
        <w:rPr>
          <w:rFonts w:ascii="Nirmala UI" w:hAnsi="Nirmala UI" w:eastAsia="Nirmala UI" w:cs="Nirmala UI"/>
        </w:rPr>
        <w:t>વહુના</w:t>
      </w:r>
      <w:r>
        <w:rPr>
          <w:rFonts w:ascii="Times New Roman" w:hAnsi="Times New Roman" w:eastAsia="Times New Roman" w:cs="Times New Roman"/>
        </w:rPr>
        <w:t xml:space="preserve"> </w:t>
      </w:r>
      <w:r>
        <w:rPr>
          <w:rFonts w:ascii="Nirmala UI" w:hAnsi="Nirmala UI" w:eastAsia="Nirmala UI" w:cs="Nirmala UI"/>
        </w:rPr>
        <w:t>મૃત્યુ</w:t>
      </w:r>
      <w:r>
        <w:rPr>
          <w:rFonts w:ascii="Times New Roman" w:hAnsi="Times New Roman" w:eastAsia="Times New Roman" w:cs="Times New Roman"/>
        </w:rPr>
        <w:t xml:space="preserve"> </w:t>
      </w:r>
      <w:r>
        <w:rPr>
          <w:rFonts w:ascii="Nirmala UI" w:hAnsi="Nirmala UI" w:eastAsia="Nirmala UI" w:cs="Nirmala UI"/>
        </w:rPr>
        <w:t>અને</w:t>
      </w:r>
      <w:r>
        <w:rPr>
          <w:rFonts w:ascii="Times New Roman" w:hAnsi="Times New Roman" w:eastAsia="Times New Roman" w:cs="Times New Roman"/>
        </w:rPr>
        <w:t xml:space="preserve"> </w:t>
      </w:r>
      <w:r>
        <w:rPr>
          <w:rFonts w:ascii="Nirmala UI" w:hAnsi="Nirmala UI" w:eastAsia="Nirmala UI" w:cs="Nirmala UI"/>
        </w:rPr>
        <w:t>ઈ</w:t>
      </w:r>
      <w:r>
        <w:rPr>
          <w:rFonts w:ascii="Times New Roman" w:hAnsi="Times New Roman" w:eastAsia="Times New Roman" w:cs="Times New Roman"/>
        </w:rPr>
        <w:t>.</w:t>
      </w:r>
      <w:r>
        <w:rPr>
          <w:rFonts w:ascii="Nirmala UI" w:hAnsi="Nirmala UI" w:eastAsia="Nirmala UI" w:cs="Nirmala UI"/>
        </w:rPr>
        <w:t>સ</w:t>
      </w:r>
      <w:r>
        <w:rPr>
          <w:rFonts w:ascii="Times New Roman" w:hAnsi="Times New Roman" w:eastAsia="Times New Roman" w:cs="Times New Roman"/>
        </w:rPr>
        <w:t>.</w:t>
      </w:r>
      <w:r>
        <w:rPr>
          <w:rFonts w:ascii="Nirmala UI" w:hAnsi="Nirmala UI" w:eastAsia="Nirmala UI" w:cs="Nirmala UI"/>
        </w:rPr>
        <w:t>પૂ</w:t>
      </w:r>
      <w:r>
        <w:rPr>
          <w:rFonts w:ascii="Times New Roman" w:hAnsi="Times New Roman" w:eastAsia="Times New Roman" w:cs="Times New Roman"/>
        </w:rPr>
        <w:t>. 586</w:t>
      </w:r>
      <w:r>
        <w:rPr>
          <w:rFonts w:ascii="Nirmala UI" w:hAnsi="Nirmala UI" w:eastAsia="Nirmala UI" w:cs="Nirmala UI"/>
        </w:rPr>
        <w:t>માં</w:t>
      </w:r>
      <w:r>
        <w:rPr>
          <w:rFonts w:ascii="Times New Roman" w:hAnsi="Times New Roman" w:eastAsia="Times New Roman" w:cs="Times New Roman"/>
        </w:rPr>
        <w:t xml:space="preserve"> </w:t>
      </w:r>
      <w:r>
        <w:rPr>
          <w:rFonts w:ascii="Nirmala UI" w:hAnsi="Nirmala UI" w:eastAsia="Nirmala UI" w:cs="Nirmala UI"/>
        </w:rPr>
        <w:t>યરુશાલેમના</w:t>
      </w:r>
      <w:r>
        <w:rPr>
          <w:rFonts w:ascii="Times New Roman" w:hAnsi="Times New Roman" w:eastAsia="Times New Roman" w:cs="Times New Roman"/>
        </w:rPr>
        <w:t xml:space="preserve"> </w:t>
      </w:r>
      <w:r>
        <w:rPr>
          <w:rFonts w:ascii="Nirmala UI" w:hAnsi="Nirmala UI" w:eastAsia="Nirmala UI" w:cs="Nirmala UI"/>
        </w:rPr>
        <w:t>વિનાશ</w:t>
      </w:r>
      <w:r>
        <w:rPr>
          <w:rFonts w:ascii="Times New Roman" w:hAnsi="Times New Roman" w:eastAsia="Times New Roman" w:cs="Times New Roman"/>
        </w:rPr>
        <w:t xml:space="preserve"> </w:t>
      </w:r>
      <w:r>
        <w:rPr>
          <w:rFonts w:ascii="Nirmala UI" w:hAnsi="Nirmala UI" w:eastAsia="Nirmala UI" w:cs="Nirmala UI"/>
        </w:rPr>
        <w:t>સાથે</w:t>
      </w:r>
      <w:r>
        <w:rPr>
          <w:rFonts w:ascii="Times New Roman" w:hAnsi="Times New Roman" w:eastAsia="Times New Roman" w:cs="Times New Roman"/>
        </w:rPr>
        <w:t xml:space="preserve"> </w:t>
      </w:r>
      <w:r>
        <w:rPr>
          <w:rFonts w:ascii="Nirmala UI" w:hAnsi="Nirmala UI" w:eastAsia="Nirmala UI" w:cs="Nirmala UI"/>
        </w:rPr>
        <w:t>સુસંગત</w:t>
      </w:r>
      <w:r>
        <w:rPr>
          <w:rFonts w:ascii="Times New Roman" w:hAnsi="Times New Roman" w:eastAsia="Times New Roman" w:cs="Times New Roman"/>
        </w:rPr>
        <w:t xml:space="preserve"> </w:t>
      </w:r>
      <w:r>
        <w:rPr>
          <w:rFonts w:ascii="Nirmala UI" w:hAnsi="Nirmala UI" w:eastAsia="Nirmala UI" w:cs="Nirmala UI"/>
        </w:rPr>
        <w:t>છે</w:t>
      </w:r>
      <w:r>
        <w:rPr>
          <w:rFonts w:ascii="Times New Roman" w:hAnsi="Times New Roman" w:eastAsia="Times New Roman" w:cs="Times New Roman"/>
        </w:rPr>
        <w:t xml:space="preserve">, </w:t>
      </w:r>
      <w:r>
        <w:rPr>
          <w:rFonts w:ascii="Nirmala UI" w:hAnsi="Nirmala UI" w:eastAsia="Nirmala UI" w:cs="Nirmala UI"/>
        </w:rPr>
        <w:t>અને</w:t>
      </w:r>
      <w:r>
        <w:rPr>
          <w:rFonts w:ascii="Times New Roman" w:hAnsi="Times New Roman" w:eastAsia="Times New Roman" w:cs="Times New Roman"/>
        </w:rPr>
        <w:t xml:space="preserve"> </w:t>
      </w:r>
      <w:r>
        <w:rPr>
          <w:rFonts w:ascii="Nirmala UI" w:hAnsi="Nirmala UI" w:eastAsia="Nirmala UI" w:cs="Nirmala UI"/>
        </w:rPr>
        <w:t>બંને</w:t>
      </w:r>
      <w:r>
        <w:rPr>
          <w:rFonts w:ascii="Times New Roman" w:hAnsi="Times New Roman" w:eastAsia="Times New Roman" w:cs="Times New Roman"/>
        </w:rPr>
        <w:t xml:space="preserve"> </w:t>
      </w:r>
      <w:r>
        <w:rPr>
          <w:rFonts w:ascii="Nirmala UI" w:hAnsi="Nirmala UI" w:eastAsia="Nirmala UI" w:cs="Nirmala UI"/>
        </w:rPr>
        <w:t>મળીને</w:t>
      </w:r>
      <w:r>
        <w:rPr>
          <w:rFonts w:ascii="Times New Roman" w:hAnsi="Times New Roman" w:eastAsia="Times New Roman" w:cs="Times New Roman"/>
        </w:rPr>
        <w:t xml:space="preserve"> </w:t>
      </w:r>
      <w:r>
        <w:rPr>
          <w:rFonts w:ascii="Nirmala UI" w:hAnsi="Nirmala UI" w:eastAsia="Nirmala UI" w:cs="Nirmala UI"/>
        </w:rPr>
        <w:t>કોન્સ્ટેન્ટાઇન</w:t>
      </w:r>
      <w:r>
        <w:rPr>
          <w:rFonts w:ascii="Times New Roman" w:hAnsi="Times New Roman" w:eastAsia="Times New Roman" w:cs="Times New Roman"/>
        </w:rPr>
        <w:t xml:space="preserve"> </w:t>
      </w:r>
      <w:r>
        <w:rPr>
          <w:rFonts w:ascii="Nirmala UI" w:hAnsi="Nirmala UI" w:eastAsia="Nirmala UI" w:cs="Nirmala UI"/>
        </w:rPr>
        <w:t>અગિયારમાના</w:t>
      </w:r>
      <w:r>
        <w:rPr>
          <w:rFonts w:ascii="Times New Roman" w:hAnsi="Times New Roman" w:eastAsia="Times New Roman" w:cs="Times New Roman"/>
        </w:rPr>
        <w:t xml:space="preserve"> </w:t>
      </w:r>
      <w:r>
        <w:rPr>
          <w:rFonts w:ascii="Nirmala UI" w:hAnsi="Nirmala UI" w:eastAsia="Nirmala UI" w:cs="Nirmala UI"/>
        </w:rPr>
        <w:t>મૃત્યુ</w:t>
      </w:r>
      <w:r>
        <w:rPr>
          <w:rFonts w:ascii="Times New Roman" w:hAnsi="Times New Roman" w:eastAsia="Times New Roman" w:cs="Times New Roman"/>
        </w:rPr>
        <w:t xml:space="preserve"> </w:t>
      </w:r>
      <w:r>
        <w:rPr>
          <w:rFonts w:ascii="Nirmala UI" w:hAnsi="Nirmala UI" w:eastAsia="Nirmala UI" w:cs="Nirmala UI"/>
        </w:rPr>
        <w:t>સાથે</w:t>
      </w:r>
      <w:r>
        <w:rPr>
          <w:rFonts w:ascii="Times New Roman" w:hAnsi="Times New Roman" w:eastAsia="Times New Roman" w:cs="Times New Roman"/>
        </w:rPr>
        <w:t xml:space="preserve"> </w:t>
      </w:r>
      <w:r>
        <w:rPr>
          <w:rFonts w:ascii="Nirmala UI" w:hAnsi="Nirmala UI" w:eastAsia="Nirmala UI" w:cs="Nirmala UI"/>
        </w:rPr>
        <w:t>સુસંગત</w:t>
      </w:r>
      <w:r>
        <w:rPr>
          <w:rFonts w:ascii="Times New Roman" w:hAnsi="Times New Roman" w:eastAsia="Times New Roman" w:cs="Times New Roman"/>
        </w:rPr>
        <w:t xml:space="preserve"> </w:t>
      </w:r>
      <w:r>
        <w:rPr>
          <w:rFonts w:ascii="Nirmala UI" w:hAnsi="Nirmala UI" w:eastAsia="Nirmala UI" w:cs="Nirmala UI"/>
        </w:rPr>
        <w:t>ઠરે</w:t>
      </w:r>
      <w:r>
        <w:rPr>
          <w:rFonts w:ascii="Times New Roman" w:hAnsi="Times New Roman" w:eastAsia="Times New Roman" w:cs="Times New Roman"/>
        </w:rPr>
        <w:t xml:space="preserve"> </w:t>
      </w:r>
      <w:r>
        <w:rPr>
          <w:rFonts w:ascii="Nirmala UI" w:hAnsi="Nirmala UI" w:eastAsia="Nirmala UI" w:cs="Nirmala UI"/>
        </w:rPr>
        <w:t>છે</w:t>
      </w:r>
      <w:r>
        <w:rPr>
          <w:rFonts w:ascii="Times New Roman" w:hAnsi="Times New Roman" w:eastAsia="Times New Roman" w:cs="Times New Roman"/>
        </w:rPr>
        <w:t>.</w:t>
      </w:r>
    </w:p>
    <w:p>
      <w:pPr>
        <w:pStyle w:val="ArticleBody"/>
        <w:jc w:val="left"/>
      </w:pPr>
      <w:r>
        <w:rPr>
          <w:rFonts w:ascii="Times New Roman" w:hAnsi="Times New Roman" w:eastAsia="Times New Roman" w:cs="Times New Roman"/>
        </w:rPr>
        <w:t>Abahamya batatu b’igihe cy’ubuhanuzi gitangira kandi kigasozwa n’urupfu, bagaragaza igihe cyo kubumbwa kw’ishusho ya ya nyamaswa kirangirana n’ikimenyetso cya ya nyamaswa, kandi gihura n’itangazwa ry’ijwi ryo mu gicuku mu mateka y’Abamillerite hamwe no kubumbwa kw’ishusho ya ya nyamaswa kirangirana n’ikimenyetso cya ya nyamaswa mu mateka yacu ya none. Igihe ikimenyetso cya ya nyamaswa kizasohorerwa mu itegeko ryo ku Cyumweru rigiye kuza vuba, “kuvuga” k’ubuhanuzi kuzagera ku gusohora kwako guhuje na Ezekiyeli washoboye “kuvuga” ku bushake bwe igihe Yerusalemu yarimburwaga.</w:t>
      </w:r>
    </w:p>
    <w:p>
      <w:pPr>
        <w:pStyle w:val="ArticleHeading"/>
        <w:jc w:val="left"/>
      </w:pPr>
      <w:r>
        <w:rPr>
          <w:rFonts w:ascii="Arial" w:hAnsi="Arial" w:eastAsia="Arial" w:cs="Arial"/>
        </w:rPr>
        <w:t>Kuthetha</w:t>
      </w:r>
    </w:p>
    <w:p>
      <w:pPr>
        <w:pStyle w:val="ArticleBody"/>
        <w:jc w:val="left"/>
      </w:pPr>
      <w:r>
        <w:rPr>
          <w:rFonts w:ascii="Times New Roman" w:hAnsi="Times New Roman" w:eastAsia="Times New Roman" w:cs="Times New Roman"/>
        </w:rPr>
        <w:t>Katika sheria ya Jumapili, ambayo inaonyeshwa kwa mfano na kuangamizwa kwa Yerusalemu, usemaji wa kinabii wa Marekani unadhihirishwa wakati nabii wa uongo anaposema kama joka.</w:t>
      </w:r>
    </w:p>
    <w:p>
      <w:pPr>
        <w:pStyle w:val="ArticleScripture"/>
        <w:jc w:val="left"/>
      </w:pPr>
      <w:r>
        <w:rPr>
          <w:rFonts w:ascii="Times New Roman" w:hAnsi="Times New Roman" w:eastAsia="Times New Roman" w:cs="Times New Roman"/>
        </w:rPr>
        <w:t>Ndzi tlhela ndzi vona xin’wana xivandzana xi huma emisaveni; naswona a xi ri ni timhondzo timbirhi to fana ni ta xinyimpfana, kambe a xi vulavula kukota dragona. Nhlavutelo 13:11.</w:t>
      </w:r>
    </w:p>
    <w:p>
      <w:pPr>
        <w:pStyle w:val="ArticleBody"/>
        <w:jc w:val="left"/>
      </w:pPr>
      <w:r>
        <w:rPr>
          <w:rFonts w:ascii="Times New Roman" w:hAnsi="Times New Roman" w:eastAsia="Times New Roman" w:cs="Times New Roman"/>
        </w:rPr>
        <w:t>I te ture Rātapu, ka patua e Parama tana kaihe mō te toru o ngā wā, ā, kātahi ka kōrero te kaihe.</w:t>
      </w:r>
    </w:p>
    <w:p>
      <w:pPr>
        <w:pStyle w:val="ArticleScripture"/>
        <w:jc w:val="left"/>
      </w:pPr>
      <w:r>
        <w:rPr>
          <w:rFonts w:ascii="Times New Roman" w:hAnsi="Times New Roman" w:eastAsia="Times New Roman" w:cs="Times New Roman"/>
        </w:rPr>
        <w:t>I Gospodin otvori usta magarici, i ona reče Balaamu: Šta sam ti učinila, te si me tukao ova tri puta? A Balaam reče magarici: Zato što si me izvrgnula poruzi; da mi je sada mač u ruci, odmah bih te ubio. A magarica reče Balaamu: Nisam li ja tvoja magarica, na kojoj si jahao otkako je tvoja pa do današnjega dana? Jesam li ti ikada ovako činila? A on reče: Nisam. Brojevi 22:28–30.</w:t>
      </w:r>
    </w:p>
    <w:p>
      <w:pPr>
        <w:pStyle w:val="ArticleBody"/>
        <w:jc w:val="left"/>
      </w:pPr>
      <w:r>
        <w:rPr>
          <w:rFonts w:ascii="Times New Roman" w:hAnsi="Times New Roman" w:eastAsia="Times New Roman" w:cs="Times New Roman"/>
        </w:rPr>
        <w:t>Uhani la uongo hunena wakati wa sheria ya Jumapili, na Uislamu nao hunena wakati wa sheria ya Jumapili. Wote wawili, kwa mtazamo wa kinabii, ni manabii wa uongo. Wakati wa sheria ya Jumapili, “maono” ya Habakuki yaliyokawia, hunena.</w:t>
      </w:r>
    </w:p>
    <w:p>
      <w:pPr>
        <w:pStyle w:val="ArticleScripture"/>
        <w:jc w:val="left"/>
      </w:pPr>
      <w:r>
        <w:rPr>
          <w:rFonts w:ascii="Nirmala UI" w:hAnsi="Nirmala UI" w:eastAsia="Nirmala UI" w:cs="Nirmala UI"/>
        </w:rPr>
        <w:t>कारण</w:t>
      </w:r>
      <w:r>
        <w:rPr>
          <w:rFonts w:ascii="Times New Roman" w:hAnsi="Times New Roman" w:eastAsia="Times New Roman" w:cs="Times New Roman"/>
        </w:rPr>
        <w:t xml:space="preserve"> </w:t>
      </w:r>
      <w:r>
        <w:rPr>
          <w:rFonts w:ascii="Nirmala UI" w:hAnsi="Nirmala UI" w:eastAsia="Nirmala UI" w:cs="Nirmala UI"/>
        </w:rPr>
        <w:t>दर्शन</w:t>
      </w:r>
      <w:r>
        <w:rPr>
          <w:rFonts w:ascii="Times New Roman" w:hAnsi="Times New Roman" w:eastAsia="Times New Roman" w:cs="Times New Roman"/>
        </w:rPr>
        <w:t xml:space="preserve"> </w:t>
      </w:r>
      <w:r>
        <w:rPr>
          <w:rFonts w:ascii="Nirmala UI" w:hAnsi="Nirmala UI" w:eastAsia="Nirmala UI" w:cs="Nirmala UI"/>
        </w:rPr>
        <w:t>अभी</w:t>
      </w:r>
      <w:r>
        <w:rPr>
          <w:rFonts w:ascii="Times New Roman" w:hAnsi="Times New Roman" w:eastAsia="Times New Roman" w:cs="Times New Roman"/>
        </w:rPr>
        <w:t xml:space="preserve"> </w:t>
      </w:r>
      <w:r>
        <w:rPr>
          <w:rFonts w:ascii="Nirmala UI" w:hAnsi="Nirmala UI" w:eastAsia="Nirmala UI" w:cs="Nirmala UI"/>
        </w:rPr>
        <w:t>नियुक्त</w:t>
      </w:r>
      <w:r>
        <w:rPr>
          <w:rFonts w:ascii="Times New Roman" w:hAnsi="Times New Roman" w:eastAsia="Times New Roman" w:cs="Times New Roman"/>
        </w:rPr>
        <w:t xml:space="preserve"> </w:t>
      </w:r>
      <w:r>
        <w:rPr>
          <w:rFonts w:ascii="Nirmala UI" w:hAnsi="Nirmala UI" w:eastAsia="Nirmala UI" w:cs="Nirmala UI"/>
        </w:rPr>
        <w:t>समय</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लिए</w:t>
      </w:r>
      <w:r>
        <w:rPr>
          <w:rFonts w:ascii="Times New Roman" w:hAnsi="Times New Roman" w:eastAsia="Times New Roman" w:cs="Times New Roman"/>
        </w:rPr>
        <w:t xml:space="preserve"> </w:t>
      </w:r>
      <w:r>
        <w:rPr>
          <w:rFonts w:ascii="Nirmala UI" w:hAnsi="Nirmala UI" w:eastAsia="Nirmala UI" w:cs="Nirmala UI"/>
        </w:rPr>
        <w:t>है</w:t>
      </w:r>
      <w:r>
        <w:rPr>
          <w:rFonts w:ascii="Times New Roman" w:hAnsi="Times New Roman" w:eastAsia="Times New Roman" w:cs="Times New Roman"/>
        </w:rPr>
        <w:t xml:space="preserve">, </w:t>
      </w:r>
      <w:r>
        <w:rPr>
          <w:rFonts w:ascii="Nirmala UI" w:hAnsi="Nirmala UI" w:eastAsia="Nirmala UI" w:cs="Nirmala UI"/>
        </w:rPr>
        <w:t>परन्तु</w:t>
      </w:r>
      <w:r>
        <w:rPr>
          <w:rFonts w:ascii="Times New Roman" w:hAnsi="Times New Roman" w:eastAsia="Times New Roman" w:cs="Times New Roman"/>
        </w:rPr>
        <w:t xml:space="preserve"> </w:t>
      </w:r>
      <w:r>
        <w:rPr>
          <w:rFonts w:ascii="Nirmala UI" w:hAnsi="Nirmala UI" w:eastAsia="Nirmala UI" w:cs="Nirmala UI"/>
        </w:rPr>
        <w:t>अन्त</w:t>
      </w:r>
      <w:r>
        <w:rPr>
          <w:rFonts w:ascii="Times New Roman" w:hAnsi="Times New Roman" w:eastAsia="Times New Roman" w:cs="Times New Roman"/>
        </w:rPr>
        <w:t xml:space="preserve"> </w:t>
      </w:r>
      <w:r>
        <w:rPr>
          <w:rFonts w:ascii="Nirmala UI" w:hAnsi="Nirmala UI" w:eastAsia="Nirmala UI" w:cs="Nirmala UI"/>
        </w:rPr>
        <w:t>में</w:t>
      </w:r>
      <w:r>
        <w:rPr>
          <w:rFonts w:ascii="Times New Roman" w:hAnsi="Times New Roman" w:eastAsia="Times New Roman" w:cs="Times New Roman"/>
        </w:rPr>
        <w:t xml:space="preserve"> </w:t>
      </w:r>
      <w:r>
        <w:rPr>
          <w:rFonts w:ascii="Nirmala UI" w:hAnsi="Nirmala UI" w:eastAsia="Nirmala UI" w:cs="Nirmala UI"/>
        </w:rPr>
        <w:t>वह</w:t>
      </w:r>
      <w:r>
        <w:rPr>
          <w:rFonts w:ascii="Times New Roman" w:hAnsi="Times New Roman" w:eastAsia="Times New Roman" w:cs="Times New Roman"/>
        </w:rPr>
        <w:t xml:space="preserve"> </w:t>
      </w:r>
      <w:r>
        <w:rPr>
          <w:rFonts w:ascii="Nirmala UI" w:hAnsi="Nirmala UI" w:eastAsia="Nirmala UI" w:cs="Nirmala UI"/>
        </w:rPr>
        <w:t>बोलेगा</w:t>
      </w:r>
      <w:r>
        <w:rPr>
          <w:rFonts w:ascii="Times New Roman" w:hAnsi="Times New Roman" w:eastAsia="Times New Roman" w:cs="Times New Roman"/>
        </w:rPr>
        <w:t xml:space="preserve"> </w:t>
      </w:r>
      <w:r>
        <w:rPr>
          <w:rFonts w:ascii="Nirmala UI" w:hAnsi="Nirmala UI" w:eastAsia="Nirmala UI" w:cs="Nirmala UI"/>
        </w:rPr>
        <w:t>और</w:t>
      </w:r>
      <w:r>
        <w:rPr>
          <w:rFonts w:ascii="Times New Roman" w:hAnsi="Times New Roman" w:eastAsia="Times New Roman" w:cs="Times New Roman"/>
        </w:rPr>
        <w:t xml:space="preserve"> </w:t>
      </w:r>
      <w:r>
        <w:rPr>
          <w:rFonts w:ascii="Nirmala UI" w:hAnsi="Nirmala UI" w:eastAsia="Nirmala UI" w:cs="Nirmala UI"/>
        </w:rPr>
        <w:t>मिथ्या</w:t>
      </w:r>
      <w:r>
        <w:rPr>
          <w:rFonts w:ascii="Times New Roman" w:hAnsi="Times New Roman" w:eastAsia="Times New Roman" w:cs="Times New Roman"/>
        </w:rPr>
        <w:t xml:space="preserve"> </w:t>
      </w:r>
      <w:r>
        <w:rPr>
          <w:rFonts w:ascii="Nirmala UI" w:hAnsi="Nirmala UI" w:eastAsia="Nirmala UI" w:cs="Nirmala UI"/>
        </w:rPr>
        <w:t>न</w:t>
      </w:r>
      <w:r>
        <w:rPr>
          <w:rFonts w:ascii="Times New Roman" w:hAnsi="Times New Roman" w:eastAsia="Times New Roman" w:cs="Times New Roman"/>
        </w:rPr>
        <w:t xml:space="preserve"> </w:t>
      </w:r>
      <w:r>
        <w:rPr>
          <w:rFonts w:ascii="Nirmala UI" w:hAnsi="Nirmala UI" w:eastAsia="Nirmala UI" w:cs="Nirmala UI"/>
        </w:rPr>
        <w:t>ठहरेगा</w:t>
      </w:r>
      <w:r>
        <w:rPr>
          <w:rFonts w:ascii="Times New Roman" w:hAnsi="Times New Roman" w:eastAsia="Times New Roman" w:cs="Times New Roman"/>
        </w:rPr>
        <w:t xml:space="preserve">; </w:t>
      </w:r>
      <w:r>
        <w:rPr>
          <w:rFonts w:ascii="Nirmala UI" w:hAnsi="Nirmala UI" w:eastAsia="Nirmala UI" w:cs="Nirmala UI"/>
        </w:rPr>
        <w:t>चाहे</w:t>
      </w:r>
      <w:r>
        <w:rPr>
          <w:rFonts w:ascii="Times New Roman" w:hAnsi="Times New Roman" w:eastAsia="Times New Roman" w:cs="Times New Roman"/>
        </w:rPr>
        <w:t xml:space="preserve"> </w:t>
      </w:r>
      <w:r>
        <w:rPr>
          <w:rFonts w:ascii="Nirmala UI" w:hAnsi="Nirmala UI" w:eastAsia="Nirmala UI" w:cs="Nirmala UI"/>
        </w:rPr>
        <w:t>उसमें</w:t>
      </w:r>
      <w:r>
        <w:rPr>
          <w:rFonts w:ascii="Times New Roman" w:hAnsi="Times New Roman" w:eastAsia="Times New Roman" w:cs="Times New Roman"/>
        </w:rPr>
        <w:t xml:space="preserve"> </w:t>
      </w:r>
      <w:r>
        <w:rPr>
          <w:rFonts w:ascii="Nirmala UI" w:hAnsi="Nirmala UI" w:eastAsia="Nirmala UI" w:cs="Nirmala UI"/>
        </w:rPr>
        <w:t>विलम्ब</w:t>
      </w:r>
      <w:r>
        <w:rPr>
          <w:rFonts w:ascii="Times New Roman" w:hAnsi="Times New Roman" w:eastAsia="Times New Roman" w:cs="Times New Roman"/>
        </w:rPr>
        <w:t xml:space="preserve"> </w:t>
      </w:r>
      <w:r>
        <w:rPr>
          <w:rFonts w:ascii="Nirmala UI" w:hAnsi="Nirmala UI" w:eastAsia="Nirmala UI" w:cs="Nirmala UI"/>
        </w:rPr>
        <w:t>हो</w:t>
      </w:r>
      <w:r>
        <w:rPr>
          <w:rFonts w:ascii="Times New Roman" w:hAnsi="Times New Roman" w:eastAsia="Times New Roman" w:cs="Times New Roman"/>
        </w:rPr>
        <w:t xml:space="preserve">, </w:t>
      </w:r>
      <w:r>
        <w:rPr>
          <w:rFonts w:ascii="Nirmala UI" w:hAnsi="Nirmala UI" w:eastAsia="Nirmala UI" w:cs="Nirmala UI"/>
        </w:rPr>
        <w:t>तौभी</w:t>
      </w:r>
      <w:r>
        <w:rPr>
          <w:rFonts w:ascii="Times New Roman" w:hAnsi="Times New Roman" w:eastAsia="Times New Roman" w:cs="Times New Roman"/>
        </w:rPr>
        <w:t xml:space="preserve"> </w:t>
      </w:r>
      <w:r>
        <w:rPr>
          <w:rFonts w:ascii="Nirmala UI" w:hAnsi="Nirmala UI" w:eastAsia="Nirmala UI" w:cs="Nirmala UI"/>
        </w:rPr>
        <w:t>उसकी</w:t>
      </w:r>
      <w:r>
        <w:rPr>
          <w:rFonts w:ascii="Times New Roman" w:hAnsi="Times New Roman" w:eastAsia="Times New Roman" w:cs="Times New Roman"/>
        </w:rPr>
        <w:t xml:space="preserve"> </w:t>
      </w:r>
      <w:r>
        <w:rPr>
          <w:rFonts w:ascii="Nirmala UI" w:hAnsi="Nirmala UI" w:eastAsia="Nirmala UI" w:cs="Nirmala UI"/>
        </w:rPr>
        <w:t>बाट</w:t>
      </w:r>
      <w:r>
        <w:rPr>
          <w:rFonts w:ascii="Times New Roman" w:hAnsi="Times New Roman" w:eastAsia="Times New Roman" w:cs="Times New Roman"/>
        </w:rPr>
        <w:t xml:space="preserve"> </w:t>
      </w:r>
      <w:r>
        <w:rPr>
          <w:rFonts w:ascii="Nirmala UI" w:hAnsi="Nirmala UI" w:eastAsia="Nirmala UI" w:cs="Nirmala UI"/>
        </w:rPr>
        <w:t>जोहते</w:t>
      </w:r>
      <w:r>
        <w:rPr>
          <w:rFonts w:ascii="Times New Roman" w:hAnsi="Times New Roman" w:eastAsia="Times New Roman" w:cs="Times New Roman"/>
        </w:rPr>
        <w:t xml:space="preserve"> </w:t>
      </w:r>
      <w:r>
        <w:rPr>
          <w:rFonts w:ascii="Nirmala UI" w:hAnsi="Nirmala UI" w:eastAsia="Nirmala UI" w:cs="Nirmala UI"/>
        </w:rPr>
        <w:t>रहो</w:t>
      </w:r>
      <w:r>
        <w:rPr>
          <w:rFonts w:ascii="Times New Roman" w:hAnsi="Times New Roman" w:eastAsia="Times New Roman" w:cs="Times New Roman"/>
        </w:rPr>
        <w:t xml:space="preserve">; </w:t>
      </w:r>
      <w:r>
        <w:rPr>
          <w:rFonts w:ascii="Nirmala UI" w:hAnsi="Nirmala UI" w:eastAsia="Nirmala UI" w:cs="Nirmala UI"/>
        </w:rPr>
        <w:t>क्योंकि</w:t>
      </w:r>
      <w:r>
        <w:rPr>
          <w:rFonts w:ascii="Times New Roman" w:hAnsi="Times New Roman" w:eastAsia="Times New Roman" w:cs="Times New Roman"/>
        </w:rPr>
        <w:t xml:space="preserve"> </w:t>
      </w:r>
      <w:r>
        <w:rPr>
          <w:rFonts w:ascii="Nirmala UI" w:hAnsi="Nirmala UI" w:eastAsia="Nirmala UI" w:cs="Nirmala UI"/>
        </w:rPr>
        <w:t>वह</w:t>
      </w:r>
      <w:r>
        <w:rPr>
          <w:rFonts w:ascii="Times New Roman" w:hAnsi="Times New Roman" w:eastAsia="Times New Roman" w:cs="Times New Roman"/>
        </w:rPr>
        <w:t xml:space="preserve"> </w:t>
      </w:r>
      <w:r>
        <w:rPr>
          <w:rFonts w:ascii="Nirmala UI" w:hAnsi="Nirmala UI" w:eastAsia="Nirmala UI" w:cs="Nirmala UI"/>
        </w:rPr>
        <w:t>निश्चय</w:t>
      </w:r>
      <w:r>
        <w:rPr>
          <w:rFonts w:ascii="Times New Roman" w:hAnsi="Times New Roman" w:eastAsia="Times New Roman" w:cs="Times New Roman"/>
        </w:rPr>
        <w:t xml:space="preserve"> </w:t>
      </w:r>
      <w:r>
        <w:rPr>
          <w:rFonts w:ascii="Nirmala UI" w:hAnsi="Nirmala UI" w:eastAsia="Nirmala UI" w:cs="Nirmala UI"/>
        </w:rPr>
        <w:t>ही</w:t>
      </w:r>
      <w:r>
        <w:rPr>
          <w:rFonts w:ascii="Times New Roman" w:hAnsi="Times New Roman" w:eastAsia="Times New Roman" w:cs="Times New Roman"/>
        </w:rPr>
        <w:t xml:space="preserve"> </w:t>
      </w:r>
      <w:r>
        <w:rPr>
          <w:rFonts w:ascii="Nirmala UI" w:hAnsi="Nirmala UI" w:eastAsia="Nirmala UI" w:cs="Nirmala UI"/>
        </w:rPr>
        <w:t>आएगा</w:t>
      </w:r>
      <w:r>
        <w:rPr>
          <w:rFonts w:ascii="Times New Roman" w:hAnsi="Times New Roman" w:eastAsia="Times New Roman" w:cs="Times New Roman"/>
        </w:rPr>
        <w:t xml:space="preserve">, </w:t>
      </w:r>
      <w:r>
        <w:rPr>
          <w:rFonts w:ascii="Nirmala UI" w:hAnsi="Nirmala UI" w:eastAsia="Nirmala UI" w:cs="Nirmala UI"/>
        </w:rPr>
        <w:t>वह</w:t>
      </w:r>
      <w:r>
        <w:rPr>
          <w:rFonts w:ascii="Times New Roman" w:hAnsi="Times New Roman" w:eastAsia="Times New Roman" w:cs="Times New Roman"/>
        </w:rPr>
        <w:t xml:space="preserve"> </w:t>
      </w:r>
      <w:r>
        <w:rPr>
          <w:rFonts w:ascii="Nirmala UI" w:hAnsi="Nirmala UI" w:eastAsia="Nirmala UI" w:cs="Nirmala UI"/>
        </w:rPr>
        <w:t>विलम्ब</w:t>
      </w:r>
      <w:r>
        <w:rPr>
          <w:rFonts w:ascii="Times New Roman" w:hAnsi="Times New Roman" w:eastAsia="Times New Roman" w:cs="Times New Roman"/>
        </w:rPr>
        <w:t xml:space="preserve"> </w:t>
      </w:r>
      <w:r>
        <w:rPr>
          <w:rFonts w:ascii="Nirmala UI" w:hAnsi="Nirmala UI" w:eastAsia="Nirmala UI" w:cs="Nirmala UI"/>
        </w:rPr>
        <w:t>न</w:t>
      </w:r>
      <w:r>
        <w:rPr>
          <w:rFonts w:ascii="Times New Roman" w:hAnsi="Times New Roman" w:eastAsia="Times New Roman" w:cs="Times New Roman"/>
        </w:rPr>
        <w:t xml:space="preserve"> </w:t>
      </w:r>
      <w:r>
        <w:rPr>
          <w:rFonts w:ascii="Nirmala UI" w:hAnsi="Nirmala UI" w:eastAsia="Nirmala UI" w:cs="Nirmala UI"/>
        </w:rPr>
        <w:t>करेगा।</w:t>
      </w:r>
      <w:r>
        <w:rPr>
          <w:rFonts w:ascii="Times New Roman" w:hAnsi="Times New Roman" w:eastAsia="Times New Roman" w:cs="Times New Roman"/>
        </w:rPr>
        <w:t xml:space="preserve"> </w:t>
      </w:r>
      <w:r>
        <w:rPr>
          <w:rFonts w:ascii="Nirmala UI" w:hAnsi="Nirmala UI" w:eastAsia="Nirmala UI" w:cs="Nirmala UI"/>
        </w:rPr>
        <w:t>हबक्कूक</w:t>
      </w:r>
      <w:r>
        <w:rPr>
          <w:rFonts w:ascii="Times New Roman" w:hAnsi="Times New Roman" w:eastAsia="Times New Roman" w:cs="Times New Roman"/>
        </w:rPr>
        <w:t xml:space="preserve"> 2:3</w:t>
      </w:r>
      <w:r>
        <w:rPr>
          <w:rFonts w:ascii="Nirmala UI" w:hAnsi="Nirmala UI" w:eastAsia="Nirmala UI" w:cs="Nirmala UI"/>
        </w:rPr>
        <w:t>।</w:t>
      </w:r>
    </w:p>
    <w:p>
      <w:pPr>
        <w:pStyle w:val="ArticleBody"/>
        <w:jc w:val="left"/>
      </w:pPr>
      <w:r>
        <w:rPr>
          <w:rFonts w:ascii="Times New Roman" w:hAnsi="Times New Roman" w:eastAsia="Times New Roman" w:cs="Times New Roman"/>
        </w:rPr>
        <w:t>Habakkuk ni umuhanuzi w’ukuri uvuga mu buryo bunyuranye n’abahanuzi b’ibinyoma. ‘Iyerekwa’ rya Habakkuk rivugira mu kanwa ka Ezekiyeli wari warigeze kuba ikiragi, hanyuma akanwa ke kakabumburwa. Isezerano ryo kuba akanwa k’Imana ryahawe Yeremiya.</w:t>
      </w:r>
    </w:p>
    <w:p>
      <w:pPr>
        <w:pStyle w:val="ArticleScripture"/>
        <w:jc w:val="left"/>
      </w:pPr>
      <w:r>
        <w:rPr>
          <w:rFonts w:ascii="Ebrima" w:hAnsi="Ebrima" w:eastAsia="Ebrima" w:cs="Ebrima"/>
        </w:rPr>
        <w:t>ቁስሌ</w:t>
      </w:r>
      <w:r>
        <w:rPr>
          <w:rFonts w:ascii="Times New Roman" w:hAnsi="Times New Roman" w:eastAsia="Times New Roman" w:cs="Times New Roman"/>
        </w:rPr>
        <w:t xml:space="preserve"> </w:t>
      </w:r>
      <w:r>
        <w:rPr>
          <w:rFonts w:ascii="Ebrima" w:hAnsi="Ebrima" w:eastAsia="Ebrima" w:cs="Ebrima"/>
        </w:rPr>
        <w:t>የማይፈወስ</w:t>
      </w:r>
      <w:r>
        <w:rPr>
          <w:rFonts w:ascii="Times New Roman" w:hAnsi="Times New Roman" w:eastAsia="Times New Roman" w:cs="Times New Roman"/>
        </w:rPr>
        <w:t xml:space="preserve"> </w:t>
      </w:r>
      <w:r>
        <w:rPr>
          <w:rFonts w:ascii="Ebrima" w:hAnsi="Ebrima" w:eastAsia="Ebrima" w:cs="Ebrima"/>
        </w:rPr>
        <w:t>ሆኖ</w:t>
      </w:r>
      <w:r>
        <w:rPr>
          <w:rFonts w:ascii="Times New Roman" w:hAnsi="Times New Roman" w:eastAsia="Times New Roman" w:cs="Times New Roman"/>
        </w:rPr>
        <w:t xml:space="preserve"> </w:t>
      </w:r>
      <w:r>
        <w:rPr>
          <w:rFonts w:ascii="Ebrima" w:hAnsi="Ebrima" w:eastAsia="Ebrima" w:cs="Ebrima"/>
        </w:rPr>
        <w:t>ለምን</w:t>
      </w:r>
      <w:r>
        <w:rPr>
          <w:rFonts w:ascii="Times New Roman" w:hAnsi="Times New Roman" w:eastAsia="Times New Roman" w:cs="Times New Roman"/>
        </w:rPr>
        <w:t xml:space="preserve"> </w:t>
      </w:r>
      <w:r>
        <w:rPr>
          <w:rFonts w:ascii="Ebrima" w:hAnsi="Ebrima" w:eastAsia="Ebrima" w:cs="Ebrima"/>
        </w:rPr>
        <w:t>ሕመሜ</w:t>
      </w:r>
      <w:r>
        <w:rPr>
          <w:rFonts w:ascii="Times New Roman" w:hAnsi="Times New Roman" w:eastAsia="Times New Roman" w:cs="Times New Roman"/>
        </w:rPr>
        <w:t xml:space="preserve"> </w:t>
      </w:r>
      <w:r>
        <w:rPr>
          <w:rFonts w:ascii="Ebrima" w:hAnsi="Ebrima" w:eastAsia="Ebrima" w:cs="Ebrima"/>
        </w:rPr>
        <w:t>ዘላቂ</w:t>
      </w:r>
      <w:r>
        <w:rPr>
          <w:rFonts w:ascii="Times New Roman" w:hAnsi="Times New Roman" w:eastAsia="Times New Roman" w:cs="Times New Roman"/>
        </w:rPr>
        <w:t xml:space="preserve"> </w:t>
      </w:r>
      <w:r>
        <w:rPr>
          <w:rFonts w:ascii="Ebrima" w:hAnsi="Ebrima" w:eastAsia="Ebrima" w:cs="Ebrima"/>
        </w:rPr>
        <w:t>ሆነ</w:t>
      </w:r>
      <w:r>
        <w:rPr>
          <w:rFonts w:ascii="Times New Roman" w:hAnsi="Times New Roman" w:eastAsia="Times New Roman" w:cs="Times New Roman"/>
        </w:rPr>
        <w:t xml:space="preserve">? </w:t>
      </w:r>
      <w:r>
        <w:rPr>
          <w:rFonts w:ascii="Ebrima" w:hAnsi="Ebrima" w:eastAsia="Ebrima" w:cs="Ebrima"/>
        </w:rPr>
        <w:t>አንተ</w:t>
      </w:r>
      <w:r>
        <w:rPr>
          <w:rFonts w:ascii="Times New Roman" w:hAnsi="Times New Roman" w:eastAsia="Times New Roman" w:cs="Times New Roman"/>
        </w:rPr>
        <w:t xml:space="preserve"> </w:t>
      </w:r>
      <w:r>
        <w:rPr>
          <w:rFonts w:ascii="Ebrima" w:hAnsi="Ebrima" w:eastAsia="Ebrima" w:cs="Ebrima"/>
        </w:rPr>
        <w:t>በእኔ</w:t>
      </w:r>
      <w:r>
        <w:rPr>
          <w:rFonts w:ascii="Times New Roman" w:hAnsi="Times New Roman" w:eastAsia="Times New Roman" w:cs="Times New Roman"/>
        </w:rPr>
        <w:t xml:space="preserve"> </w:t>
      </w:r>
      <w:r>
        <w:rPr>
          <w:rFonts w:ascii="Ebrima" w:hAnsi="Ebrima" w:eastAsia="Ebrima" w:cs="Ebrima"/>
        </w:rPr>
        <w:t>ዘንድ</w:t>
      </w:r>
      <w:r>
        <w:rPr>
          <w:rFonts w:ascii="Times New Roman" w:hAnsi="Times New Roman" w:eastAsia="Times New Roman" w:cs="Times New Roman"/>
        </w:rPr>
        <w:t xml:space="preserve"> </w:t>
      </w:r>
      <w:r>
        <w:rPr>
          <w:rFonts w:ascii="Ebrima" w:hAnsi="Ebrima" w:eastAsia="Ebrima" w:cs="Ebrima"/>
        </w:rPr>
        <w:t>ፈጽሞ</w:t>
      </w:r>
      <w:r>
        <w:rPr>
          <w:rFonts w:ascii="Times New Roman" w:hAnsi="Times New Roman" w:eastAsia="Times New Roman" w:cs="Times New Roman"/>
        </w:rPr>
        <w:t xml:space="preserve"> </w:t>
      </w:r>
      <w:r>
        <w:rPr>
          <w:rFonts w:ascii="Ebrima" w:hAnsi="Ebrima" w:eastAsia="Ebrima" w:cs="Ebrima"/>
        </w:rPr>
        <w:t>እንደ</w:t>
      </w:r>
      <w:r>
        <w:rPr>
          <w:rFonts w:ascii="Times New Roman" w:hAnsi="Times New Roman" w:eastAsia="Times New Roman" w:cs="Times New Roman"/>
        </w:rPr>
        <w:t xml:space="preserve"> </w:t>
      </w:r>
      <w:r>
        <w:rPr>
          <w:rFonts w:ascii="Ebrima" w:hAnsi="Ebrima" w:eastAsia="Ebrima" w:cs="Ebrima"/>
        </w:rPr>
        <w:t>ሐሰተኛ</w:t>
      </w:r>
      <w:r>
        <w:rPr>
          <w:rFonts w:ascii="Times New Roman" w:hAnsi="Times New Roman" w:eastAsia="Times New Roman" w:cs="Times New Roman"/>
        </w:rPr>
        <w:t xml:space="preserve"> </w:t>
      </w:r>
      <w:r>
        <w:rPr>
          <w:rFonts w:ascii="Ebrima" w:hAnsi="Ebrima" w:eastAsia="Ebrima" w:cs="Ebrima"/>
        </w:rPr>
        <w:t>ሰው፥</w:t>
      </w:r>
      <w:r>
        <w:rPr>
          <w:rFonts w:ascii="Times New Roman" w:hAnsi="Times New Roman" w:eastAsia="Times New Roman" w:cs="Times New Roman"/>
        </w:rPr>
        <w:t xml:space="preserve"> </w:t>
      </w:r>
      <w:r>
        <w:rPr>
          <w:rFonts w:ascii="Ebrima" w:hAnsi="Ebrima" w:eastAsia="Ebrima" w:cs="Ebrima"/>
        </w:rPr>
        <w:t>እንደሚያቋርጥም</w:t>
      </w:r>
      <w:r>
        <w:rPr>
          <w:rFonts w:ascii="Times New Roman" w:hAnsi="Times New Roman" w:eastAsia="Times New Roman" w:cs="Times New Roman"/>
        </w:rPr>
        <w:t xml:space="preserve"> </w:t>
      </w:r>
      <w:r>
        <w:rPr>
          <w:rFonts w:ascii="Ebrima" w:hAnsi="Ebrima" w:eastAsia="Ebrima" w:cs="Ebrima"/>
        </w:rPr>
        <w:t>ውኃ</w:t>
      </w:r>
      <w:r>
        <w:rPr>
          <w:rFonts w:ascii="Times New Roman" w:hAnsi="Times New Roman" w:eastAsia="Times New Roman" w:cs="Times New Roman"/>
        </w:rPr>
        <w:t xml:space="preserve"> </w:t>
      </w:r>
      <w:r>
        <w:rPr>
          <w:rFonts w:ascii="Ebrima" w:hAnsi="Ebrima" w:eastAsia="Ebrima" w:cs="Ebrima"/>
        </w:rPr>
        <w:t>ትሆናለህን</w:t>
      </w:r>
      <w:r>
        <w:rPr>
          <w:rFonts w:ascii="Times New Roman" w:hAnsi="Times New Roman" w:eastAsia="Times New Roman" w:cs="Times New Roman"/>
        </w:rPr>
        <w:t xml:space="preserve">? </w:t>
      </w:r>
      <w:r>
        <w:rPr>
          <w:rFonts w:ascii="Ebrima" w:hAnsi="Ebrima" w:eastAsia="Ebrima" w:cs="Ebrima"/>
        </w:rPr>
        <w:t>ስለዚህ</w:t>
      </w:r>
      <w:r>
        <w:rPr>
          <w:rFonts w:ascii="Times New Roman" w:hAnsi="Times New Roman" w:eastAsia="Times New Roman" w:cs="Times New Roman"/>
        </w:rPr>
        <w:t xml:space="preserve"> </w:t>
      </w:r>
      <w:r>
        <w:rPr>
          <w:rFonts w:ascii="Ebrima" w:hAnsi="Ebrima" w:eastAsia="Ebrima" w:cs="Ebrima"/>
        </w:rPr>
        <w:t>እግዚአብሔር</w:t>
      </w:r>
      <w:r>
        <w:rPr>
          <w:rFonts w:ascii="Times New Roman" w:hAnsi="Times New Roman" w:eastAsia="Times New Roman" w:cs="Times New Roman"/>
        </w:rPr>
        <w:t xml:space="preserve"> </w:t>
      </w:r>
      <w:r>
        <w:rPr>
          <w:rFonts w:ascii="Ebrima" w:hAnsi="Ebrima" w:eastAsia="Ebrima" w:cs="Ebrima"/>
        </w:rPr>
        <w:t>እንዲህ</w:t>
      </w:r>
      <w:r>
        <w:rPr>
          <w:rFonts w:ascii="Times New Roman" w:hAnsi="Times New Roman" w:eastAsia="Times New Roman" w:cs="Times New Roman"/>
        </w:rPr>
        <w:t xml:space="preserve"> </w:t>
      </w:r>
      <w:r>
        <w:rPr>
          <w:rFonts w:ascii="Ebrima" w:hAnsi="Ebrima" w:eastAsia="Ebrima" w:cs="Ebrima"/>
        </w:rPr>
        <w:t>ይላል፤</w:t>
      </w:r>
      <w:r>
        <w:rPr>
          <w:rFonts w:ascii="Times New Roman" w:hAnsi="Times New Roman" w:eastAsia="Times New Roman" w:cs="Times New Roman"/>
        </w:rPr>
        <w:t xml:space="preserve"> </w:t>
      </w:r>
      <w:r>
        <w:rPr>
          <w:rFonts w:ascii="Ebrima" w:hAnsi="Ebrima" w:eastAsia="Ebrima" w:cs="Ebrima"/>
        </w:rPr>
        <w:t>አንተ</w:t>
      </w:r>
      <w:r>
        <w:rPr>
          <w:rFonts w:ascii="Times New Roman" w:hAnsi="Times New Roman" w:eastAsia="Times New Roman" w:cs="Times New Roman"/>
        </w:rPr>
        <w:t xml:space="preserve"> </w:t>
      </w:r>
      <w:r>
        <w:rPr>
          <w:rFonts w:ascii="Ebrima" w:hAnsi="Ebrima" w:eastAsia="Ebrima" w:cs="Ebrima"/>
        </w:rPr>
        <w:t>ብትመለስ፥</w:t>
      </w:r>
      <w:r>
        <w:rPr>
          <w:rFonts w:ascii="Times New Roman" w:hAnsi="Times New Roman" w:eastAsia="Times New Roman" w:cs="Times New Roman"/>
        </w:rPr>
        <w:t xml:space="preserve"> </w:t>
      </w:r>
      <w:r>
        <w:rPr>
          <w:rFonts w:ascii="Ebrima" w:hAnsi="Ebrima" w:eastAsia="Ebrima" w:cs="Ebrima"/>
        </w:rPr>
        <w:t>እኔ</w:t>
      </w:r>
      <w:r>
        <w:rPr>
          <w:rFonts w:ascii="Times New Roman" w:hAnsi="Times New Roman" w:eastAsia="Times New Roman" w:cs="Times New Roman"/>
        </w:rPr>
        <w:t xml:space="preserve"> </w:t>
      </w:r>
      <w:r>
        <w:rPr>
          <w:rFonts w:ascii="Ebrima" w:hAnsi="Ebrima" w:eastAsia="Ebrima" w:cs="Ebrima"/>
        </w:rPr>
        <w:t>እመልስሃለሁ፥</w:t>
      </w:r>
      <w:r>
        <w:rPr>
          <w:rFonts w:ascii="Times New Roman" w:hAnsi="Times New Roman" w:eastAsia="Times New Roman" w:cs="Times New Roman"/>
        </w:rPr>
        <w:t xml:space="preserve"> </w:t>
      </w:r>
      <w:r>
        <w:rPr>
          <w:rFonts w:ascii="Ebrima" w:hAnsi="Ebrima" w:eastAsia="Ebrima" w:cs="Ebrima"/>
        </w:rPr>
        <w:t>በፊቴም</w:t>
      </w:r>
      <w:r>
        <w:rPr>
          <w:rFonts w:ascii="Times New Roman" w:hAnsi="Times New Roman" w:eastAsia="Times New Roman" w:cs="Times New Roman"/>
        </w:rPr>
        <w:t xml:space="preserve"> </w:t>
      </w:r>
      <w:r>
        <w:rPr>
          <w:rFonts w:ascii="Ebrima" w:hAnsi="Ebrima" w:eastAsia="Ebrima" w:cs="Ebrima"/>
        </w:rPr>
        <w:t>ትቆማለህ፤</w:t>
      </w:r>
      <w:r>
        <w:rPr>
          <w:rFonts w:ascii="Times New Roman" w:hAnsi="Times New Roman" w:eastAsia="Times New Roman" w:cs="Times New Roman"/>
        </w:rPr>
        <w:t xml:space="preserve"> </w:t>
      </w:r>
      <w:r>
        <w:rPr>
          <w:rFonts w:ascii="Ebrima" w:hAnsi="Ebrima" w:eastAsia="Ebrima" w:cs="Ebrima"/>
        </w:rPr>
        <w:t>የከበረውንም</w:t>
      </w:r>
      <w:r>
        <w:rPr>
          <w:rFonts w:ascii="Times New Roman" w:hAnsi="Times New Roman" w:eastAsia="Times New Roman" w:cs="Times New Roman"/>
        </w:rPr>
        <w:t xml:space="preserve"> </w:t>
      </w:r>
      <w:r>
        <w:rPr>
          <w:rFonts w:ascii="Ebrima" w:hAnsi="Ebrima" w:eastAsia="Ebrima" w:cs="Ebrima"/>
        </w:rPr>
        <w:t>ከከንቱው</w:t>
      </w:r>
      <w:r>
        <w:rPr>
          <w:rFonts w:ascii="Times New Roman" w:hAnsi="Times New Roman" w:eastAsia="Times New Roman" w:cs="Times New Roman"/>
        </w:rPr>
        <w:t xml:space="preserve"> </w:t>
      </w:r>
      <w:r>
        <w:rPr>
          <w:rFonts w:ascii="Ebrima" w:hAnsi="Ebrima" w:eastAsia="Ebrima" w:cs="Ebrima"/>
        </w:rPr>
        <w:t>ብታወጣ፥</w:t>
      </w:r>
      <w:r>
        <w:rPr>
          <w:rFonts w:ascii="Times New Roman" w:hAnsi="Times New Roman" w:eastAsia="Times New Roman" w:cs="Times New Roman"/>
        </w:rPr>
        <w:t xml:space="preserve"> </w:t>
      </w:r>
      <w:r>
        <w:rPr>
          <w:rFonts w:ascii="Ebrima" w:hAnsi="Ebrima" w:eastAsia="Ebrima" w:cs="Ebrima"/>
        </w:rPr>
        <w:t>እንደ</w:t>
      </w:r>
      <w:r>
        <w:rPr>
          <w:rFonts w:ascii="Times New Roman" w:hAnsi="Times New Roman" w:eastAsia="Times New Roman" w:cs="Times New Roman"/>
        </w:rPr>
        <w:t xml:space="preserve"> </w:t>
      </w:r>
      <w:r>
        <w:rPr>
          <w:rFonts w:ascii="Ebrima" w:hAnsi="Ebrima" w:eastAsia="Ebrima" w:cs="Ebrima"/>
        </w:rPr>
        <w:t>አፌ</w:t>
      </w:r>
      <w:r>
        <w:rPr>
          <w:rFonts w:ascii="Times New Roman" w:hAnsi="Times New Roman" w:eastAsia="Times New Roman" w:cs="Times New Roman"/>
        </w:rPr>
        <w:t xml:space="preserve"> </w:t>
      </w:r>
      <w:r>
        <w:rPr>
          <w:rFonts w:ascii="Ebrima" w:hAnsi="Ebrima" w:eastAsia="Ebrima" w:cs="Ebrima"/>
        </w:rPr>
        <w:t>ትሆናለህ፤</w:t>
      </w:r>
      <w:r>
        <w:rPr>
          <w:rFonts w:ascii="Times New Roman" w:hAnsi="Times New Roman" w:eastAsia="Times New Roman" w:cs="Times New Roman"/>
        </w:rPr>
        <w:t xml:space="preserve"> </w:t>
      </w:r>
      <w:r>
        <w:rPr>
          <w:rFonts w:ascii="Ebrima" w:hAnsi="Ebrima" w:eastAsia="Ebrima" w:cs="Ebrima"/>
        </w:rPr>
        <w:t>እነርሱ</w:t>
      </w:r>
      <w:r>
        <w:rPr>
          <w:rFonts w:ascii="Times New Roman" w:hAnsi="Times New Roman" w:eastAsia="Times New Roman" w:cs="Times New Roman"/>
        </w:rPr>
        <w:t xml:space="preserve"> </w:t>
      </w:r>
      <w:r>
        <w:rPr>
          <w:rFonts w:ascii="Ebrima" w:hAnsi="Ebrima" w:eastAsia="Ebrima" w:cs="Ebrima"/>
        </w:rPr>
        <w:t>ወደ</w:t>
      </w:r>
      <w:r>
        <w:rPr>
          <w:rFonts w:ascii="Times New Roman" w:hAnsi="Times New Roman" w:eastAsia="Times New Roman" w:cs="Times New Roman"/>
        </w:rPr>
        <w:t xml:space="preserve"> </w:t>
      </w:r>
      <w:r>
        <w:rPr>
          <w:rFonts w:ascii="Ebrima" w:hAnsi="Ebrima" w:eastAsia="Ebrima" w:cs="Ebrima"/>
        </w:rPr>
        <w:t>አንተ</w:t>
      </w:r>
      <w:r>
        <w:rPr>
          <w:rFonts w:ascii="Times New Roman" w:hAnsi="Times New Roman" w:eastAsia="Times New Roman" w:cs="Times New Roman"/>
        </w:rPr>
        <w:t xml:space="preserve"> </w:t>
      </w:r>
      <w:r>
        <w:rPr>
          <w:rFonts w:ascii="Ebrima" w:hAnsi="Ebrima" w:eastAsia="Ebrima" w:cs="Ebrima"/>
        </w:rPr>
        <w:t>ይመለሱ፥</w:t>
      </w:r>
      <w:r>
        <w:rPr>
          <w:rFonts w:ascii="Times New Roman" w:hAnsi="Times New Roman" w:eastAsia="Times New Roman" w:cs="Times New Roman"/>
        </w:rPr>
        <w:t xml:space="preserve"> </w:t>
      </w:r>
      <w:r>
        <w:rPr>
          <w:rFonts w:ascii="Ebrima" w:hAnsi="Ebrima" w:eastAsia="Ebrima" w:cs="Ebrima"/>
        </w:rPr>
        <w:t>አንተ</w:t>
      </w:r>
      <w:r>
        <w:rPr>
          <w:rFonts w:ascii="Times New Roman" w:hAnsi="Times New Roman" w:eastAsia="Times New Roman" w:cs="Times New Roman"/>
        </w:rPr>
        <w:t xml:space="preserve"> </w:t>
      </w:r>
      <w:r>
        <w:rPr>
          <w:rFonts w:ascii="Ebrima" w:hAnsi="Ebrima" w:eastAsia="Ebrima" w:cs="Ebrima"/>
        </w:rPr>
        <w:t>ግን</w:t>
      </w:r>
      <w:r>
        <w:rPr>
          <w:rFonts w:ascii="Times New Roman" w:hAnsi="Times New Roman" w:eastAsia="Times New Roman" w:cs="Times New Roman"/>
        </w:rPr>
        <w:t xml:space="preserve"> </w:t>
      </w:r>
      <w:r>
        <w:rPr>
          <w:rFonts w:ascii="Ebrima" w:hAnsi="Ebrima" w:eastAsia="Ebrima" w:cs="Ebrima"/>
        </w:rPr>
        <w:t>ወደ</w:t>
      </w:r>
      <w:r>
        <w:rPr>
          <w:rFonts w:ascii="Times New Roman" w:hAnsi="Times New Roman" w:eastAsia="Times New Roman" w:cs="Times New Roman"/>
        </w:rPr>
        <w:t xml:space="preserve"> </w:t>
      </w:r>
      <w:r>
        <w:rPr>
          <w:rFonts w:ascii="Ebrima" w:hAnsi="Ebrima" w:eastAsia="Ebrima" w:cs="Ebrima"/>
        </w:rPr>
        <w:t>እነርሱ</w:t>
      </w:r>
      <w:r>
        <w:rPr>
          <w:rFonts w:ascii="Times New Roman" w:hAnsi="Times New Roman" w:eastAsia="Times New Roman" w:cs="Times New Roman"/>
        </w:rPr>
        <w:t xml:space="preserve"> </w:t>
      </w:r>
      <w:r>
        <w:rPr>
          <w:rFonts w:ascii="Ebrima" w:hAnsi="Ebrima" w:eastAsia="Ebrima" w:cs="Ebrima"/>
        </w:rPr>
        <w:t>አትመለስ።</w:t>
      </w:r>
      <w:r>
        <w:rPr>
          <w:rFonts w:ascii="Times New Roman" w:hAnsi="Times New Roman" w:eastAsia="Times New Roman" w:cs="Times New Roman"/>
        </w:rPr>
        <w:t xml:space="preserve"> </w:t>
      </w:r>
      <w:r>
        <w:rPr>
          <w:rFonts w:ascii="Ebrima" w:hAnsi="Ebrima" w:eastAsia="Ebrima" w:cs="Ebrima"/>
        </w:rPr>
        <w:t>ኤርምያስ</w:t>
      </w:r>
      <w:r>
        <w:rPr>
          <w:rFonts w:ascii="Times New Roman" w:hAnsi="Times New Roman" w:eastAsia="Times New Roman" w:cs="Times New Roman"/>
        </w:rPr>
        <w:t xml:space="preserve"> 15</w:t>
      </w:r>
      <w:r>
        <w:rPr>
          <w:rFonts w:ascii="Ebrima" w:hAnsi="Ebrima" w:eastAsia="Ebrima" w:cs="Ebrima"/>
        </w:rPr>
        <w:t>፥</w:t>
      </w:r>
      <w:r>
        <w:rPr>
          <w:rFonts w:ascii="Times New Roman" w:hAnsi="Times New Roman" w:eastAsia="Times New Roman" w:cs="Times New Roman"/>
        </w:rPr>
        <w:t>18, 19</w:t>
      </w:r>
      <w:r>
        <w:rPr>
          <w:rFonts w:ascii="Ebrima" w:hAnsi="Ebrima" w:eastAsia="Ebrima" w:cs="Ebrima"/>
        </w:rPr>
        <w:t>።</w:t>
      </w:r>
    </w:p>
    <w:p>
      <w:pPr>
        <w:pStyle w:val="ArticleBody"/>
        <w:jc w:val="left"/>
      </w:pPr>
      <w:r>
        <w:rPr>
          <w:rFonts w:ascii="Times New Roman" w:hAnsi="Times New Roman" w:eastAsia="Times New Roman" w:cs="Times New Roman"/>
        </w:rPr>
        <w:t>U zakon o nedjelji, Zaharijina devetomjesečna nijemost završila je kada je progovorio i potvrdio da ime njegovu sinu treba biti Ivan. Zaharija je predstavljao vodstvo koje ne vjeruje riječi trećega anđela, a Ivan je predstavljao Ilijin pokret, crkvu koja će uvesti Drugi Kristov dolazak.</w:t>
      </w:r>
    </w:p>
    <w:p>
      <w:pPr>
        <w:pStyle w:val="ArticleScripture"/>
        <w:jc w:val="left"/>
      </w:pPr>
      <w:r>
        <w:rPr>
          <w:rFonts w:ascii="Times New Roman" w:hAnsi="Times New Roman" w:eastAsia="Times New Roman" w:cs="Times New Roman"/>
        </w:rPr>
        <w:t>A Zakariya ya ce wa mala’ikan, “Ta yaya zan san wannan? Gama ni tsoho ne, matata kuma ta tsufa ƙwarai.” Sai mala’ikan ya amsa ya ce masa, “Ni ne Jibra’ilu, wanda nake tsaye a gaban Allah; an aiko ni in yi magana da kai, in kuma sanar da kai wannan bishara mai farin ciki. Ga shi kuwa, za ka zama bebe, ba za ka iya magana ba, har zuwa ranar da waɗannan abubuwa za su cika, domin ba ka gaskata maganata ba, wadda za ta cika a kan lokacinta.”</w:t>
      </w:r>
    </w:p>
    <w:p>
      <w:pPr>
        <w:pStyle w:val="ArticleScripture"/>
        <w:jc w:val="left"/>
      </w:pPr>
      <w:r>
        <w:rPr>
          <w:rFonts w:ascii="Times New Roman" w:hAnsi="Times New Roman" w:eastAsia="Times New Roman" w:cs="Times New Roman"/>
        </w:rPr>
        <w:t>A nép pedig várta Zakariást, és csodálkozott, hogy ilyen sokáig időzött a templomban. És amikor kijött, nem tudott szólni hozzájuk; és felismerték, hogy látomást látott a templomban; mert intett nekik, és néma maradt. Lukács 1:18–22.</w:t>
      </w:r>
    </w:p>
    <w:p>
      <w:pPr>
        <w:pStyle w:val="ArticleBody"/>
        <w:jc w:val="left"/>
      </w:pPr>
      <w:r>
        <w:rPr>
          <w:rFonts w:ascii="Times New Roman" w:hAnsi="Times New Roman" w:eastAsia="Times New Roman" w:cs="Times New Roman"/>
        </w:rPr>
        <w:t>Zakariya alikuwa wa zamu ya nane ya makuhani.</w:t>
      </w:r>
    </w:p>
    <w:p>
      <w:pPr>
        <w:pStyle w:val="ArticleScripture"/>
        <w:jc w:val="left"/>
      </w:pPr>
      <w:r>
        <w:rPr>
          <w:rFonts w:ascii="Nirmala UI" w:hAnsi="Nirmala UI" w:eastAsia="Nirmala UI" w:cs="Nirmala UI"/>
        </w:rPr>
        <w:t>नेहरूदया</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राजा</w:t>
      </w:r>
      <w:r>
        <w:rPr>
          <w:rFonts w:ascii="Times New Roman" w:hAnsi="Times New Roman" w:eastAsia="Times New Roman" w:cs="Times New Roman"/>
        </w:rPr>
        <w:t xml:space="preserve"> </w:t>
      </w:r>
      <w:r>
        <w:rPr>
          <w:rFonts w:ascii="Nirmala UI" w:hAnsi="Nirmala UI" w:eastAsia="Nirmala UI" w:cs="Nirmala UI"/>
        </w:rPr>
        <w:t>हेरोदेस</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दिनों</w:t>
      </w:r>
      <w:r>
        <w:rPr>
          <w:rFonts w:ascii="Times New Roman" w:hAnsi="Times New Roman" w:eastAsia="Times New Roman" w:cs="Times New Roman"/>
        </w:rPr>
        <w:t xml:space="preserve"> </w:t>
      </w:r>
      <w:r>
        <w:rPr>
          <w:rFonts w:ascii="Nirmala UI" w:hAnsi="Nirmala UI" w:eastAsia="Nirmala UI" w:cs="Nirmala UI"/>
        </w:rPr>
        <w:t>में</w:t>
      </w:r>
      <w:r>
        <w:rPr>
          <w:rFonts w:ascii="Times New Roman" w:hAnsi="Times New Roman" w:eastAsia="Times New Roman" w:cs="Times New Roman"/>
        </w:rPr>
        <w:t xml:space="preserve"> </w:t>
      </w:r>
      <w:r>
        <w:rPr>
          <w:rFonts w:ascii="Nirmala UI" w:hAnsi="Nirmala UI" w:eastAsia="Nirmala UI" w:cs="Nirmala UI"/>
        </w:rPr>
        <w:t>अबियाह</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याजकीय</w:t>
      </w:r>
      <w:r>
        <w:rPr>
          <w:rFonts w:ascii="Times New Roman" w:hAnsi="Times New Roman" w:eastAsia="Times New Roman" w:cs="Times New Roman"/>
        </w:rPr>
        <w:t xml:space="preserve"> </w:t>
      </w:r>
      <w:r>
        <w:rPr>
          <w:rFonts w:ascii="Nirmala UI" w:hAnsi="Nirmala UI" w:eastAsia="Nirmala UI" w:cs="Nirmala UI"/>
        </w:rPr>
        <w:t>श्रेणी</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जकरयाह</w:t>
      </w:r>
      <w:r>
        <w:rPr>
          <w:rFonts w:ascii="Times New Roman" w:hAnsi="Times New Roman" w:eastAsia="Times New Roman" w:cs="Times New Roman"/>
        </w:rPr>
        <w:t xml:space="preserve"> </w:t>
      </w:r>
      <w:r>
        <w:rPr>
          <w:rFonts w:ascii="Nirmala UI" w:hAnsi="Nirmala UI" w:eastAsia="Nirmala UI" w:cs="Nirmala UI"/>
        </w:rPr>
        <w:t>नाम</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एक</w:t>
      </w:r>
      <w:r>
        <w:rPr>
          <w:rFonts w:ascii="Times New Roman" w:hAnsi="Times New Roman" w:eastAsia="Times New Roman" w:cs="Times New Roman"/>
        </w:rPr>
        <w:t xml:space="preserve"> </w:t>
      </w:r>
      <w:r>
        <w:rPr>
          <w:rFonts w:ascii="Nirmala UI" w:hAnsi="Nirmala UI" w:eastAsia="Nirmala UI" w:cs="Nirmala UI"/>
        </w:rPr>
        <w:t>याजक</w:t>
      </w:r>
      <w:r>
        <w:rPr>
          <w:rFonts w:ascii="Times New Roman" w:hAnsi="Times New Roman" w:eastAsia="Times New Roman" w:cs="Times New Roman"/>
        </w:rPr>
        <w:t xml:space="preserve"> </w:t>
      </w:r>
      <w:r>
        <w:rPr>
          <w:rFonts w:ascii="Nirmala UI" w:hAnsi="Nirmala UI" w:eastAsia="Nirmala UI" w:cs="Nirmala UI"/>
        </w:rPr>
        <w:t>था</w:t>
      </w:r>
      <w:r>
        <w:rPr>
          <w:rFonts w:ascii="Times New Roman" w:hAnsi="Times New Roman" w:eastAsia="Times New Roman" w:cs="Times New Roman"/>
        </w:rPr>
        <w:t xml:space="preserve">; </w:t>
      </w:r>
      <w:r>
        <w:rPr>
          <w:rFonts w:ascii="Nirmala UI" w:hAnsi="Nirmala UI" w:eastAsia="Nirmala UI" w:cs="Nirmala UI"/>
        </w:rPr>
        <w:t>और</w:t>
      </w:r>
      <w:r>
        <w:rPr>
          <w:rFonts w:ascii="Times New Roman" w:hAnsi="Times New Roman" w:eastAsia="Times New Roman" w:cs="Times New Roman"/>
        </w:rPr>
        <w:t xml:space="preserve"> </w:t>
      </w:r>
      <w:r>
        <w:rPr>
          <w:rFonts w:ascii="Nirmala UI" w:hAnsi="Nirmala UI" w:eastAsia="Nirmala UI" w:cs="Nirmala UI"/>
        </w:rPr>
        <w:t>उसकी</w:t>
      </w:r>
      <w:r>
        <w:rPr>
          <w:rFonts w:ascii="Times New Roman" w:hAnsi="Times New Roman" w:eastAsia="Times New Roman" w:cs="Times New Roman"/>
        </w:rPr>
        <w:t xml:space="preserve"> </w:t>
      </w:r>
      <w:r>
        <w:rPr>
          <w:rFonts w:ascii="Nirmala UI" w:hAnsi="Nirmala UI" w:eastAsia="Nirmala UI" w:cs="Nirmala UI"/>
        </w:rPr>
        <w:t>पत्नी</w:t>
      </w:r>
      <w:r>
        <w:rPr>
          <w:rFonts w:ascii="Times New Roman" w:hAnsi="Times New Roman" w:eastAsia="Times New Roman" w:cs="Times New Roman"/>
        </w:rPr>
        <w:t xml:space="preserve"> </w:t>
      </w:r>
      <w:r>
        <w:rPr>
          <w:rFonts w:ascii="Nirmala UI" w:hAnsi="Nirmala UI" w:eastAsia="Nirmala UI" w:cs="Nirmala UI"/>
        </w:rPr>
        <w:t>हारून</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पुत्रियों</w:t>
      </w:r>
      <w:r>
        <w:rPr>
          <w:rFonts w:ascii="Times New Roman" w:hAnsi="Times New Roman" w:eastAsia="Times New Roman" w:cs="Times New Roman"/>
        </w:rPr>
        <w:t xml:space="preserve"> </w:t>
      </w:r>
      <w:r>
        <w:rPr>
          <w:rFonts w:ascii="Nirmala UI" w:hAnsi="Nirmala UI" w:eastAsia="Nirmala UI" w:cs="Nirmala UI"/>
        </w:rPr>
        <w:t>में</w:t>
      </w:r>
      <w:r>
        <w:rPr>
          <w:rFonts w:ascii="Times New Roman" w:hAnsi="Times New Roman" w:eastAsia="Times New Roman" w:cs="Times New Roman"/>
        </w:rPr>
        <w:t xml:space="preserve"> </w:t>
      </w:r>
      <w:r>
        <w:rPr>
          <w:rFonts w:ascii="Nirmala UI" w:hAnsi="Nirmala UI" w:eastAsia="Nirmala UI" w:cs="Nirmala UI"/>
        </w:rPr>
        <w:t>से</w:t>
      </w:r>
      <w:r>
        <w:rPr>
          <w:rFonts w:ascii="Times New Roman" w:hAnsi="Times New Roman" w:eastAsia="Times New Roman" w:cs="Times New Roman"/>
        </w:rPr>
        <w:t xml:space="preserve"> </w:t>
      </w:r>
      <w:r>
        <w:rPr>
          <w:rFonts w:ascii="Nirmala UI" w:hAnsi="Nirmala UI" w:eastAsia="Nirmala UI" w:cs="Nirmala UI"/>
        </w:rPr>
        <w:t>थी</w:t>
      </w:r>
      <w:r>
        <w:rPr>
          <w:rFonts w:ascii="Times New Roman" w:hAnsi="Times New Roman" w:eastAsia="Times New Roman" w:cs="Times New Roman"/>
        </w:rPr>
        <w:t xml:space="preserve">, </w:t>
      </w:r>
      <w:r>
        <w:rPr>
          <w:rFonts w:ascii="Nirmala UI" w:hAnsi="Nirmala UI" w:eastAsia="Nirmala UI" w:cs="Nirmala UI"/>
        </w:rPr>
        <w:t>और</w:t>
      </w:r>
      <w:r>
        <w:rPr>
          <w:rFonts w:ascii="Times New Roman" w:hAnsi="Times New Roman" w:eastAsia="Times New Roman" w:cs="Times New Roman"/>
        </w:rPr>
        <w:t xml:space="preserve"> </w:t>
      </w:r>
      <w:r>
        <w:rPr>
          <w:rFonts w:ascii="Nirmala UI" w:hAnsi="Nirmala UI" w:eastAsia="Nirmala UI" w:cs="Nirmala UI"/>
        </w:rPr>
        <w:t>उसका</w:t>
      </w:r>
      <w:r>
        <w:rPr>
          <w:rFonts w:ascii="Times New Roman" w:hAnsi="Times New Roman" w:eastAsia="Times New Roman" w:cs="Times New Roman"/>
        </w:rPr>
        <w:t xml:space="preserve"> </w:t>
      </w:r>
      <w:r>
        <w:rPr>
          <w:rFonts w:ascii="Nirmala UI" w:hAnsi="Nirmala UI" w:eastAsia="Nirmala UI" w:cs="Nirmala UI"/>
        </w:rPr>
        <w:t>नाम</w:t>
      </w:r>
      <w:r>
        <w:rPr>
          <w:rFonts w:ascii="Times New Roman" w:hAnsi="Times New Roman" w:eastAsia="Times New Roman" w:cs="Times New Roman"/>
        </w:rPr>
        <w:t xml:space="preserve"> </w:t>
      </w:r>
      <w:r>
        <w:rPr>
          <w:rFonts w:ascii="Nirmala UI" w:hAnsi="Nirmala UI" w:eastAsia="Nirmala UI" w:cs="Nirmala UI"/>
        </w:rPr>
        <w:t>इलीशिबा</w:t>
      </w:r>
      <w:r>
        <w:rPr>
          <w:rFonts w:ascii="Times New Roman" w:hAnsi="Times New Roman" w:eastAsia="Times New Roman" w:cs="Times New Roman"/>
        </w:rPr>
        <w:t xml:space="preserve"> </w:t>
      </w:r>
      <w:r>
        <w:rPr>
          <w:rFonts w:ascii="Nirmala UI" w:hAnsi="Nirmala UI" w:eastAsia="Nirmala UI" w:cs="Nirmala UI"/>
        </w:rPr>
        <w:t>था।</w:t>
      </w:r>
      <w:r>
        <w:rPr>
          <w:rFonts w:ascii="Times New Roman" w:hAnsi="Times New Roman" w:eastAsia="Times New Roman" w:cs="Times New Roman"/>
        </w:rPr>
        <w:t xml:space="preserve"> </w:t>
      </w:r>
      <w:r>
        <w:rPr>
          <w:rFonts w:ascii="Nirmala UI" w:hAnsi="Nirmala UI" w:eastAsia="Nirmala UI" w:cs="Nirmala UI"/>
        </w:rPr>
        <w:t>वे</w:t>
      </w:r>
      <w:r>
        <w:rPr>
          <w:rFonts w:ascii="Times New Roman" w:hAnsi="Times New Roman" w:eastAsia="Times New Roman" w:cs="Times New Roman"/>
        </w:rPr>
        <w:t xml:space="preserve"> </w:t>
      </w:r>
      <w:r>
        <w:rPr>
          <w:rFonts w:ascii="Nirmala UI" w:hAnsi="Nirmala UI" w:eastAsia="Nirmala UI" w:cs="Nirmala UI"/>
        </w:rPr>
        <w:t>दोनों</w:t>
      </w:r>
      <w:r>
        <w:rPr>
          <w:rFonts w:ascii="Times New Roman" w:hAnsi="Times New Roman" w:eastAsia="Times New Roman" w:cs="Times New Roman"/>
        </w:rPr>
        <w:t xml:space="preserve"> </w:t>
      </w:r>
      <w:r>
        <w:rPr>
          <w:rFonts w:ascii="Nirmala UI" w:hAnsi="Nirmala UI" w:eastAsia="Nirmala UI" w:cs="Nirmala UI"/>
        </w:rPr>
        <w:t>परमेश्वर</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सम्मुख</w:t>
      </w:r>
      <w:r>
        <w:rPr>
          <w:rFonts w:ascii="Times New Roman" w:hAnsi="Times New Roman" w:eastAsia="Times New Roman" w:cs="Times New Roman"/>
        </w:rPr>
        <w:t xml:space="preserve"> </w:t>
      </w:r>
      <w:r>
        <w:rPr>
          <w:rFonts w:ascii="Nirmala UI" w:hAnsi="Nirmala UI" w:eastAsia="Nirmala UI" w:cs="Nirmala UI"/>
        </w:rPr>
        <w:t>धर्मी</w:t>
      </w:r>
      <w:r>
        <w:rPr>
          <w:rFonts w:ascii="Times New Roman" w:hAnsi="Times New Roman" w:eastAsia="Times New Roman" w:cs="Times New Roman"/>
        </w:rPr>
        <w:t xml:space="preserve"> </w:t>
      </w:r>
      <w:r>
        <w:rPr>
          <w:rFonts w:ascii="Nirmala UI" w:hAnsi="Nirmala UI" w:eastAsia="Nirmala UI" w:cs="Nirmala UI"/>
        </w:rPr>
        <w:t>थे</w:t>
      </w:r>
      <w:r>
        <w:rPr>
          <w:rFonts w:ascii="Times New Roman" w:hAnsi="Times New Roman" w:eastAsia="Times New Roman" w:cs="Times New Roman"/>
        </w:rPr>
        <w:t xml:space="preserve">, </w:t>
      </w:r>
      <w:r>
        <w:rPr>
          <w:rFonts w:ascii="Nirmala UI" w:hAnsi="Nirmala UI" w:eastAsia="Nirmala UI" w:cs="Nirmala UI"/>
        </w:rPr>
        <w:t>और</w:t>
      </w:r>
      <w:r>
        <w:rPr>
          <w:rFonts w:ascii="Times New Roman" w:hAnsi="Times New Roman" w:eastAsia="Times New Roman" w:cs="Times New Roman"/>
        </w:rPr>
        <w:t xml:space="preserve"> </w:t>
      </w:r>
      <w:r>
        <w:rPr>
          <w:rFonts w:ascii="Nirmala UI" w:hAnsi="Nirmala UI" w:eastAsia="Nirmala UI" w:cs="Nirmala UI"/>
        </w:rPr>
        <w:t>प्रभु</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सब</w:t>
      </w:r>
      <w:r>
        <w:rPr>
          <w:rFonts w:ascii="Times New Roman" w:hAnsi="Times New Roman" w:eastAsia="Times New Roman" w:cs="Times New Roman"/>
        </w:rPr>
        <w:t xml:space="preserve"> </w:t>
      </w:r>
      <w:r>
        <w:rPr>
          <w:rFonts w:ascii="Nirmala UI" w:hAnsi="Nirmala UI" w:eastAsia="Nirmala UI" w:cs="Nirmala UI"/>
        </w:rPr>
        <w:t>आज्ञाओं</w:t>
      </w:r>
      <w:r>
        <w:rPr>
          <w:rFonts w:ascii="Times New Roman" w:hAnsi="Times New Roman" w:eastAsia="Times New Roman" w:cs="Times New Roman"/>
        </w:rPr>
        <w:t xml:space="preserve"> </w:t>
      </w:r>
      <w:r>
        <w:rPr>
          <w:rFonts w:ascii="Nirmala UI" w:hAnsi="Nirmala UI" w:eastAsia="Nirmala UI" w:cs="Nirmala UI"/>
        </w:rPr>
        <w:t>और</w:t>
      </w:r>
      <w:r>
        <w:rPr>
          <w:rFonts w:ascii="Times New Roman" w:hAnsi="Times New Roman" w:eastAsia="Times New Roman" w:cs="Times New Roman"/>
        </w:rPr>
        <w:t xml:space="preserve"> </w:t>
      </w:r>
      <w:r>
        <w:rPr>
          <w:rFonts w:ascii="Nirmala UI" w:hAnsi="Nirmala UI" w:eastAsia="Nirmala UI" w:cs="Nirmala UI"/>
        </w:rPr>
        <w:t>विधियों</w:t>
      </w:r>
      <w:r>
        <w:rPr>
          <w:rFonts w:ascii="Times New Roman" w:hAnsi="Times New Roman" w:eastAsia="Times New Roman" w:cs="Times New Roman"/>
        </w:rPr>
        <w:t xml:space="preserve"> </w:t>
      </w:r>
      <w:r>
        <w:rPr>
          <w:rFonts w:ascii="Nirmala UI" w:hAnsi="Nirmala UI" w:eastAsia="Nirmala UI" w:cs="Nirmala UI"/>
        </w:rPr>
        <w:t>पर</w:t>
      </w:r>
      <w:r>
        <w:rPr>
          <w:rFonts w:ascii="Times New Roman" w:hAnsi="Times New Roman" w:eastAsia="Times New Roman" w:cs="Times New Roman"/>
        </w:rPr>
        <w:t xml:space="preserve"> </w:t>
      </w:r>
      <w:r>
        <w:rPr>
          <w:rFonts w:ascii="Nirmala UI" w:hAnsi="Nirmala UI" w:eastAsia="Nirmala UI" w:cs="Nirmala UI"/>
        </w:rPr>
        <w:t>निर्दोष</w:t>
      </w:r>
      <w:r>
        <w:rPr>
          <w:rFonts w:ascii="Times New Roman" w:hAnsi="Times New Roman" w:eastAsia="Times New Roman" w:cs="Times New Roman"/>
        </w:rPr>
        <w:t xml:space="preserve"> </w:t>
      </w:r>
      <w:r>
        <w:rPr>
          <w:rFonts w:ascii="Nirmala UI" w:hAnsi="Nirmala UI" w:eastAsia="Nirmala UI" w:cs="Nirmala UI"/>
        </w:rPr>
        <w:t>चलनेवाले</w:t>
      </w:r>
      <w:r>
        <w:rPr>
          <w:rFonts w:ascii="Times New Roman" w:hAnsi="Times New Roman" w:eastAsia="Times New Roman" w:cs="Times New Roman"/>
        </w:rPr>
        <w:t xml:space="preserve"> </w:t>
      </w:r>
      <w:r>
        <w:rPr>
          <w:rFonts w:ascii="Nirmala UI" w:hAnsi="Nirmala UI" w:eastAsia="Nirmala UI" w:cs="Nirmala UI"/>
        </w:rPr>
        <w:t>थे।</w:t>
      </w:r>
      <w:r>
        <w:rPr>
          <w:rFonts w:ascii="Times New Roman" w:hAnsi="Times New Roman" w:eastAsia="Times New Roman" w:cs="Times New Roman"/>
        </w:rPr>
        <w:t xml:space="preserve"> </w:t>
      </w:r>
      <w:r>
        <w:rPr>
          <w:rFonts w:ascii="Nirmala UI" w:hAnsi="Nirmala UI" w:eastAsia="Nirmala UI" w:cs="Nirmala UI"/>
        </w:rPr>
        <w:t>और</w:t>
      </w:r>
      <w:r>
        <w:rPr>
          <w:rFonts w:ascii="Times New Roman" w:hAnsi="Times New Roman" w:eastAsia="Times New Roman" w:cs="Times New Roman"/>
        </w:rPr>
        <w:t xml:space="preserve"> </w:t>
      </w:r>
      <w:r>
        <w:rPr>
          <w:rFonts w:ascii="Nirmala UI" w:hAnsi="Nirmala UI" w:eastAsia="Nirmala UI" w:cs="Nirmala UI"/>
        </w:rPr>
        <w:t>उनके</w:t>
      </w:r>
      <w:r>
        <w:rPr>
          <w:rFonts w:ascii="Times New Roman" w:hAnsi="Times New Roman" w:eastAsia="Times New Roman" w:cs="Times New Roman"/>
        </w:rPr>
        <w:t xml:space="preserve"> </w:t>
      </w:r>
      <w:r>
        <w:rPr>
          <w:rFonts w:ascii="Nirmala UI" w:hAnsi="Nirmala UI" w:eastAsia="Nirmala UI" w:cs="Nirmala UI"/>
        </w:rPr>
        <w:t>कोई</w:t>
      </w:r>
      <w:r>
        <w:rPr>
          <w:rFonts w:ascii="Times New Roman" w:hAnsi="Times New Roman" w:eastAsia="Times New Roman" w:cs="Times New Roman"/>
        </w:rPr>
        <w:t xml:space="preserve"> </w:t>
      </w:r>
      <w:r>
        <w:rPr>
          <w:rFonts w:ascii="Nirmala UI" w:hAnsi="Nirmala UI" w:eastAsia="Nirmala UI" w:cs="Nirmala UI"/>
        </w:rPr>
        <w:t>सन्तान</w:t>
      </w:r>
      <w:r>
        <w:rPr>
          <w:rFonts w:ascii="Times New Roman" w:hAnsi="Times New Roman" w:eastAsia="Times New Roman" w:cs="Times New Roman"/>
        </w:rPr>
        <w:t xml:space="preserve"> </w:t>
      </w:r>
      <w:r>
        <w:rPr>
          <w:rFonts w:ascii="Nirmala UI" w:hAnsi="Nirmala UI" w:eastAsia="Nirmala UI" w:cs="Nirmala UI"/>
        </w:rPr>
        <w:t>न</w:t>
      </w:r>
      <w:r>
        <w:rPr>
          <w:rFonts w:ascii="Times New Roman" w:hAnsi="Times New Roman" w:eastAsia="Times New Roman" w:cs="Times New Roman"/>
        </w:rPr>
        <w:t xml:space="preserve"> </w:t>
      </w:r>
      <w:r>
        <w:rPr>
          <w:rFonts w:ascii="Nirmala UI" w:hAnsi="Nirmala UI" w:eastAsia="Nirmala UI" w:cs="Nirmala UI"/>
        </w:rPr>
        <w:t>थी</w:t>
      </w:r>
      <w:r>
        <w:rPr>
          <w:rFonts w:ascii="Times New Roman" w:hAnsi="Times New Roman" w:eastAsia="Times New Roman" w:cs="Times New Roman"/>
        </w:rPr>
        <w:t xml:space="preserve">, </w:t>
      </w:r>
      <w:r>
        <w:rPr>
          <w:rFonts w:ascii="Nirmala UI" w:hAnsi="Nirmala UI" w:eastAsia="Nirmala UI" w:cs="Nirmala UI"/>
        </w:rPr>
        <w:t>क्योंकि</w:t>
      </w:r>
      <w:r>
        <w:rPr>
          <w:rFonts w:ascii="Times New Roman" w:hAnsi="Times New Roman" w:eastAsia="Times New Roman" w:cs="Times New Roman"/>
        </w:rPr>
        <w:t xml:space="preserve"> </w:t>
      </w:r>
      <w:r>
        <w:rPr>
          <w:rFonts w:ascii="Nirmala UI" w:hAnsi="Nirmala UI" w:eastAsia="Nirmala UI" w:cs="Nirmala UI"/>
        </w:rPr>
        <w:t>इलीशिबा</w:t>
      </w:r>
      <w:r>
        <w:rPr>
          <w:rFonts w:ascii="Times New Roman" w:hAnsi="Times New Roman" w:eastAsia="Times New Roman" w:cs="Times New Roman"/>
        </w:rPr>
        <w:t xml:space="preserve"> </w:t>
      </w:r>
      <w:r>
        <w:rPr>
          <w:rFonts w:ascii="Nirmala UI" w:hAnsi="Nirmala UI" w:eastAsia="Nirmala UI" w:cs="Nirmala UI"/>
        </w:rPr>
        <w:t>बाँझ</w:t>
      </w:r>
      <w:r>
        <w:rPr>
          <w:rFonts w:ascii="Times New Roman" w:hAnsi="Times New Roman" w:eastAsia="Times New Roman" w:cs="Times New Roman"/>
        </w:rPr>
        <w:t xml:space="preserve"> </w:t>
      </w:r>
      <w:r>
        <w:rPr>
          <w:rFonts w:ascii="Nirmala UI" w:hAnsi="Nirmala UI" w:eastAsia="Nirmala UI" w:cs="Nirmala UI"/>
        </w:rPr>
        <w:t>थी</w:t>
      </w:r>
      <w:r>
        <w:rPr>
          <w:rFonts w:ascii="Times New Roman" w:hAnsi="Times New Roman" w:eastAsia="Times New Roman" w:cs="Times New Roman"/>
        </w:rPr>
        <w:t xml:space="preserve">, </w:t>
      </w:r>
      <w:r>
        <w:rPr>
          <w:rFonts w:ascii="Nirmala UI" w:hAnsi="Nirmala UI" w:eastAsia="Nirmala UI" w:cs="Nirmala UI"/>
        </w:rPr>
        <w:t>और</w:t>
      </w:r>
      <w:r>
        <w:rPr>
          <w:rFonts w:ascii="Times New Roman" w:hAnsi="Times New Roman" w:eastAsia="Times New Roman" w:cs="Times New Roman"/>
        </w:rPr>
        <w:t xml:space="preserve"> </w:t>
      </w:r>
      <w:r>
        <w:rPr>
          <w:rFonts w:ascii="Nirmala UI" w:hAnsi="Nirmala UI" w:eastAsia="Nirmala UI" w:cs="Nirmala UI"/>
        </w:rPr>
        <w:t>वे</w:t>
      </w:r>
      <w:r>
        <w:rPr>
          <w:rFonts w:ascii="Times New Roman" w:hAnsi="Times New Roman" w:eastAsia="Times New Roman" w:cs="Times New Roman"/>
        </w:rPr>
        <w:t xml:space="preserve"> </w:t>
      </w:r>
      <w:r>
        <w:rPr>
          <w:rFonts w:ascii="Nirmala UI" w:hAnsi="Nirmala UI" w:eastAsia="Nirmala UI" w:cs="Nirmala UI"/>
        </w:rPr>
        <w:t>दोनों</w:t>
      </w:r>
      <w:r>
        <w:rPr>
          <w:rFonts w:ascii="Times New Roman" w:hAnsi="Times New Roman" w:eastAsia="Times New Roman" w:cs="Times New Roman"/>
        </w:rPr>
        <w:t xml:space="preserve"> </w:t>
      </w:r>
      <w:r>
        <w:rPr>
          <w:rFonts w:ascii="Nirmala UI" w:hAnsi="Nirmala UI" w:eastAsia="Nirmala UI" w:cs="Nirmala UI"/>
        </w:rPr>
        <w:t>बहुत</w:t>
      </w:r>
      <w:r>
        <w:rPr>
          <w:rFonts w:ascii="Times New Roman" w:hAnsi="Times New Roman" w:eastAsia="Times New Roman" w:cs="Times New Roman"/>
        </w:rPr>
        <w:t xml:space="preserve"> </w:t>
      </w:r>
      <w:r>
        <w:rPr>
          <w:rFonts w:ascii="Nirmala UI" w:hAnsi="Nirmala UI" w:eastAsia="Nirmala UI" w:cs="Nirmala UI"/>
        </w:rPr>
        <w:t>वृद्ध</w:t>
      </w:r>
      <w:r>
        <w:rPr>
          <w:rFonts w:ascii="Times New Roman" w:hAnsi="Times New Roman" w:eastAsia="Times New Roman" w:cs="Times New Roman"/>
        </w:rPr>
        <w:t xml:space="preserve"> </w:t>
      </w:r>
      <w:r>
        <w:rPr>
          <w:rFonts w:ascii="Nirmala UI" w:hAnsi="Nirmala UI" w:eastAsia="Nirmala UI" w:cs="Nirmala UI"/>
        </w:rPr>
        <w:t>हो</w:t>
      </w:r>
      <w:r>
        <w:rPr>
          <w:rFonts w:ascii="Times New Roman" w:hAnsi="Times New Roman" w:eastAsia="Times New Roman" w:cs="Times New Roman"/>
        </w:rPr>
        <w:t xml:space="preserve"> </w:t>
      </w:r>
      <w:r>
        <w:rPr>
          <w:rFonts w:ascii="Nirmala UI" w:hAnsi="Nirmala UI" w:eastAsia="Nirmala UI" w:cs="Nirmala UI"/>
        </w:rPr>
        <w:t>चले</w:t>
      </w:r>
      <w:r>
        <w:rPr>
          <w:rFonts w:ascii="Times New Roman" w:hAnsi="Times New Roman" w:eastAsia="Times New Roman" w:cs="Times New Roman"/>
        </w:rPr>
        <w:t xml:space="preserve"> </w:t>
      </w:r>
      <w:r>
        <w:rPr>
          <w:rFonts w:ascii="Nirmala UI" w:hAnsi="Nirmala UI" w:eastAsia="Nirmala UI" w:cs="Nirmala UI"/>
        </w:rPr>
        <w:t>थे।</w:t>
      </w:r>
      <w:r>
        <w:rPr>
          <w:rFonts w:ascii="Times New Roman" w:hAnsi="Times New Roman" w:eastAsia="Times New Roman" w:cs="Times New Roman"/>
        </w:rPr>
        <w:t xml:space="preserve"> </w:t>
      </w:r>
      <w:r>
        <w:rPr>
          <w:rFonts w:ascii="Nirmala UI" w:hAnsi="Nirmala UI" w:eastAsia="Nirmala UI" w:cs="Nirmala UI"/>
        </w:rPr>
        <w:t>और</w:t>
      </w:r>
      <w:r>
        <w:rPr>
          <w:rFonts w:ascii="Times New Roman" w:hAnsi="Times New Roman" w:eastAsia="Times New Roman" w:cs="Times New Roman"/>
        </w:rPr>
        <w:t xml:space="preserve"> </w:t>
      </w:r>
      <w:r>
        <w:rPr>
          <w:rFonts w:ascii="Nirmala UI" w:hAnsi="Nirmala UI" w:eastAsia="Nirmala UI" w:cs="Nirmala UI"/>
        </w:rPr>
        <w:t>ऐसा</w:t>
      </w:r>
      <w:r>
        <w:rPr>
          <w:rFonts w:ascii="Times New Roman" w:hAnsi="Times New Roman" w:eastAsia="Times New Roman" w:cs="Times New Roman"/>
        </w:rPr>
        <w:t xml:space="preserve"> </w:t>
      </w:r>
      <w:r>
        <w:rPr>
          <w:rFonts w:ascii="Nirmala UI" w:hAnsi="Nirmala UI" w:eastAsia="Nirmala UI" w:cs="Nirmala UI"/>
        </w:rPr>
        <w:t>हुआ</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जब</w:t>
      </w:r>
      <w:r>
        <w:rPr>
          <w:rFonts w:ascii="Times New Roman" w:hAnsi="Times New Roman" w:eastAsia="Times New Roman" w:cs="Times New Roman"/>
        </w:rPr>
        <w:t xml:space="preserve"> </w:t>
      </w:r>
      <w:r>
        <w:rPr>
          <w:rFonts w:ascii="Nirmala UI" w:hAnsi="Nirmala UI" w:eastAsia="Nirmala UI" w:cs="Nirmala UI"/>
        </w:rPr>
        <w:t>वह</w:t>
      </w:r>
      <w:r>
        <w:rPr>
          <w:rFonts w:ascii="Times New Roman" w:hAnsi="Times New Roman" w:eastAsia="Times New Roman" w:cs="Times New Roman"/>
        </w:rPr>
        <w:t xml:space="preserve"> </w:t>
      </w:r>
      <w:r>
        <w:rPr>
          <w:rFonts w:ascii="Nirmala UI" w:hAnsi="Nirmala UI" w:eastAsia="Nirmala UI" w:cs="Nirmala UI"/>
        </w:rPr>
        <w:t>अपनी</w:t>
      </w:r>
      <w:r>
        <w:rPr>
          <w:rFonts w:ascii="Times New Roman" w:hAnsi="Times New Roman" w:eastAsia="Times New Roman" w:cs="Times New Roman"/>
        </w:rPr>
        <w:t xml:space="preserve"> </w:t>
      </w:r>
      <w:r>
        <w:rPr>
          <w:rFonts w:ascii="Nirmala UI" w:hAnsi="Nirmala UI" w:eastAsia="Nirmala UI" w:cs="Nirmala UI"/>
        </w:rPr>
        <w:t>श्रेणी</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क्रम</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अनुसार</w:t>
      </w:r>
      <w:r>
        <w:rPr>
          <w:rFonts w:ascii="Times New Roman" w:hAnsi="Times New Roman" w:eastAsia="Times New Roman" w:cs="Times New Roman"/>
        </w:rPr>
        <w:t xml:space="preserve"> </w:t>
      </w:r>
      <w:r>
        <w:rPr>
          <w:rFonts w:ascii="Nirmala UI" w:hAnsi="Nirmala UI" w:eastAsia="Nirmala UI" w:cs="Nirmala UI"/>
        </w:rPr>
        <w:t>परमेश्वर</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सामने</w:t>
      </w:r>
      <w:r>
        <w:rPr>
          <w:rFonts w:ascii="Times New Roman" w:hAnsi="Times New Roman" w:eastAsia="Times New Roman" w:cs="Times New Roman"/>
        </w:rPr>
        <w:t xml:space="preserve"> </w:t>
      </w:r>
      <w:r>
        <w:rPr>
          <w:rFonts w:ascii="Nirmala UI" w:hAnsi="Nirmala UI" w:eastAsia="Nirmala UI" w:cs="Nirmala UI"/>
        </w:rPr>
        <w:t>याजकाई</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काम</w:t>
      </w:r>
      <w:r>
        <w:rPr>
          <w:rFonts w:ascii="Times New Roman" w:hAnsi="Times New Roman" w:eastAsia="Times New Roman" w:cs="Times New Roman"/>
        </w:rPr>
        <w:t xml:space="preserve"> </w:t>
      </w:r>
      <w:r>
        <w:rPr>
          <w:rFonts w:ascii="Nirmala UI" w:hAnsi="Nirmala UI" w:eastAsia="Nirmala UI" w:cs="Nirmala UI"/>
        </w:rPr>
        <w:t>कर</w:t>
      </w:r>
      <w:r>
        <w:rPr>
          <w:rFonts w:ascii="Times New Roman" w:hAnsi="Times New Roman" w:eastAsia="Times New Roman" w:cs="Times New Roman"/>
        </w:rPr>
        <w:t xml:space="preserve"> </w:t>
      </w:r>
      <w:r>
        <w:rPr>
          <w:rFonts w:ascii="Nirmala UI" w:hAnsi="Nirmala UI" w:eastAsia="Nirmala UI" w:cs="Nirmala UI"/>
        </w:rPr>
        <w:t>रहा</w:t>
      </w:r>
      <w:r>
        <w:rPr>
          <w:rFonts w:ascii="Times New Roman" w:hAnsi="Times New Roman" w:eastAsia="Times New Roman" w:cs="Times New Roman"/>
        </w:rPr>
        <w:t xml:space="preserve"> </w:t>
      </w:r>
      <w:r>
        <w:rPr>
          <w:rFonts w:ascii="Nirmala UI" w:hAnsi="Nirmala UI" w:eastAsia="Nirmala UI" w:cs="Nirmala UI"/>
        </w:rPr>
        <w:t>था</w:t>
      </w:r>
      <w:r>
        <w:rPr>
          <w:rFonts w:ascii="Times New Roman" w:hAnsi="Times New Roman" w:eastAsia="Times New Roman" w:cs="Times New Roman"/>
        </w:rPr>
        <w:t xml:space="preserve">, </w:t>
      </w:r>
      <w:r>
        <w:rPr>
          <w:rFonts w:ascii="Nirmala UI" w:hAnsi="Nirmala UI" w:eastAsia="Nirmala UI" w:cs="Nirmala UI"/>
        </w:rPr>
        <w:t>तब</w:t>
      </w:r>
      <w:r>
        <w:rPr>
          <w:rFonts w:ascii="Times New Roman" w:hAnsi="Times New Roman" w:eastAsia="Times New Roman" w:cs="Times New Roman"/>
        </w:rPr>
        <w:t xml:space="preserve"> </w:t>
      </w:r>
      <w:r>
        <w:rPr>
          <w:rFonts w:ascii="Nirmala UI" w:hAnsi="Nirmala UI" w:eastAsia="Nirmala UI" w:cs="Nirmala UI"/>
        </w:rPr>
        <w:t>याजकाई</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रीति</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अनुसार</w:t>
      </w:r>
      <w:r>
        <w:rPr>
          <w:rFonts w:ascii="Times New Roman" w:hAnsi="Times New Roman" w:eastAsia="Times New Roman" w:cs="Times New Roman"/>
        </w:rPr>
        <w:t xml:space="preserve"> </w:t>
      </w:r>
      <w:r>
        <w:rPr>
          <w:rFonts w:ascii="Nirmala UI" w:hAnsi="Nirmala UI" w:eastAsia="Nirmala UI" w:cs="Nirmala UI"/>
        </w:rPr>
        <w:t>उसका</w:t>
      </w:r>
      <w:r>
        <w:rPr>
          <w:rFonts w:ascii="Times New Roman" w:hAnsi="Times New Roman" w:eastAsia="Times New Roman" w:cs="Times New Roman"/>
        </w:rPr>
        <w:t xml:space="preserve"> </w:t>
      </w:r>
      <w:r>
        <w:rPr>
          <w:rFonts w:ascii="Nirmala UI" w:hAnsi="Nirmala UI" w:eastAsia="Nirmala UI" w:cs="Nirmala UI"/>
        </w:rPr>
        <w:t>चिट्ठा</w:t>
      </w:r>
      <w:r>
        <w:rPr>
          <w:rFonts w:ascii="Times New Roman" w:hAnsi="Times New Roman" w:eastAsia="Times New Roman" w:cs="Times New Roman"/>
        </w:rPr>
        <w:t xml:space="preserve"> </w:t>
      </w:r>
      <w:r>
        <w:rPr>
          <w:rFonts w:ascii="Nirmala UI" w:hAnsi="Nirmala UI" w:eastAsia="Nirmala UI" w:cs="Nirmala UI"/>
        </w:rPr>
        <w:t>इस</w:t>
      </w:r>
      <w:r>
        <w:rPr>
          <w:rFonts w:ascii="Times New Roman" w:hAnsi="Times New Roman" w:eastAsia="Times New Roman" w:cs="Times New Roman"/>
        </w:rPr>
        <w:t xml:space="preserve"> </w:t>
      </w:r>
      <w:r>
        <w:rPr>
          <w:rFonts w:ascii="Nirmala UI" w:hAnsi="Nirmala UI" w:eastAsia="Nirmala UI" w:cs="Nirmala UI"/>
        </w:rPr>
        <w:t>पर</w:t>
      </w:r>
      <w:r>
        <w:rPr>
          <w:rFonts w:ascii="Times New Roman" w:hAnsi="Times New Roman" w:eastAsia="Times New Roman" w:cs="Times New Roman"/>
        </w:rPr>
        <w:t xml:space="preserve"> </w:t>
      </w:r>
      <w:r>
        <w:rPr>
          <w:rFonts w:ascii="Nirmala UI" w:hAnsi="Nirmala UI" w:eastAsia="Nirmala UI" w:cs="Nirmala UI"/>
        </w:rPr>
        <w:t>पड़ा</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वह</w:t>
      </w:r>
      <w:r>
        <w:rPr>
          <w:rFonts w:ascii="Times New Roman" w:hAnsi="Times New Roman" w:eastAsia="Times New Roman" w:cs="Times New Roman"/>
        </w:rPr>
        <w:t xml:space="preserve"> </w:t>
      </w:r>
      <w:r>
        <w:rPr>
          <w:rFonts w:ascii="Nirmala UI" w:hAnsi="Nirmala UI" w:eastAsia="Nirmala UI" w:cs="Nirmala UI"/>
        </w:rPr>
        <w:t>प्रभु</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मन्दिर</w:t>
      </w:r>
      <w:r>
        <w:rPr>
          <w:rFonts w:ascii="Times New Roman" w:hAnsi="Times New Roman" w:eastAsia="Times New Roman" w:cs="Times New Roman"/>
        </w:rPr>
        <w:t xml:space="preserve"> </w:t>
      </w:r>
      <w:r>
        <w:rPr>
          <w:rFonts w:ascii="Nirmala UI" w:hAnsi="Nirmala UI" w:eastAsia="Nirmala UI" w:cs="Nirmala UI"/>
        </w:rPr>
        <w:t>में</w:t>
      </w:r>
      <w:r>
        <w:rPr>
          <w:rFonts w:ascii="Times New Roman" w:hAnsi="Times New Roman" w:eastAsia="Times New Roman" w:cs="Times New Roman"/>
        </w:rPr>
        <w:t xml:space="preserve"> </w:t>
      </w:r>
      <w:r>
        <w:rPr>
          <w:rFonts w:ascii="Nirmala UI" w:hAnsi="Nirmala UI" w:eastAsia="Nirmala UI" w:cs="Nirmala UI"/>
        </w:rPr>
        <w:t>जाकर</w:t>
      </w:r>
      <w:r>
        <w:rPr>
          <w:rFonts w:ascii="Times New Roman" w:hAnsi="Times New Roman" w:eastAsia="Times New Roman" w:cs="Times New Roman"/>
        </w:rPr>
        <w:t xml:space="preserve"> </w:t>
      </w:r>
      <w:r>
        <w:rPr>
          <w:rFonts w:ascii="Nirmala UI" w:hAnsi="Nirmala UI" w:eastAsia="Nirmala UI" w:cs="Nirmala UI"/>
        </w:rPr>
        <w:t>धूप</w:t>
      </w:r>
      <w:r>
        <w:rPr>
          <w:rFonts w:ascii="Times New Roman" w:hAnsi="Times New Roman" w:eastAsia="Times New Roman" w:cs="Times New Roman"/>
        </w:rPr>
        <w:t xml:space="preserve"> </w:t>
      </w:r>
      <w:r>
        <w:rPr>
          <w:rFonts w:ascii="Nirmala UI" w:hAnsi="Nirmala UI" w:eastAsia="Nirmala UI" w:cs="Nirmala UI"/>
        </w:rPr>
        <w:t>जलाए।</w:t>
      </w:r>
      <w:r>
        <w:rPr>
          <w:rFonts w:ascii="Times New Roman" w:hAnsi="Times New Roman" w:eastAsia="Times New Roman" w:cs="Times New Roman"/>
        </w:rPr>
        <w:t xml:space="preserve"> </w:t>
      </w:r>
      <w:r>
        <w:rPr>
          <w:rFonts w:ascii="Nirmala UI" w:hAnsi="Nirmala UI" w:eastAsia="Nirmala UI" w:cs="Nirmala UI"/>
        </w:rPr>
        <w:t>और</w:t>
      </w:r>
      <w:r>
        <w:rPr>
          <w:rFonts w:ascii="Times New Roman" w:hAnsi="Times New Roman" w:eastAsia="Times New Roman" w:cs="Times New Roman"/>
        </w:rPr>
        <w:t xml:space="preserve"> </w:t>
      </w:r>
      <w:r>
        <w:rPr>
          <w:rFonts w:ascii="Nirmala UI" w:hAnsi="Nirmala UI" w:eastAsia="Nirmala UI" w:cs="Nirmala UI"/>
        </w:rPr>
        <w:t>धूप</w:t>
      </w:r>
      <w:r>
        <w:rPr>
          <w:rFonts w:ascii="Times New Roman" w:hAnsi="Times New Roman" w:eastAsia="Times New Roman" w:cs="Times New Roman"/>
        </w:rPr>
        <w:t xml:space="preserve"> </w:t>
      </w:r>
      <w:r>
        <w:rPr>
          <w:rFonts w:ascii="Nirmala UI" w:hAnsi="Nirmala UI" w:eastAsia="Nirmala UI" w:cs="Nirmala UI"/>
        </w:rPr>
        <w:t>जलाने</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समय</w:t>
      </w:r>
      <w:r>
        <w:rPr>
          <w:rFonts w:ascii="Times New Roman" w:hAnsi="Times New Roman" w:eastAsia="Times New Roman" w:cs="Times New Roman"/>
        </w:rPr>
        <w:t xml:space="preserve"> </w:t>
      </w:r>
      <w:r>
        <w:rPr>
          <w:rFonts w:ascii="Nirmala UI" w:hAnsi="Nirmala UI" w:eastAsia="Nirmala UI" w:cs="Nirmala UI"/>
        </w:rPr>
        <w:t>लोगों</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सारी</w:t>
      </w:r>
      <w:r>
        <w:rPr>
          <w:rFonts w:ascii="Times New Roman" w:hAnsi="Times New Roman" w:eastAsia="Times New Roman" w:cs="Times New Roman"/>
        </w:rPr>
        <w:t xml:space="preserve"> </w:t>
      </w:r>
      <w:r>
        <w:rPr>
          <w:rFonts w:ascii="Nirmala UI" w:hAnsi="Nirmala UI" w:eastAsia="Nirmala UI" w:cs="Nirmala UI"/>
        </w:rPr>
        <w:t>भीड़</w:t>
      </w:r>
      <w:r>
        <w:rPr>
          <w:rFonts w:ascii="Times New Roman" w:hAnsi="Times New Roman" w:eastAsia="Times New Roman" w:cs="Times New Roman"/>
        </w:rPr>
        <w:t xml:space="preserve"> </w:t>
      </w:r>
      <w:r>
        <w:rPr>
          <w:rFonts w:ascii="Nirmala UI" w:hAnsi="Nirmala UI" w:eastAsia="Nirmala UI" w:cs="Nirmala UI"/>
        </w:rPr>
        <w:t>बाहर</w:t>
      </w:r>
      <w:r>
        <w:rPr>
          <w:rFonts w:ascii="Times New Roman" w:hAnsi="Times New Roman" w:eastAsia="Times New Roman" w:cs="Times New Roman"/>
        </w:rPr>
        <w:t xml:space="preserve"> </w:t>
      </w:r>
      <w:r>
        <w:rPr>
          <w:rFonts w:ascii="Nirmala UI" w:hAnsi="Nirmala UI" w:eastAsia="Nirmala UI" w:cs="Nirmala UI"/>
        </w:rPr>
        <w:t>प्रार्थना</w:t>
      </w:r>
      <w:r>
        <w:rPr>
          <w:rFonts w:ascii="Times New Roman" w:hAnsi="Times New Roman" w:eastAsia="Times New Roman" w:cs="Times New Roman"/>
        </w:rPr>
        <w:t xml:space="preserve"> </w:t>
      </w:r>
      <w:r>
        <w:rPr>
          <w:rFonts w:ascii="Nirmala UI" w:hAnsi="Nirmala UI" w:eastAsia="Nirmala UI" w:cs="Nirmala UI"/>
        </w:rPr>
        <w:t>कर</w:t>
      </w:r>
      <w:r>
        <w:rPr>
          <w:rFonts w:ascii="Times New Roman" w:hAnsi="Times New Roman" w:eastAsia="Times New Roman" w:cs="Times New Roman"/>
        </w:rPr>
        <w:t xml:space="preserve"> </w:t>
      </w:r>
      <w:r>
        <w:rPr>
          <w:rFonts w:ascii="Nirmala UI" w:hAnsi="Nirmala UI" w:eastAsia="Nirmala UI" w:cs="Nirmala UI"/>
        </w:rPr>
        <w:t>रही</w:t>
      </w:r>
      <w:r>
        <w:rPr>
          <w:rFonts w:ascii="Times New Roman" w:hAnsi="Times New Roman" w:eastAsia="Times New Roman" w:cs="Times New Roman"/>
        </w:rPr>
        <w:t xml:space="preserve"> </w:t>
      </w:r>
      <w:r>
        <w:rPr>
          <w:rFonts w:ascii="Nirmala UI" w:hAnsi="Nirmala UI" w:eastAsia="Nirmala UI" w:cs="Nirmala UI"/>
        </w:rPr>
        <w:t>थी।</w:t>
      </w:r>
      <w:r>
        <w:rPr>
          <w:rFonts w:ascii="Times New Roman" w:hAnsi="Times New Roman" w:eastAsia="Times New Roman" w:cs="Times New Roman"/>
        </w:rPr>
        <w:t xml:space="preserve"> </w:t>
      </w:r>
      <w:r>
        <w:rPr>
          <w:rFonts w:ascii="Nirmala UI" w:hAnsi="Nirmala UI" w:eastAsia="Nirmala UI" w:cs="Nirmala UI"/>
        </w:rPr>
        <w:t>लूका</w:t>
      </w:r>
      <w:r>
        <w:rPr>
          <w:rFonts w:ascii="Times New Roman" w:hAnsi="Times New Roman" w:eastAsia="Times New Roman" w:cs="Times New Roman"/>
        </w:rPr>
        <w:t xml:space="preserve"> 1:5–10</w:t>
      </w:r>
      <w:r>
        <w:rPr>
          <w:rFonts w:ascii="Nirmala UI" w:hAnsi="Nirmala UI" w:eastAsia="Nirmala UI" w:cs="Nirmala UI"/>
        </w:rPr>
        <w:t>॥</w:t>
      </w:r>
    </w:p>
    <w:p>
      <w:pPr>
        <w:pStyle w:val="ArticleBody"/>
        <w:jc w:val="left"/>
      </w:pPr>
      <w:r>
        <w:rPr>
          <w:rFonts w:ascii="Times New Roman" w:hAnsi="Times New Roman" w:eastAsia="Times New Roman" w:cs="Times New Roman"/>
        </w:rPr>
        <w:t>Vaprofita hinkwavo va yimela masiku yo hetelela, naswona Zakariya u nghene etempeleni, hilaha Ezekiyele na yena a endleke hakona. A a ri wa xiyenge xa vunhungu xa vaprista, leswi funghaka xikombiso xa mimoya ya nhungu leyi a yi ri engalaveni ya Nowa, leyi tsemakanyeke ku suka emisaveni ya khale yi ya eka leyi leyintshwa. Yena ni nsati wakwe a va nga soleki nchumu, kambe Zakariya a a ta kanakana marito ya Gabriele. Nhlangano wa vaMillerite wu sungule tanihi va le Filadelfiya (lava nga soleki nchumu) kambe wu hundzukele eka va le Lawodikiya hi 1856. Emasikwini yo hetelela, rungula ra ntsumi i rungula ra ntsumi ya vunharhu, naswona rungula ra Gabriele eka Zakariya ri yimela rungula ra ntsumi ya vunharhu naswona ri tlhela ri va rungula ra Eliya, hilaha ri yimeriwaka hakona hi Yohane Mubabatisi.</w:t>
      </w:r>
    </w:p>
    <w:p>
      <w:pPr>
        <w:pStyle w:val="ArticleScripture"/>
        <w:jc w:val="left"/>
      </w:pPr>
      <w:r>
        <w:rPr>
          <w:rFonts w:ascii="Times New Roman" w:hAnsi="Times New Roman" w:eastAsia="Times New Roman" w:cs="Times New Roman"/>
        </w:rPr>
        <w:t>A Tiarâpa Pathian tirhkoh kha hmûr tharhlawhna maichâm dinglam lamah a ding a lo lang a. Tin, Zakariah chuan a hmuh veleh a buai ta a, hlauhna chuan a chungah a tla ta. Mahse tirhkoh chuan a hnênah, “Zakariah, hlau suh; i ṭawngṭaina chu hriah a ni tawh a; i nupui Elisabeth chuan fapa a hring ang che, a hmingah Johana tih i sawi ang. Tin, lawmna leh hlimna i nei ang a; mi tam takin a pian avângin an lawm ang. A chhan chu Lalpa mit hmuha ropui tak a ni ang a; uain emaw, tuihâl chak tak emaw a in lo vang; tin, a nu pum chhûng ata Thlarau Thianghlimin a khat ang. Israel fate zînga mi tam takte chu an Lalpa Pathian lamah a hawiṭir ang. Tin, pa te thinlungte chu fate lamah hawiṭîr tûrin leh thu âwih lote chu felte finna lamah hruai haw tûrin, Lalpa tâna mite buatsaih tawh an nih theih nân, Elias thlarau leh thiltihtheihna nêna amah hmaah a kal ang,” a ti a. Tin, Zakariah chuan tirhkoh hnênah, “He thu hi engtin nge ka hriatnghilh ang? Ka upa tawh si a, ka nupui pawh kum lamah a hmasâwn tawh bawk si,” a ti a. Chutah tirhkoh chuan a chhân a, “Kei hi Gabriela ka ni, Pathian hmaah ding zêl ṭhîn; i hnênah he lawmthu tha hi sawi tûra leh i hriattîr tûra tirh ka ni a,” a ti. Luke 1:11–19.</w:t>
      </w:r>
    </w:p>
    <w:p>
      <w:pPr>
        <w:pStyle w:val="ArticleBody"/>
        <w:jc w:val="left"/>
      </w:pPr>
      <w:r>
        <w:rPr>
          <w:rFonts w:ascii="Times New Roman" w:hAnsi="Times New Roman" w:eastAsia="Times New Roman" w:cs="Times New Roman"/>
        </w:rPr>
        <w:t>Zakariya yashidikanyije ko ubutumwa bwa Eliya uzaza buzasohozwa.</w:t>
      </w:r>
    </w:p>
    <w:p>
      <w:pPr>
        <w:pStyle w:val="ArticleScripture"/>
        <w:jc w:val="left"/>
      </w:pPr>
      <w:r>
        <w:rPr>
          <w:rFonts w:ascii="Times New Roman" w:hAnsi="Times New Roman" w:eastAsia="Times New Roman" w:cs="Times New Roman"/>
        </w:rPr>
        <w:t>Gle, tšametšong ke tla le romella moporofeta Elia pele go tla letšatši le legolo le le šiišago la Morena; gomme yena o tla retološa pelo ya botatago bana go bana ba bona, le pelo ya bana go botata bona, gore ke se tle ka otla lefase ka thogako. Maleaki 4:5, 6.</w:t>
      </w:r>
    </w:p>
    <w:p>
      <w:pPr>
        <w:pStyle w:val="ArticleBody"/>
        <w:jc w:val="left"/>
      </w:pPr>
      <w:r>
        <w:rPr>
          <w:rFonts w:ascii="Times New Roman" w:hAnsi="Times New Roman" w:eastAsia="Times New Roman" w:cs="Times New Roman"/>
        </w:rPr>
        <w:t>Dada White, a cikin mahallin hatimin da Ezekiyel ya ambata a sura ta tara, ta bayyana dalilin da ya sa shugabancin cocin Adventist na kwana bakwai na Laodiceya aka misalta da rashin bangaskiyar Zakariya.</w:t>
      </w:r>
    </w:p>
    <w:p>
      <w:pPr>
        <w:pStyle w:val="ArticleScripture"/>
        <w:jc w:val="left"/>
      </w:pPr>
      <w:r>
        <w:rPr>
          <w:rFonts w:ascii="Times New Roman" w:hAnsi="Times New Roman" w:eastAsia="Times New Roman" w:cs="Times New Roman"/>
        </w:rPr>
        <w:t>“Vargurinn sá, er eigi finnur hryggð yfir eigin andlegri hnignun né syrgir syndir annarra, mun verða skilinn eftir án innsiglis Guðs. Drottinn felur sendiboðum sínum, mönnunum er hafa drápsvopn í höndum sér, þetta verk: ‘Farið á eftir honum um borgina og sláið niður; auga yðar skal eigi eira, né skuluð þér sýna meðaumkun: deyðið með öllu gamla og unga, bæði meyjar og smábörn og konur; en komið eigi nær nokkrum þeim manni, er markið er á; og hefjið við helgidóm minn. Þá tóku þeir að fornmönnunum, sem voru fyrir húsinu.’”</w:t>
      </w:r>
    </w:p>
    <w:p>
      <w:pPr>
        <w:pStyle w:val="ArticleScripture"/>
        <w:jc w:val="left"/>
      </w:pPr>
      <w:r>
        <w:rPr>
          <w:rFonts w:ascii="Times New Roman" w:hAnsi="Times New Roman" w:eastAsia="Times New Roman" w:cs="Times New Roman"/>
        </w:rPr>
        <w:t>“Itt látjuk, hogy az egyház—az Úr szentélye—volt az első, amely megérezte Isten haragjának csapását. A vének, akiknek Isten nagy világosságot adott, és akik a nép lelki érdekeinek őrzőiként álltak, hűtlenekké lettek megbízatásukhoz. Azt az álláspontot foglalták el, hogy nem kell csodákra és Isten hatalmának olyan nyilvánvaló megnyilatkozására számítanunk, mint a korábbi napokban. Az idők megváltoztak. Ezek a szavak megerősítik hitetlenségüket, és ezt mondják: Az Úr sem jót nem tesz, sem rosszat nem cselekszik. Túl irgalmas ahhoz, hogy ítélettel látogassa meg népét. Így a „Békesség és biztonság” a kiáltása azoknak az embereknek, akik soha többé nem emelik fel szavukat, mint a trombita, hogy megmutassák Isten népének vétkeit és Jákób házának bűneit. Ezek a néma ebek, amelyek nem akartak ugatni, azok, akik érzik a megsértett Isten igazságos bosszúállását. Férfiak, hajadonok és kisgyermekek egyaránt elvesznek.” Bizonyságtételek, 5. kötet, 211.</w:t>
      </w:r>
    </w:p>
    <w:p>
      <w:pPr>
        <w:pStyle w:val="ArticleBody"/>
        <w:jc w:val="left"/>
      </w:pPr>
      <w:r>
        <w:rPr>
          <w:rFonts w:ascii="Times New Roman" w:hAnsi="Times New Roman" w:eastAsia="Times New Roman" w:cs="Times New Roman"/>
        </w:rPr>
        <w:t>Zekariya yaketse ubutumwa bwa marayika wa gatatu, ari bwo butumwa bwa Eliya busubiramo amateka ya Yohana Umubatiza kimwe n’amateka ya William Miller.</w:t>
      </w:r>
    </w:p>
    <w:p>
      <w:pPr>
        <w:pStyle w:val="ArticleHeading"/>
        <w:jc w:val="left"/>
      </w:pPr>
      <w:r>
        <w:rPr>
          <w:rFonts w:ascii="Arial" w:hAnsi="Arial" w:eastAsia="Arial" w:cs="Arial"/>
        </w:rPr>
        <w:t>Mwezi Mitano</w:t>
      </w:r>
    </w:p>
    <w:p>
      <w:pPr>
        <w:pStyle w:val="ArticleBody"/>
        <w:jc w:val="left"/>
      </w:pPr>
      <w:r>
        <w:rPr>
          <w:rFonts w:ascii="Times New Roman" w:hAnsi="Times New Roman" w:eastAsia="Times New Roman" w:cs="Times New Roman"/>
        </w:rPr>
        <w:t>Elisabeth te ɓe suuɗii ndimbungal mayre lebbi jowi.</w:t>
      </w:r>
    </w:p>
    <w:p>
      <w:pPr>
        <w:pStyle w:val="ArticleScripture"/>
        <w:jc w:val="left"/>
      </w:pPr>
      <w:r>
        <w:rPr>
          <w:rFonts w:ascii="Times New Roman" w:hAnsi="Times New Roman" w:eastAsia="Times New Roman" w:cs="Times New Roman"/>
        </w:rPr>
        <w:t>Na anɔpa no akyi no, ne yere Elisabeth nyinsɛn, na ɔde ne ho siee asram anum, kae sɛ, Sɛɛ na Awurade ne me adi wɔ nna a ɔhwɛɛ me so no mu, sɛ ɔbeyi mʼanimtiaabu afi nnipa mu. Na ɔsram a ɛto so asia no mu no, wɔsomaa ɔbɔfo Gabriel fii Onyankopɔn nkyɛn kɔɔ Galilea kurow bi a wɔfrɛ no Nasaret. Luka 1:24–26.</w:t>
      </w:r>
    </w:p>
    <w:p>
      <w:pPr>
        <w:pStyle w:val="ArticleBody"/>
        <w:jc w:val="left"/>
      </w:pPr>
      <w:r>
        <w:rPr>
          <w:rFonts w:ascii="Times New Roman" w:hAnsi="Times New Roman" w:eastAsia="Times New Roman" w:cs="Times New Roman"/>
        </w:rPr>
        <w:t>Zakariya alikuwa wa zamu ya nane ya makuhani, ikipatana na tohara ya mwanawe Yohana siku ya nane, wakati ambapo Zakariya angesema tena. Yeye na mwanawe Yohana wanawakilisha nafsi nane zilizokuwa katika safina ya Nuhu, zilizofichwa mbali na mauti iliyoletwa na maji ya gharika kwa muda wa miezi mitano, au siku mia moja na hamsini. Siku hizo mia moja na hamsini za ujauzito na za maji ya gharika zinapatana na vipindi viwili vya miezi mitano katika Ufunuo 9.</w:t>
      </w:r>
    </w:p>
    <w:p>
      <w:pPr>
        <w:pStyle w:val="ArticleBody"/>
        <w:jc w:val="left"/>
      </w:pPr>
      <w:r>
        <w:rPr>
          <w:rFonts w:ascii="Leelawadee UI" w:hAnsi="Leelawadee UI" w:eastAsia="Leelawadee UI" w:cs="Leelawadee UI"/>
        </w:rPr>
        <w:t>សាការីយ៉ាស</w:t>
      </w:r>
      <w:r>
        <w:rPr>
          <w:rFonts w:ascii="Times New Roman" w:hAnsi="Times New Roman" w:eastAsia="Times New Roman" w:cs="Times New Roman"/>
        </w:rPr>
        <w:t xml:space="preserve"> </w:t>
      </w:r>
      <w:r>
        <w:rPr>
          <w:rFonts w:ascii="Leelawadee UI" w:hAnsi="Leelawadee UI" w:eastAsia="Leelawadee UI" w:cs="Leelawadee UI"/>
        </w:rPr>
        <w:t>និងកូនប្រុសរបស់លោក</w:t>
      </w:r>
      <w:r>
        <w:rPr>
          <w:rFonts w:ascii="Times New Roman" w:hAnsi="Times New Roman" w:eastAsia="Times New Roman" w:cs="Times New Roman"/>
        </w:rPr>
        <w:t xml:space="preserve"> </w:t>
      </w:r>
      <w:r>
        <w:rPr>
          <w:rFonts w:ascii="Leelawadee UI" w:hAnsi="Leelawadee UI" w:eastAsia="Leelawadee UI" w:cs="Leelawadee UI"/>
        </w:rPr>
        <w:t>គឺយ៉ូហាន</w:t>
      </w:r>
      <w:r>
        <w:rPr>
          <w:rFonts w:ascii="Times New Roman" w:hAnsi="Times New Roman" w:eastAsia="Times New Roman" w:cs="Times New Roman"/>
        </w:rPr>
        <w:t xml:space="preserve"> </w:t>
      </w:r>
      <w:r>
        <w:rPr>
          <w:rFonts w:ascii="Leelawadee UI" w:hAnsi="Leelawadee UI" w:eastAsia="Leelawadee UI" w:cs="Leelawadee UI"/>
        </w:rPr>
        <w:t>ក៏តំណាងឲ្យពេលដែលក្រុមជំនុំទី៧</w:t>
      </w:r>
      <w:r>
        <w:rPr>
          <w:rFonts w:ascii="Times New Roman" w:hAnsi="Times New Roman" w:eastAsia="Times New Roman" w:cs="Times New Roman"/>
        </w:rPr>
        <w:t xml:space="preserve"> </w:t>
      </w:r>
      <w:r>
        <w:rPr>
          <w:rFonts w:ascii="Leelawadee UI" w:hAnsi="Leelawadee UI" w:eastAsia="Leelawadee UI" w:cs="Leelawadee UI"/>
        </w:rPr>
        <w:t>គឺឡាវឌីសេ</w:t>
      </w:r>
      <w:r>
        <w:rPr>
          <w:rFonts w:ascii="Times New Roman" w:hAnsi="Times New Roman" w:eastAsia="Times New Roman" w:cs="Times New Roman"/>
        </w:rPr>
        <w:t xml:space="preserve"> </w:t>
      </w:r>
      <w:r>
        <w:rPr>
          <w:rFonts w:ascii="Leelawadee UI" w:hAnsi="Leelawadee UI" w:eastAsia="Leelawadee UI" w:cs="Leelawadee UI"/>
        </w:rPr>
        <w:t>ផ្លាស់ប្តូរទៅកាន់ក្រុមជំនុំទី៨</w:t>
      </w:r>
      <w:r>
        <w:rPr>
          <w:rFonts w:ascii="Times New Roman" w:hAnsi="Times New Roman" w:eastAsia="Times New Roman" w:cs="Times New Roman"/>
        </w:rPr>
        <w:t xml:space="preserve"> </w:t>
      </w:r>
      <w:r>
        <w:rPr>
          <w:rFonts w:ascii="Leelawadee UI" w:hAnsi="Leelawadee UI" w:eastAsia="Leelawadee UI" w:cs="Leelawadee UI"/>
        </w:rPr>
        <w:t>គឺភីឡាដែលភាផងដែរ។</w:t>
      </w:r>
      <w:r>
        <w:rPr>
          <w:rFonts w:ascii="Times New Roman" w:hAnsi="Times New Roman" w:eastAsia="Times New Roman" w:cs="Times New Roman"/>
        </w:rPr>
        <w:t xml:space="preserve"> </w:t>
      </w:r>
      <w:r>
        <w:rPr>
          <w:rFonts w:ascii="Leelawadee UI" w:hAnsi="Leelawadee UI" w:eastAsia="Leelawadee UI" w:cs="Leelawadee UI"/>
        </w:rPr>
        <w:t>ចាប់ពីការបម្រើរបស់សាការីយ៉ាសក្នុងវេនទី៨</w:t>
      </w:r>
      <w:r>
        <w:rPr>
          <w:rFonts w:ascii="Times New Roman" w:hAnsi="Times New Roman" w:eastAsia="Times New Roman" w:cs="Times New Roman"/>
        </w:rPr>
        <w:t xml:space="preserve"> </w:t>
      </w:r>
      <w:r>
        <w:rPr>
          <w:rFonts w:ascii="Leelawadee UI" w:hAnsi="Leelawadee UI" w:eastAsia="Leelawadee UI" w:cs="Leelawadee UI"/>
        </w:rPr>
        <w:t>រហូតដល់ការកាត់ស្បែករបស់កូនប្រុសលោក</w:t>
      </w:r>
      <w:r>
        <w:rPr>
          <w:rFonts w:ascii="Times New Roman" w:hAnsi="Times New Roman" w:eastAsia="Times New Roman" w:cs="Times New Roman"/>
        </w:rPr>
        <w:t xml:space="preserve"> </w:t>
      </w:r>
      <w:r>
        <w:rPr>
          <w:rFonts w:ascii="Leelawadee UI" w:hAnsi="Leelawadee UI" w:eastAsia="Leelawadee UI" w:cs="Leelawadee UI"/>
        </w:rPr>
        <w:t>គឺយ៉ូហាន</w:t>
      </w:r>
      <w:r>
        <w:rPr>
          <w:rFonts w:ascii="Times New Roman" w:hAnsi="Times New Roman" w:eastAsia="Times New Roman" w:cs="Times New Roman"/>
        </w:rPr>
        <w:t xml:space="preserve"> </w:t>
      </w:r>
      <w:r>
        <w:rPr>
          <w:rFonts w:ascii="Leelawadee UI" w:hAnsi="Leelawadee UI" w:eastAsia="Leelawadee UI" w:cs="Leelawadee UI"/>
        </w:rPr>
        <w:t>នៅថ្ងៃទី៨</w:t>
      </w:r>
      <w:r>
        <w:rPr>
          <w:rFonts w:ascii="Times New Roman" w:hAnsi="Times New Roman" w:eastAsia="Times New Roman" w:cs="Times New Roman"/>
        </w:rPr>
        <w:t xml:space="preserve"> </w:t>
      </w:r>
      <w:r>
        <w:rPr>
          <w:rFonts w:ascii="Leelawadee UI" w:hAnsi="Leelawadee UI" w:eastAsia="Leelawadee UI" w:cs="Leelawadee UI"/>
        </w:rPr>
        <w:t>នោះ</w:t>
      </w:r>
      <w:r>
        <w:rPr>
          <w:rFonts w:ascii="Times New Roman" w:hAnsi="Times New Roman" w:eastAsia="Times New Roman" w:cs="Times New Roman"/>
        </w:rPr>
        <w:t xml:space="preserve"> </w:t>
      </w:r>
      <w:r>
        <w:rPr>
          <w:rFonts w:ascii="Leelawadee UI" w:hAnsi="Leelawadee UI" w:eastAsia="Leelawadee UI" w:cs="Leelawadee UI"/>
        </w:rPr>
        <w:t>តំណាងឲ្យរយៈពេលព្យាករណ៍មួយ</w:t>
      </w:r>
      <w:r>
        <w:rPr>
          <w:rFonts w:ascii="Times New Roman" w:hAnsi="Times New Roman" w:eastAsia="Times New Roman" w:cs="Times New Roman"/>
        </w:rPr>
        <w:t xml:space="preserve"> </w:t>
      </w:r>
      <w:r>
        <w:rPr>
          <w:rFonts w:ascii="Leelawadee UI" w:hAnsi="Leelawadee UI" w:eastAsia="Leelawadee UI" w:cs="Leelawadee UI"/>
        </w:rPr>
        <w:t>ដែលលេខទី៨កំណត់ទាំងការចាប់ផ្ដើម</w:t>
      </w:r>
      <w:r>
        <w:rPr>
          <w:rFonts w:ascii="Times New Roman" w:hAnsi="Times New Roman" w:eastAsia="Times New Roman" w:cs="Times New Roman"/>
        </w:rPr>
        <w:t xml:space="preserve"> </w:t>
      </w:r>
      <w:r>
        <w:rPr>
          <w:rFonts w:ascii="Leelawadee UI" w:hAnsi="Leelawadee UI" w:eastAsia="Leelawadee UI" w:cs="Leelawadee UI"/>
        </w:rPr>
        <w:t>និងការបញ្ចប់។</w:t>
      </w:r>
      <w:r>
        <w:rPr>
          <w:rFonts w:ascii="Times New Roman" w:hAnsi="Times New Roman" w:eastAsia="Times New Roman" w:cs="Times New Roman"/>
        </w:rPr>
        <w:t xml:space="preserve"> </w:t>
      </w:r>
      <w:r>
        <w:rPr>
          <w:rFonts w:ascii="Leelawadee UI" w:hAnsi="Leelawadee UI" w:eastAsia="Leelawadee UI" w:cs="Leelawadee UI"/>
        </w:rPr>
        <w:t>នៅក្នុងរយៈពេលព្យាករណ៍នោះ</w:t>
      </w:r>
      <w:r>
        <w:rPr>
          <w:rFonts w:ascii="Times New Roman" w:hAnsi="Times New Roman" w:eastAsia="Times New Roman" w:cs="Times New Roman"/>
        </w:rPr>
        <w:t xml:space="preserve"> </w:t>
      </w:r>
      <w:r>
        <w:rPr>
          <w:rFonts w:ascii="Leelawadee UI" w:hAnsi="Leelawadee UI" w:eastAsia="Leelawadee UI" w:cs="Leelawadee UI"/>
        </w:rPr>
        <w:t>មានរយៈពេលប្រាំខែមួយ</w:t>
      </w:r>
      <w:r>
        <w:rPr>
          <w:rFonts w:ascii="Times New Roman" w:hAnsi="Times New Roman" w:eastAsia="Times New Roman" w:cs="Times New Roman"/>
        </w:rPr>
        <w:t xml:space="preserve"> </w:t>
      </w:r>
      <w:r>
        <w:rPr>
          <w:rFonts w:ascii="Leelawadee UI" w:hAnsi="Leelawadee UI" w:eastAsia="Leelawadee UI" w:cs="Leelawadee UI"/>
        </w:rPr>
        <w:t>ដែលតំណាងឲ្យរយៈពេលនៃការលាក់ខ្លួន។</w:t>
      </w:r>
    </w:p>
    <w:p>
      <w:pPr>
        <w:pStyle w:val="ArticleBody"/>
        <w:jc w:val="left"/>
      </w:pPr>
      <w:r>
        <w:rPr>
          <w:rFonts w:ascii="Times New Roman" w:hAnsi="Times New Roman" w:eastAsia="Times New Roman" w:cs="Times New Roman"/>
        </w:rPr>
        <w:t>Ukukhuluma kwesiprofetho kukhomba umthetho weSonto osuseduze ukufika; ngalokho uZakariya uyakhuluma ngesikhathi somthetho weSonto, lapho indodana yakhe isibekwa uphawu, njengoba kufanekiswa isenzo sokusoka. Kulowo mlando, ngaphambi komthetho weSonto lapho uZakariya ekhuluma khona, ekupheleni kwezinyanga ezinhlanu, ngenyanga yesithupha uMariya uvakashela u-Elisabethe, futhi uMoya oNgcwele ugcoba u-Elisabethe, lowo, njengowesifazane, omelela ukugcotshwa kwebandla likaNkulunkulu ezinyangeni ezine ngaphambi komthetho weSonto osuseduze ukufika.</w:t>
      </w:r>
    </w:p>
    <w:p>
      <w:pPr>
        <w:pStyle w:val="ArticleScripture"/>
        <w:jc w:val="left"/>
      </w:pPr>
      <w:r>
        <w:rPr>
          <w:rFonts w:ascii="Times New Roman" w:hAnsi="Times New Roman" w:eastAsia="Times New Roman" w:cs="Times New Roman"/>
        </w:rPr>
        <w:t>Na Maria dia niainga tamin’izany andro izany ka nankany amin’ny tany havoana, tamin’ny faingana, ho any amin’ny tanàna anankiray any Joda; ary niditra tao an-tranon’i Zakaria izy ka niarahaba an’i Elizabeta. Ary izao no niseho: raha vao ren’i Elizabeta ny fiarahaban’i Maria, dia nibitaka tao an-kibony ny zaza; ary Elizabeta dia feno ny Fanahy Masina. Dia niteny tamin’ny feo mahery izy ka nanao hoe: Isaorana ianao eo amin’ny vehivavy, ary isaorana ny vokatry ny kibonao. Ary nahoana no tonga amiko izao, dia ny renin’ny Tompoko no manatona ahy? Fa indro, raha vao naneno tato an-tsofiko ny feon’ny fiarahabanao, dia nibitaka noho ny hafaliana tao an-kiboko ny zaza. Ary sambatra izay nino; fa hotanterahina izay zavatra nolazaina taminy avy tamin’ny Tompo. Lioka 1:39–45.</w:t>
      </w:r>
    </w:p>
    <w:p>
      <w:pPr>
        <w:pStyle w:val="ArticleBody"/>
        <w:jc w:val="left"/>
      </w:pPr>
      <w:r>
        <w:rPr>
          <w:rFonts w:ascii="Leelawadee UI" w:hAnsi="Leelawadee UI" w:eastAsia="Leelawadee UI" w:cs="Leelawadee UI"/>
        </w:rPr>
        <w:t>នៅចុងបញ្ចប់នៃប្រាំខែ</w:t>
      </w:r>
      <w:r>
        <w:rPr>
          <w:rFonts w:ascii="Times New Roman" w:hAnsi="Times New Roman" w:eastAsia="Times New Roman" w:cs="Times New Roman"/>
        </w:rPr>
        <w:t xml:space="preserve"> </w:t>
      </w:r>
      <w:r>
        <w:rPr>
          <w:rFonts w:ascii="Leelawadee UI" w:hAnsi="Leelawadee UI" w:eastAsia="Leelawadee UI" w:cs="Leelawadee UI"/>
        </w:rPr>
        <w:t>អេលីសាបេតបាននិយាយទៅកាន់ម៉ារា</w:t>
      </w:r>
      <w:r>
        <w:rPr>
          <w:rFonts w:ascii="Times New Roman" w:hAnsi="Times New Roman" w:eastAsia="Times New Roman" w:cs="Times New Roman"/>
        </w:rPr>
        <w:t xml:space="preserve"> «</w:t>
      </w:r>
      <w:r>
        <w:rPr>
          <w:rFonts w:ascii="Leelawadee UI" w:hAnsi="Leelawadee UI" w:eastAsia="Leelawadee UI" w:cs="Leelawadee UI"/>
        </w:rPr>
        <w:t>ដោយសំឡេងខ្លាំង</w:t>
      </w:r>
      <w:r>
        <w:rPr>
          <w:rFonts w:ascii="Times New Roman" w:hAnsi="Times New Roman" w:eastAsia="Times New Roman" w:cs="Times New Roman"/>
        </w:rPr>
        <w:t xml:space="preserve">» </w:t>
      </w:r>
      <w:r>
        <w:rPr>
          <w:rFonts w:ascii="Leelawadee UI" w:hAnsi="Leelawadee UI" w:eastAsia="Leelawadee UI" w:cs="Leelawadee UI"/>
        </w:rPr>
        <w:t>ដោយសរសើរសេចក្តីជឿរបស់ម៉ារាចំពោះសាររបស់កាប្រៀល</w:t>
      </w:r>
      <w:r>
        <w:rPr>
          <w:rFonts w:ascii="Times New Roman" w:hAnsi="Times New Roman" w:eastAsia="Times New Roman" w:cs="Times New Roman"/>
        </w:rPr>
        <w:t xml:space="preserve"> </w:t>
      </w:r>
      <w:r>
        <w:rPr>
          <w:rFonts w:ascii="Leelawadee UI" w:hAnsi="Leelawadee UI" w:eastAsia="Leelawadee UI" w:cs="Leelawadee UI"/>
        </w:rPr>
        <w:t>ដែលនៅក្នុងថ្ងៃចុងក្រោយគឺជាសាររបស់ទេវតាទីបី។</w:t>
      </w:r>
      <w:r>
        <w:rPr>
          <w:rFonts w:ascii="Times New Roman" w:hAnsi="Times New Roman" w:eastAsia="Times New Roman" w:cs="Times New Roman"/>
        </w:rPr>
        <w:t xml:space="preserve"> </w:t>
      </w:r>
      <w:r>
        <w:rPr>
          <w:rFonts w:ascii="Leelawadee UI" w:hAnsi="Leelawadee UI" w:eastAsia="Leelawadee UI" w:cs="Leelawadee UI"/>
        </w:rPr>
        <w:t>ស្វាមីរបស់អេលីសាបេតគឺសាការីយ៉ាសបានមិនជឿ</w:t>
      </w:r>
      <w:r>
        <w:rPr>
          <w:rFonts w:ascii="Times New Roman" w:hAnsi="Times New Roman" w:eastAsia="Times New Roman" w:cs="Times New Roman"/>
        </w:rPr>
        <w:t xml:space="preserve"> </w:t>
      </w:r>
      <w:r>
        <w:rPr>
          <w:rFonts w:ascii="Leelawadee UI" w:hAnsi="Leelawadee UI" w:eastAsia="Leelawadee UI" w:cs="Leelawadee UI"/>
        </w:rPr>
        <w:t>ប៉ុន្តែម៉ារាមិនដូច្នោះទេ។</w:t>
      </w:r>
      <w:r>
        <w:rPr>
          <w:rFonts w:ascii="Times New Roman" w:hAnsi="Times New Roman" w:eastAsia="Times New Roman" w:cs="Times New Roman"/>
        </w:rPr>
        <w:t xml:space="preserve"> </w:t>
      </w:r>
      <w:r>
        <w:rPr>
          <w:rFonts w:ascii="Leelawadee UI" w:hAnsi="Leelawadee UI" w:eastAsia="Leelawadee UI" w:cs="Leelawadee UI"/>
        </w:rPr>
        <w:t>ម៉ារាបានឮសាររបស់កាប្រៀលបន្ទាប់ពីសាការីយ៉ាសប្រាំខែ</w:t>
      </w:r>
      <w:r>
        <w:rPr>
          <w:rFonts w:ascii="Times New Roman" w:hAnsi="Times New Roman" w:eastAsia="Times New Roman" w:cs="Times New Roman"/>
        </w:rPr>
        <w:t xml:space="preserve"> </w:t>
      </w:r>
      <w:r>
        <w:rPr>
          <w:rFonts w:ascii="Leelawadee UI" w:hAnsi="Leelawadee UI" w:eastAsia="Leelawadee UI" w:cs="Leelawadee UI"/>
        </w:rPr>
        <w:t>ដូច្នេះសេចក្តីជឿរបស់នាងលើទេវតាទីបី</w:t>
      </w:r>
      <w:r>
        <w:rPr>
          <w:rFonts w:ascii="Times New Roman" w:hAnsi="Times New Roman" w:eastAsia="Times New Roman" w:cs="Times New Roman"/>
        </w:rPr>
        <w:t xml:space="preserve"> </w:t>
      </w:r>
      <w:r>
        <w:rPr>
          <w:rFonts w:ascii="Leelawadee UI" w:hAnsi="Leelawadee UI" w:eastAsia="Leelawadee UI" w:cs="Leelawadee UI"/>
        </w:rPr>
        <w:t>ត្រូវបានសម្គាល់ថាមកដល់បន្ទាប់ពីសារលាក់កំបាំងនៃប្រាំខែបានត្រូវបើកសម្ដែង។</w:t>
      </w:r>
      <w:r>
        <w:rPr>
          <w:rFonts w:ascii="Times New Roman" w:hAnsi="Times New Roman" w:eastAsia="Times New Roman" w:cs="Times New Roman"/>
        </w:rPr>
        <w:t xml:space="preserve"> </w:t>
      </w:r>
      <w:r>
        <w:rPr>
          <w:rFonts w:ascii="Leelawadee UI" w:hAnsi="Leelawadee UI" w:eastAsia="Leelawadee UI" w:cs="Leelawadee UI"/>
        </w:rPr>
        <w:t>សារលាក់កំបាំងនៃប្រាំខែនៅក្នុងថ្ងៃចុងក្រោយ</w:t>
      </w:r>
      <w:r>
        <w:rPr>
          <w:rFonts w:ascii="Times New Roman" w:hAnsi="Times New Roman" w:eastAsia="Times New Roman" w:cs="Times New Roman"/>
        </w:rPr>
        <w:t xml:space="preserve"> </w:t>
      </w:r>
      <w:r>
        <w:rPr>
          <w:rFonts w:ascii="Leelawadee UI" w:hAnsi="Leelawadee UI" w:eastAsia="Leelawadee UI" w:cs="Leelawadee UI"/>
        </w:rPr>
        <w:t>គឺជាប្រាំខែដំបូងនៃវិវរណៈ</w:t>
      </w:r>
      <w:r>
        <w:rPr>
          <w:rFonts w:ascii="Times New Roman" w:hAnsi="Times New Roman" w:eastAsia="Times New Roman" w:cs="Times New Roman"/>
        </w:rPr>
        <w:t xml:space="preserve"> </w:t>
      </w:r>
      <w:r>
        <w:rPr>
          <w:rFonts w:ascii="Leelawadee UI" w:hAnsi="Leelawadee UI" w:eastAsia="Leelawadee UI" w:cs="Leelawadee UI"/>
        </w:rPr>
        <w:t>៩</w:t>
      </w:r>
      <w:r>
        <w:rPr>
          <w:rFonts w:ascii="Times New Roman" w:hAnsi="Times New Roman" w:eastAsia="Times New Roman" w:cs="Times New Roman"/>
        </w:rPr>
        <w:t>:</w:t>
      </w:r>
      <w:r>
        <w:rPr>
          <w:rFonts w:ascii="Leelawadee UI" w:hAnsi="Leelawadee UI" w:eastAsia="Leelawadee UI" w:cs="Leelawadee UI"/>
        </w:rPr>
        <w:t>៥។</w:t>
      </w:r>
      <w:r>
        <w:rPr>
          <w:rFonts w:ascii="Times New Roman" w:hAnsi="Times New Roman" w:eastAsia="Times New Roman" w:cs="Times New Roman"/>
        </w:rPr>
        <w:t xml:space="preserve"> </w:t>
      </w:r>
      <w:r>
        <w:rPr>
          <w:rFonts w:ascii="Leelawadee UI" w:hAnsi="Leelawadee UI" w:eastAsia="Leelawadee UI" w:cs="Leelawadee UI"/>
        </w:rPr>
        <w:t>ម៉ារាតំណាងឲ្យពួកជំនុំនៃថ្ងៃចុងក្រោយ</w:t>
      </w:r>
      <w:r>
        <w:rPr>
          <w:rFonts w:ascii="Times New Roman" w:hAnsi="Times New Roman" w:eastAsia="Times New Roman" w:cs="Times New Roman"/>
        </w:rPr>
        <w:t xml:space="preserve"> </w:t>
      </w:r>
      <w:r>
        <w:rPr>
          <w:rFonts w:ascii="Leelawadee UI" w:hAnsi="Leelawadee UI" w:eastAsia="Leelawadee UI" w:cs="Leelawadee UI"/>
        </w:rPr>
        <w:t>ដែលទទួលយកសាររបស់ទេវតាទីបី</w:t>
      </w:r>
      <w:r>
        <w:rPr>
          <w:rFonts w:ascii="Times New Roman" w:hAnsi="Times New Roman" w:eastAsia="Times New Roman" w:cs="Times New Roman"/>
        </w:rPr>
        <w:t xml:space="preserve"> </w:t>
      </w:r>
      <w:r>
        <w:rPr>
          <w:rFonts w:ascii="Leelawadee UI" w:hAnsi="Leelawadee UI" w:eastAsia="Leelawadee UI" w:cs="Leelawadee UI"/>
        </w:rPr>
        <w:t>ដែលរួមបញ្ចូលទាំងការបើកត្រាជាពិសេសអំពីប្រាំខែ</w:t>
      </w:r>
      <w:r>
        <w:rPr>
          <w:rFonts w:ascii="Times New Roman" w:hAnsi="Times New Roman" w:eastAsia="Times New Roman" w:cs="Times New Roman"/>
        </w:rPr>
        <w:t xml:space="preserve"> </w:t>
      </w:r>
      <w:r>
        <w:rPr>
          <w:rFonts w:ascii="Leelawadee UI" w:hAnsi="Leelawadee UI" w:eastAsia="Leelawadee UI" w:cs="Leelawadee UI"/>
        </w:rPr>
        <w:t>មុនពេលការប្រកាសអំពីច្បាប់ថ្ងៃអាទិត្យដែលជិតមកដល់</w:t>
      </w:r>
      <w:r>
        <w:rPr>
          <w:rFonts w:ascii="Times New Roman" w:hAnsi="Times New Roman" w:eastAsia="Times New Roman" w:cs="Times New Roman"/>
        </w:rPr>
        <w:t xml:space="preserve"> </w:t>
      </w:r>
      <w:r>
        <w:rPr>
          <w:rFonts w:ascii="Leelawadee UI" w:hAnsi="Leelawadee UI" w:eastAsia="Leelawadee UI" w:cs="Leelawadee UI"/>
        </w:rPr>
        <w:t>នឹងមកដល់ប្រហែលបួនខែក្រោយមក។</w:t>
      </w:r>
    </w:p>
    <w:p>
      <w:pPr>
        <w:pStyle w:val="ArticleBody"/>
        <w:jc w:val="left"/>
      </w:pPr>
      <w:r>
        <w:rPr>
          <w:rFonts w:ascii="Nirmala UI" w:hAnsi="Nirmala UI" w:eastAsia="Nirmala UI" w:cs="Nirmala UI"/>
        </w:rPr>
        <w:t>माᱨी</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भेंट</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मार्गचिह्नों</w:t>
      </w:r>
      <w:r>
        <w:rPr>
          <w:rFonts w:ascii="Times New Roman" w:hAnsi="Times New Roman" w:eastAsia="Times New Roman" w:cs="Times New Roman"/>
        </w:rPr>
        <w:t xml:space="preserve"> </w:t>
      </w:r>
      <w:r>
        <w:rPr>
          <w:rFonts w:ascii="Nirmala UI" w:hAnsi="Nirmala UI" w:eastAsia="Nirmala UI" w:cs="Nirmala UI"/>
        </w:rPr>
        <w:t>पर</w:t>
      </w:r>
      <w:r>
        <w:rPr>
          <w:rFonts w:ascii="Times New Roman" w:hAnsi="Times New Roman" w:eastAsia="Times New Roman" w:cs="Times New Roman"/>
        </w:rPr>
        <w:t xml:space="preserve">, </w:t>
      </w:r>
      <w:r>
        <w:rPr>
          <w:rFonts w:ascii="Nirmala UI" w:hAnsi="Nirmala UI" w:eastAsia="Nirmala UI" w:cs="Nirmala UI"/>
        </w:rPr>
        <w:t>जकर्याह</w:t>
      </w:r>
      <w:r>
        <w:rPr>
          <w:rFonts w:ascii="Times New Roman" w:hAnsi="Times New Roman" w:eastAsia="Times New Roman" w:cs="Times New Roman"/>
        </w:rPr>
        <w:t xml:space="preserve"> </w:t>
      </w:r>
      <w:r>
        <w:rPr>
          <w:rFonts w:ascii="Nirmala UI" w:hAnsi="Nirmala UI" w:eastAsia="Nirmala UI" w:cs="Nirmala UI"/>
        </w:rPr>
        <w:t>और</w:t>
      </w:r>
      <w:r>
        <w:rPr>
          <w:rFonts w:ascii="Times New Roman" w:hAnsi="Times New Roman" w:eastAsia="Times New Roman" w:cs="Times New Roman"/>
        </w:rPr>
        <w:t xml:space="preserve"> </w:t>
      </w:r>
      <w:r>
        <w:rPr>
          <w:rFonts w:ascii="Nirmala UI" w:hAnsi="Nirmala UI" w:eastAsia="Nirmala UI" w:cs="Nirmala UI"/>
        </w:rPr>
        <w:t>एलीशिबा</w:t>
      </w:r>
      <w:r>
        <w:rPr>
          <w:rFonts w:ascii="Times New Roman" w:hAnsi="Times New Roman" w:eastAsia="Times New Roman" w:cs="Times New Roman"/>
        </w:rPr>
        <w:t xml:space="preserve"> </w:t>
      </w:r>
      <w:r>
        <w:rPr>
          <w:rFonts w:ascii="Nirmala UI" w:hAnsi="Nirmala UI" w:eastAsia="Nirmala UI" w:cs="Nirmala UI"/>
        </w:rPr>
        <w:t>द्वारा</w:t>
      </w:r>
      <w:r>
        <w:rPr>
          <w:rFonts w:ascii="Times New Roman" w:hAnsi="Times New Roman" w:eastAsia="Times New Roman" w:cs="Times New Roman"/>
        </w:rPr>
        <w:t xml:space="preserve"> </w:t>
      </w:r>
      <w:r>
        <w:rPr>
          <w:rFonts w:ascii="Nirmala UI" w:hAnsi="Nirmala UI" w:eastAsia="Nirmala UI" w:cs="Nirmala UI"/>
        </w:rPr>
        <w:t>प्रतिरूपित</w:t>
      </w:r>
      <w:r>
        <w:rPr>
          <w:rFonts w:ascii="Times New Roman" w:hAnsi="Times New Roman" w:eastAsia="Times New Roman" w:cs="Times New Roman"/>
        </w:rPr>
        <w:t xml:space="preserve"> </w:t>
      </w:r>
      <w:r>
        <w:rPr>
          <w:rFonts w:ascii="Nirmala UI" w:hAnsi="Nirmala UI" w:eastAsia="Nirmala UI" w:cs="Nirmala UI"/>
        </w:rPr>
        <w:t>प्रथम</w:t>
      </w:r>
      <w:r>
        <w:rPr>
          <w:rFonts w:ascii="Times New Roman" w:hAnsi="Times New Roman" w:eastAsia="Times New Roman" w:cs="Times New Roman"/>
        </w:rPr>
        <w:t xml:space="preserve"> </w:t>
      </w:r>
      <w:r>
        <w:rPr>
          <w:rFonts w:ascii="Nirmala UI" w:hAnsi="Nirmala UI" w:eastAsia="Nirmala UI" w:cs="Nirmala UI"/>
        </w:rPr>
        <w:t>और</w:t>
      </w:r>
      <w:r>
        <w:rPr>
          <w:rFonts w:ascii="Times New Roman" w:hAnsi="Times New Roman" w:eastAsia="Times New Roman" w:cs="Times New Roman"/>
        </w:rPr>
        <w:t xml:space="preserve"> </w:t>
      </w:r>
      <w:r>
        <w:rPr>
          <w:rFonts w:ascii="Nirmala UI" w:hAnsi="Nirmala UI" w:eastAsia="Nirmala UI" w:cs="Nirmala UI"/>
        </w:rPr>
        <w:t>द्वितीय</w:t>
      </w:r>
      <w:r>
        <w:rPr>
          <w:rFonts w:ascii="Times New Roman" w:hAnsi="Times New Roman" w:eastAsia="Times New Roman" w:cs="Times New Roman"/>
        </w:rPr>
        <w:t xml:space="preserve"> </w:t>
      </w:r>
      <w:r>
        <w:rPr>
          <w:rFonts w:ascii="Nirmala UI" w:hAnsi="Nirmala UI" w:eastAsia="Nirmala UI" w:cs="Nirmala UI"/>
        </w:rPr>
        <w:t>स्वर्गदूतों</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आंदोलन</w:t>
      </w:r>
      <w:r>
        <w:rPr>
          <w:rFonts w:ascii="Times New Roman" w:hAnsi="Times New Roman" w:eastAsia="Times New Roman" w:cs="Times New Roman"/>
        </w:rPr>
        <w:t xml:space="preserve">, </w:t>
      </w:r>
      <w:r>
        <w:rPr>
          <w:rFonts w:ascii="Nirmala UI" w:hAnsi="Nirmala UI" w:eastAsia="Nirmala UI" w:cs="Nirmala UI"/>
        </w:rPr>
        <w:t>माᱨी</w:t>
      </w:r>
      <w:r>
        <w:rPr>
          <w:rFonts w:ascii="Times New Roman" w:hAnsi="Times New Roman" w:eastAsia="Times New Roman" w:cs="Times New Roman"/>
        </w:rPr>
        <w:t xml:space="preserve"> </w:t>
      </w:r>
      <w:r>
        <w:rPr>
          <w:rFonts w:ascii="Nirmala UI" w:hAnsi="Nirmala UI" w:eastAsia="Nirmala UI" w:cs="Nirmala UI"/>
        </w:rPr>
        <w:t>और</w:t>
      </w:r>
      <w:r>
        <w:rPr>
          <w:rFonts w:ascii="Times New Roman" w:hAnsi="Times New Roman" w:eastAsia="Times New Roman" w:cs="Times New Roman"/>
        </w:rPr>
        <w:t xml:space="preserve"> </w:t>
      </w:r>
      <w:r>
        <w:rPr>
          <w:rFonts w:ascii="Nirmala UI" w:hAnsi="Nirmala UI" w:eastAsia="Nirmala UI" w:cs="Nirmala UI"/>
        </w:rPr>
        <w:t>यूसुफ</w:t>
      </w:r>
      <w:r>
        <w:rPr>
          <w:rFonts w:ascii="Times New Roman" w:hAnsi="Times New Roman" w:eastAsia="Times New Roman" w:cs="Times New Roman"/>
        </w:rPr>
        <w:t xml:space="preserve"> </w:t>
      </w:r>
      <w:r>
        <w:rPr>
          <w:rFonts w:ascii="Nirmala UI" w:hAnsi="Nirmala UI" w:eastAsia="Nirmala UI" w:cs="Nirmala UI"/>
        </w:rPr>
        <w:t>द्वारा</w:t>
      </w:r>
      <w:r>
        <w:rPr>
          <w:rFonts w:ascii="Times New Roman" w:hAnsi="Times New Roman" w:eastAsia="Times New Roman" w:cs="Times New Roman"/>
        </w:rPr>
        <w:t xml:space="preserve"> </w:t>
      </w:r>
      <w:r>
        <w:rPr>
          <w:rFonts w:ascii="Nirmala UI" w:hAnsi="Nirmala UI" w:eastAsia="Nirmala UI" w:cs="Nirmala UI"/>
        </w:rPr>
        <w:t>प्रतिरूपित</w:t>
      </w:r>
      <w:r>
        <w:rPr>
          <w:rFonts w:ascii="Times New Roman" w:hAnsi="Times New Roman" w:eastAsia="Times New Roman" w:cs="Times New Roman"/>
        </w:rPr>
        <w:t xml:space="preserve"> </w:t>
      </w:r>
      <w:r>
        <w:rPr>
          <w:rFonts w:ascii="Nirmala UI" w:hAnsi="Nirmala UI" w:eastAsia="Nirmala UI" w:cs="Nirmala UI"/>
        </w:rPr>
        <w:t>तृतीय</w:t>
      </w:r>
      <w:r>
        <w:rPr>
          <w:rFonts w:ascii="Times New Roman" w:hAnsi="Times New Roman" w:eastAsia="Times New Roman" w:cs="Times New Roman"/>
        </w:rPr>
        <w:t xml:space="preserve"> </w:t>
      </w:r>
      <w:r>
        <w:rPr>
          <w:rFonts w:ascii="Nirmala UI" w:hAnsi="Nirmala UI" w:eastAsia="Nirmala UI" w:cs="Nirmala UI"/>
        </w:rPr>
        <w:t>स्वर्गदूत</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आंदोलन</w:t>
      </w:r>
      <w:r>
        <w:rPr>
          <w:rFonts w:ascii="Times New Roman" w:hAnsi="Times New Roman" w:eastAsia="Times New Roman" w:cs="Times New Roman"/>
        </w:rPr>
        <w:t xml:space="preserve"> </w:t>
      </w:r>
      <w:r>
        <w:rPr>
          <w:rFonts w:ascii="Nirmala UI" w:hAnsi="Nirmala UI" w:eastAsia="Nirmala UI" w:cs="Nirmala UI"/>
        </w:rPr>
        <w:t>से</w:t>
      </w:r>
      <w:r>
        <w:rPr>
          <w:rFonts w:ascii="Times New Roman" w:hAnsi="Times New Roman" w:eastAsia="Times New Roman" w:cs="Times New Roman"/>
        </w:rPr>
        <w:t xml:space="preserve"> </w:t>
      </w:r>
      <w:r>
        <w:rPr>
          <w:rFonts w:ascii="Nirmala UI" w:hAnsi="Nirmala UI" w:eastAsia="Nirmala UI" w:cs="Nirmala UI"/>
        </w:rPr>
        <w:t>जुड़ता</w:t>
      </w:r>
      <w:r>
        <w:rPr>
          <w:rFonts w:ascii="Times New Roman" w:hAnsi="Times New Roman" w:eastAsia="Times New Roman" w:cs="Times New Roman"/>
        </w:rPr>
        <w:t xml:space="preserve"> </w:t>
      </w:r>
      <w:r>
        <w:rPr>
          <w:rFonts w:ascii="Nirmala UI" w:hAnsi="Nirmala UI" w:eastAsia="Nirmala UI" w:cs="Nirmala UI"/>
        </w:rPr>
        <w:t>है।</w:t>
      </w:r>
      <w:r>
        <w:rPr>
          <w:rFonts w:ascii="Times New Roman" w:hAnsi="Times New Roman" w:eastAsia="Times New Roman" w:cs="Times New Roman"/>
        </w:rPr>
        <w:t xml:space="preserve"> </w:t>
      </w:r>
      <w:r>
        <w:rPr>
          <w:rFonts w:ascii="Nirmala UI" w:hAnsi="Nirmala UI" w:eastAsia="Nirmala UI" w:cs="Nirmala UI"/>
        </w:rPr>
        <w:t>जकर्याह</w:t>
      </w:r>
      <w:r>
        <w:rPr>
          <w:rFonts w:ascii="Times New Roman" w:hAnsi="Times New Roman" w:eastAsia="Times New Roman" w:cs="Times New Roman"/>
        </w:rPr>
        <w:t xml:space="preserve"> </w:t>
      </w:r>
      <w:r>
        <w:rPr>
          <w:rFonts w:ascii="Nirmala UI" w:hAnsi="Nirmala UI" w:eastAsia="Nirmala UI" w:cs="Nirmala UI"/>
        </w:rPr>
        <w:t>उस</w:t>
      </w:r>
      <w:r>
        <w:rPr>
          <w:rFonts w:ascii="Times New Roman" w:hAnsi="Times New Roman" w:eastAsia="Times New Roman" w:cs="Times New Roman"/>
        </w:rPr>
        <w:t xml:space="preserve"> </w:t>
      </w:r>
      <w:r>
        <w:rPr>
          <w:rFonts w:ascii="Nirmala UI" w:hAnsi="Nirmala UI" w:eastAsia="Nirmala UI" w:cs="Nirmala UI"/>
        </w:rPr>
        <w:t>कलीसिया</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एक</w:t>
      </w:r>
      <w:r>
        <w:rPr>
          <w:rFonts w:ascii="Times New Roman" w:hAnsi="Times New Roman" w:eastAsia="Times New Roman" w:cs="Times New Roman"/>
        </w:rPr>
        <w:t xml:space="preserve"> </w:t>
      </w:r>
      <w:r>
        <w:rPr>
          <w:rFonts w:ascii="Nirmala UI" w:hAnsi="Nirmala UI" w:eastAsia="Nirmala UI" w:cs="Nirmala UI"/>
        </w:rPr>
        <w:t>अधिकारी</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प्रतिनिधित्व</w:t>
      </w:r>
      <w:r>
        <w:rPr>
          <w:rFonts w:ascii="Times New Roman" w:hAnsi="Times New Roman" w:eastAsia="Times New Roman" w:cs="Times New Roman"/>
        </w:rPr>
        <w:t xml:space="preserve"> </w:t>
      </w:r>
      <w:r>
        <w:rPr>
          <w:rFonts w:ascii="Nirmala UI" w:hAnsi="Nirmala UI" w:eastAsia="Nirmala UI" w:cs="Nirmala UI"/>
        </w:rPr>
        <w:t>करता</w:t>
      </w:r>
      <w:r>
        <w:rPr>
          <w:rFonts w:ascii="Times New Roman" w:hAnsi="Times New Roman" w:eastAsia="Times New Roman" w:cs="Times New Roman"/>
        </w:rPr>
        <w:t xml:space="preserve"> </w:t>
      </w:r>
      <w:r>
        <w:rPr>
          <w:rFonts w:ascii="Nirmala UI" w:hAnsi="Nirmala UI" w:eastAsia="Nirmala UI" w:cs="Nirmala UI"/>
        </w:rPr>
        <w:t>है</w:t>
      </w:r>
      <w:r>
        <w:rPr>
          <w:rFonts w:ascii="Times New Roman" w:hAnsi="Times New Roman" w:eastAsia="Times New Roman" w:cs="Times New Roman"/>
        </w:rPr>
        <w:t xml:space="preserve"> </w:t>
      </w:r>
      <w:r>
        <w:rPr>
          <w:rFonts w:ascii="Nirmala UI" w:hAnsi="Nirmala UI" w:eastAsia="Nirmala UI" w:cs="Nirmala UI"/>
        </w:rPr>
        <w:t>जिसने</w:t>
      </w:r>
      <w:r>
        <w:rPr>
          <w:rFonts w:ascii="Times New Roman" w:hAnsi="Times New Roman" w:eastAsia="Times New Roman" w:cs="Times New Roman"/>
        </w:rPr>
        <w:t xml:space="preserve"> </w:t>
      </w:r>
      <w:r>
        <w:rPr>
          <w:rFonts w:ascii="Nirmala UI" w:hAnsi="Nirmala UI" w:eastAsia="Nirmala UI" w:cs="Nirmala UI"/>
        </w:rPr>
        <w:t>तृतीय</w:t>
      </w:r>
      <w:r>
        <w:rPr>
          <w:rFonts w:ascii="Times New Roman" w:hAnsi="Times New Roman" w:eastAsia="Times New Roman" w:cs="Times New Roman"/>
        </w:rPr>
        <w:t xml:space="preserve"> </w:t>
      </w:r>
      <w:r>
        <w:rPr>
          <w:rFonts w:ascii="Nirmala UI" w:hAnsi="Nirmala UI" w:eastAsia="Nirmala UI" w:cs="Nirmala UI"/>
        </w:rPr>
        <w:t>स्वर्गदूत</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संदेश</w:t>
      </w:r>
      <w:r>
        <w:rPr>
          <w:rFonts w:ascii="Times New Roman" w:hAnsi="Times New Roman" w:eastAsia="Times New Roman" w:cs="Times New Roman"/>
        </w:rPr>
        <w:t xml:space="preserve"> </w:t>
      </w:r>
      <w:r>
        <w:rPr>
          <w:rFonts w:ascii="Nirmala UI" w:hAnsi="Nirmala UI" w:eastAsia="Nirmala UI" w:cs="Nirmala UI"/>
        </w:rPr>
        <w:t>पर</w:t>
      </w:r>
      <w:r>
        <w:rPr>
          <w:rFonts w:ascii="Times New Roman" w:hAnsi="Times New Roman" w:eastAsia="Times New Roman" w:cs="Times New Roman"/>
        </w:rPr>
        <w:t xml:space="preserve"> </w:t>
      </w:r>
      <w:r>
        <w:rPr>
          <w:rFonts w:ascii="Nirmala UI" w:hAnsi="Nirmala UI" w:eastAsia="Nirmala UI" w:cs="Nirmala UI"/>
        </w:rPr>
        <w:t>अविश्वास</w:t>
      </w:r>
      <w:r>
        <w:rPr>
          <w:rFonts w:ascii="Times New Roman" w:hAnsi="Times New Roman" w:eastAsia="Times New Roman" w:cs="Times New Roman"/>
        </w:rPr>
        <w:t xml:space="preserve"> </w:t>
      </w:r>
      <w:r>
        <w:rPr>
          <w:rFonts w:ascii="Nirmala UI" w:hAnsi="Nirmala UI" w:eastAsia="Nirmala UI" w:cs="Nirmala UI"/>
        </w:rPr>
        <w:t>किया</w:t>
      </w:r>
      <w:r>
        <w:rPr>
          <w:rFonts w:ascii="Times New Roman" w:hAnsi="Times New Roman" w:eastAsia="Times New Roman" w:cs="Times New Roman"/>
        </w:rPr>
        <w:t xml:space="preserve">, </w:t>
      </w:r>
      <w:r>
        <w:rPr>
          <w:rFonts w:ascii="Nirmala UI" w:hAnsi="Nirmala UI" w:eastAsia="Nirmala UI" w:cs="Nirmala UI"/>
        </w:rPr>
        <w:t>और</w:t>
      </w:r>
      <w:r>
        <w:rPr>
          <w:rFonts w:ascii="Times New Roman" w:hAnsi="Times New Roman" w:eastAsia="Times New Roman" w:cs="Times New Roman"/>
        </w:rPr>
        <w:t xml:space="preserve"> </w:t>
      </w:r>
      <w:r>
        <w:rPr>
          <w:rFonts w:ascii="Nirmala UI" w:hAnsi="Nirmala UI" w:eastAsia="Nirmala UI" w:cs="Nirmala UI"/>
        </w:rPr>
        <w:t>बढ़ई</w:t>
      </w:r>
      <w:r>
        <w:rPr>
          <w:rFonts w:ascii="Times New Roman" w:hAnsi="Times New Roman" w:eastAsia="Times New Roman" w:cs="Times New Roman"/>
        </w:rPr>
        <w:t xml:space="preserve"> </w:t>
      </w:r>
      <w:r>
        <w:rPr>
          <w:rFonts w:ascii="Nirmala UI" w:hAnsi="Nirmala UI" w:eastAsia="Nirmala UI" w:cs="Nirmala UI"/>
        </w:rPr>
        <w:t>यूसुफ</w:t>
      </w:r>
      <w:r>
        <w:rPr>
          <w:rFonts w:ascii="Times New Roman" w:hAnsi="Times New Roman" w:eastAsia="Times New Roman" w:cs="Times New Roman"/>
        </w:rPr>
        <w:t xml:space="preserve"> </w:t>
      </w:r>
      <w:r>
        <w:rPr>
          <w:rFonts w:ascii="Nirmala UI" w:hAnsi="Nirmala UI" w:eastAsia="Nirmala UI" w:cs="Nirmala UI"/>
        </w:rPr>
        <w:t>उस</w:t>
      </w:r>
      <w:r>
        <w:rPr>
          <w:rFonts w:ascii="Times New Roman" w:hAnsi="Times New Roman" w:eastAsia="Times New Roman" w:cs="Times New Roman"/>
        </w:rPr>
        <w:t xml:space="preserve"> </w:t>
      </w:r>
      <w:r>
        <w:rPr>
          <w:rFonts w:ascii="Nirmala UI" w:hAnsi="Nirmala UI" w:eastAsia="Nirmala UI" w:cs="Nirmala UI"/>
        </w:rPr>
        <w:t>आंदोलन</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प्रतिनिधित्व</w:t>
      </w:r>
      <w:r>
        <w:rPr>
          <w:rFonts w:ascii="Times New Roman" w:hAnsi="Times New Roman" w:eastAsia="Times New Roman" w:cs="Times New Roman"/>
        </w:rPr>
        <w:t xml:space="preserve"> </w:t>
      </w:r>
      <w:r>
        <w:rPr>
          <w:rFonts w:ascii="Nirmala UI" w:hAnsi="Nirmala UI" w:eastAsia="Nirmala UI" w:cs="Nirmala UI"/>
        </w:rPr>
        <w:t>करता</w:t>
      </w:r>
      <w:r>
        <w:rPr>
          <w:rFonts w:ascii="Times New Roman" w:hAnsi="Times New Roman" w:eastAsia="Times New Roman" w:cs="Times New Roman"/>
        </w:rPr>
        <w:t xml:space="preserve"> </w:t>
      </w:r>
      <w:r>
        <w:rPr>
          <w:rFonts w:ascii="Nirmala UI" w:hAnsi="Nirmala UI" w:eastAsia="Nirmala UI" w:cs="Nirmala UI"/>
        </w:rPr>
        <w:t>है</w:t>
      </w:r>
      <w:r>
        <w:rPr>
          <w:rFonts w:ascii="Times New Roman" w:hAnsi="Times New Roman" w:eastAsia="Times New Roman" w:cs="Times New Roman"/>
        </w:rPr>
        <w:t xml:space="preserve"> </w:t>
      </w:r>
      <w:r>
        <w:rPr>
          <w:rFonts w:ascii="Nirmala UI" w:hAnsi="Nirmala UI" w:eastAsia="Nirmala UI" w:cs="Nirmala UI"/>
        </w:rPr>
        <w:t>जिसे</w:t>
      </w:r>
      <w:r>
        <w:rPr>
          <w:rFonts w:ascii="Times New Roman" w:hAnsi="Times New Roman" w:eastAsia="Times New Roman" w:cs="Times New Roman"/>
        </w:rPr>
        <w:t xml:space="preserve"> </w:t>
      </w:r>
      <w:r>
        <w:rPr>
          <w:rFonts w:ascii="Nirmala UI" w:hAnsi="Nirmala UI" w:eastAsia="Nirmala UI" w:cs="Nirmala UI"/>
        </w:rPr>
        <w:t>स्वावलंबी</w:t>
      </w:r>
      <w:r>
        <w:rPr>
          <w:rFonts w:ascii="Times New Roman" w:hAnsi="Times New Roman" w:eastAsia="Times New Roman" w:cs="Times New Roman"/>
        </w:rPr>
        <w:t xml:space="preserve"> </w:t>
      </w:r>
      <w:r>
        <w:rPr>
          <w:rFonts w:ascii="Nirmala UI" w:hAnsi="Nirmala UI" w:eastAsia="Nirmala UI" w:cs="Nirmala UI"/>
        </w:rPr>
        <w:t>कार्य</w:t>
      </w:r>
      <w:r>
        <w:rPr>
          <w:rFonts w:ascii="Times New Roman" w:hAnsi="Times New Roman" w:eastAsia="Times New Roman" w:cs="Times New Roman"/>
        </w:rPr>
        <w:t xml:space="preserve"> </w:t>
      </w:r>
      <w:r>
        <w:rPr>
          <w:rFonts w:ascii="Nirmala UI" w:hAnsi="Nirmala UI" w:eastAsia="Nirmala UI" w:cs="Nirmala UI"/>
        </w:rPr>
        <w:t>द्वारा</w:t>
      </w:r>
      <w:r>
        <w:rPr>
          <w:rFonts w:ascii="Times New Roman" w:hAnsi="Times New Roman" w:eastAsia="Times New Roman" w:cs="Times New Roman"/>
        </w:rPr>
        <w:t xml:space="preserve"> </w:t>
      </w:r>
      <w:r>
        <w:rPr>
          <w:rFonts w:ascii="Nirmala UI" w:hAnsi="Nirmala UI" w:eastAsia="Nirmala UI" w:cs="Nirmala UI"/>
        </w:rPr>
        <w:t>प्रतिरूपित</w:t>
      </w:r>
      <w:r>
        <w:rPr>
          <w:rFonts w:ascii="Times New Roman" w:hAnsi="Times New Roman" w:eastAsia="Times New Roman" w:cs="Times New Roman"/>
        </w:rPr>
        <w:t xml:space="preserve"> </w:t>
      </w:r>
      <w:r>
        <w:rPr>
          <w:rFonts w:ascii="Nirmala UI" w:hAnsi="Nirmala UI" w:eastAsia="Nirmala UI" w:cs="Nirmala UI"/>
        </w:rPr>
        <w:t>किया</w:t>
      </w:r>
      <w:r>
        <w:rPr>
          <w:rFonts w:ascii="Times New Roman" w:hAnsi="Times New Roman" w:eastAsia="Times New Roman" w:cs="Times New Roman"/>
        </w:rPr>
        <w:t xml:space="preserve"> </w:t>
      </w:r>
      <w:r>
        <w:rPr>
          <w:rFonts w:ascii="Nirmala UI" w:hAnsi="Nirmala UI" w:eastAsia="Nirmala UI" w:cs="Nirmala UI"/>
        </w:rPr>
        <w:t>गया</w:t>
      </w:r>
      <w:r>
        <w:rPr>
          <w:rFonts w:ascii="Times New Roman" w:hAnsi="Times New Roman" w:eastAsia="Times New Roman" w:cs="Times New Roman"/>
        </w:rPr>
        <w:t xml:space="preserve"> </w:t>
      </w:r>
      <w:r>
        <w:rPr>
          <w:rFonts w:ascii="Nirmala UI" w:hAnsi="Nirmala UI" w:eastAsia="Nirmala UI" w:cs="Nirmala UI"/>
        </w:rPr>
        <w:t>है।</w:t>
      </w:r>
      <w:r>
        <w:rPr>
          <w:rFonts w:ascii="Times New Roman" w:hAnsi="Times New Roman" w:eastAsia="Times New Roman" w:cs="Times New Roman"/>
        </w:rPr>
        <w:t xml:space="preserve"> </w:t>
      </w:r>
      <w:r>
        <w:rPr>
          <w:rFonts w:ascii="Nirmala UI" w:hAnsi="Nirmala UI" w:eastAsia="Nirmala UI" w:cs="Nirmala UI"/>
        </w:rPr>
        <w:t>एडवेंटवाद</w:t>
      </w:r>
      <w:r>
        <w:rPr>
          <w:rFonts w:ascii="Times New Roman" w:hAnsi="Times New Roman" w:eastAsia="Times New Roman" w:cs="Times New Roman"/>
        </w:rPr>
        <w:t xml:space="preserve"> </w:t>
      </w:r>
      <w:r>
        <w:rPr>
          <w:rFonts w:ascii="Nirmala UI" w:hAnsi="Nirmala UI" w:eastAsia="Nirmala UI" w:cs="Nirmala UI"/>
        </w:rPr>
        <w:t>उसी</w:t>
      </w:r>
      <w:r>
        <w:rPr>
          <w:rFonts w:ascii="Times New Roman" w:hAnsi="Times New Roman" w:eastAsia="Times New Roman" w:cs="Times New Roman"/>
        </w:rPr>
        <w:t xml:space="preserve"> </w:t>
      </w:r>
      <w:r>
        <w:rPr>
          <w:rFonts w:ascii="Nirmala UI" w:hAnsi="Nirmala UI" w:eastAsia="Nirmala UI" w:cs="Nirmala UI"/>
        </w:rPr>
        <w:t>प्रकार</w:t>
      </w:r>
      <w:r>
        <w:rPr>
          <w:rFonts w:ascii="Times New Roman" w:hAnsi="Times New Roman" w:eastAsia="Times New Roman" w:cs="Times New Roman"/>
        </w:rPr>
        <w:t xml:space="preserve"> </w:t>
      </w:r>
      <w:r>
        <w:rPr>
          <w:rFonts w:ascii="Nirmala UI" w:hAnsi="Nirmala UI" w:eastAsia="Nirmala UI" w:cs="Nirmala UI"/>
        </w:rPr>
        <w:t>समाप्त</w:t>
      </w:r>
      <w:r>
        <w:rPr>
          <w:rFonts w:ascii="Times New Roman" w:hAnsi="Times New Roman" w:eastAsia="Times New Roman" w:cs="Times New Roman"/>
        </w:rPr>
        <w:t xml:space="preserve"> </w:t>
      </w:r>
      <w:r>
        <w:rPr>
          <w:rFonts w:ascii="Nirmala UI" w:hAnsi="Nirmala UI" w:eastAsia="Nirmala UI" w:cs="Nirmala UI"/>
        </w:rPr>
        <w:t>होता</w:t>
      </w:r>
      <w:r>
        <w:rPr>
          <w:rFonts w:ascii="Times New Roman" w:hAnsi="Times New Roman" w:eastAsia="Times New Roman" w:cs="Times New Roman"/>
        </w:rPr>
        <w:t xml:space="preserve"> </w:t>
      </w:r>
      <w:r>
        <w:rPr>
          <w:rFonts w:ascii="Nirmala UI" w:hAnsi="Nirmala UI" w:eastAsia="Nirmala UI" w:cs="Nirmala UI"/>
        </w:rPr>
        <w:t>है</w:t>
      </w:r>
      <w:r>
        <w:rPr>
          <w:rFonts w:ascii="Times New Roman" w:hAnsi="Times New Roman" w:eastAsia="Times New Roman" w:cs="Times New Roman"/>
        </w:rPr>
        <w:t xml:space="preserve"> </w:t>
      </w:r>
      <w:r>
        <w:rPr>
          <w:rFonts w:ascii="Nirmala UI" w:hAnsi="Nirmala UI" w:eastAsia="Nirmala UI" w:cs="Nirmala UI"/>
        </w:rPr>
        <w:t>जैसे</w:t>
      </w:r>
      <w:r>
        <w:rPr>
          <w:rFonts w:ascii="Times New Roman" w:hAnsi="Times New Roman" w:eastAsia="Times New Roman" w:cs="Times New Roman"/>
        </w:rPr>
        <w:t xml:space="preserve"> </w:t>
      </w:r>
      <w:r>
        <w:rPr>
          <w:rFonts w:ascii="Nirmala UI" w:hAnsi="Nirmala UI" w:eastAsia="Nirmala UI" w:cs="Nirmala UI"/>
        </w:rPr>
        <w:t>वह</w:t>
      </w:r>
      <w:r>
        <w:rPr>
          <w:rFonts w:ascii="Times New Roman" w:hAnsi="Times New Roman" w:eastAsia="Times New Roman" w:cs="Times New Roman"/>
        </w:rPr>
        <w:t xml:space="preserve"> </w:t>
      </w:r>
      <w:r>
        <w:rPr>
          <w:rFonts w:ascii="Nirmala UI" w:hAnsi="Nirmala UI" w:eastAsia="Nirmala UI" w:cs="Nirmala UI"/>
        </w:rPr>
        <w:t>आरम्भ</w:t>
      </w:r>
      <w:r>
        <w:rPr>
          <w:rFonts w:ascii="Times New Roman" w:hAnsi="Times New Roman" w:eastAsia="Times New Roman" w:cs="Times New Roman"/>
        </w:rPr>
        <w:t xml:space="preserve"> </w:t>
      </w:r>
      <w:r>
        <w:rPr>
          <w:rFonts w:ascii="Nirmala UI" w:hAnsi="Nirmala UI" w:eastAsia="Nirmala UI" w:cs="Nirmala UI"/>
        </w:rPr>
        <w:t>हुआ</w:t>
      </w:r>
      <w:r>
        <w:rPr>
          <w:rFonts w:ascii="Times New Roman" w:hAnsi="Times New Roman" w:eastAsia="Times New Roman" w:cs="Times New Roman"/>
        </w:rPr>
        <w:t xml:space="preserve"> </w:t>
      </w:r>
      <w:r>
        <w:rPr>
          <w:rFonts w:ascii="Nirmala UI" w:hAnsi="Nirmala UI" w:eastAsia="Nirmala UI" w:cs="Nirmala UI"/>
        </w:rPr>
        <w:t>था</w:t>
      </w:r>
      <w:r>
        <w:rPr>
          <w:rFonts w:ascii="Times New Roman" w:hAnsi="Times New Roman" w:eastAsia="Times New Roman" w:cs="Times New Roman"/>
        </w:rPr>
        <w:t xml:space="preserve">, </w:t>
      </w:r>
      <w:r>
        <w:rPr>
          <w:rFonts w:ascii="Nirmala UI" w:hAnsi="Nirmala UI" w:eastAsia="Nirmala UI" w:cs="Nirmala UI"/>
        </w:rPr>
        <w:t>और</w:t>
      </w:r>
      <w:r>
        <w:rPr>
          <w:rFonts w:ascii="Times New Roman" w:hAnsi="Times New Roman" w:eastAsia="Times New Roman" w:cs="Times New Roman"/>
        </w:rPr>
        <w:t xml:space="preserve"> </w:t>
      </w:r>
      <w:r>
        <w:rPr>
          <w:rFonts w:ascii="Nirmala UI" w:hAnsi="Nirmala UI" w:eastAsia="Nirmala UI" w:cs="Nirmala UI"/>
        </w:rPr>
        <w:t>उसका</w:t>
      </w:r>
      <w:r>
        <w:rPr>
          <w:rFonts w:ascii="Times New Roman" w:hAnsi="Times New Roman" w:eastAsia="Times New Roman" w:cs="Times New Roman"/>
        </w:rPr>
        <w:t xml:space="preserve"> </w:t>
      </w:r>
      <w:r>
        <w:rPr>
          <w:rFonts w:ascii="Nirmala UI" w:hAnsi="Nirmala UI" w:eastAsia="Nirmala UI" w:cs="Nirmala UI"/>
        </w:rPr>
        <w:t>आरम्भ</w:t>
      </w:r>
      <w:r>
        <w:rPr>
          <w:rFonts w:ascii="Times New Roman" w:hAnsi="Times New Roman" w:eastAsia="Times New Roman" w:cs="Times New Roman"/>
        </w:rPr>
        <w:t xml:space="preserve"> </w:t>
      </w:r>
      <w:r>
        <w:rPr>
          <w:rFonts w:ascii="Nirmala UI" w:hAnsi="Nirmala UI" w:eastAsia="Nirmala UI" w:cs="Nirmala UI"/>
        </w:rPr>
        <w:t>एक</w:t>
      </w:r>
      <w:r>
        <w:rPr>
          <w:rFonts w:ascii="Times New Roman" w:hAnsi="Times New Roman" w:eastAsia="Times New Roman" w:cs="Times New Roman"/>
        </w:rPr>
        <w:t xml:space="preserve"> </w:t>
      </w:r>
      <w:r>
        <w:rPr>
          <w:rFonts w:ascii="Nirmala UI" w:hAnsi="Nirmala UI" w:eastAsia="Nirmala UI" w:cs="Nirmala UI"/>
        </w:rPr>
        <w:t>आंदोलन</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रूप</w:t>
      </w:r>
      <w:r>
        <w:rPr>
          <w:rFonts w:ascii="Times New Roman" w:hAnsi="Times New Roman" w:eastAsia="Times New Roman" w:cs="Times New Roman"/>
        </w:rPr>
        <w:t xml:space="preserve"> </w:t>
      </w:r>
      <w:r>
        <w:rPr>
          <w:rFonts w:ascii="Nirmala UI" w:hAnsi="Nirmala UI" w:eastAsia="Nirmala UI" w:cs="Nirmala UI"/>
        </w:rPr>
        <w:t>में</w:t>
      </w:r>
      <w:r>
        <w:rPr>
          <w:rFonts w:ascii="Times New Roman" w:hAnsi="Times New Roman" w:eastAsia="Times New Roman" w:cs="Times New Roman"/>
        </w:rPr>
        <w:t xml:space="preserve"> </w:t>
      </w:r>
      <w:r>
        <w:rPr>
          <w:rFonts w:ascii="Nirmala UI" w:hAnsi="Nirmala UI" w:eastAsia="Nirmala UI" w:cs="Nirmala UI"/>
        </w:rPr>
        <w:t>हुआ</w:t>
      </w:r>
      <w:r>
        <w:rPr>
          <w:rFonts w:ascii="Times New Roman" w:hAnsi="Times New Roman" w:eastAsia="Times New Roman" w:cs="Times New Roman"/>
        </w:rPr>
        <w:t xml:space="preserve"> </w:t>
      </w:r>
      <w:r>
        <w:rPr>
          <w:rFonts w:ascii="Nirmala UI" w:hAnsi="Nirmala UI" w:eastAsia="Nirmala UI" w:cs="Nirmala UI"/>
        </w:rPr>
        <w:t>था</w:t>
      </w:r>
      <w:r>
        <w:rPr>
          <w:rFonts w:ascii="Times New Roman" w:hAnsi="Times New Roman" w:eastAsia="Times New Roman" w:cs="Times New Roman"/>
        </w:rPr>
        <w:t xml:space="preserve">, </w:t>
      </w:r>
      <w:r>
        <w:rPr>
          <w:rFonts w:ascii="Nirmala UI" w:hAnsi="Nirmala UI" w:eastAsia="Nirmala UI" w:cs="Nirmala UI"/>
        </w:rPr>
        <w:t>न</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किसी</w:t>
      </w:r>
      <w:r>
        <w:rPr>
          <w:rFonts w:ascii="Times New Roman" w:hAnsi="Times New Roman" w:eastAsia="Times New Roman" w:cs="Times New Roman"/>
        </w:rPr>
        <w:t xml:space="preserve"> </w:t>
      </w:r>
      <w:r>
        <w:rPr>
          <w:rFonts w:ascii="Nirmala UI" w:hAnsi="Nirmala UI" w:eastAsia="Nirmala UI" w:cs="Nirmala UI"/>
        </w:rPr>
        <w:t>संगठित</w:t>
      </w:r>
      <w:r>
        <w:rPr>
          <w:rFonts w:ascii="Times New Roman" w:hAnsi="Times New Roman" w:eastAsia="Times New Roman" w:cs="Times New Roman"/>
        </w:rPr>
        <w:t xml:space="preserve"> </w:t>
      </w:r>
      <w:r>
        <w:rPr>
          <w:rFonts w:ascii="Nirmala UI" w:hAnsi="Nirmala UI" w:eastAsia="Nirmala UI" w:cs="Nirmala UI"/>
        </w:rPr>
        <w:t>कलीसियाई</w:t>
      </w:r>
      <w:r>
        <w:rPr>
          <w:rFonts w:ascii="Times New Roman" w:hAnsi="Times New Roman" w:eastAsia="Times New Roman" w:cs="Times New Roman"/>
        </w:rPr>
        <w:t xml:space="preserve"> </w:t>
      </w:r>
      <w:r>
        <w:rPr>
          <w:rFonts w:ascii="Nirmala UI" w:hAnsi="Nirmala UI" w:eastAsia="Nirmala UI" w:cs="Nirmala UI"/>
        </w:rPr>
        <w:t>संरचना</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रूप</w:t>
      </w:r>
      <w:r>
        <w:rPr>
          <w:rFonts w:ascii="Times New Roman" w:hAnsi="Times New Roman" w:eastAsia="Times New Roman" w:cs="Times New Roman"/>
        </w:rPr>
        <w:t xml:space="preserve"> </w:t>
      </w:r>
      <w:r>
        <w:rPr>
          <w:rFonts w:ascii="Nirmala UI" w:hAnsi="Nirmala UI" w:eastAsia="Nirmala UI" w:cs="Nirmala UI"/>
        </w:rPr>
        <w:t>में।</w:t>
      </w:r>
      <w:r>
        <w:rPr>
          <w:rFonts w:ascii="Times New Roman" w:hAnsi="Times New Roman" w:eastAsia="Times New Roman" w:cs="Times New Roman"/>
        </w:rPr>
        <w:t xml:space="preserve"> </w:t>
      </w:r>
      <w:r>
        <w:rPr>
          <w:rFonts w:ascii="Nirmala UI" w:hAnsi="Nirmala UI" w:eastAsia="Nirmala UI" w:cs="Nirmala UI"/>
        </w:rPr>
        <w:t>एक</w:t>
      </w:r>
      <w:r>
        <w:rPr>
          <w:rFonts w:ascii="Times New Roman" w:hAnsi="Times New Roman" w:eastAsia="Times New Roman" w:cs="Times New Roman"/>
        </w:rPr>
        <w:t xml:space="preserve"> </w:t>
      </w:r>
      <w:r>
        <w:rPr>
          <w:rFonts w:ascii="Nirmala UI" w:hAnsi="Nirmala UI" w:eastAsia="Nirmala UI" w:cs="Nirmala UI"/>
        </w:rPr>
        <w:t>लाख</w:t>
      </w:r>
      <w:r>
        <w:rPr>
          <w:rFonts w:ascii="Times New Roman" w:hAnsi="Times New Roman" w:eastAsia="Times New Roman" w:cs="Times New Roman"/>
        </w:rPr>
        <w:t xml:space="preserve"> </w:t>
      </w:r>
      <w:r>
        <w:rPr>
          <w:rFonts w:ascii="Nirmala UI" w:hAnsi="Nirmala UI" w:eastAsia="Nirmala UI" w:cs="Nirmala UI"/>
        </w:rPr>
        <w:t>चवालीस</w:t>
      </w:r>
      <w:r>
        <w:rPr>
          <w:rFonts w:ascii="Times New Roman" w:hAnsi="Times New Roman" w:eastAsia="Times New Roman" w:cs="Times New Roman"/>
        </w:rPr>
        <w:t xml:space="preserve"> </w:t>
      </w:r>
      <w:r>
        <w:rPr>
          <w:rFonts w:ascii="Nirmala UI" w:hAnsi="Nirmala UI" w:eastAsia="Nirmala UI" w:cs="Nirmala UI"/>
        </w:rPr>
        <w:t>हजारों</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आंदोलन</w:t>
      </w:r>
      <w:r>
        <w:rPr>
          <w:rFonts w:ascii="Times New Roman" w:hAnsi="Times New Roman" w:eastAsia="Times New Roman" w:cs="Times New Roman"/>
        </w:rPr>
        <w:t xml:space="preserve">, </w:t>
      </w:r>
      <w:r>
        <w:rPr>
          <w:rFonts w:ascii="Nirmala UI" w:hAnsi="Nirmala UI" w:eastAsia="Nirmala UI" w:cs="Nirmala UI"/>
        </w:rPr>
        <w:t>जिसका</w:t>
      </w:r>
      <w:r>
        <w:rPr>
          <w:rFonts w:ascii="Times New Roman" w:hAnsi="Times New Roman" w:eastAsia="Times New Roman" w:cs="Times New Roman"/>
        </w:rPr>
        <w:t xml:space="preserve"> </w:t>
      </w:r>
      <w:r>
        <w:rPr>
          <w:rFonts w:ascii="Nirmala UI" w:hAnsi="Nirmala UI" w:eastAsia="Nirmala UI" w:cs="Nirmala UI"/>
        </w:rPr>
        <w:t>प्रतिनिधित्व</w:t>
      </w:r>
      <w:r>
        <w:rPr>
          <w:rFonts w:ascii="Times New Roman" w:hAnsi="Times New Roman" w:eastAsia="Times New Roman" w:cs="Times New Roman"/>
        </w:rPr>
        <w:t xml:space="preserve"> </w:t>
      </w:r>
      <w:r>
        <w:rPr>
          <w:rFonts w:ascii="Nirmala UI" w:hAnsi="Nirmala UI" w:eastAsia="Nirmala UI" w:cs="Nirmala UI"/>
        </w:rPr>
        <w:t>यूसुफ</w:t>
      </w:r>
      <w:r>
        <w:rPr>
          <w:rFonts w:ascii="Times New Roman" w:hAnsi="Times New Roman" w:eastAsia="Times New Roman" w:cs="Times New Roman"/>
        </w:rPr>
        <w:t xml:space="preserve">, </w:t>
      </w:r>
      <w:r>
        <w:rPr>
          <w:rFonts w:ascii="Nirmala UI" w:hAnsi="Nirmala UI" w:eastAsia="Nirmala UI" w:cs="Nirmala UI"/>
        </w:rPr>
        <w:t>माᱨी</w:t>
      </w:r>
      <w:r>
        <w:rPr>
          <w:rFonts w:ascii="Times New Roman" w:hAnsi="Times New Roman" w:eastAsia="Times New Roman" w:cs="Times New Roman"/>
        </w:rPr>
        <w:t xml:space="preserve"> </w:t>
      </w:r>
      <w:r>
        <w:rPr>
          <w:rFonts w:ascii="Nirmala UI" w:hAnsi="Nirmala UI" w:eastAsia="Nirmala UI" w:cs="Nirmala UI"/>
        </w:rPr>
        <w:t>और</w:t>
      </w:r>
      <w:r>
        <w:rPr>
          <w:rFonts w:ascii="Times New Roman" w:hAnsi="Times New Roman" w:eastAsia="Times New Roman" w:cs="Times New Roman"/>
        </w:rPr>
        <w:t xml:space="preserve"> </w:t>
      </w:r>
      <w:r>
        <w:rPr>
          <w:rFonts w:ascii="Nirmala UI" w:hAnsi="Nirmala UI" w:eastAsia="Nirmala UI" w:cs="Nirmala UI"/>
        </w:rPr>
        <w:t>मसीह</w:t>
      </w:r>
      <w:r>
        <w:rPr>
          <w:rFonts w:ascii="Times New Roman" w:hAnsi="Times New Roman" w:eastAsia="Times New Roman" w:cs="Times New Roman"/>
        </w:rPr>
        <w:t xml:space="preserve"> </w:t>
      </w:r>
      <w:r>
        <w:rPr>
          <w:rFonts w:ascii="Nirmala UI" w:hAnsi="Nirmala UI" w:eastAsia="Nirmala UI" w:cs="Nirmala UI"/>
        </w:rPr>
        <w:t>करते</w:t>
      </w:r>
      <w:r>
        <w:rPr>
          <w:rFonts w:ascii="Times New Roman" w:hAnsi="Times New Roman" w:eastAsia="Times New Roman" w:cs="Times New Roman"/>
        </w:rPr>
        <w:t xml:space="preserve"> </w:t>
      </w:r>
      <w:r>
        <w:rPr>
          <w:rFonts w:ascii="Nirmala UI" w:hAnsi="Nirmala UI" w:eastAsia="Nirmala UI" w:cs="Nirmala UI"/>
        </w:rPr>
        <w:t>हैं</w:t>
      </w:r>
      <w:r>
        <w:rPr>
          <w:rFonts w:ascii="Times New Roman" w:hAnsi="Times New Roman" w:eastAsia="Times New Roman" w:cs="Times New Roman"/>
        </w:rPr>
        <w:t xml:space="preserve">, </w:t>
      </w:r>
      <w:r>
        <w:rPr>
          <w:rFonts w:ascii="Nirmala UI" w:hAnsi="Nirmala UI" w:eastAsia="Nirmala UI" w:cs="Nirmala UI"/>
        </w:rPr>
        <w:t>जकर्याह</w:t>
      </w:r>
      <w:r>
        <w:rPr>
          <w:rFonts w:ascii="Times New Roman" w:hAnsi="Times New Roman" w:eastAsia="Times New Roman" w:cs="Times New Roman"/>
        </w:rPr>
        <w:t xml:space="preserve">, </w:t>
      </w:r>
      <w:r>
        <w:rPr>
          <w:rFonts w:ascii="Nirmala UI" w:hAnsi="Nirmala UI" w:eastAsia="Nirmala UI" w:cs="Nirmala UI"/>
        </w:rPr>
        <w:t>एलीशिबा</w:t>
      </w:r>
      <w:r>
        <w:rPr>
          <w:rFonts w:ascii="Times New Roman" w:hAnsi="Times New Roman" w:eastAsia="Times New Roman" w:cs="Times New Roman"/>
        </w:rPr>
        <w:t xml:space="preserve"> </w:t>
      </w:r>
      <w:r>
        <w:rPr>
          <w:rFonts w:ascii="Nirmala UI" w:hAnsi="Nirmala UI" w:eastAsia="Nirmala UI" w:cs="Nirmala UI"/>
        </w:rPr>
        <w:t>और</w:t>
      </w:r>
      <w:r>
        <w:rPr>
          <w:rFonts w:ascii="Times New Roman" w:hAnsi="Times New Roman" w:eastAsia="Times New Roman" w:cs="Times New Roman"/>
        </w:rPr>
        <w:t xml:space="preserve"> </w:t>
      </w:r>
      <w:r>
        <w:rPr>
          <w:rFonts w:ascii="Nirmala UI" w:hAnsi="Nirmala UI" w:eastAsia="Nirmala UI" w:cs="Nirmala UI"/>
        </w:rPr>
        <w:t>यूहन्ना</w:t>
      </w:r>
      <w:r>
        <w:rPr>
          <w:rFonts w:ascii="Times New Roman" w:hAnsi="Times New Roman" w:eastAsia="Times New Roman" w:cs="Times New Roman"/>
        </w:rPr>
        <w:t xml:space="preserve"> </w:t>
      </w:r>
      <w:r>
        <w:rPr>
          <w:rFonts w:ascii="Nirmala UI" w:hAnsi="Nirmala UI" w:eastAsia="Nirmala UI" w:cs="Nirmala UI"/>
        </w:rPr>
        <w:t>द्वारा</w:t>
      </w:r>
      <w:r>
        <w:rPr>
          <w:rFonts w:ascii="Times New Roman" w:hAnsi="Times New Roman" w:eastAsia="Times New Roman" w:cs="Times New Roman"/>
        </w:rPr>
        <w:t xml:space="preserve"> </w:t>
      </w:r>
      <w:r>
        <w:rPr>
          <w:rFonts w:ascii="Nirmala UI" w:hAnsi="Nirmala UI" w:eastAsia="Nirmala UI" w:cs="Nirmala UI"/>
        </w:rPr>
        <w:t>प्रतिरूपित</w:t>
      </w:r>
      <w:r>
        <w:rPr>
          <w:rFonts w:ascii="Times New Roman" w:hAnsi="Times New Roman" w:eastAsia="Times New Roman" w:cs="Times New Roman"/>
        </w:rPr>
        <w:t xml:space="preserve"> </w:t>
      </w:r>
      <w:r>
        <w:rPr>
          <w:rFonts w:ascii="Nirmala UI" w:hAnsi="Nirmala UI" w:eastAsia="Nirmala UI" w:cs="Nirmala UI"/>
        </w:rPr>
        <w:t>मिलराइट</w:t>
      </w:r>
      <w:r>
        <w:rPr>
          <w:rFonts w:ascii="Times New Roman" w:hAnsi="Times New Roman" w:eastAsia="Times New Roman" w:cs="Times New Roman"/>
        </w:rPr>
        <w:t xml:space="preserve"> </w:t>
      </w:r>
      <w:r>
        <w:rPr>
          <w:rFonts w:ascii="Nirmala UI" w:hAnsi="Nirmala UI" w:eastAsia="Nirmala UI" w:cs="Nirmala UI"/>
        </w:rPr>
        <w:t>आंदोलन</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सीधे</w:t>
      </w:r>
      <w:r>
        <w:rPr>
          <w:rFonts w:ascii="Times New Roman" w:hAnsi="Times New Roman" w:eastAsia="Times New Roman" w:cs="Times New Roman"/>
        </w:rPr>
        <w:t xml:space="preserve"> </w:t>
      </w:r>
      <w:r>
        <w:rPr>
          <w:rFonts w:ascii="Nirmala UI" w:hAnsi="Nirmala UI" w:eastAsia="Nirmala UI" w:cs="Nirmala UI"/>
        </w:rPr>
        <w:t>संबंधी</w:t>
      </w:r>
      <w:r>
        <w:rPr>
          <w:rFonts w:ascii="Times New Roman" w:hAnsi="Times New Roman" w:eastAsia="Times New Roman" w:cs="Times New Roman"/>
        </w:rPr>
        <w:t xml:space="preserve"> </w:t>
      </w:r>
      <w:r>
        <w:rPr>
          <w:rFonts w:ascii="Nirmala UI" w:hAnsi="Nirmala UI" w:eastAsia="Nirmala UI" w:cs="Nirmala UI"/>
        </w:rPr>
        <w:t>हैं</w:t>
      </w:r>
      <w:r>
        <w:rPr>
          <w:rFonts w:ascii="Times New Roman" w:hAnsi="Times New Roman" w:eastAsia="Times New Roman" w:cs="Times New Roman"/>
        </w:rPr>
        <w:t xml:space="preserve">, </w:t>
      </w:r>
      <w:r>
        <w:rPr>
          <w:rFonts w:ascii="Nirmala UI" w:hAnsi="Nirmala UI" w:eastAsia="Nirmala UI" w:cs="Nirmala UI"/>
        </w:rPr>
        <w:t>और</w:t>
      </w:r>
      <w:r>
        <w:rPr>
          <w:rFonts w:ascii="Times New Roman" w:hAnsi="Times New Roman" w:eastAsia="Times New Roman" w:cs="Times New Roman"/>
        </w:rPr>
        <w:t xml:space="preserve"> 1863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अविश्वास</w:t>
      </w:r>
      <w:r>
        <w:rPr>
          <w:rFonts w:ascii="Times New Roman" w:hAnsi="Times New Roman" w:eastAsia="Times New Roman" w:cs="Times New Roman"/>
        </w:rPr>
        <w:t xml:space="preserve"> </w:t>
      </w:r>
      <w:r>
        <w:rPr>
          <w:rFonts w:ascii="Nirmala UI" w:hAnsi="Nirmala UI" w:eastAsia="Nirmala UI" w:cs="Nirmala UI"/>
        </w:rPr>
        <w:t>जकर्याह</w:t>
      </w:r>
      <w:r>
        <w:rPr>
          <w:rFonts w:ascii="Times New Roman" w:hAnsi="Times New Roman" w:eastAsia="Times New Roman" w:cs="Times New Roman"/>
        </w:rPr>
        <w:t xml:space="preserve"> </w:t>
      </w:r>
      <w:r>
        <w:rPr>
          <w:rFonts w:ascii="Nirmala UI" w:hAnsi="Nirmala UI" w:eastAsia="Nirmala UI" w:cs="Nirmala UI"/>
        </w:rPr>
        <w:t>द्वारा</w:t>
      </w:r>
      <w:r>
        <w:rPr>
          <w:rFonts w:ascii="Times New Roman" w:hAnsi="Times New Roman" w:eastAsia="Times New Roman" w:cs="Times New Roman"/>
        </w:rPr>
        <w:t xml:space="preserve"> </w:t>
      </w:r>
      <w:r>
        <w:rPr>
          <w:rFonts w:ascii="Nirmala UI" w:hAnsi="Nirmala UI" w:eastAsia="Nirmala UI" w:cs="Nirmala UI"/>
        </w:rPr>
        <w:t>प्रतिरूपित</w:t>
      </w:r>
      <w:r>
        <w:rPr>
          <w:rFonts w:ascii="Times New Roman" w:hAnsi="Times New Roman" w:eastAsia="Times New Roman" w:cs="Times New Roman"/>
        </w:rPr>
        <w:t xml:space="preserve"> </w:t>
      </w:r>
      <w:r>
        <w:rPr>
          <w:rFonts w:ascii="Nirmala UI" w:hAnsi="Nirmala UI" w:eastAsia="Nirmala UI" w:cs="Nirmala UI"/>
        </w:rPr>
        <w:t>है।</w:t>
      </w:r>
      <w:r>
        <w:rPr>
          <w:rFonts w:ascii="Times New Roman" w:hAnsi="Times New Roman" w:eastAsia="Times New Roman" w:cs="Times New Roman"/>
        </w:rPr>
        <w:t xml:space="preserve"> 1863 </w:t>
      </w:r>
      <w:r>
        <w:rPr>
          <w:rFonts w:ascii="Nirmala UI" w:hAnsi="Nirmala UI" w:eastAsia="Nirmala UI" w:cs="Nirmala UI"/>
        </w:rPr>
        <w:t>प्रथम</w:t>
      </w:r>
      <w:r>
        <w:rPr>
          <w:rFonts w:ascii="Times New Roman" w:hAnsi="Times New Roman" w:eastAsia="Times New Roman" w:cs="Times New Roman"/>
        </w:rPr>
        <w:t xml:space="preserve"> </w:t>
      </w:r>
      <w:r>
        <w:rPr>
          <w:rFonts w:ascii="Nirmala UI" w:hAnsi="Nirmala UI" w:eastAsia="Nirmala UI" w:cs="Nirmala UI"/>
        </w:rPr>
        <w:t>और</w:t>
      </w:r>
      <w:r>
        <w:rPr>
          <w:rFonts w:ascii="Times New Roman" w:hAnsi="Times New Roman" w:eastAsia="Times New Roman" w:cs="Times New Roman"/>
        </w:rPr>
        <w:t xml:space="preserve"> </w:t>
      </w:r>
      <w:r>
        <w:rPr>
          <w:rFonts w:ascii="Nirmala UI" w:hAnsi="Nirmala UI" w:eastAsia="Nirmala UI" w:cs="Nirmala UI"/>
        </w:rPr>
        <w:t>द्वितीय</w:t>
      </w:r>
      <w:r>
        <w:rPr>
          <w:rFonts w:ascii="Times New Roman" w:hAnsi="Times New Roman" w:eastAsia="Times New Roman" w:cs="Times New Roman"/>
        </w:rPr>
        <w:t xml:space="preserve"> </w:t>
      </w:r>
      <w:r>
        <w:rPr>
          <w:rFonts w:ascii="Nirmala UI" w:hAnsi="Nirmala UI" w:eastAsia="Nirmala UI" w:cs="Nirmala UI"/>
        </w:rPr>
        <w:t>स्वर्गदूतों</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संदेशों</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प्रति</w:t>
      </w:r>
      <w:r>
        <w:rPr>
          <w:rFonts w:ascii="Times New Roman" w:hAnsi="Times New Roman" w:eastAsia="Times New Roman" w:cs="Times New Roman"/>
        </w:rPr>
        <w:t xml:space="preserve"> </w:t>
      </w:r>
      <w:r>
        <w:rPr>
          <w:rFonts w:ascii="Nirmala UI" w:hAnsi="Nirmala UI" w:eastAsia="Nirmala UI" w:cs="Nirmala UI"/>
        </w:rPr>
        <w:t>अविश्वास</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प्रतिनिधित्व</w:t>
      </w:r>
      <w:r>
        <w:rPr>
          <w:rFonts w:ascii="Times New Roman" w:hAnsi="Times New Roman" w:eastAsia="Times New Roman" w:cs="Times New Roman"/>
        </w:rPr>
        <w:t xml:space="preserve"> </w:t>
      </w:r>
      <w:r>
        <w:rPr>
          <w:rFonts w:ascii="Nirmala UI" w:hAnsi="Nirmala UI" w:eastAsia="Nirmala UI" w:cs="Nirmala UI"/>
        </w:rPr>
        <w:t>करता</w:t>
      </w:r>
      <w:r>
        <w:rPr>
          <w:rFonts w:ascii="Times New Roman" w:hAnsi="Times New Roman" w:eastAsia="Times New Roman" w:cs="Times New Roman"/>
        </w:rPr>
        <w:t xml:space="preserve"> </w:t>
      </w:r>
      <w:r>
        <w:rPr>
          <w:rFonts w:ascii="Nirmala UI" w:hAnsi="Nirmala UI" w:eastAsia="Nirmala UI" w:cs="Nirmala UI"/>
        </w:rPr>
        <w:t>है</w:t>
      </w:r>
      <w:r>
        <w:rPr>
          <w:rFonts w:ascii="Times New Roman" w:hAnsi="Times New Roman" w:eastAsia="Times New Roman" w:cs="Times New Roman"/>
        </w:rPr>
        <w:t xml:space="preserve">, </w:t>
      </w:r>
      <w:r>
        <w:rPr>
          <w:rFonts w:ascii="Nirmala UI" w:hAnsi="Nirmala UI" w:eastAsia="Nirmala UI" w:cs="Nirmala UI"/>
        </w:rPr>
        <w:t>और</w:t>
      </w:r>
      <w:r>
        <w:rPr>
          <w:rFonts w:ascii="Times New Roman" w:hAnsi="Times New Roman" w:eastAsia="Times New Roman" w:cs="Times New Roman"/>
        </w:rPr>
        <w:t xml:space="preserve"> </w:t>
      </w:r>
      <w:r>
        <w:rPr>
          <w:rFonts w:ascii="Nirmala UI" w:hAnsi="Nirmala UI" w:eastAsia="Nirmala UI" w:cs="Nirmala UI"/>
        </w:rPr>
        <w:t>तृतीय</w:t>
      </w:r>
      <w:r>
        <w:rPr>
          <w:rFonts w:ascii="Times New Roman" w:hAnsi="Times New Roman" w:eastAsia="Times New Roman" w:cs="Times New Roman"/>
        </w:rPr>
        <w:t xml:space="preserve"> </w:t>
      </w:r>
      <w:r>
        <w:rPr>
          <w:rFonts w:ascii="Nirmala UI" w:hAnsi="Nirmala UI" w:eastAsia="Nirmala UI" w:cs="Nirmala UI"/>
        </w:rPr>
        <w:t>स्वर्गदूत</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आंदोलन</w:t>
      </w:r>
      <w:r>
        <w:rPr>
          <w:rFonts w:ascii="Times New Roman" w:hAnsi="Times New Roman" w:eastAsia="Times New Roman" w:cs="Times New Roman"/>
        </w:rPr>
        <w:t xml:space="preserve"> </w:t>
      </w:r>
      <w:r>
        <w:rPr>
          <w:rFonts w:ascii="Nirmala UI" w:hAnsi="Nirmala UI" w:eastAsia="Nirmala UI" w:cs="Nirmala UI"/>
        </w:rPr>
        <w:t>माᱨी</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विश्वास</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प्रतिनिधित्व</w:t>
      </w:r>
      <w:r>
        <w:rPr>
          <w:rFonts w:ascii="Times New Roman" w:hAnsi="Times New Roman" w:eastAsia="Times New Roman" w:cs="Times New Roman"/>
        </w:rPr>
        <w:t xml:space="preserve"> </w:t>
      </w:r>
      <w:r>
        <w:rPr>
          <w:rFonts w:ascii="Nirmala UI" w:hAnsi="Nirmala UI" w:eastAsia="Nirmala UI" w:cs="Nirmala UI"/>
        </w:rPr>
        <w:t>करता</w:t>
      </w:r>
      <w:r>
        <w:rPr>
          <w:rFonts w:ascii="Times New Roman" w:hAnsi="Times New Roman" w:eastAsia="Times New Roman" w:cs="Times New Roman"/>
        </w:rPr>
        <w:t xml:space="preserve"> </w:t>
      </w:r>
      <w:r>
        <w:rPr>
          <w:rFonts w:ascii="Nirmala UI" w:hAnsi="Nirmala UI" w:eastAsia="Nirmala UI" w:cs="Nirmala UI"/>
        </w:rPr>
        <w:t>है।</w:t>
      </w:r>
    </w:p>
    <w:p>
      <w:pPr>
        <w:pStyle w:val="ArticleScripture"/>
        <w:jc w:val="left"/>
      </w:pPr>
      <w:r>
        <w:rPr>
          <w:rFonts w:ascii="Times New Roman" w:hAnsi="Times New Roman" w:eastAsia="Times New Roman" w:cs="Times New Roman"/>
        </w:rPr>
        <w:t>“Malaika walitumwa kumsaidia yule malaika mwenye nguvu kutoka mbinguni, nami nikasikia sauti ambazo zilionekana kusikika kila mahali, ‘Tokeni kwake, enyi watu wangu, msije mkashiriki dhambi zake, wala msipokee mapigo yake. Kwa maana dhambi zake zimefika hata mbinguni, naye Mungu amekumbuka maovu yake.’ Ujumbe huu ulionekana kuwa ni nyongeza kwa ujumbe wa tatu, ukiungana nao kama vile kilio cha usiku wa manane kilivyoungana na ujumbe wa malaika wa pili mwaka 1844. Utukufu wa Mungu ulikuwa juu ya watakatifu wenye saburi, wanaongoja, nao kwa ujasiri usio na hofu wakatoa onyo la mwisho lenye uzito mkuu, wakitangaza kuanguka kwa Babeli na kuwaita watu wa Mungu watoke kwake ili wapate kuiepuka hukumu yake ya kutisha.” Early Writings, 277.</w:t>
      </w:r>
    </w:p>
    <w:p>
      <w:pPr>
        <w:pStyle w:val="ArticleBody"/>
        <w:jc w:val="left"/>
      </w:pPr>
      <w:r>
        <w:rPr>
          <w:rFonts w:ascii="Leelawadee UI" w:hAnsi="Leelawadee UI" w:eastAsia="Leelawadee UI" w:cs="Leelawadee UI"/>
        </w:rPr>
        <w:t>ការភ្ជាប់រួមគ្នានៃសារពីរត្រូវបានតំណាងដោយម៉ារីទៅសួរសុខទុក្ខអេលីសាបេត</w:t>
      </w:r>
      <w:r>
        <w:rPr>
          <w:rFonts w:ascii="Times New Roman" w:hAnsi="Times New Roman" w:eastAsia="Times New Roman" w:cs="Times New Roman"/>
        </w:rPr>
        <w:t xml:space="preserve"> </w:t>
      </w:r>
      <w:r>
        <w:rPr>
          <w:rFonts w:ascii="Leelawadee UI" w:hAnsi="Leelawadee UI" w:eastAsia="Leelawadee UI" w:cs="Leelawadee UI"/>
        </w:rPr>
        <w:t>ហើយចំណុចនោះបានមកដល់នៅពេលដែលប្រាំខែដែលលាក់កំបាំងត្រូវបានបើកសម្ដែង។</w:t>
      </w:r>
      <w:r>
        <w:rPr>
          <w:rFonts w:ascii="Times New Roman" w:hAnsi="Times New Roman" w:eastAsia="Times New Roman" w:cs="Times New Roman"/>
        </w:rPr>
        <w:t xml:space="preserve"> </w:t>
      </w:r>
      <w:r>
        <w:rPr>
          <w:rFonts w:ascii="Leelawadee UI" w:hAnsi="Leelawadee UI" w:eastAsia="Leelawadee UI" w:cs="Leelawadee UI"/>
        </w:rPr>
        <w:t>ចំណុចនោះគឺជាកន្លែងដែលទំនាយពីរភ្ជាប់គ្នា</w:t>
      </w:r>
      <w:r>
        <w:rPr>
          <w:rFonts w:ascii="Times New Roman" w:hAnsi="Times New Roman" w:eastAsia="Times New Roman" w:cs="Times New Roman"/>
        </w:rPr>
        <w:t xml:space="preserve"> </w:t>
      </w:r>
      <w:r>
        <w:rPr>
          <w:rFonts w:ascii="Leelawadee UI" w:hAnsi="Leelawadee UI" w:eastAsia="Leelawadee UI" w:cs="Leelawadee UI"/>
        </w:rPr>
        <w:t>ហើយត្រូវបានប្រកាសរួមគ្នា។</w:t>
      </w:r>
      <w:r>
        <w:rPr>
          <w:rFonts w:ascii="Times New Roman" w:hAnsi="Times New Roman" w:eastAsia="Times New Roman" w:cs="Times New Roman"/>
        </w:rPr>
        <w:t xml:space="preserve"> </w:t>
      </w:r>
      <w:r>
        <w:rPr>
          <w:rFonts w:ascii="Leelawadee UI" w:hAnsi="Leelawadee UI" w:eastAsia="Leelawadee UI" w:cs="Leelawadee UI"/>
        </w:rPr>
        <w:t>មួយត្រូវបានប្រកាសដោយអេលីសាបេត</w:t>
      </w:r>
      <w:r>
        <w:rPr>
          <w:rFonts w:ascii="Times New Roman" w:hAnsi="Times New Roman" w:eastAsia="Times New Roman" w:cs="Times New Roman"/>
        </w:rPr>
        <w:t xml:space="preserve"> </w:t>
      </w:r>
      <w:r>
        <w:rPr>
          <w:rFonts w:ascii="Leelawadee UI" w:hAnsi="Leelawadee UI" w:eastAsia="Leelawadee UI" w:cs="Leelawadee UI"/>
        </w:rPr>
        <w:t>ហើយមួយទៀតដោយម៉ារី។</w:t>
      </w:r>
      <w:r>
        <w:rPr>
          <w:rFonts w:ascii="Times New Roman" w:hAnsi="Times New Roman" w:eastAsia="Times New Roman" w:cs="Times New Roman"/>
        </w:rPr>
        <w:t xml:space="preserve"> </w:t>
      </w:r>
      <w:r>
        <w:rPr>
          <w:rFonts w:ascii="Leelawadee UI" w:hAnsi="Leelawadee UI" w:eastAsia="Leelawadee UI" w:cs="Leelawadee UI"/>
        </w:rPr>
        <w:t>ការភ្ជាប់នៃសារពីរបញ្ជាក់អំពីពេលដែលសម្រែកពាក់កណ្ដាលអធ្រាត្រភ្ជាប់ជាមួយសាររបស់ទេវតាទីពីរ</w:t>
      </w:r>
      <w:r>
        <w:rPr>
          <w:rFonts w:ascii="Times New Roman" w:hAnsi="Times New Roman" w:eastAsia="Times New Roman" w:cs="Times New Roman"/>
        </w:rPr>
        <w:t xml:space="preserve"> </w:t>
      </w:r>
      <w:r>
        <w:rPr>
          <w:rFonts w:ascii="Leelawadee UI" w:hAnsi="Leelawadee UI" w:eastAsia="Leelawadee UI" w:cs="Leelawadee UI"/>
        </w:rPr>
        <w:t>ហើយការនោះបានកើតឡើងក្នុងប្រវត្តិសាស្ត្រមីល្លឺរ៉ាយត៍</w:t>
      </w:r>
      <w:r>
        <w:rPr>
          <w:rFonts w:ascii="Times New Roman" w:hAnsi="Times New Roman" w:eastAsia="Times New Roman" w:cs="Times New Roman"/>
        </w:rPr>
        <w:t xml:space="preserve"> </w:t>
      </w:r>
      <w:r>
        <w:rPr>
          <w:rFonts w:ascii="Leelawadee UI" w:hAnsi="Leelawadee UI" w:eastAsia="Leelawadee UI" w:cs="Leelawadee UI"/>
        </w:rPr>
        <w:t>នៅឯកិច្ចប្រជុំជំរំ</w:t>
      </w:r>
      <w:r>
        <w:rPr>
          <w:rFonts w:ascii="Times New Roman" w:hAnsi="Times New Roman" w:eastAsia="Times New Roman" w:cs="Times New Roman"/>
        </w:rPr>
        <w:t xml:space="preserve"> Exeter</w:t>
      </w:r>
      <w:r>
        <w:rPr>
          <w:rFonts w:ascii="Leelawadee UI" w:hAnsi="Leelawadee UI" w:eastAsia="Leelawadee UI" w:cs="Leelawadee UI"/>
        </w:rPr>
        <w:t>។</w:t>
      </w:r>
    </w:p>
    <w:p>
      <w:pPr>
        <w:pStyle w:val="ArticleBody"/>
        <w:jc w:val="left"/>
      </w:pPr>
      <w:r>
        <w:rPr>
          <w:rFonts w:ascii="Times New Roman" w:hAnsi="Times New Roman" w:eastAsia="Times New Roman" w:cs="Times New Roman"/>
        </w:rPr>
        <w:t>Nzi Elisabeth, maze Mariya bagiye batanga amatangazo yabo, “Mariya agumana na we nk’amezi nk’atatu, hanyuma asubira iwe.” Luka 1:56. Igihe c’imisi mirongo itandatu n’itandatu cavuye Exeter gushika ku wa 22 Gitugutu 1844 giserukirwa n’ayo mezi ane, yarangiye ku gihe c’itegeko ryo ku wa Mungu ryari rigiye kuza vuba, igihe Zakariya yavuga. Ayo mezi ane aserukira igihe co gutangaza ubutumwa bw’ijwi ryo mu gicugu, bushika inyuma y’ubutumwa bw’amezi atanu anyegejwe.</w:t>
      </w:r>
    </w:p>
    <w:p>
      <w:pPr>
        <w:pStyle w:val="ArticleBody"/>
        <w:jc w:val="left"/>
      </w:pPr>
      <w:r>
        <w:rPr>
          <w:rFonts w:ascii="Times New Roman" w:hAnsi="Times New Roman" w:eastAsia="Times New Roman" w:cs="Times New Roman"/>
        </w:rPr>
        <w:t xml:space="preserve">Millerite </w:t>
      </w:r>
      <w:r>
        <w:rPr>
          <w:rFonts w:ascii="Nirmala UI" w:hAnsi="Nirmala UI" w:eastAsia="Nirmala UI" w:cs="Nirmala UI"/>
        </w:rPr>
        <w:t>इतिहासमा</w:t>
      </w:r>
      <w:r>
        <w:rPr>
          <w:rFonts w:ascii="Times New Roman" w:hAnsi="Times New Roman" w:eastAsia="Times New Roman" w:cs="Times New Roman"/>
        </w:rPr>
        <w:t xml:space="preserve"> </w:t>
      </w:r>
      <w:r>
        <w:rPr>
          <w:rFonts w:ascii="Nirmala UI" w:hAnsi="Nirmala UI" w:eastAsia="Nirmala UI" w:cs="Nirmala UI"/>
        </w:rPr>
        <w:t>रहेका</w:t>
      </w:r>
      <w:r>
        <w:rPr>
          <w:rFonts w:ascii="Times New Roman" w:hAnsi="Times New Roman" w:eastAsia="Times New Roman" w:cs="Times New Roman"/>
        </w:rPr>
        <w:t xml:space="preserve"> </w:t>
      </w:r>
      <w:r>
        <w:rPr>
          <w:rFonts w:ascii="Nirmala UI" w:hAnsi="Nirmala UI" w:eastAsia="Nirmala UI" w:cs="Nirmala UI"/>
        </w:rPr>
        <w:t>दुई</w:t>
      </w:r>
      <w:r>
        <w:rPr>
          <w:rFonts w:ascii="Times New Roman" w:hAnsi="Times New Roman" w:eastAsia="Times New Roman" w:cs="Times New Roman"/>
        </w:rPr>
        <w:t xml:space="preserve"> </w:t>
      </w:r>
      <w:r>
        <w:rPr>
          <w:rFonts w:ascii="Nirmala UI" w:hAnsi="Nirmala UI" w:eastAsia="Nirmala UI" w:cs="Nirmala UI"/>
        </w:rPr>
        <w:t>सन्देशहरू</w:t>
      </w:r>
      <w:r>
        <w:rPr>
          <w:rFonts w:ascii="Times New Roman" w:hAnsi="Times New Roman" w:eastAsia="Times New Roman" w:cs="Times New Roman"/>
        </w:rPr>
        <w:t xml:space="preserve"> </w:t>
      </w:r>
      <w:r>
        <w:rPr>
          <w:rFonts w:ascii="Nirmala UI" w:hAnsi="Nirmala UI" w:eastAsia="Nirmala UI" w:cs="Nirmala UI"/>
        </w:rPr>
        <w:t>पहिलो</w:t>
      </w:r>
      <w:r>
        <w:rPr>
          <w:rFonts w:ascii="Times New Roman" w:hAnsi="Times New Roman" w:eastAsia="Times New Roman" w:cs="Times New Roman"/>
        </w:rPr>
        <w:t xml:space="preserve"> </w:t>
      </w:r>
      <w:r>
        <w:rPr>
          <w:rFonts w:ascii="Nirmala UI" w:hAnsi="Nirmala UI" w:eastAsia="Nirmala UI" w:cs="Nirmala UI"/>
        </w:rPr>
        <w:t>र</w:t>
      </w:r>
      <w:r>
        <w:rPr>
          <w:rFonts w:ascii="Times New Roman" w:hAnsi="Times New Roman" w:eastAsia="Times New Roman" w:cs="Times New Roman"/>
        </w:rPr>
        <w:t xml:space="preserve"> </w:t>
      </w:r>
      <w:r>
        <w:rPr>
          <w:rFonts w:ascii="Nirmala UI" w:hAnsi="Nirmala UI" w:eastAsia="Nirmala UI" w:cs="Nirmala UI"/>
        </w:rPr>
        <w:t>दोस्रो</w:t>
      </w:r>
      <w:r>
        <w:rPr>
          <w:rFonts w:ascii="Times New Roman" w:hAnsi="Times New Roman" w:eastAsia="Times New Roman" w:cs="Times New Roman"/>
        </w:rPr>
        <w:t xml:space="preserve"> </w:t>
      </w:r>
      <w:r>
        <w:rPr>
          <w:rFonts w:ascii="Nirmala UI" w:hAnsi="Nirmala UI" w:eastAsia="Nirmala UI" w:cs="Nirmala UI"/>
        </w:rPr>
        <w:t>स्वर्गदूतका</w:t>
      </w:r>
      <w:r>
        <w:rPr>
          <w:rFonts w:ascii="Times New Roman" w:hAnsi="Times New Roman" w:eastAsia="Times New Roman" w:cs="Times New Roman"/>
        </w:rPr>
        <w:t xml:space="preserve"> </w:t>
      </w:r>
      <w:r>
        <w:rPr>
          <w:rFonts w:ascii="Nirmala UI" w:hAnsi="Nirmala UI" w:eastAsia="Nirmala UI" w:cs="Nirmala UI"/>
        </w:rPr>
        <w:t>सन्देशहरू</w:t>
      </w:r>
      <w:r>
        <w:rPr>
          <w:rFonts w:ascii="Times New Roman" w:hAnsi="Times New Roman" w:eastAsia="Times New Roman" w:cs="Times New Roman"/>
        </w:rPr>
        <w:t xml:space="preserve"> </w:t>
      </w:r>
      <w:r>
        <w:rPr>
          <w:rFonts w:ascii="Nirmala UI" w:hAnsi="Nirmala UI" w:eastAsia="Nirmala UI" w:cs="Nirmala UI"/>
        </w:rPr>
        <w:t>थिए</w:t>
      </w:r>
      <w:r>
        <w:rPr>
          <w:rFonts w:ascii="Times New Roman" w:hAnsi="Times New Roman" w:eastAsia="Times New Roman" w:cs="Times New Roman"/>
        </w:rPr>
        <w:t xml:space="preserve">, </w:t>
      </w:r>
      <w:r>
        <w:rPr>
          <w:rFonts w:ascii="Nirmala UI" w:hAnsi="Nirmala UI" w:eastAsia="Nirmala UI" w:cs="Nirmala UI"/>
        </w:rPr>
        <w:t>र</w:t>
      </w:r>
      <w:r>
        <w:rPr>
          <w:rFonts w:ascii="Times New Roman" w:hAnsi="Times New Roman" w:eastAsia="Times New Roman" w:cs="Times New Roman"/>
        </w:rPr>
        <w:t xml:space="preserve"> </w:t>
      </w:r>
      <w:r>
        <w:rPr>
          <w:rFonts w:ascii="Nirmala UI" w:hAnsi="Nirmala UI" w:eastAsia="Nirmala UI" w:cs="Nirmala UI"/>
        </w:rPr>
        <w:t>पहिलो</w:t>
      </w:r>
      <w:r>
        <w:rPr>
          <w:rFonts w:ascii="Times New Roman" w:hAnsi="Times New Roman" w:eastAsia="Times New Roman" w:cs="Times New Roman"/>
        </w:rPr>
        <w:t xml:space="preserve"> </w:t>
      </w:r>
      <w:r>
        <w:rPr>
          <w:rFonts w:ascii="Nirmala UI" w:hAnsi="Nirmala UI" w:eastAsia="Nirmala UI" w:cs="Nirmala UI"/>
        </w:rPr>
        <w:t>स्वर्गदूतको</w:t>
      </w:r>
      <w:r>
        <w:rPr>
          <w:rFonts w:ascii="Times New Roman" w:hAnsi="Times New Roman" w:eastAsia="Times New Roman" w:cs="Times New Roman"/>
        </w:rPr>
        <w:t xml:space="preserve"> </w:t>
      </w:r>
      <w:r>
        <w:rPr>
          <w:rFonts w:ascii="Nirmala UI" w:hAnsi="Nirmala UI" w:eastAsia="Nirmala UI" w:cs="Nirmala UI"/>
        </w:rPr>
        <w:t>सन्देशलाई</w:t>
      </w:r>
      <w:r>
        <w:rPr>
          <w:rFonts w:ascii="Times New Roman" w:hAnsi="Times New Roman" w:eastAsia="Times New Roman" w:cs="Times New Roman"/>
        </w:rPr>
        <w:t xml:space="preserve"> </w:t>
      </w:r>
      <w:r>
        <w:rPr>
          <w:rFonts w:ascii="Nirmala UI" w:hAnsi="Nirmala UI" w:eastAsia="Nirmala UI" w:cs="Nirmala UI"/>
        </w:rPr>
        <w:t>एउटा</w:t>
      </w:r>
      <w:r>
        <w:rPr>
          <w:rFonts w:ascii="Times New Roman" w:hAnsi="Times New Roman" w:eastAsia="Times New Roman" w:cs="Times New Roman"/>
        </w:rPr>
        <w:t xml:space="preserve"> </w:t>
      </w:r>
      <w:r>
        <w:rPr>
          <w:rFonts w:ascii="Nirmala UI" w:hAnsi="Nirmala UI" w:eastAsia="Nirmala UI" w:cs="Nirmala UI"/>
        </w:rPr>
        <w:t>समय</w:t>
      </w:r>
      <w:r>
        <w:rPr>
          <w:rFonts w:ascii="Times New Roman" w:hAnsi="Times New Roman" w:eastAsia="Times New Roman" w:cs="Times New Roman"/>
        </w:rPr>
        <w:t>-</w:t>
      </w:r>
      <w:r>
        <w:rPr>
          <w:rFonts w:ascii="Nirmala UI" w:hAnsi="Nirmala UI" w:eastAsia="Nirmala UI" w:cs="Nirmala UI"/>
        </w:rPr>
        <w:t>भविष्यवाणीको</w:t>
      </w:r>
      <w:r>
        <w:rPr>
          <w:rFonts w:ascii="Times New Roman" w:hAnsi="Times New Roman" w:eastAsia="Times New Roman" w:cs="Times New Roman"/>
        </w:rPr>
        <w:t xml:space="preserve"> </w:t>
      </w:r>
      <w:r>
        <w:rPr>
          <w:rFonts w:ascii="Nirmala UI" w:hAnsi="Nirmala UI" w:eastAsia="Nirmala UI" w:cs="Nirmala UI"/>
        </w:rPr>
        <w:t>परिपूर्तिद्वारा</w:t>
      </w:r>
      <w:r>
        <w:rPr>
          <w:rFonts w:ascii="Times New Roman" w:hAnsi="Times New Roman" w:eastAsia="Times New Roman" w:cs="Times New Roman"/>
        </w:rPr>
        <w:t xml:space="preserve"> </w:t>
      </w:r>
      <w:r>
        <w:rPr>
          <w:rFonts w:ascii="Nirmala UI" w:hAnsi="Nirmala UI" w:eastAsia="Nirmala UI" w:cs="Nirmala UI"/>
        </w:rPr>
        <w:t>शक्ति</w:t>
      </w:r>
      <w:r>
        <w:rPr>
          <w:rFonts w:ascii="Times New Roman" w:hAnsi="Times New Roman" w:eastAsia="Times New Roman" w:cs="Times New Roman"/>
        </w:rPr>
        <w:t xml:space="preserve"> </w:t>
      </w:r>
      <w:r>
        <w:rPr>
          <w:rFonts w:ascii="Nirmala UI" w:hAnsi="Nirmala UI" w:eastAsia="Nirmala UI" w:cs="Nirmala UI"/>
        </w:rPr>
        <w:t>प्रदान</w:t>
      </w:r>
      <w:r>
        <w:rPr>
          <w:rFonts w:ascii="Times New Roman" w:hAnsi="Times New Roman" w:eastAsia="Times New Roman" w:cs="Times New Roman"/>
        </w:rPr>
        <w:t xml:space="preserve"> </w:t>
      </w:r>
      <w:r>
        <w:rPr>
          <w:rFonts w:ascii="Nirmala UI" w:hAnsi="Nirmala UI" w:eastAsia="Nirmala UI" w:cs="Nirmala UI"/>
        </w:rPr>
        <w:t>गरिएको</w:t>
      </w:r>
      <w:r>
        <w:rPr>
          <w:rFonts w:ascii="Times New Roman" w:hAnsi="Times New Roman" w:eastAsia="Times New Roman" w:cs="Times New Roman"/>
        </w:rPr>
        <w:t xml:space="preserve"> </w:t>
      </w:r>
      <w:r>
        <w:rPr>
          <w:rFonts w:ascii="Nirmala UI" w:hAnsi="Nirmala UI" w:eastAsia="Nirmala UI" w:cs="Nirmala UI"/>
        </w:rPr>
        <w:t>थियो</w:t>
      </w:r>
      <w:r>
        <w:rPr>
          <w:rFonts w:ascii="Times New Roman" w:hAnsi="Times New Roman" w:eastAsia="Times New Roman" w:cs="Times New Roman"/>
        </w:rPr>
        <w:t xml:space="preserve">, </w:t>
      </w:r>
      <w:r>
        <w:rPr>
          <w:rFonts w:ascii="Nirmala UI" w:hAnsi="Nirmala UI" w:eastAsia="Nirmala UI" w:cs="Nirmala UI"/>
        </w:rPr>
        <w:t>जुन</w:t>
      </w:r>
      <w:r>
        <w:rPr>
          <w:rFonts w:ascii="Times New Roman" w:hAnsi="Times New Roman" w:eastAsia="Times New Roman" w:cs="Times New Roman"/>
        </w:rPr>
        <w:t xml:space="preserve"> </w:t>
      </w:r>
      <w:r>
        <w:rPr>
          <w:rFonts w:ascii="Nirmala UI" w:hAnsi="Nirmala UI" w:eastAsia="Nirmala UI" w:cs="Nirmala UI"/>
        </w:rPr>
        <w:t>पाँच</w:t>
      </w:r>
      <w:r>
        <w:rPr>
          <w:rFonts w:ascii="Times New Roman" w:hAnsi="Times New Roman" w:eastAsia="Times New Roman" w:cs="Times New Roman"/>
        </w:rPr>
        <w:t xml:space="preserve"> </w:t>
      </w:r>
      <w:r>
        <w:rPr>
          <w:rFonts w:ascii="Nirmala UI" w:hAnsi="Nirmala UI" w:eastAsia="Nirmala UI" w:cs="Nirmala UI"/>
        </w:rPr>
        <w:t>महिनाको</w:t>
      </w:r>
      <w:r>
        <w:rPr>
          <w:rFonts w:ascii="Times New Roman" w:hAnsi="Times New Roman" w:eastAsia="Times New Roman" w:cs="Times New Roman"/>
        </w:rPr>
        <w:t xml:space="preserve"> </w:t>
      </w:r>
      <w:r>
        <w:rPr>
          <w:rFonts w:ascii="Nirmala UI" w:hAnsi="Nirmala UI" w:eastAsia="Nirmala UI" w:cs="Nirmala UI"/>
        </w:rPr>
        <w:t>अवधिबाट</w:t>
      </w:r>
      <w:r>
        <w:rPr>
          <w:rFonts w:ascii="Times New Roman" w:hAnsi="Times New Roman" w:eastAsia="Times New Roman" w:cs="Times New Roman"/>
        </w:rPr>
        <w:t xml:space="preserve"> </w:t>
      </w:r>
      <w:r>
        <w:rPr>
          <w:rFonts w:ascii="Nirmala UI" w:hAnsi="Nirmala UI" w:eastAsia="Nirmala UI" w:cs="Nirmala UI"/>
        </w:rPr>
        <w:t>आरम्भ</w:t>
      </w:r>
      <w:r>
        <w:rPr>
          <w:rFonts w:ascii="Times New Roman" w:hAnsi="Times New Roman" w:eastAsia="Times New Roman" w:cs="Times New Roman"/>
        </w:rPr>
        <w:t xml:space="preserve"> </w:t>
      </w:r>
      <w:r>
        <w:rPr>
          <w:rFonts w:ascii="Nirmala UI" w:hAnsi="Nirmala UI" w:eastAsia="Nirmala UI" w:cs="Nirmala UI"/>
        </w:rPr>
        <w:t>भएको</w:t>
      </w:r>
      <w:r>
        <w:rPr>
          <w:rFonts w:ascii="Times New Roman" w:hAnsi="Times New Roman" w:eastAsia="Times New Roman" w:cs="Times New Roman"/>
        </w:rPr>
        <w:t xml:space="preserve"> </w:t>
      </w:r>
      <w:r>
        <w:rPr>
          <w:rFonts w:ascii="Nirmala UI" w:hAnsi="Nirmala UI" w:eastAsia="Nirmala UI" w:cs="Nirmala UI"/>
        </w:rPr>
        <w:t>थियो</w:t>
      </w:r>
      <w:r>
        <w:rPr>
          <w:rFonts w:ascii="Times New Roman" w:hAnsi="Times New Roman" w:eastAsia="Times New Roman" w:cs="Times New Roman"/>
        </w:rPr>
        <w:t xml:space="preserve"> </w:t>
      </w:r>
      <w:r>
        <w:rPr>
          <w:rFonts w:ascii="Nirmala UI" w:hAnsi="Nirmala UI" w:eastAsia="Nirmala UI" w:cs="Nirmala UI"/>
        </w:rPr>
        <w:t>र</w:t>
      </w:r>
      <w:r>
        <w:rPr>
          <w:rFonts w:ascii="Times New Roman" w:hAnsi="Times New Roman" w:eastAsia="Times New Roman" w:cs="Times New Roman"/>
        </w:rPr>
        <w:t xml:space="preserve"> </w:t>
      </w:r>
      <w:r>
        <w:rPr>
          <w:rFonts w:ascii="Nirmala UI" w:hAnsi="Nirmala UI" w:eastAsia="Nirmala UI" w:cs="Nirmala UI"/>
        </w:rPr>
        <w:t>जसलाई</w:t>
      </w:r>
      <w:r>
        <w:rPr>
          <w:rFonts w:ascii="Times New Roman" w:hAnsi="Times New Roman" w:eastAsia="Times New Roman" w:cs="Times New Roman"/>
        </w:rPr>
        <w:t xml:space="preserve"> </w:t>
      </w:r>
      <w:r>
        <w:rPr>
          <w:rFonts w:ascii="Nirmala UI" w:hAnsi="Nirmala UI" w:eastAsia="Nirmala UI" w:cs="Nirmala UI"/>
        </w:rPr>
        <w:t>जोसाइया</w:t>
      </w:r>
      <w:r>
        <w:rPr>
          <w:rFonts w:ascii="Times New Roman" w:hAnsi="Times New Roman" w:eastAsia="Times New Roman" w:cs="Times New Roman"/>
        </w:rPr>
        <w:t xml:space="preserve"> </w:t>
      </w:r>
      <w:r>
        <w:rPr>
          <w:rFonts w:ascii="Nirmala UI" w:hAnsi="Nirmala UI" w:eastAsia="Nirmala UI" w:cs="Nirmala UI"/>
        </w:rPr>
        <w:t>लिचले</w:t>
      </w:r>
      <w:r>
        <w:rPr>
          <w:rFonts w:ascii="Times New Roman" w:hAnsi="Times New Roman" w:eastAsia="Times New Roman" w:cs="Times New Roman"/>
        </w:rPr>
        <w:t xml:space="preserve"> </w:t>
      </w:r>
      <w:r>
        <w:rPr>
          <w:rFonts w:ascii="Nirmala UI" w:hAnsi="Nirmala UI" w:eastAsia="Nirmala UI" w:cs="Nirmala UI"/>
        </w:rPr>
        <w:t>प्रस्तुत</w:t>
      </w:r>
      <w:r>
        <w:rPr>
          <w:rFonts w:ascii="Times New Roman" w:hAnsi="Times New Roman" w:eastAsia="Times New Roman" w:cs="Times New Roman"/>
        </w:rPr>
        <w:t xml:space="preserve"> </w:t>
      </w:r>
      <w:r>
        <w:rPr>
          <w:rFonts w:ascii="Nirmala UI" w:hAnsi="Nirmala UI" w:eastAsia="Nirmala UI" w:cs="Nirmala UI"/>
        </w:rPr>
        <w:t>गरेअनुसार</w:t>
      </w:r>
      <w:r>
        <w:rPr>
          <w:rFonts w:ascii="Times New Roman" w:hAnsi="Times New Roman" w:eastAsia="Times New Roman" w:cs="Times New Roman"/>
        </w:rPr>
        <w:t xml:space="preserve"> </w:t>
      </w:r>
      <w:r>
        <w:rPr>
          <w:rFonts w:ascii="Nirmala UI" w:hAnsi="Nirmala UI" w:eastAsia="Nirmala UI" w:cs="Nirmala UI"/>
        </w:rPr>
        <w:t>सन्</w:t>
      </w:r>
      <w:r>
        <w:rPr>
          <w:rFonts w:ascii="Times New Roman" w:hAnsi="Times New Roman" w:eastAsia="Times New Roman" w:cs="Times New Roman"/>
        </w:rPr>
        <w:t xml:space="preserve"> 1840 </w:t>
      </w:r>
      <w:r>
        <w:rPr>
          <w:rFonts w:ascii="Nirmala UI" w:hAnsi="Nirmala UI" w:eastAsia="Nirmala UI" w:cs="Nirmala UI"/>
        </w:rPr>
        <w:t>अगस्त</w:t>
      </w:r>
      <w:r>
        <w:rPr>
          <w:rFonts w:ascii="Times New Roman" w:hAnsi="Times New Roman" w:eastAsia="Times New Roman" w:cs="Times New Roman"/>
        </w:rPr>
        <w:t xml:space="preserve"> 11 </w:t>
      </w:r>
      <w:r>
        <w:rPr>
          <w:rFonts w:ascii="Nirmala UI" w:hAnsi="Nirmala UI" w:eastAsia="Nirmala UI" w:cs="Nirmala UI"/>
        </w:rPr>
        <w:t>मा</w:t>
      </w:r>
      <w:r>
        <w:rPr>
          <w:rFonts w:ascii="Times New Roman" w:hAnsi="Times New Roman" w:eastAsia="Times New Roman" w:cs="Times New Roman"/>
        </w:rPr>
        <w:t xml:space="preserve"> </w:t>
      </w:r>
      <w:r>
        <w:rPr>
          <w:rFonts w:ascii="Nirmala UI" w:hAnsi="Nirmala UI" w:eastAsia="Nirmala UI" w:cs="Nirmala UI"/>
        </w:rPr>
        <w:t>यसको</w:t>
      </w:r>
      <w:r>
        <w:rPr>
          <w:rFonts w:ascii="Times New Roman" w:hAnsi="Times New Roman" w:eastAsia="Times New Roman" w:cs="Times New Roman"/>
        </w:rPr>
        <w:t xml:space="preserve"> </w:t>
      </w:r>
      <w:r>
        <w:rPr>
          <w:rFonts w:ascii="Nirmala UI" w:hAnsi="Nirmala UI" w:eastAsia="Nirmala UI" w:cs="Nirmala UI"/>
        </w:rPr>
        <w:t>परिपूर्ति</w:t>
      </w:r>
      <w:r>
        <w:rPr>
          <w:rFonts w:ascii="Times New Roman" w:hAnsi="Times New Roman" w:eastAsia="Times New Roman" w:cs="Times New Roman"/>
        </w:rPr>
        <w:t xml:space="preserve"> </w:t>
      </w:r>
      <w:r>
        <w:rPr>
          <w:rFonts w:ascii="Nirmala UI" w:hAnsi="Nirmala UI" w:eastAsia="Nirmala UI" w:cs="Nirmala UI"/>
        </w:rPr>
        <w:t>हुनुभन्दा</w:t>
      </w:r>
      <w:r>
        <w:rPr>
          <w:rFonts w:ascii="Times New Roman" w:hAnsi="Times New Roman" w:eastAsia="Times New Roman" w:cs="Times New Roman"/>
        </w:rPr>
        <w:t xml:space="preserve"> </w:t>
      </w:r>
      <w:r>
        <w:rPr>
          <w:rFonts w:ascii="Nirmala UI" w:hAnsi="Nirmala UI" w:eastAsia="Nirmala UI" w:cs="Nirmala UI"/>
        </w:rPr>
        <w:t>दस</w:t>
      </w:r>
      <w:r>
        <w:rPr>
          <w:rFonts w:ascii="Times New Roman" w:hAnsi="Times New Roman" w:eastAsia="Times New Roman" w:cs="Times New Roman"/>
        </w:rPr>
        <w:t xml:space="preserve"> </w:t>
      </w:r>
      <w:r>
        <w:rPr>
          <w:rFonts w:ascii="Nirmala UI" w:hAnsi="Nirmala UI" w:eastAsia="Nirmala UI" w:cs="Nirmala UI"/>
        </w:rPr>
        <w:t>दिनअघिसम्म</w:t>
      </w:r>
      <w:r>
        <w:rPr>
          <w:rFonts w:ascii="Times New Roman" w:hAnsi="Times New Roman" w:eastAsia="Times New Roman" w:cs="Times New Roman"/>
        </w:rPr>
        <w:t xml:space="preserve"> </w:t>
      </w:r>
      <w:r>
        <w:rPr>
          <w:rFonts w:ascii="Nirmala UI" w:hAnsi="Nirmala UI" w:eastAsia="Nirmala UI" w:cs="Nirmala UI"/>
        </w:rPr>
        <w:t>आंशिक</w:t>
      </w:r>
      <w:r>
        <w:rPr>
          <w:rFonts w:ascii="Times New Roman" w:hAnsi="Times New Roman" w:eastAsia="Times New Roman" w:cs="Times New Roman"/>
        </w:rPr>
        <w:t xml:space="preserve"> </w:t>
      </w:r>
      <w:r>
        <w:rPr>
          <w:rFonts w:ascii="Nirmala UI" w:hAnsi="Nirmala UI" w:eastAsia="Nirmala UI" w:cs="Nirmala UI"/>
        </w:rPr>
        <w:t>रूपमा</w:t>
      </w:r>
      <w:r>
        <w:rPr>
          <w:rFonts w:ascii="Times New Roman" w:hAnsi="Times New Roman" w:eastAsia="Times New Roman" w:cs="Times New Roman"/>
        </w:rPr>
        <w:t xml:space="preserve"> </w:t>
      </w:r>
      <w:r>
        <w:rPr>
          <w:rFonts w:ascii="Nirmala UI" w:hAnsi="Nirmala UI" w:eastAsia="Nirmala UI" w:cs="Nirmala UI"/>
        </w:rPr>
        <w:t>लुकाइएको</w:t>
      </w:r>
      <w:r>
        <w:rPr>
          <w:rFonts w:ascii="Times New Roman" w:hAnsi="Times New Roman" w:eastAsia="Times New Roman" w:cs="Times New Roman"/>
        </w:rPr>
        <w:t xml:space="preserve"> </w:t>
      </w:r>
      <w:r>
        <w:rPr>
          <w:rFonts w:ascii="Nirmala UI" w:hAnsi="Nirmala UI" w:eastAsia="Nirmala UI" w:cs="Nirmala UI"/>
        </w:rPr>
        <w:t>थियो।</w:t>
      </w:r>
      <w:r>
        <w:rPr>
          <w:rFonts w:ascii="Times New Roman" w:hAnsi="Times New Roman" w:eastAsia="Times New Roman" w:cs="Times New Roman"/>
        </w:rPr>
        <w:t xml:space="preserve"> </w:t>
      </w:r>
      <w:r>
        <w:rPr>
          <w:rFonts w:ascii="Nirmala UI" w:hAnsi="Nirmala UI" w:eastAsia="Nirmala UI" w:cs="Nirmala UI"/>
        </w:rPr>
        <w:t>दोस्रो</w:t>
      </w:r>
      <w:r>
        <w:rPr>
          <w:rFonts w:ascii="Times New Roman" w:hAnsi="Times New Roman" w:eastAsia="Times New Roman" w:cs="Times New Roman"/>
        </w:rPr>
        <w:t xml:space="preserve"> </w:t>
      </w:r>
      <w:r>
        <w:rPr>
          <w:rFonts w:ascii="Nirmala UI" w:hAnsi="Nirmala UI" w:eastAsia="Nirmala UI" w:cs="Nirmala UI"/>
        </w:rPr>
        <w:t>स्वर्गदूतको</w:t>
      </w:r>
      <w:r>
        <w:rPr>
          <w:rFonts w:ascii="Times New Roman" w:hAnsi="Times New Roman" w:eastAsia="Times New Roman" w:cs="Times New Roman"/>
        </w:rPr>
        <w:t xml:space="preserve"> </w:t>
      </w:r>
      <w:r>
        <w:rPr>
          <w:rFonts w:ascii="Nirmala UI" w:hAnsi="Nirmala UI" w:eastAsia="Nirmala UI" w:cs="Nirmala UI"/>
        </w:rPr>
        <w:t>सन्देशलाई</w:t>
      </w:r>
      <w:r>
        <w:rPr>
          <w:rFonts w:ascii="Times New Roman" w:hAnsi="Times New Roman" w:eastAsia="Times New Roman" w:cs="Times New Roman"/>
        </w:rPr>
        <w:t xml:space="preserve"> </w:t>
      </w:r>
      <w:r>
        <w:rPr>
          <w:rFonts w:ascii="Nirmala UI" w:hAnsi="Nirmala UI" w:eastAsia="Nirmala UI" w:cs="Nirmala UI"/>
        </w:rPr>
        <w:t>शक्ति</w:t>
      </w:r>
      <w:r>
        <w:rPr>
          <w:rFonts w:ascii="Times New Roman" w:hAnsi="Times New Roman" w:eastAsia="Times New Roman" w:cs="Times New Roman"/>
        </w:rPr>
        <w:t xml:space="preserve"> </w:t>
      </w:r>
      <w:r>
        <w:rPr>
          <w:rFonts w:ascii="Nirmala UI" w:hAnsi="Nirmala UI" w:eastAsia="Nirmala UI" w:cs="Nirmala UI"/>
        </w:rPr>
        <w:t>प्रदान</w:t>
      </w:r>
      <w:r>
        <w:rPr>
          <w:rFonts w:ascii="Times New Roman" w:hAnsi="Times New Roman" w:eastAsia="Times New Roman" w:cs="Times New Roman"/>
        </w:rPr>
        <w:t xml:space="preserve"> </w:t>
      </w:r>
      <w:r>
        <w:rPr>
          <w:rFonts w:ascii="Nirmala UI" w:hAnsi="Nirmala UI" w:eastAsia="Nirmala UI" w:cs="Nirmala UI"/>
        </w:rPr>
        <w:t>गरिएको</w:t>
      </w:r>
      <w:r>
        <w:rPr>
          <w:rFonts w:ascii="Times New Roman" w:hAnsi="Times New Roman" w:eastAsia="Times New Roman" w:cs="Times New Roman"/>
        </w:rPr>
        <w:t xml:space="preserve"> </w:t>
      </w:r>
      <w:r>
        <w:rPr>
          <w:rFonts w:ascii="Nirmala UI" w:hAnsi="Nirmala UI" w:eastAsia="Nirmala UI" w:cs="Nirmala UI"/>
        </w:rPr>
        <w:t>कुरा</w:t>
      </w:r>
      <w:r>
        <w:rPr>
          <w:rFonts w:ascii="Times New Roman" w:hAnsi="Times New Roman" w:eastAsia="Times New Roman" w:cs="Times New Roman"/>
        </w:rPr>
        <w:t xml:space="preserve"> </w:t>
      </w:r>
      <w:r>
        <w:rPr>
          <w:rFonts w:ascii="Nirmala UI" w:hAnsi="Nirmala UI" w:eastAsia="Nirmala UI" w:cs="Nirmala UI"/>
        </w:rPr>
        <w:t>सन्</w:t>
      </w:r>
      <w:r>
        <w:rPr>
          <w:rFonts w:ascii="Times New Roman" w:hAnsi="Times New Roman" w:eastAsia="Times New Roman" w:cs="Times New Roman"/>
        </w:rPr>
        <w:t xml:space="preserve"> 1843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त्रुटिपूर्ण</w:t>
      </w:r>
      <w:r>
        <w:rPr>
          <w:rFonts w:ascii="Times New Roman" w:hAnsi="Times New Roman" w:eastAsia="Times New Roman" w:cs="Times New Roman"/>
        </w:rPr>
        <w:t xml:space="preserve"> </w:t>
      </w:r>
      <w:r>
        <w:rPr>
          <w:rFonts w:ascii="Nirmala UI" w:hAnsi="Nirmala UI" w:eastAsia="Nirmala UI" w:cs="Nirmala UI"/>
        </w:rPr>
        <w:t>भविष्यवाणीको</w:t>
      </w:r>
      <w:r>
        <w:rPr>
          <w:rFonts w:ascii="Times New Roman" w:hAnsi="Times New Roman" w:eastAsia="Times New Roman" w:cs="Times New Roman"/>
        </w:rPr>
        <w:t xml:space="preserve"> </w:t>
      </w:r>
      <w:r>
        <w:rPr>
          <w:rFonts w:ascii="Nirmala UI" w:hAnsi="Nirmala UI" w:eastAsia="Nirmala UI" w:cs="Nirmala UI"/>
        </w:rPr>
        <w:t>सच्याइ</w:t>
      </w:r>
      <w:r>
        <w:rPr>
          <w:rFonts w:ascii="Times New Roman" w:hAnsi="Times New Roman" w:eastAsia="Times New Roman" w:cs="Times New Roman"/>
        </w:rPr>
        <w:t xml:space="preserve"> </w:t>
      </w:r>
      <w:r>
        <w:rPr>
          <w:rFonts w:ascii="Nirmala UI" w:hAnsi="Nirmala UI" w:eastAsia="Nirmala UI" w:cs="Nirmala UI"/>
        </w:rPr>
        <w:t>थियो</w:t>
      </w:r>
      <w:r>
        <w:rPr>
          <w:rFonts w:ascii="Times New Roman" w:hAnsi="Times New Roman" w:eastAsia="Times New Roman" w:cs="Times New Roman"/>
        </w:rPr>
        <w:t xml:space="preserve">, </w:t>
      </w:r>
      <w:r>
        <w:rPr>
          <w:rFonts w:ascii="Nirmala UI" w:hAnsi="Nirmala UI" w:eastAsia="Nirmala UI" w:cs="Nirmala UI"/>
        </w:rPr>
        <w:t>जुन</w:t>
      </w:r>
      <w:r>
        <w:rPr>
          <w:rFonts w:ascii="Times New Roman" w:hAnsi="Times New Roman" w:eastAsia="Times New Roman" w:cs="Times New Roman"/>
        </w:rPr>
        <w:t xml:space="preserve"> </w:t>
      </w:r>
      <w:r>
        <w:rPr>
          <w:rFonts w:ascii="Nirmala UI" w:hAnsi="Nirmala UI" w:eastAsia="Nirmala UI" w:cs="Nirmala UI"/>
        </w:rPr>
        <w:t>एक्सेटर</w:t>
      </w:r>
      <w:r>
        <w:rPr>
          <w:rFonts w:ascii="Times New Roman" w:hAnsi="Times New Roman" w:eastAsia="Times New Roman" w:cs="Times New Roman"/>
        </w:rPr>
        <w:t xml:space="preserve"> </w:t>
      </w:r>
      <w:r>
        <w:rPr>
          <w:rFonts w:ascii="Nirmala UI" w:hAnsi="Nirmala UI" w:eastAsia="Nirmala UI" w:cs="Nirmala UI"/>
        </w:rPr>
        <w:t>क्याम्प</w:t>
      </w:r>
      <w:r>
        <w:rPr>
          <w:rFonts w:ascii="Times New Roman" w:hAnsi="Times New Roman" w:eastAsia="Times New Roman" w:cs="Times New Roman"/>
        </w:rPr>
        <w:t>-</w:t>
      </w:r>
      <w:r>
        <w:rPr>
          <w:rFonts w:ascii="Nirmala UI" w:hAnsi="Nirmala UI" w:eastAsia="Nirmala UI" w:cs="Nirmala UI"/>
        </w:rPr>
        <w:t>सभामा</w:t>
      </w:r>
      <w:r>
        <w:rPr>
          <w:rFonts w:ascii="Times New Roman" w:hAnsi="Times New Roman" w:eastAsia="Times New Roman" w:cs="Times New Roman"/>
        </w:rPr>
        <w:t xml:space="preserve"> </w:t>
      </w:r>
      <w:r>
        <w:rPr>
          <w:rFonts w:ascii="Nirmala UI" w:hAnsi="Nirmala UI" w:eastAsia="Nirmala UI" w:cs="Nirmala UI"/>
        </w:rPr>
        <w:t>भएको</w:t>
      </w:r>
      <w:r>
        <w:rPr>
          <w:rFonts w:ascii="Times New Roman" w:hAnsi="Times New Roman" w:eastAsia="Times New Roman" w:cs="Times New Roman"/>
        </w:rPr>
        <w:t xml:space="preserve"> </w:t>
      </w:r>
      <w:r>
        <w:rPr>
          <w:rFonts w:ascii="Nirmala UI" w:hAnsi="Nirmala UI" w:eastAsia="Nirmala UI" w:cs="Nirmala UI"/>
        </w:rPr>
        <w:t>थियो</w:t>
      </w:r>
      <w:r>
        <w:rPr>
          <w:rFonts w:ascii="Times New Roman" w:hAnsi="Times New Roman" w:eastAsia="Times New Roman" w:cs="Times New Roman"/>
        </w:rPr>
        <w:t xml:space="preserve">, </w:t>
      </w:r>
      <w:r>
        <w:rPr>
          <w:rFonts w:ascii="Nirmala UI" w:hAnsi="Nirmala UI" w:eastAsia="Nirmala UI" w:cs="Nirmala UI"/>
        </w:rPr>
        <w:t>जसलाई</w:t>
      </w:r>
      <w:r>
        <w:rPr>
          <w:rFonts w:ascii="Times New Roman" w:hAnsi="Times New Roman" w:eastAsia="Times New Roman" w:cs="Times New Roman"/>
        </w:rPr>
        <w:t xml:space="preserve"> </w:t>
      </w:r>
      <w:r>
        <w:rPr>
          <w:rFonts w:ascii="Nirmala UI" w:hAnsi="Nirmala UI" w:eastAsia="Nirmala UI" w:cs="Nirmala UI"/>
        </w:rPr>
        <w:t>सैमुएल</w:t>
      </w:r>
      <w:r>
        <w:rPr>
          <w:rFonts w:ascii="Times New Roman" w:hAnsi="Times New Roman" w:eastAsia="Times New Roman" w:cs="Times New Roman"/>
        </w:rPr>
        <w:t xml:space="preserve"> </w:t>
      </w:r>
      <w:r>
        <w:rPr>
          <w:rFonts w:ascii="Nirmala UI" w:hAnsi="Nirmala UI" w:eastAsia="Nirmala UI" w:cs="Nirmala UI"/>
        </w:rPr>
        <w:t>स्नोले</w:t>
      </w:r>
      <w:r>
        <w:rPr>
          <w:rFonts w:ascii="Times New Roman" w:hAnsi="Times New Roman" w:eastAsia="Times New Roman" w:cs="Times New Roman"/>
        </w:rPr>
        <w:t xml:space="preserve"> </w:t>
      </w:r>
      <w:r>
        <w:rPr>
          <w:rFonts w:ascii="Nirmala UI" w:hAnsi="Nirmala UI" w:eastAsia="Nirmala UI" w:cs="Nirmala UI"/>
        </w:rPr>
        <w:t>प्रस्तुत</w:t>
      </w:r>
      <w:r>
        <w:rPr>
          <w:rFonts w:ascii="Times New Roman" w:hAnsi="Times New Roman" w:eastAsia="Times New Roman" w:cs="Times New Roman"/>
        </w:rPr>
        <w:t xml:space="preserve"> </w:t>
      </w:r>
      <w:r>
        <w:rPr>
          <w:rFonts w:ascii="Nirmala UI" w:hAnsi="Nirmala UI" w:eastAsia="Nirmala UI" w:cs="Nirmala UI"/>
        </w:rPr>
        <w:t>गरेका</w:t>
      </w:r>
      <w:r>
        <w:rPr>
          <w:rFonts w:ascii="Times New Roman" w:hAnsi="Times New Roman" w:eastAsia="Times New Roman" w:cs="Times New Roman"/>
        </w:rPr>
        <w:t xml:space="preserve"> </w:t>
      </w:r>
      <w:r>
        <w:rPr>
          <w:rFonts w:ascii="Nirmala UI" w:hAnsi="Nirmala UI" w:eastAsia="Nirmala UI" w:cs="Nirmala UI"/>
        </w:rPr>
        <w:t>थिए।</w:t>
      </w:r>
    </w:p>
    <w:p>
      <w:pPr>
        <w:pStyle w:val="ArticleBody"/>
        <w:jc w:val="left"/>
      </w:pPr>
      <w:r>
        <w:rPr>
          <w:rFonts w:ascii="Times New Roman" w:hAnsi="Times New Roman" w:eastAsia="Times New Roman" w:cs="Times New Roman"/>
        </w:rPr>
        <w:t>Kuẽva marandu mokõikõi pyhare mbytegua rehegua ojehechauka peteĩ aravo mbykymi ramo okẽ oñemboty mboyve, ha upéva Noé rembiasakuepe ombyai hag̃ua peteĩ ára peteĩ jasy po javegua, opa hag̃uáicha pe árka opyta hag̃ua Ararat yvyty ári. Pe aravo pyhare mbytegua sapukái ñemoherakuã rehegua oúma pe ñemombe’u kañymbyre jasy po pegua ojeipe’a rire, upéva oúva’ekue pa ára mboyve 11 jasypoapy 1840-gui, ha avei oúva’ekue Ñandejára oipe’a rire Ipo umi ta’ãnga ojaho’iva’ekue ári pe kuatia’atã 1843 pegua. Umi pa ára 1 guive 11 peve jasypoapyme oñembojoja umi sesenta y seis ára Exeter guive 22 jasypa 1844 peve, ha pe mokõikõi testígo ohechauka porã pe ñemboja’o jasy po kañymbyre pegua ojeipe’aha, oñondive pe marandu vai oñemyatyrõ reheve, upéva ojapova’ekue pe peteĩha ñembotavy guasu, ha oiko María ojotopa ha omomaitei jave Elisabet-pe pe sexto jasyme.</w:t>
      </w:r>
    </w:p>
    <w:p>
      <w:pPr>
        <w:pStyle w:val="ArticleBody"/>
        <w:jc w:val="left"/>
      </w:pPr>
      <w:r>
        <w:rPr>
          <w:rFonts w:ascii="Times New Roman" w:hAnsi="Times New Roman" w:eastAsia="Times New Roman" w:cs="Times New Roman"/>
        </w:rPr>
        <w:t>Na zakon o nedjelji, Sjedinjene Američke Države govore kao zmaj, magarac islama govori, i viđenje Habakuka govori kroz usta Jeremije, Zaharije i Ezekiela. Na zakon o nedjelji Ezekiel je znak, te tako predstavlja stijeg koji se podiže na zakon o nedjelji. Dvije od devet referenci na riječ „znak” u Ezekielu poistovjećuju „subote” kao znak posvećenja, predstavljajući sjedinjenje božanstva s čovještvom.</w:t>
      </w:r>
    </w:p>
    <w:p>
      <w:pPr>
        <w:pStyle w:val="ArticleScripture"/>
        <w:jc w:val="left"/>
      </w:pPr>
      <w:r>
        <w:rPr>
          <w:rFonts w:ascii="Times New Roman" w:hAnsi="Times New Roman" w:eastAsia="Times New Roman" w:cs="Times New Roman"/>
        </w:rPr>
        <w:t>Lakini nilitenda kwa ajili ya jina langu mwenyewe, ili lisitiwe unajisi mbele ya mataifa, ambao walikuwa katikati yao, ambao machoni pao nilijijulisha kwao, katika kuwatoa kutoka nchi ya Misri. Kwa hiyo nikawatoa kutoka nchi ya Misri, nikawaleta nyikani. Nami nikawapa amri zangu, nikawaonyesha hukumu zangu, ambazo mtu akizitenda, ataishi kwa hizo.</w:t>
      </w:r>
    </w:p>
    <w:p>
      <w:pPr>
        <w:pStyle w:val="ArticleScripture"/>
        <w:jc w:val="left"/>
      </w:pPr>
      <w:r>
        <w:rPr>
          <w:rFonts w:ascii="Times New Roman" w:hAnsi="Times New Roman" w:eastAsia="Times New Roman" w:cs="Times New Roman"/>
        </w:rPr>
        <w:t>Lakn едар и я тэдэнд Миний амралтын өдрүүдийг өгсөн нь Би болон тэдний хоорондох тэмдэг байхын тулд бөгөөд тэднийг ариусгагч ЭЗЭН нь Би мөн гэдгийг мэдүүлэхийн тулд билээ. Харин Израилийн гэр цөлд Миний эсрэг тэрсэлсэн: тэд Миний тогтоолуудаар яваагүй, Миний шүүлтүүдийг жигшсэн; хүний үйлдвэл тэдгээрийн дотор амьдрах тийм шүүлтүүдийг жигшсэн бөгөөд Миний амралтын өдрүүдийг үлэмжээр бузарласан. Тэгэхэд Би цөлд Өөрийн хилэнг тэдний дээр асган, тэднийг устгана гэж айлдсан. Гэвч Би Өөрийн нэрийн төлөө үйлдсэн, учир нь Миний тэднийг гаргаж ирсэн харь үндэстнүүдийн нүдний өмнө Миний нэр бузарлагдах ёсгүй байв. Түүнчлэн Би цөлд тэдэнд гараа өргөн тангараглаж, сүү ба балаар урсах, бүх газрын сүр жавхлан болсон, Өөрийн тэдэнд өгсөн тэр газарт тэднийг оруулахгүй гэж айлдсан. Учир нь тэд Миний шүүлтүүдийг жигшиж, Миний тогтоолуудаар яваагүй, харин Миний амралтын өдрүүдийг бузарласан; яагаад гэвэл тэдний зүрх сэтгэл шүтээнүүдийнх нь араас явсан. Гэвч Миний мэлмий тэднийг сүйрүүлэхээс өршөөн хэлтрүүлсэн бөгөөд Би цөлд тэднийг бүрмөсөн төгсгөл болгоогүй. Харин Би цөлд тэдний үр хүүхдүүдэд, “Эцгүүдийнхээ тогтоолуудаар бүү яв, тэдний шүүлтүүдийг бүү сахигтун, шүтээнүүдээр нь өөрсдийгөө бүү бузарлагтун. Би бол ЭЗЭН, та нарын Бурхан; Миний тогтоолуудаар явж, Миний шүүлтүүдийг сахин, тэдгээрийг үйлдэгтүн. Миний амралтын өдрүүдийг ариунаар сахигтун; тэгвэл тэдгээр нь Би болон та нарын хоорондох тэмдэг байх болно, ингэснээр та нар ЭЗЭН, та нарын Бурхан нь Би мөн гэдгийг мэдэх болно” гэж айлдсан. Езекиел 20:9–20.</w:t>
      </w:r>
    </w:p>
    <w:p>
      <w:pPr>
        <w:pStyle w:val="ArticleBody"/>
        <w:jc w:val="left"/>
      </w:pPr>
      <w:r>
        <w:rPr>
          <w:rFonts w:ascii="Times New Roman" w:hAnsi="Times New Roman" w:eastAsia="Times New Roman" w:cs="Times New Roman"/>
        </w:rPr>
        <w:t>Ezekiel anɔchichisɛm a ɛda nnipa ɔha aduanan anan ne apem no so, na Onyameyɛ a wɔaka abɔdam ne nipa mu no ho agyirae ne Awurade “homeda ahorow” no. Ezekiel ne agyiraehyɛde no wɔ mpuntuo no mfiase, na ɔno nso ne agyiraehyɛde no wɔ Yerusalem sɛe no mu, bere a wɔma no so sɛ anɔchichisɛm. Mpuntuo no mfiase no, wɔn a wɔpow sɛ wobehu na wɔate, a wɔgu ne “homeda ahorow” no ho fi no, wɔn nso yɛ agyiraehyɛde.</w:t>
      </w:r>
    </w:p>
    <w:p>
      <w:pPr>
        <w:pStyle w:val="ArticleScripture"/>
        <w:jc w:val="left"/>
      </w:pPr>
      <w:r>
        <w:rPr>
          <w:rFonts w:ascii="Times New Roman" w:hAnsi="Times New Roman" w:eastAsia="Times New Roman" w:cs="Times New Roman"/>
        </w:rPr>
        <w:t>Bamwe mu bakuru ba Isirayeli baraza bansanga, bicara imbere yanjye. Nuko ijambo ry’Uwiteka rinzaho, riti: Mwana w’umuntu, aba bagabo bashyize ibigirwamana byabo mu mitima yabo, kandi bashyize igisitaza cy’ibicumuro byabo imbere y’amaso yabo; none se nakwemera rwose ko bambaza? Ni cyo gituma uzababwira uti: Uku ni ko Uwiteka Imana avuga ati: Umuntu wese wo mu nzu ya Isirayeli ushyira ibigirwamana bye mu mutima we, agashyira igisitaza cy’igicumuro cye imbere y’amaso ye, hanyuma akaza ku muhanuzi; jyewe Uwiteka nzamusubiza nk’uko ibyinshi by’ibigirwamana bye bingana; kugira ngo mfate inzu ya Isirayeli mu mitima yabo bwite, kuko bose bantandukanijweho n’ibigirwamana byabo.</w:t>
      </w:r>
    </w:p>
    <w:p>
      <w:pPr>
        <w:pStyle w:val="ArticleScripture"/>
        <w:jc w:val="left"/>
      </w:pPr>
      <w:r>
        <w:rPr>
          <w:rFonts w:ascii="Nirmala UI" w:hAnsi="Nirmala UI" w:eastAsia="Nirmala UI" w:cs="Nirmala UI"/>
        </w:rPr>
        <w:t>म्हणून</w:t>
      </w:r>
      <w:r>
        <w:rPr>
          <w:rFonts w:ascii="Times New Roman" w:hAnsi="Times New Roman" w:eastAsia="Times New Roman" w:cs="Times New Roman"/>
        </w:rPr>
        <w:t xml:space="preserve"> </w:t>
      </w:r>
      <w:r>
        <w:rPr>
          <w:rFonts w:ascii="Nirmala UI" w:hAnsi="Nirmala UI" w:eastAsia="Nirmala UI" w:cs="Nirmala UI"/>
        </w:rPr>
        <w:t>इस्राएलच्या</w:t>
      </w:r>
      <w:r>
        <w:rPr>
          <w:rFonts w:ascii="Times New Roman" w:hAnsi="Times New Roman" w:eastAsia="Times New Roman" w:cs="Times New Roman"/>
        </w:rPr>
        <w:t xml:space="preserve"> </w:t>
      </w:r>
      <w:r>
        <w:rPr>
          <w:rFonts w:ascii="Nirmala UI" w:hAnsi="Nirmala UI" w:eastAsia="Nirmala UI" w:cs="Nirmala UI"/>
        </w:rPr>
        <w:t>घराण्याला</w:t>
      </w:r>
      <w:r>
        <w:rPr>
          <w:rFonts w:ascii="Times New Roman" w:hAnsi="Times New Roman" w:eastAsia="Times New Roman" w:cs="Times New Roman"/>
        </w:rPr>
        <w:t xml:space="preserve"> </w:t>
      </w:r>
      <w:r>
        <w:rPr>
          <w:rFonts w:ascii="Nirmala UI" w:hAnsi="Nirmala UI" w:eastAsia="Nirmala UI" w:cs="Nirmala UI"/>
        </w:rPr>
        <w:t>सांग</w:t>
      </w:r>
      <w:r>
        <w:rPr>
          <w:rFonts w:ascii="Times New Roman" w:hAnsi="Times New Roman" w:eastAsia="Times New Roman" w:cs="Times New Roman"/>
        </w:rPr>
        <w:t xml:space="preserve">, </w:t>
      </w:r>
      <w:r>
        <w:rPr>
          <w:rFonts w:ascii="Nirmala UI" w:hAnsi="Nirmala UI" w:eastAsia="Nirmala UI" w:cs="Nirmala UI"/>
        </w:rPr>
        <w:t>परमेश्वर</w:t>
      </w:r>
      <w:r>
        <w:rPr>
          <w:rFonts w:ascii="Times New Roman" w:hAnsi="Times New Roman" w:eastAsia="Times New Roman" w:cs="Times New Roman"/>
        </w:rPr>
        <w:t xml:space="preserve"> </w:t>
      </w:r>
      <w:r>
        <w:rPr>
          <w:rFonts w:ascii="Nirmala UI" w:hAnsi="Nirmala UI" w:eastAsia="Nirmala UI" w:cs="Nirmala UI"/>
        </w:rPr>
        <w:t>देव</w:t>
      </w:r>
      <w:r>
        <w:rPr>
          <w:rFonts w:ascii="Times New Roman" w:hAnsi="Times New Roman" w:eastAsia="Times New Roman" w:cs="Times New Roman"/>
        </w:rPr>
        <w:t xml:space="preserve"> </w:t>
      </w:r>
      <w:r>
        <w:rPr>
          <w:rFonts w:ascii="Nirmala UI" w:hAnsi="Nirmala UI" w:eastAsia="Nirmala UI" w:cs="Nirmala UI"/>
        </w:rPr>
        <w:t>असे</w:t>
      </w:r>
      <w:r>
        <w:rPr>
          <w:rFonts w:ascii="Times New Roman" w:hAnsi="Times New Roman" w:eastAsia="Times New Roman" w:cs="Times New Roman"/>
        </w:rPr>
        <w:t xml:space="preserve"> </w:t>
      </w:r>
      <w:r>
        <w:rPr>
          <w:rFonts w:ascii="Nirmala UI" w:hAnsi="Nirmala UI" w:eastAsia="Nirmala UI" w:cs="Nirmala UI"/>
        </w:rPr>
        <w:t>म्हणतो</w:t>
      </w:r>
      <w:r>
        <w:rPr>
          <w:rFonts w:ascii="Times New Roman" w:hAnsi="Times New Roman" w:eastAsia="Times New Roman" w:cs="Times New Roman"/>
        </w:rPr>
        <w:t xml:space="preserve">: </w:t>
      </w:r>
      <w:r>
        <w:rPr>
          <w:rFonts w:ascii="Nirmala UI" w:hAnsi="Nirmala UI" w:eastAsia="Nirmala UI" w:cs="Nirmala UI"/>
        </w:rPr>
        <w:t>पश्चात्ताप</w:t>
      </w:r>
      <w:r>
        <w:rPr>
          <w:rFonts w:ascii="Times New Roman" w:hAnsi="Times New Roman" w:eastAsia="Times New Roman" w:cs="Times New Roman"/>
        </w:rPr>
        <w:t xml:space="preserve"> </w:t>
      </w:r>
      <w:r>
        <w:rPr>
          <w:rFonts w:ascii="Nirmala UI" w:hAnsi="Nirmala UI" w:eastAsia="Nirmala UI" w:cs="Nirmala UI"/>
        </w:rPr>
        <w:t>करा</w:t>
      </w:r>
      <w:r>
        <w:rPr>
          <w:rFonts w:ascii="Times New Roman" w:hAnsi="Times New Roman" w:eastAsia="Times New Roman" w:cs="Times New Roman"/>
        </w:rPr>
        <w:t xml:space="preserve">, </w:t>
      </w:r>
      <w:r>
        <w:rPr>
          <w:rFonts w:ascii="Nirmala UI" w:hAnsi="Nirmala UI" w:eastAsia="Nirmala UI" w:cs="Nirmala UI"/>
        </w:rPr>
        <w:t>आणि</w:t>
      </w:r>
      <w:r>
        <w:rPr>
          <w:rFonts w:ascii="Times New Roman" w:hAnsi="Times New Roman" w:eastAsia="Times New Roman" w:cs="Times New Roman"/>
        </w:rPr>
        <w:t xml:space="preserve"> </w:t>
      </w:r>
      <w:r>
        <w:rPr>
          <w:rFonts w:ascii="Nirmala UI" w:hAnsi="Nirmala UI" w:eastAsia="Nirmala UI" w:cs="Nirmala UI"/>
        </w:rPr>
        <w:t>आपल्या</w:t>
      </w:r>
      <w:r>
        <w:rPr>
          <w:rFonts w:ascii="Times New Roman" w:hAnsi="Times New Roman" w:eastAsia="Times New Roman" w:cs="Times New Roman"/>
        </w:rPr>
        <w:t xml:space="preserve"> </w:t>
      </w:r>
      <w:r>
        <w:rPr>
          <w:rFonts w:ascii="Nirmala UI" w:hAnsi="Nirmala UI" w:eastAsia="Nirmala UI" w:cs="Nirmala UI"/>
        </w:rPr>
        <w:t>मूर्तींपासून</w:t>
      </w:r>
      <w:r>
        <w:rPr>
          <w:rFonts w:ascii="Times New Roman" w:hAnsi="Times New Roman" w:eastAsia="Times New Roman" w:cs="Times New Roman"/>
        </w:rPr>
        <w:t xml:space="preserve"> </w:t>
      </w:r>
      <w:r>
        <w:rPr>
          <w:rFonts w:ascii="Nirmala UI" w:hAnsi="Nirmala UI" w:eastAsia="Nirmala UI" w:cs="Nirmala UI"/>
        </w:rPr>
        <w:t>फिरा</w:t>
      </w:r>
      <w:r>
        <w:rPr>
          <w:rFonts w:ascii="Times New Roman" w:hAnsi="Times New Roman" w:eastAsia="Times New Roman" w:cs="Times New Roman"/>
        </w:rPr>
        <w:t xml:space="preserve">; </w:t>
      </w:r>
      <w:r>
        <w:rPr>
          <w:rFonts w:ascii="Nirmala UI" w:hAnsi="Nirmala UI" w:eastAsia="Nirmala UI" w:cs="Nirmala UI"/>
        </w:rPr>
        <w:t>आणि</w:t>
      </w:r>
      <w:r>
        <w:rPr>
          <w:rFonts w:ascii="Times New Roman" w:hAnsi="Times New Roman" w:eastAsia="Times New Roman" w:cs="Times New Roman"/>
        </w:rPr>
        <w:t xml:space="preserve"> </w:t>
      </w:r>
      <w:r>
        <w:rPr>
          <w:rFonts w:ascii="Nirmala UI" w:hAnsi="Nirmala UI" w:eastAsia="Nirmala UI" w:cs="Nirmala UI"/>
        </w:rPr>
        <w:t>आपल्या</w:t>
      </w:r>
      <w:r>
        <w:rPr>
          <w:rFonts w:ascii="Times New Roman" w:hAnsi="Times New Roman" w:eastAsia="Times New Roman" w:cs="Times New Roman"/>
        </w:rPr>
        <w:t xml:space="preserve"> </w:t>
      </w:r>
      <w:r>
        <w:rPr>
          <w:rFonts w:ascii="Nirmala UI" w:hAnsi="Nirmala UI" w:eastAsia="Nirmala UI" w:cs="Nirmala UI"/>
        </w:rPr>
        <w:t>सर्व</w:t>
      </w:r>
      <w:r>
        <w:rPr>
          <w:rFonts w:ascii="Times New Roman" w:hAnsi="Times New Roman" w:eastAsia="Times New Roman" w:cs="Times New Roman"/>
        </w:rPr>
        <w:t xml:space="preserve"> </w:t>
      </w:r>
      <w:r>
        <w:rPr>
          <w:rFonts w:ascii="Nirmala UI" w:hAnsi="Nirmala UI" w:eastAsia="Nirmala UI" w:cs="Nirmala UI"/>
        </w:rPr>
        <w:t>घृणास्पद</w:t>
      </w:r>
      <w:r>
        <w:rPr>
          <w:rFonts w:ascii="Times New Roman" w:hAnsi="Times New Roman" w:eastAsia="Times New Roman" w:cs="Times New Roman"/>
        </w:rPr>
        <w:t xml:space="preserve"> </w:t>
      </w:r>
      <w:r>
        <w:rPr>
          <w:rFonts w:ascii="Nirmala UI" w:hAnsi="Nirmala UI" w:eastAsia="Nirmala UI" w:cs="Nirmala UI"/>
        </w:rPr>
        <w:t>कृत्यांकडून</w:t>
      </w:r>
      <w:r>
        <w:rPr>
          <w:rFonts w:ascii="Times New Roman" w:hAnsi="Times New Roman" w:eastAsia="Times New Roman" w:cs="Times New Roman"/>
        </w:rPr>
        <w:t xml:space="preserve"> </w:t>
      </w:r>
      <w:r>
        <w:rPr>
          <w:rFonts w:ascii="Nirmala UI" w:hAnsi="Nirmala UI" w:eastAsia="Nirmala UI" w:cs="Nirmala UI"/>
        </w:rPr>
        <w:t>आपले</w:t>
      </w:r>
      <w:r>
        <w:rPr>
          <w:rFonts w:ascii="Times New Roman" w:hAnsi="Times New Roman" w:eastAsia="Times New Roman" w:cs="Times New Roman"/>
        </w:rPr>
        <w:t xml:space="preserve"> </w:t>
      </w:r>
      <w:r>
        <w:rPr>
          <w:rFonts w:ascii="Nirmala UI" w:hAnsi="Nirmala UI" w:eastAsia="Nirmala UI" w:cs="Nirmala UI"/>
        </w:rPr>
        <w:t>मुख</w:t>
      </w:r>
      <w:r>
        <w:rPr>
          <w:rFonts w:ascii="Times New Roman" w:hAnsi="Times New Roman" w:eastAsia="Times New Roman" w:cs="Times New Roman"/>
        </w:rPr>
        <w:t xml:space="preserve"> </w:t>
      </w:r>
      <w:r>
        <w:rPr>
          <w:rFonts w:ascii="Nirmala UI" w:hAnsi="Nirmala UI" w:eastAsia="Nirmala UI" w:cs="Nirmala UI"/>
        </w:rPr>
        <w:t>फिरवा</w:t>
      </w:r>
      <w:r>
        <w:rPr>
          <w:rFonts w:ascii="Times New Roman" w:hAnsi="Times New Roman" w:eastAsia="Times New Roman" w:cs="Times New Roman"/>
        </w:rPr>
        <w:t xml:space="preserve">. </w:t>
      </w:r>
      <w:r>
        <w:rPr>
          <w:rFonts w:ascii="Nirmala UI" w:hAnsi="Nirmala UI" w:eastAsia="Nirmala UI" w:cs="Nirmala UI"/>
        </w:rPr>
        <w:t>कारण</w:t>
      </w:r>
      <w:r>
        <w:rPr>
          <w:rFonts w:ascii="Times New Roman" w:hAnsi="Times New Roman" w:eastAsia="Times New Roman" w:cs="Times New Roman"/>
        </w:rPr>
        <w:t xml:space="preserve"> </w:t>
      </w:r>
      <w:r>
        <w:rPr>
          <w:rFonts w:ascii="Nirmala UI" w:hAnsi="Nirmala UI" w:eastAsia="Nirmala UI" w:cs="Nirmala UI"/>
        </w:rPr>
        <w:t>इस्राएलच्या</w:t>
      </w:r>
      <w:r>
        <w:rPr>
          <w:rFonts w:ascii="Times New Roman" w:hAnsi="Times New Roman" w:eastAsia="Times New Roman" w:cs="Times New Roman"/>
        </w:rPr>
        <w:t xml:space="preserve"> </w:t>
      </w:r>
      <w:r>
        <w:rPr>
          <w:rFonts w:ascii="Nirmala UI" w:hAnsi="Nirmala UI" w:eastAsia="Nirmala UI" w:cs="Nirmala UI"/>
        </w:rPr>
        <w:t>घराण्यातील</w:t>
      </w:r>
      <w:r>
        <w:rPr>
          <w:rFonts w:ascii="Times New Roman" w:hAnsi="Times New Roman" w:eastAsia="Times New Roman" w:cs="Times New Roman"/>
        </w:rPr>
        <w:t xml:space="preserve"> </w:t>
      </w:r>
      <w:r>
        <w:rPr>
          <w:rFonts w:ascii="Nirmala UI" w:hAnsi="Nirmala UI" w:eastAsia="Nirmala UI" w:cs="Nirmala UI"/>
        </w:rPr>
        <w:t>प्रत्येक</w:t>
      </w:r>
      <w:r>
        <w:rPr>
          <w:rFonts w:ascii="Times New Roman" w:hAnsi="Times New Roman" w:eastAsia="Times New Roman" w:cs="Times New Roman"/>
        </w:rPr>
        <w:t xml:space="preserve"> </w:t>
      </w:r>
      <w:r>
        <w:rPr>
          <w:rFonts w:ascii="Nirmala UI" w:hAnsi="Nirmala UI" w:eastAsia="Nirmala UI" w:cs="Nirmala UI"/>
        </w:rPr>
        <w:t>जण</w:t>
      </w:r>
      <w:r>
        <w:rPr>
          <w:rFonts w:ascii="Times New Roman" w:hAnsi="Times New Roman" w:eastAsia="Times New Roman" w:cs="Times New Roman"/>
        </w:rPr>
        <w:t xml:space="preserve">, </w:t>
      </w:r>
      <w:r>
        <w:rPr>
          <w:rFonts w:ascii="Nirmala UI" w:hAnsi="Nirmala UI" w:eastAsia="Nirmala UI" w:cs="Nirmala UI"/>
        </w:rPr>
        <w:t>किंवा</w:t>
      </w:r>
      <w:r>
        <w:rPr>
          <w:rFonts w:ascii="Times New Roman" w:hAnsi="Times New Roman" w:eastAsia="Times New Roman" w:cs="Times New Roman"/>
        </w:rPr>
        <w:t xml:space="preserve"> </w:t>
      </w:r>
      <w:r>
        <w:rPr>
          <w:rFonts w:ascii="Nirmala UI" w:hAnsi="Nirmala UI" w:eastAsia="Nirmala UI" w:cs="Nirmala UI"/>
        </w:rPr>
        <w:t>इस्राएलमध्ये</w:t>
      </w:r>
      <w:r>
        <w:rPr>
          <w:rFonts w:ascii="Times New Roman" w:hAnsi="Times New Roman" w:eastAsia="Times New Roman" w:cs="Times New Roman"/>
        </w:rPr>
        <w:t xml:space="preserve"> </w:t>
      </w:r>
      <w:r>
        <w:rPr>
          <w:rFonts w:ascii="Nirmala UI" w:hAnsi="Nirmala UI" w:eastAsia="Nirmala UI" w:cs="Nirmala UI"/>
        </w:rPr>
        <w:t>परदेशी</w:t>
      </w:r>
      <w:r>
        <w:rPr>
          <w:rFonts w:ascii="Times New Roman" w:hAnsi="Times New Roman" w:eastAsia="Times New Roman" w:cs="Times New Roman"/>
        </w:rPr>
        <w:t xml:space="preserve"> </w:t>
      </w:r>
      <w:r>
        <w:rPr>
          <w:rFonts w:ascii="Nirmala UI" w:hAnsi="Nirmala UI" w:eastAsia="Nirmala UI" w:cs="Nirmala UI"/>
        </w:rPr>
        <w:t>म्हणून</w:t>
      </w:r>
      <w:r>
        <w:rPr>
          <w:rFonts w:ascii="Times New Roman" w:hAnsi="Times New Roman" w:eastAsia="Times New Roman" w:cs="Times New Roman"/>
        </w:rPr>
        <w:t xml:space="preserve"> </w:t>
      </w:r>
      <w:r>
        <w:rPr>
          <w:rFonts w:ascii="Nirmala UI" w:hAnsi="Nirmala UI" w:eastAsia="Nirmala UI" w:cs="Nirmala UI"/>
        </w:rPr>
        <w:t>राहणारा</w:t>
      </w:r>
      <w:r>
        <w:rPr>
          <w:rFonts w:ascii="Times New Roman" w:hAnsi="Times New Roman" w:eastAsia="Times New Roman" w:cs="Times New Roman"/>
        </w:rPr>
        <w:t xml:space="preserve"> </w:t>
      </w:r>
      <w:r>
        <w:rPr>
          <w:rFonts w:ascii="Nirmala UI" w:hAnsi="Nirmala UI" w:eastAsia="Nirmala UI" w:cs="Nirmala UI"/>
        </w:rPr>
        <w:t>परका</w:t>
      </w:r>
      <w:r>
        <w:rPr>
          <w:rFonts w:ascii="Times New Roman" w:hAnsi="Times New Roman" w:eastAsia="Times New Roman" w:cs="Times New Roman"/>
        </w:rPr>
        <w:t xml:space="preserve">, </w:t>
      </w:r>
      <w:r>
        <w:rPr>
          <w:rFonts w:ascii="Nirmala UI" w:hAnsi="Nirmala UI" w:eastAsia="Nirmala UI" w:cs="Nirmala UI"/>
        </w:rPr>
        <w:t>जो</w:t>
      </w:r>
      <w:r>
        <w:rPr>
          <w:rFonts w:ascii="Times New Roman" w:hAnsi="Times New Roman" w:eastAsia="Times New Roman" w:cs="Times New Roman"/>
        </w:rPr>
        <w:t xml:space="preserve"> </w:t>
      </w:r>
      <w:r>
        <w:rPr>
          <w:rFonts w:ascii="Nirmala UI" w:hAnsi="Nirmala UI" w:eastAsia="Nirmala UI" w:cs="Nirmala UI"/>
        </w:rPr>
        <w:t>स्वतःला</w:t>
      </w:r>
      <w:r>
        <w:rPr>
          <w:rFonts w:ascii="Times New Roman" w:hAnsi="Times New Roman" w:eastAsia="Times New Roman" w:cs="Times New Roman"/>
        </w:rPr>
        <w:t xml:space="preserve"> </w:t>
      </w:r>
      <w:r>
        <w:rPr>
          <w:rFonts w:ascii="Nirmala UI" w:hAnsi="Nirmala UI" w:eastAsia="Nirmala UI" w:cs="Nirmala UI"/>
        </w:rPr>
        <w:t>माझ्यापासून</w:t>
      </w:r>
      <w:r>
        <w:rPr>
          <w:rFonts w:ascii="Times New Roman" w:hAnsi="Times New Roman" w:eastAsia="Times New Roman" w:cs="Times New Roman"/>
        </w:rPr>
        <w:t xml:space="preserve"> </w:t>
      </w:r>
      <w:r>
        <w:rPr>
          <w:rFonts w:ascii="Nirmala UI" w:hAnsi="Nirmala UI" w:eastAsia="Nirmala UI" w:cs="Nirmala UI"/>
        </w:rPr>
        <w:t>दूर</w:t>
      </w:r>
      <w:r>
        <w:rPr>
          <w:rFonts w:ascii="Times New Roman" w:hAnsi="Times New Roman" w:eastAsia="Times New Roman" w:cs="Times New Roman"/>
        </w:rPr>
        <w:t xml:space="preserve"> </w:t>
      </w:r>
      <w:r>
        <w:rPr>
          <w:rFonts w:ascii="Nirmala UI" w:hAnsi="Nirmala UI" w:eastAsia="Nirmala UI" w:cs="Nirmala UI"/>
        </w:rPr>
        <w:t>करतो</w:t>
      </w:r>
      <w:r>
        <w:rPr>
          <w:rFonts w:ascii="Times New Roman" w:hAnsi="Times New Roman" w:eastAsia="Times New Roman" w:cs="Times New Roman"/>
        </w:rPr>
        <w:t xml:space="preserve">, </w:t>
      </w:r>
      <w:r>
        <w:rPr>
          <w:rFonts w:ascii="Nirmala UI" w:hAnsi="Nirmala UI" w:eastAsia="Nirmala UI" w:cs="Nirmala UI"/>
        </w:rPr>
        <w:t>आणि</w:t>
      </w:r>
      <w:r>
        <w:rPr>
          <w:rFonts w:ascii="Times New Roman" w:hAnsi="Times New Roman" w:eastAsia="Times New Roman" w:cs="Times New Roman"/>
        </w:rPr>
        <w:t xml:space="preserve"> </w:t>
      </w:r>
      <w:r>
        <w:rPr>
          <w:rFonts w:ascii="Nirmala UI" w:hAnsi="Nirmala UI" w:eastAsia="Nirmala UI" w:cs="Nirmala UI"/>
        </w:rPr>
        <w:t>आपल्या</w:t>
      </w:r>
      <w:r>
        <w:rPr>
          <w:rFonts w:ascii="Times New Roman" w:hAnsi="Times New Roman" w:eastAsia="Times New Roman" w:cs="Times New Roman"/>
        </w:rPr>
        <w:t xml:space="preserve"> </w:t>
      </w:r>
      <w:r>
        <w:rPr>
          <w:rFonts w:ascii="Nirmala UI" w:hAnsi="Nirmala UI" w:eastAsia="Nirmala UI" w:cs="Nirmala UI"/>
        </w:rPr>
        <w:t>मूर्ती</w:t>
      </w:r>
      <w:r>
        <w:rPr>
          <w:rFonts w:ascii="Times New Roman" w:hAnsi="Times New Roman" w:eastAsia="Times New Roman" w:cs="Times New Roman"/>
        </w:rPr>
        <w:t xml:space="preserve"> </w:t>
      </w:r>
      <w:r>
        <w:rPr>
          <w:rFonts w:ascii="Nirmala UI" w:hAnsi="Nirmala UI" w:eastAsia="Nirmala UI" w:cs="Nirmala UI"/>
        </w:rPr>
        <w:t>आपल्या</w:t>
      </w:r>
      <w:r>
        <w:rPr>
          <w:rFonts w:ascii="Times New Roman" w:hAnsi="Times New Roman" w:eastAsia="Times New Roman" w:cs="Times New Roman"/>
        </w:rPr>
        <w:t xml:space="preserve"> </w:t>
      </w:r>
      <w:r>
        <w:rPr>
          <w:rFonts w:ascii="Nirmala UI" w:hAnsi="Nirmala UI" w:eastAsia="Nirmala UI" w:cs="Nirmala UI"/>
        </w:rPr>
        <w:t>अंतःकरणात</w:t>
      </w:r>
      <w:r>
        <w:rPr>
          <w:rFonts w:ascii="Times New Roman" w:hAnsi="Times New Roman" w:eastAsia="Times New Roman" w:cs="Times New Roman"/>
        </w:rPr>
        <w:t xml:space="preserve"> </w:t>
      </w:r>
      <w:r>
        <w:rPr>
          <w:rFonts w:ascii="Nirmala UI" w:hAnsi="Nirmala UI" w:eastAsia="Nirmala UI" w:cs="Nirmala UI"/>
        </w:rPr>
        <w:t>स्थापित</w:t>
      </w:r>
      <w:r>
        <w:rPr>
          <w:rFonts w:ascii="Times New Roman" w:hAnsi="Times New Roman" w:eastAsia="Times New Roman" w:cs="Times New Roman"/>
        </w:rPr>
        <w:t xml:space="preserve"> </w:t>
      </w:r>
      <w:r>
        <w:rPr>
          <w:rFonts w:ascii="Nirmala UI" w:hAnsi="Nirmala UI" w:eastAsia="Nirmala UI" w:cs="Nirmala UI"/>
        </w:rPr>
        <w:t>करतो</w:t>
      </w:r>
      <w:r>
        <w:rPr>
          <w:rFonts w:ascii="Times New Roman" w:hAnsi="Times New Roman" w:eastAsia="Times New Roman" w:cs="Times New Roman"/>
        </w:rPr>
        <w:t xml:space="preserve">, </w:t>
      </w:r>
      <w:r>
        <w:rPr>
          <w:rFonts w:ascii="Nirmala UI" w:hAnsi="Nirmala UI" w:eastAsia="Nirmala UI" w:cs="Nirmala UI"/>
        </w:rPr>
        <w:t>आणि</w:t>
      </w:r>
      <w:r>
        <w:rPr>
          <w:rFonts w:ascii="Times New Roman" w:hAnsi="Times New Roman" w:eastAsia="Times New Roman" w:cs="Times New Roman"/>
        </w:rPr>
        <w:t xml:space="preserve"> </w:t>
      </w:r>
      <w:r>
        <w:rPr>
          <w:rFonts w:ascii="Nirmala UI" w:hAnsi="Nirmala UI" w:eastAsia="Nirmala UI" w:cs="Nirmala UI"/>
        </w:rPr>
        <w:t>आपल्या</w:t>
      </w:r>
      <w:r>
        <w:rPr>
          <w:rFonts w:ascii="Times New Roman" w:hAnsi="Times New Roman" w:eastAsia="Times New Roman" w:cs="Times New Roman"/>
        </w:rPr>
        <w:t xml:space="preserve"> </w:t>
      </w:r>
      <w:r>
        <w:rPr>
          <w:rFonts w:ascii="Nirmala UI" w:hAnsi="Nirmala UI" w:eastAsia="Nirmala UI" w:cs="Nirmala UI"/>
        </w:rPr>
        <w:t>अधर्माचा</w:t>
      </w:r>
      <w:r>
        <w:rPr>
          <w:rFonts w:ascii="Times New Roman" w:hAnsi="Times New Roman" w:eastAsia="Times New Roman" w:cs="Times New Roman"/>
        </w:rPr>
        <w:t xml:space="preserve"> </w:t>
      </w:r>
      <w:r>
        <w:rPr>
          <w:rFonts w:ascii="Nirmala UI" w:hAnsi="Nirmala UI" w:eastAsia="Nirmala UI" w:cs="Nirmala UI"/>
        </w:rPr>
        <w:t>अडथळा</w:t>
      </w:r>
      <w:r>
        <w:rPr>
          <w:rFonts w:ascii="Times New Roman" w:hAnsi="Times New Roman" w:eastAsia="Times New Roman" w:cs="Times New Roman"/>
        </w:rPr>
        <w:t xml:space="preserve"> </w:t>
      </w:r>
      <w:r>
        <w:rPr>
          <w:rFonts w:ascii="Nirmala UI" w:hAnsi="Nirmala UI" w:eastAsia="Nirmala UI" w:cs="Nirmala UI"/>
        </w:rPr>
        <w:t>आपल्या</w:t>
      </w:r>
      <w:r>
        <w:rPr>
          <w:rFonts w:ascii="Times New Roman" w:hAnsi="Times New Roman" w:eastAsia="Times New Roman" w:cs="Times New Roman"/>
        </w:rPr>
        <w:t xml:space="preserve"> </w:t>
      </w:r>
      <w:r>
        <w:rPr>
          <w:rFonts w:ascii="Nirmala UI" w:hAnsi="Nirmala UI" w:eastAsia="Nirmala UI" w:cs="Nirmala UI"/>
        </w:rPr>
        <w:t>मुखासमोर</w:t>
      </w:r>
      <w:r>
        <w:rPr>
          <w:rFonts w:ascii="Times New Roman" w:hAnsi="Times New Roman" w:eastAsia="Times New Roman" w:cs="Times New Roman"/>
        </w:rPr>
        <w:t xml:space="preserve"> </w:t>
      </w:r>
      <w:r>
        <w:rPr>
          <w:rFonts w:ascii="Nirmala UI" w:hAnsi="Nirmala UI" w:eastAsia="Nirmala UI" w:cs="Nirmala UI"/>
        </w:rPr>
        <w:t>ठेवतो</w:t>
      </w:r>
      <w:r>
        <w:rPr>
          <w:rFonts w:ascii="Times New Roman" w:hAnsi="Times New Roman" w:eastAsia="Times New Roman" w:cs="Times New Roman"/>
        </w:rPr>
        <w:t xml:space="preserve">, </w:t>
      </w:r>
      <w:r>
        <w:rPr>
          <w:rFonts w:ascii="Nirmala UI" w:hAnsi="Nirmala UI" w:eastAsia="Nirmala UI" w:cs="Nirmala UI"/>
        </w:rPr>
        <w:t>आणि</w:t>
      </w:r>
      <w:r>
        <w:rPr>
          <w:rFonts w:ascii="Times New Roman" w:hAnsi="Times New Roman" w:eastAsia="Times New Roman" w:cs="Times New Roman"/>
        </w:rPr>
        <w:t xml:space="preserve"> </w:t>
      </w:r>
      <w:r>
        <w:rPr>
          <w:rFonts w:ascii="Nirmala UI" w:hAnsi="Nirmala UI" w:eastAsia="Nirmala UI" w:cs="Nirmala UI"/>
        </w:rPr>
        <w:t>माझ्याविषयी</w:t>
      </w:r>
      <w:r>
        <w:rPr>
          <w:rFonts w:ascii="Times New Roman" w:hAnsi="Times New Roman" w:eastAsia="Times New Roman" w:cs="Times New Roman"/>
        </w:rPr>
        <w:t xml:space="preserve"> </w:t>
      </w:r>
      <w:r>
        <w:rPr>
          <w:rFonts w:ascii="Nirmala UI" w:hAnsi="Nirmala UI" w:eastAsia="Nirmala UI" w:cs="Nirmala UI"/>
        </w:rPr>
        <w:t>त्याच्याकडून</w:t>
      </w:r>
      <w:r>
        <w:rPr>
          <w:rFonts w:ascii="Times New Roman" w:hAnsi="Times New Roman" w:eastAsia="Times New Roman" w:cs="Times New Roman"/>
        </w:rPr>
        <w:t xml:space="preserve"> </w:t>
      </w:r>
      <w:r>
        <w:rPr>
          <w:rFonts w:ascii="Nirmala UI" w:hAnsi="Nirmala UI" w:eastAsia="Nirmala UI" w:cs="Nirmala UI"/>
        </w:rPr>
        <w:t>विचारणा</w:t>
      </w:r>
      <w:r>
        <w:rPr>
          <w:rFonts w:ascii="Times New Roman" w:hAnsi="Times New Roman" w:eastAsia="Times New Roman" w:cs="Times New Roman"/>
        </w:rPr>
        <w:t xml:space="preserve"> </w:t>
      </w:r>
      <w:r>
        <w:rPr>
          <w:rFonts w:ascii="Nirmala UI" w:hAnsi="Nirmala UI" w:eastAsia="Nirmala UI" w:cs="Nirmala UI"/>
        </w:rPr>
        <w:t>करण्यासाठी</w:t>
      </w:r>
      <w:r>
        <w:rPr>
          <w:rFonts w:ascii="Times New Roman" w:hAnsi="Times New Roman" w:eastAsia="Times New Roman" w:cs="Times New Roman"/>
        </w:rPr>
        <w:t xml:space="preserve"> </w:t>
      </w:r>
      <w:r>
        <w:rPr>
          <w:rFonts w:ascii="Nirmala UI" w:hAnsi="Nirmala UI" w:eastAsia="Nirmala UI" w:cs="Nirmala UI"/>
        </w:rPr>
        <w:t>एखाद्या</w:t>
      </w:r>
      <w:r>
        <w:rPr>
          <w:rFonts w:ascii="Times New Roman" w:hAnsi="Times New Roman" w:eastAsia="Times New Roman" w:cs="Times New Roman"/>
        </w:rPr>
        <w:t xml:space="preserve"> </w:t>
      </w:r>
      <w:r>
        <w:rPr>
          <w:rFonts w:ascii="Nirmala UI" w:hAnsi="Nirmala UI" w:eastAsia="Nirmala UI" w:cs="Nirmala UI"/>
        </w:rPr>
        <w:t>संदेष्ट्याकडे</w:t>
      </w:r>
      <w:r>
        <w:rPr>
          <w:rFonts w:ascii="Times New Roman" w:hAnsi="Times New Roman" w:eastAsia="Times New Roman" w:cs="Times New Roman"/>
        </w:rPr>
        <w:t xml:space="preserve"> </w:t>
      </w:r>
      <w:r>
        <w:rPr>
          <w:rFonts w:ascii="Nirmala UI" w:hAnsi="Nirmala UI" w:eastAsia="Nirmala UI" w:cs="Nirmala UI"/>
        </w:rPr>
        <w:t>येतो</w:t>
      </w:r>
      <w:r>
        <w:rPr>
          <w:rFonts w:ascii="Times New Roman" w:hAnsi="Times New Roman" w:eastAsia="Times New Roman" w:cs="Times New Roman"/>
        </w:rPr>
        <w:t xml:space="preserve">, </w:t>
      </w:r>
      <w:r>
        <w:rPr>
          <w:rFonts w:ascii="Nirmala UI" w:hAnsi="Nirmala UI" w:eastAsia="Nirmala UI" w:cs="Nirmala UI"/>
        </w:rPr>
        <w:t>त्याला</w:t>
      </w:r>
      <w:r>
        <w:rPr>
          <w:rFonts w:ascii="Times New Roman" w:hAnsi="Times New Roman" w:eastAsia="Times New Roman" w:cs="Times New Roman"/>
        </w:rPr>
        <w:t xml:space="preserve"> </w:t>
      </w:r>
      <w:r>
        <w:rPr>
          <w:rFonts w:ascii="Nirmala UI" w:hAnsi="Nirmala UI" w:eastAsia="Nirmala UI" w:cs="Nirmala UI"/>
        </w:rPr>
        <w:t>मी</w:t>
      </w:r>
      <w:r>
        <w:rPr>
          <w:rFonts w:ascii="Times New Roman" w:hAnsi="Times New Roman" w:eastAsia="Times New Roman" w:cs="Times New Roman"/>
        </w:rPr>
        <w:t xml:space="preserve">, </w:t>
      </w:r>
      <w:r>
        <w:rPr>
          <w:rFonts w:ascii="Nirmala UI" w:hAnsi="Nirmala UI" w:eastAsia="Nirmala UI" w:cs="Nirmala UI"/>
        </w:rPr>
        <w:t>परमेश्वर</w:t>
      </w:r>
      <w:r>
        <w:rPr>
          <w:rFonts w:ascii="Times New Roman" w:hAnsi="Times New Roman" w:eastAsia="Times New Roman" w:cs="Times New Roman"/>
        </w:rPr>
        <w:t xml:space="preserve">, </w:t>
      </w:r>
      <w:r>
        <w:rPr>
          <w:rFonts w:ascii="Nirmala UI" w:hAnsi="Nirmala UI" w:eastAsia="Nirmala UI" w:cs="Nirmala UI"/>
        </w:rPr>
        <w:t>स्वतः</w:t>
      </w:r>
      <w:r>
        <w:rPr>
          <w:rFonts w:ascii="Times New Roman" w:hAnsi="Times New Roman" w:eastAsia="Times New Roman" w:cs="Times New Roman"/>
        </w:rPr>
        <w:t xml:space="preserve"> </w:t>
      </w:r>
      <w:r>
        <w:rPr>
          <w:rFonts w:ascii="Nirmala UI" w:hAnsi="Nirmala UI" w:eastAsia="Nirmala UI" w:cs="Nirmala UI"/>
        </w:rPr>
        <w:t>उत्तर</w:t>
      </w:r>
      <w:r>
        <w:rPr>
          <w:rFonts w:ascii="Times New Roman" w:hAnsi="Times New Roman" w:eastAsia="Times New Roman" w:cs="Times New Roman"/>
        </w:rPr>
        <w:t xml:space="preserve"> </w:t>
      </w:r>
      <w:r>
        <w:rPr>
          <w:rFonts w:ascii="Nirmala UI" w:hAnsi="Nirmala UI" w:eastAsia="Nirmala UI" w:cs="Nirmala UI"/>
        </w:rPr>
        <w:t>देईन</w:t>
      </w:r>
      <w:r>
        <w:rPr>
          <w:rFonts w:ascii="Times New Roman" w:hAnsi="Times New Roman" w:eastAsia="Times New Roman" w:cs="Times New Roman"/>
        </w:rPr>
        <w:t xml:space="preserve">. </w:t>
      </w:r>
      <w:r>
        <w:rPr>
          <w:rFonts w:ascii="Nirmala UI" w:hAnsi="Nirmala UI" w:eastAsia="Nirmala UI" w:cs="Nirmala UI"/>
        </w:rPr>
        <w:t>आणि</w:t>
      </w:r>
      <w:r>
        <w:rPr>
          <w:rFonts w:ascii="Times New Roman" w:hAnsi="Times New Roman" w:eastAsia="Times New Roman" w:cs="Times New Roman"/>
        </w:rPr>
        <w:t xml:space="preserve"> </w:t>
      </w:r>
      <w:r>
        <w:rPr>
          <w:rFonts w:ascii="Nirmala UI" w:hAnsi="Nirmala UI" w:eastAsia="Nirmala UI" w:cs="Nirmala UI"/>
        </w:rPr>
        <w:t>मी</w:t>
      </w:r>
      <w:r>
        <w:rPr>
          <w:rFonts w:ascii="Times New Roman" w:hAnsi="Times New Roman" w:eastAsia="Times New Roman" w:cs="Times New Roman"/>
        </w:rPr>
        <w:t xml:space="preserve"> </w:t>
      </w:r>
      <w:r>
        <w:rPr>
          <w:rFonts w:ascii="Nirmala UI" w:hAnsi="Nirmala UI" w:eastAsia="Nirmala UI" w:cs="Nirmala UI"/>
        </w:rPr>
        <w:t>त्या</w:t>
      </w:r>
      <w:r>
        <w:rPr>
          <w:rFonts w:ascii="Times New Roman" w:hAnsi="Times New Roman" w:eastAsia="Times New Roman" w:cs="Times New Roman"/>
        </w:rPr>
        <w:t xml:space="preserve"> </w:t>
      </w:r>
      <w:r>
        <w:rPr>
          <w:rFonts w:ascii="Nirmala UI" w:hAnsi="Nirmala UI" w:eastAsia="Nirmala UI" w:cs="Nirmala UI"/>
        </w:rPr>
        <w:t>मनुष्याविरुद्ध</w:t>
      </w:r>
      <w:r>
        <w:rPr>
          <w:rFonts w:ascii="Times New Roman" w:hAnsi="Times New Roman" w:eastAsia="Times New Roman" w:cs="Times New Roman"/>
        </w:rPr>
        <w:t xml:space="preserve"> </w:t>
      </w:r>
      <w:r>
        <w:rPr>
          <w:rFonts w:ascii="Nirmala UI" w:hAnsi="Nirmala UI" w:eastAsia="Nirmala UI" w:cs="Nirmala UI"/>
        </w:rPr>
        <w:t>माझे</w:t>
      </w:r>
      <w:r>
        <w:rPr>
          <w:rFonts w:ascii="Times New Roman" w:hAnsi="Times New Roman" w:eastAsia="Times New Roman" w:cs="Times New Roman"/>
        </w:rPr>
        <w:t xml:space="preserve"> </w:t>
      </w:r>
      <w:r>
        <w:rPr>
          <w:rFonts w:ascii="Nirmala UI" w:hAnsi="Nirmala UI" w:eastAsia="Nirmala UI" w:cs="Nirmala UI"/>
        </w:rPr>
        <w:t>मुख</w:t>
      </w:r>
      <w:r>
        <w:rPr>
          <w:rFonts w:ascii="Times New Roman" w:hAnsi="Times New Roman" w:eastAsia="Times New Roman" w:cs="Times New Roman"/>
        </w:rPr>
        <w:t xml:space="preserve"> </w:t>
      </w:r>
      <w:r>
        <w:rPr>
          <w:rFonts w:ascii="Nirmala UI" w:hAnsi="Nirmala UI" w:eastAsia="Nirmala UI" w:cs="Nirmala UI"/>
        </w:rPr>
        <w:t>करीन</w:t>
      </w:r>
      <w:r>
        <w:rPr>
          <w:rFonts w:ascii="Times New Roman" w:hAnsi="Times New Roman" w:eastAsia="Times New Roman" w:cs="Times New Roman"/>
        </w:rPr>
        <w:t xml:space="preserve">, </w:t>
      </w:r>
      <w:r>
        <w:rPr>
          <w:rFonts w:ascii="Nirmala UI" w:hAnsi="Nirmala UI" w:eastAsia="Nirmala UI" w:cs="Nirmala UI"/>
        </w:rPr>
        <w:t>आणि</w:t>
      </w:r>
      <w:r>
        <w:rPr>
          <w:rFonts w:ascii="Times New Roman" w:hAnsi="Times New Roman" w:eastAsia="Times New Roman" w:cs="Times New Roman"/>
        </w:rPr>
        <w:t xml:space="preserve"> </w:t>
      </w:r>
      <w:r>
        <w:rPr>
          <w:rFonts w:ascii="Nirmala UI" w:hAnsi="Nirmala UI" w:eastAsia="Nirmala UI" w:cs="Nirmala UI"/>
        </w:rPr>
        <w:t>त्याला</w:t>
      </w:r>
      <w:r>
        <w:rPr>
          <w:rFonts w:ascii="Times New Roman" w:hAnsi="Times New Roman" w:eastAsia="Times New Roman" w:cs="Times New Roman"/>
        </w:rPr>
        <w:t xml:space="preserve"> </w:t>
      </w:r>
      <w:r>
        <w:rPr>
          <w:rFonts w:ascii="Nirmala UI" w:hAnsi="Nirmala UI" w:eastAsia="Nirmala UI" w:cs="Nirmala UI"/>
        </w:rPr>
        <w:t>चिन्ह</w:t>
      </w:r>
      <w:r>
        <w:rPr>
          <w:rFonts w:ascii="Times New Roman" w:hAnsi="Times New Roman" w:eastAsia="Times New Roman" w:cs="Times New Roman"/>
        </w:rPr>
        <w:t xml:space="preserve"> </w:t>
      </w:r>
      <w:r>
        <w:rPr>
          <w:rFonts w:ascii="Nirmala UI" w:hAnsi="Nirmala UI" w:eastAsia="Nirmala UI" w:cs="Nirmala UI"/>
        </w:rPr>
        <w:t>व</w:t>
      </w:r>
      <w:r>
        <w:rPr>
          <w:rFonts w:ascii="Times New Roman" w:hAnsi="Times New Roman" w:eastAsia="Times New Roman" w:cs="Times New Roman"/>
        </w:rPr>
        <w:t xml:space="preserve"> </w:t>
      </w:r>
      <w:r>
        <w:rPr>
          <w:rFonts w:ascii="Nirmala UI" w:hAnsi="Nirmala UI" w:eastAsia="Nirmala UI" w:cs="Nirmala UI"/>
        </w:rPr>
        <w:t>म्हण</w:t>
      </w:r>
      <w:r>
        <w:rPr>
          <w:rFonts w:ascii="Times New Roman" w:hAnsi="Times New Roman" w:eastAsia="Times New Roman" w:cs="Times New Roman"/>
        </w:rPr>
        <w:t xml:space="preserve"> </w:t>
      </w:r>
      <w:r>
        <w:rPr>
          <w:rFonts w:ascii="Nirmala UI" w:hAnsi="Nirmala UI" w:eastAsia="Nirmala UI" w:cs="Nirmala UI"/>
        </w:rPr>
        <w:t>बनवीन</w:t>
      </w:r>
      <w:r>
        <w:rPr>
          <w:rFonts w:ascii="Times New Roman" w:hAnsi="Times New Roman" w:eastAsia="Times New Roman" w:cs="Times New Roman"/>
        </w:rPr>
        <w:t xml:space="preserve">, </w:t>
      </w:r>
      <w:r>
        <w:rPr>
          <w:rFonts w:ascii="Nirmala UI" w:hAnsi="Nirmala UI" w:eastAsia="Nirmala UI" w:cs="Nirmala UI"/>
        </w:rPr>
        <w:t>आणि</w:t>
      </w:r>
      <w:r>
        <w:rPr>
          <w:rFonts w:ascii="Times New Roman" w:hAnsi="Times New Roman" w:eastAsia="Times New Roman" w:cs="Times New Roman"/>
        </w:rPr>
        <w:t xml:space="preserve"> </w:t>
      </w:r>
      <w:r>
        <w:rPr>
          <w:rFonts w:ascii="Nirmala UI" w:hAnsi="Nirmala UI" w:eastAsia="Nirmala UI" w:cs="Nirmala UI"/>
        </w:rPr>
        <w:t>माझ्या</w:t>
      </w:r>
      <w:r>
        <w:rPr>
          <w:rFonts w:ascii="Times New Roman" w:hAnsi="Times New Roman" w:eastAsia="Times New Roman" w:cs="Times New Roman"/>
        </w:rPr>
        <w:t xml:space="preserve"> </w:t>
      </w:r>
      <w:r>
        <w:rPr>
          <w:rFonts w:ascii="Nirmala UI" w:hAnsi="Nirmala UI" w:eastAsia="Nirmala UI" w:cs="Nirmala UI"/>
        </w:rPr>
        <w:t>लोकांच्या</w:t>
      </w:r>
      <w:r>
        <w:rPr>
          <w:rFonts w:ascii="Times New Roman" w:hAnsi="Times New Roman" w:eastAsia="Times New Roman" w:cs="Times New Roman"/>
        </w:rPr>
        <w:t xml:space="preserve"> </w:t>
      </w:r>
      <w:r>
        <w:rPr>
          <w:rFonts w:ascii="Nirmala UI" w:hAnsi="Nirmala UI" w:eastAsia="Nirmala UI" w:cs="Nirmala UI"/>
        </w:rPr>
        <w:t>मधून</w:t>
      </w:r>
      <w:r>
        <w:rPr>
          <w:rFonts w:ascii="Times New Roman" w:hAnsi="Times New Roman" w:eastAsia="Times New Roman" w:cs="Times New Roman"/>
        </w:rPr>
        <w:t xml:space="preserve"> </w:t>
      </w:r>
      <w:r>
        <w:rPr>
          <w:rFonts w:ascii="Nirmala UI" w:hAnsi="Nirmala UI" w:eastAsia="Nirmala UI" w:cs="Nirmala UI"/>
        </w:rPr>
        <w:t>त्याला</w:t>
      </w:r>
      <w:r>
        <w:rPr>
          <w:rFonts w:ascii="Times New Roman" w:hAnsi="Times New Roman" w:eastAsia="Times New Roman" w:cs="Times New Roman"/>
        </w:rPr>
        <w:t xml:space="preserve"> </w:t>
      </w:r>
      <w:r>
        <w:rPr>
          <w:rFonts w:ascii="Nirmala UI" w:hAnsi="Nirmala UI" w:eastAsia="Nirmala UI" w:cs="Nirmala UI"/>
        </w:rPr>
        <w:t>छाटून</w:t>
      </w:r>
      <w:r>
        <w:rPr>
          <w:rFonts w:ascii="Times New Roman" w:hAnsi="Times New Roman" w:eastAsia="Times New Roman" w:cs="Times New Roman"/>
        </w:rPr>
        <w:t xml:space="preserve"> </w:t>
      </w:r>
      <w:r>
        <w:rPr>
          <w:rFonts w:ascii="Nirmala UI" w:hAnsi="Nirmala UI" w:eastAsia="Nirmala UI" w:cs="Nirmala UI"/>
        </w:rPr>
        <w:t>टाकीन</w:t>
      </w:r>
      <w:r>
        <w:rPr>
          <w:rFonts w:ascii="Times New Roman" w:hAnsi="Times New Roman" w:eastAsia="Times New Roman" w:cs="Times New Roman"/>
        </w:rPr>
        <w:t xml:space="preserve">; </w:t>
      </w:r>
      <w:r>
        <w:rPr>
          <w:rFonts w:ascii="Nirmala UI" w:hAnsi="Nirmala UI" w:eastAsia="Nirmala UI" w:cs="Nirmala UI"/>
        </w:rPr>
        <w:t>आणि</w:t>
      </w:r>
      <w:r>
        <w:rPr>
          <w:rFonts w:ascii="Times New Roman" w:hAnsi="Times New Roman" w:eastAsia="Times New Roman" w:cs="Times New Roman"/>
        </w:rPr>
        <w:t xml:space="preserve"> </w:t>
      </w:r>
      <w:r>
        <w:rPr>
          <w:rFonts w:ascii="Nirmala UI" w:hAnsi="Nirmala UI" w:eastAsia="Nirmala UI" w:cs="Nirmala UI"/>
        </w:rPr>
        <w:t>तुम्ही</w:t>
      </w:r>
      <w:r>
        <w:rPr>
          <w:rFonts w:ascii="Times New Roman" w:hAnsi="Times New Roman" w:eastAsia="Times New Roman" w:cs="Times New Roman"/>
        </w:rPr>
        <w:t xml:space="preserve"> </w:t>
      </w:r>
      <w:r>
        <w:rPr>
          <w:rFonts w:ascii="Nirmala UI" w:hAnsi="Nirmala UI" w:eastAsia="Nirmala UI" w:cs="Nirmala UI"/>
        </w:rPr>
        <w:t>जाणाल</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मी</w:t>
      </w:r>
      <w:r>
        <w:rPr>
          <w:rFonts w:ascii="Times New Roman" w:hAnsi="Times New Roman" w:eastAsia="Times New Roman" w:cs="Times New Roman"/>
        </w:rPr>
        <w:t xml:space="preserve"> </w:t>
      </w:r>
      <w:r>
        <w:rPr>
          <w:rFonts w:ascii="Nirmala UI" w:hAnsi="Nirmala UI" w:eastAsia="Nirmala UI" w:cs="Nirmala UI"/>
        </w:rPr>
        <w:t>परमेश्वर</w:t>
      </w:r>
      <w:r>
        <w:rPr>
          <w:rFonts w:ascii="Times New Roman" w:hAnsi="Times New Roman" w:eastAsia="Times New Roman" w:cs="Times New Roman"/>
        </w:rPr>
        <w:t xml:space="preserve"> </w:t>
      </w:r>
      <w:r>
        <w:rPr>
          <w:rFonts w:ascii="Nirmala UI" w:hAnsi="Nirmala UI" w:eastAsia="Nirmala UI" w:cs="Nirmala UI"/>
        </w:rPr>
        <w:t>आहे</w:t>
      </w:r>
      <w:r>
        <w:rPr>
          <w:rFonts w:ascii="Times New Roman" w:hAnsi="Times New Roman" w:eastAsia="Times New Roman" w:cs="Times New Roman"/>
        </w:rPr>
        <w:t xml:space="preserve">. </w:t>
      </w:r>
      <w:r>
        <w:rPr>
          <w:rFonts w:ascii="Nirmala UI" w:hAnsi="Nirmala UI" w:eastAsia="Nirmala UI" w:cs="Nirmala UI"/>
        </w:rPr>
        <w:t>आणि</w:t>
      </w:r>
      <w:r>
        <w:rPr>
          <w:rFonts w:ascii="Times New Roman" w:hAnsi="Times New Roman" w:eastAsia="Times New Roman" w:cs="Times New Roman"/>
        </w:rPr>
        <w:t xml:space="preserve"> </w:t>
      </w:r>
      <w:r>
        <w:rPr>
          <w:rFonts w:ascii="Nirmala UI" w:hAnsi="Nirmala UI" w:eastAsia="Nirmala UI" w:cs="Nirmala UI"/>
        </w:rPr>
        <w:t>जर</w:t>
      </w:r>
      <w:r>
        <w:rPr>
          <w:rFonts w:ascii="Times New Roman" w:hAnsi="Times New Roman" w:eastAsia="Times New Roman" w:cs="Times New Roman"/>
        </w:rPr>
        <w:t xml:space="preserve"> </w:t>
      </w:r>
      <w:r>
        <w:rPr>
          <w:rFonts w:ascii="Nirmala UI" w:hAnsi="Nirmala UI" w:eastAsia="Nirmala UI" w:cs="Nirmala UI"/>
        </w:rPr>
        <w:t>संदेष्टा</w:t>
      </w:r>
      <w:r>
        <w:rPr>
          <w:rFonts w:ascii="Times New Roman" w:hAnsi="Times New Roman" w:eastAsia="Times New Roman" w:cs="Times New Roman"/>
        </w:rPr>
        <w:t xml:space="preserve"> </w:t>
      </w:r>
      <w:r>
        <w:rPr>
          <w:rFonts w:ascii="Nirmala UI" w:hAnsi="Nirmala UI" w:eastAsia="Nirmala UI" w:cs="Nirmala UI"/>
        </w:rPr>
        <w:t>फसविला</w:t>
      </w:r>
      <w:r>
        <w:rPr>
          <w:rFonts w:ascii="Times New Roman" w:hAnsi="Times New Roman" w:eastAsia="Times New Roman" w:cs="Times New Roman"/>
        </w:rPr>
        <w:t xml:space="preserve"> </w:t>
      </w:r>
      <w:r>
        <w:rPr>
          <w:rFonts w:ascii="Nirmala UI" w:hAnsi="Nirmala UI" w:eastAsia="Nirmala UI" w:cs="Nirmala UI"/>
        </w:rPr>
        <w:t>जाऊन</w:t>
      </w:r>
      <w:r>
        <w:rPr>
          <w:rFonts w:ascii="Times New Roman" w:hAnsi="Times New Roman" w:eastAsia="Times New Roman" w:cs="Times New Roman"/>
        </w:rPr>
        <w:t xml:space="preserve"> </w:t>
      </w:r>
      <w:r>
        <w:rPr>
          <w:rFonts w:ascii="Nirmala UI" w:hAnsi="Nirmala UI" w:eastAsia="Nirmala UI" w:cs="Nirmala UI"/>
        </w:rPr>
        <w:t>काही</w:t>
      </w:r>
      <w:r>
        <w:rPr>
          <w:rFonts w:ascii="Times New Roman" w:hAnsi="Times New Roman" w:eastAsia="Times New Roman" w:cs="Times New Roman"/>
        </w:rPr>
        <w:t xml:space="preserve"> </w:t>
      </w:r>
      <w:r>
        <w:rPr>
          <w:rFonts w:ascii="Nirmala UI" w:hAnsi="Nirmala UI" w:eastAsia="Nirmala UI" w:cs="Nirmala UI"/>
        </w:rPr>
        <w:t>बोलला</w:t>
      </w:r>
      <w:r>
        <w:rPr>
          <w:rFonts w:ascii="Times New Roman" w:hAnsi="Times New Roman" w:eastAsia="Times New Roman" w:cs="Times New Roman"/>
        </w:rPr>
        <w:t xml:space="preserve">, </w:t>
      </w:r>
      <w:r>
        <w:rPr>
          <w:rFonts w:ascii="Nirmala UI" w:hAnsi="Nirmala UI" w:eastAsia="Nirmala UI" w:cs="Nirmala UI"/>
        </w:rPr>
        <w:t>तर</w:t>
      </w:r>
      <w:r>
        <w:rPr>
          <w:rFonts w:ascii="Times New Roman" w:hAnsi="Times New Roman" w:eastAsia="Times New Roman" w:cs="Times New Roman"/>
        </w:rPr>
        <w:t xml:space="preserve"> </w:t>
      </w:r>
      <w:r>
        <w:rPr>
          <w:rFonts w:ascii="Nirmala UI" w:hAnsi="Nirmala UI" w:eastAsia="Nirmala UI" w:cs="Nirmala UI"/>
        </w:rPr>
        <w:t>मी</w:t>
      </w:r>
      <w:r>
        <w:rPr>
          <w:rFonts w:ascii="Times New Roman" w:hAnsi="Times New Roman" w:eastAsia="Times New Roman" w:cs="Times New Roman"/>
        </w:rPr>
        <w:t xml:space="preserve">, </w:t>
      </w:r>
      <w:r>
        <w:rPr>
          <w:rFonts w:ascii="Nirmala UI" w:hAnsi="Nirmala UI" w:eastAsia="Nirmala UI" w:cs="Nirmala UI"/>
        </w:rPr>
        <w:t>परमेश्वर</w:t>
      </w:r>
      <w:r>
        <w:rPr>
          <w:rFonts w:ascii="Times New Roman" w:hAnsi="Times New Roman" w:eastAsia="Times New Roman" w:cs="Times New Roman"/>
        </w:rPr>
        <w:t xml:space="preserve">, </w:t>
      </w:r>
      <w:r>
        <w:rPr>
          <w:rFonts w:ascii="Nirmala UI" w:hAnsi="Nirmala UI" w:eastAsia="Nirmala UI" w:cs="Nirmala UI"/>
        </w:rPr>
        <w:t>त्या</w:t>
      </w:r>
      <w:r>
        <w:rPr>
          <w:rFonts w:ascii="Times New Roman" w:hAnsi="Times New Roman" w:eastAsia="Times New Roman" w:cs="Times New Roman"/>
        </w:rPr>
        <w:t xml:space="preserve"> </w:t>
      </w:r>
      <w:r>
        <w:rPr>
          <w:rFonts w:ascii="Nirmala UI" w:hAnsi="Nirmala UI" w:eastAsia="Nirmala UI" w:cs="Nirmala UI"/>
        </w:rPr>
        <w:t>संदेष्ट्याला</w:t>
      </w:r>
      <w:r>
        <w:rPr>
          <w:rFonts w:ascii="Times New Roman" w:hAnsi="Times New Roman" w:eastAsia="Times New Roman" w:cs="Times New Roman"/>
        </w:rPr>
        <w:t xml:space="preserve"> </w:t>
      </w:r>
      <w:r>
        <w:rPr>
          <w:rFonts w:ascii="Nirmala UI" w:hAnsi="Nirmala UI" w:eastAsia="Nirmala UI" w:cs="Nirmala UI"/>
        </w:rPr>
        <w:t>फसविले</w:t>
      </w:r>
      <w:r>
        <w:rPr>
          <w:rFonts w:ascii="Times New Roman" w:hAnsi="Times New Roman" w:eastAsia="Times New Roman" w:cs="Times New Roman"/>
        </w:rPr>
        <w:t xml:space="preserve"> </w:t>
      </w:r>
      <w:r>
        <w:rPr>
          <w:rFonts w:ascii="Nirmala UI" w:hAnsi="Nirmala UI" w:eastAsia="Nirmala UI" w:cs="Nirmala UI"/>
        </w:rPr>
        <w:t>आहे</w:t>
      </w:r>
      <w:r>
        <w:rPr>
          <w:rFonts w:ascii="Times New Roman" w:hAnsi="Times New Roman" w:eastAsia="Times New Roman" w:cs="Times New Roman"/>
        </w:rPr>
        <w:t xml:space="preserve">; </w:t>
      </w:r>
      <w:r>
        <w:rPr>
          <w:rFonts w:ascii="Nirmala UI" w:hAnsi="Nirmala UI" w:eastAsia="Nirmala UI" w:cs="Nirmala UI"/>
        </w:rPr>
        <w:t>आणि</w:t>
      </w:r>
      <w:r>
        <w:rPr>
          <w:rFonts w:ascii="Times New Roman" w:hAnsi="Times New Roman" w:eastAsia="Times New Roman" w:cs="Times New Roman"/>
        </w:rPr>
        <w:t xml:space="preserve"> </w:t>
      </w:r>
      <w:r>
        <w:rPr>
          <w:rFonts w:ascii="Nirmala UI" w:hAnsi="Nirmala UI" w:eastAsia="Nirmala UI" w:cs="Nirmala UI"/>
        </w:rPr>
        <w:t>मी</w:t>
      </w:r>
      <w:r>
        <w:rPr>
          <w:rFonts w:ascii="Times New Roman" w:hAnsi="Times New Roman" w:eastAsia="Times New Roman" w:cs="Times New Roman"/>
        </w:rPr>
        <w:t xml:space="preserve"> </w:t>
      </w:r>
      <w:r>
        <w:rPr>
          <w:rFonts w:ascii="Nirmala UI" w:hAnsi="Nirmala UI" w:eastAsia="Nirmala UI" w:cs="Nirmala UI"/>
        </w:rPr>
        <w:t>त्याच्यावर</w:t>
      </w:r>
      <w:r>
        <w:rPr>
          <w:rFonts w:ascii="Times New Roman" w:hAnsi="Times New Roman" w:eastAsia="Times New Roman" w:cs="Times New Roman"/>
        </w:rPr>
        <w:t xml:space="preserve"> </w:t>
      </w:r>
      <w:r>
        <w:rPr>
          <w:rFonts w:ascii="Nirmala UI" w:hAnsi="Nirmala UI" w:eastAsia="Nirmala UI" w:cs="Nirmala UI"/>
        </w:rPr>
        <w:t>माझा</w:t>
      </w:r>
      <w:r>
        <w:rPr>
          <w:rFonts w:ascii="Times New Roman" w:hAnsi="Times New Roman" w:eastAsia="Times New Roman" w:cs="Times New Roman"/>
        </w:rPr>
        <w:t xml:space="preserve"> </w:t>
      </w:r>
      <w:r>
        <w:rPr>
          <w:rFonts w:ascii="Nirmala UI" w:hAnsi="Nirmala UI" w:eastAsia="Nirmala UI" w:cs="Nirmala UI"/>
        </w:rPr>
        <w:t>हात</w:t>
      </w:r>
      <w:r>
        <w:rPr>
          <w:rFonts w:ascii="Times New Roman" w:hAnsi="Times New Roman" w:eastAsia="Times New Roman" w:cs="Times New Roman"/>
        </w:rPr>
        <w:t xml:space="preserve"> </w:t>
      </w:r>
      <w:r>
        <w:rPr>
          <w:rFonts w:ascii="Nirmala UI" w:hAnsi="Nirmala UI" w:eastAsia="Nirmala UI" w:cs="Nirmala UI"/>
        </w:rPr>
        <w:t>पसरवीन</w:t>
      </w:r>
      <w:r>
        <w:rPr>
          <w:rFonts w:ascii="Times New Roman" w:hAnsi="Times New Roman" w:eastAsia="Times New Roman" w:cs="Times New Roman"/>
        </w:rPr>
        <w:t xml:space="preserve">, </w:t>
      </w:r>
      <w:r>
        <w:rPr>
          <w:rFonts w:ascii="Nirmala UI" w:hAnsi="Nirmala UI" w:eastAsia="Nirmala UI" w:cs="Nirmala UI"/>
        </w:rPr>
        <w:t>आणि</w:t>
      </w:r>
      <w:r>
        <w:rPr>
          <w:rFonts w:ascii="Times New Roman" w:hAnsi="Times New Roman" w:eastAsia="Times New Roman" w:cs="Times New Roman"/>
        </w:rPr>
        <w:t xml:space="preserve"> </w:t>
      </w:r>
      <w:r>
        <w:rPr>
          <w:rFonts w:ascii="Nirmala UI" w:hAnsi="Nirmala UI" w:eastAsia="Nirmala UI" w:cs="Nirmala UI"/>
        </w:rPr>
        <w:t>माझ्या</w:t>
      </w:r>
      <w:r>
        <w:rPr>
          <w:rFonts w:ascii="Times New Roman" w:hAnsi="Times New Roman" w:eastAsia="Times New Roman" w:cs="Times New Roman"/>
        </w:rPr>
        <w:t xml:space="preserve"> </w:t>
      </w:r>
      <w:r>
        <w:rPr>
          <w:rFonts w:ascii="Nirmala UI" w:hAnsi="Nirmala UI" w:eastAsia="Nirmala UI" w:cs="Nirmala UI"/>
        </w:rPr>
        <w:t>इस्राएल</w:t>
      </w:r>
      <w:r>
        <w:rPr>
          <w:rFonts w:ascii="Times New Roman" w:hAnsi="Times New Roman" w:eastAsia="Times New Roman" w:cs="Times New Roman"/>
        </w:rPr>
        <w:t xml:space="preserve"> </w:t>
      </w:r>
      <w:r>
        <w:rPr>
          <w:rFonts w:ascii="Nirmala UI" w:hAnsi="Nirmala UI" w:eastAsia="Nirmala UI" w:cs="Nirmala UI"/>
        </w:rPr>
        <w:t>लोकांच्या</w:t>
      </w:r>
      <w:r>
        <w:rPr>
          <w:rFonts w:ascii="Times New Roman" w:hAnsi="Times New Roman" w:eastAsia="Times New Roman" w:cs="Times New Roman"/>
        </w:rPr>
        <w:t xml:space="preserve"> </w:t>
      </w:r>
      <w:r>
        <w:rPr>
          <w:rFonts w:ascii="Nirmala UI" w:hAnsi="Nirmala UI" w:eastAsia="Nirmala UI" w:cs="Nirmala UI"/>
        </w:rPr>
        <w:t>मधून</w:t>
      </w:r>
      <w:r>
        <w:rPr>
          <w:rFonts w:ascii="Times New Roman" w:hAnsi="Times New Roman" w:eastAsia="Times New Roman" w:cs="Times New Roman"/>
        </w:rPr>
        <w:t xml:space="preserve"> </w:t>
      </w:r>
      <w:r>
        <w:rPr>
          <w:rFonts w:ascii="Nirmala UI" w:hAnsi="Nirmala UI" w:eastAsia="Nirmala UI" w:cs="Nirmala UI"/>
        </w:rPr>
        <w:t>त्याचा</w:t>
      </w:r>
      <w:r>
        <w:rPr>
          <w:rFonts w:ascii="Times New Roman" w:hAnsi="Times New Roman" w:eastAsia="Times New Roman" w:cs="Times New Roman"/>
        </w:rPr>
        <w:t xml:space="preserve"> </w:t>
      </w:r>
      <w:r>
        <w:rPr>
          <w:rFonts w:ascii="Nirmala UI" w:hAnsi="Nirmala UI" w:eastAsia="Nirmala UI" w:cs="Nirmala UI"/>
        </w:rPr>
        <w:t>नाश</w:t>
      </w:r>
      <w:r>
        <w:rPr>
          <w:rFonts w:ascii="Times New Roman" w:hAnsi="Times New Roman" w:eastAsia="Times New Roman" w:cs="Times New Roman"/>
        </w:rPr>
        <w:t xml:space="preserve"> </w:t>
      </w:r>
      <w:r>
        <w:rPr>
          <w:rFonts w:ascii="Nirmala UI" w:hAnsi="Nirmala UI" w:eastAsia="Nirmala UI" w:cs="Nirmala UI"/>
        </w:rPr>
        <w:t>करीन</w:t>
      </w:r>
      <w:r>
        <w:rPr>
          <w:rFonts w:ascii="Times New Roman" w:hAnsi="Times New Roman" w:eastAsia="Times New Roman" w:cs="Times New Roman"/>
        </w:rPr>
        <w:t xml:space="preserve">. </w:t>
      </w:r>
      <w:r>
        <w:rPr>
          <w:rFonts w:ascii="Nirmala UI" w:hAnsi="Nirmala UI" w:eastAsia="Nirmala UI" w:cs="Nirmala UI"/>
        </w:rPr>
        <w:t>आणि</w:t>
      </w:r>
      <w:r>
        <w:rPr>
          <w:rFonts w:ascii="Times New Roman" w:hAnsi="Times New Roman" w:eastAsia="Times New Roman" w:cs="Times New Roman"/>
        </w:rPr>
        <w:t xml:space="preserve"> </w:t>
      </w:r>
      <w:r>
        <w:rPr>
          <w:rFonts w:ascii="Nirmala UI" w:hAnsi="Nirmala UI" w:eastAsia="Nirmala UI" w:cs="Nirmala UI"/>
        </w:rPr>
        <w:t>ते</w:t>
      </w:r>
      <w:r>
        <w:rPr>
          <w:rFonts w:ascii="Times New Roman" w:hAnsi="Times New Roman" w:eastAsia="Times New Roman" w:cs="Times New Roman"/>
        </w:rPr>
        <w:t xml:space="preserve"> </w:t>
      </w:r>
      <w:r>
        <w:rPr>
          <w:rFonts w:ascii="Nirmala UI" w:hAnsi="Nirmala UI" w:eastAsia="Nirmala UI" w:cs="Nirmala UI"/>
        </w:rPr>
        <w:t>आपल्या</w:t>
      </w:r>
      <w:r>
        <w:rPr>
          <w:rFonts w:ascii="Times New Roman" w:hAnsi="Times New Roman" w:eastAsia="Times New Roman" w:cs="Times New Roman"/>
        </w:rPr>
        <w:t xml:space="preserve"> </w:t>
      </w:r>
      <w:r>
        <w:rPr>
          <w:rFonts w:ascii="Nirmala UI" w:hAnsi="Nirmala UI" w:eastAsia="Nirmala UI" w:cs="Nirmala UI"/>
        </w:rPr>
        <w:t>अधर्माची</w:t>
      </w:r>
      <w:r>
        <w:rPr>
          <w:rFonts w:ascii="Times New Roman" w:hAnsi="Times New Roman" w:eastAsia="Times New Roman" w:cs="Times New Roman"/>
        </w:rPr>
        <w:t xml:space="preserve"> </w:t>
      </w:r>
      <w:r>
        <w:rPr>
          <w:rFonts w:ascii="Nirmala UI" w:hAnsi="Nirmala UI" w:eastAsia="Nirmala UI" w:cs="Nirmala UI"/>
        </w:rPr>
        <w:t>शिक्षा</w:t>
      </w:r>
      <w:r>
        <w:rPr>
          <w:rFonts w:ascii="Times New Roman" w:hAnsi="Times New Roman" w:eastAsia="Times New Roman" w:cs="Times New Roman"/>
        </w:rPr>
        <w:t xml:space="preserve"> </w:t>
      </w:r>
      <w:r>
        <w:rPr>
          <w:rFonts w:ascii="Nirmala UI" w:hAnsi="Nirmala UI" w:eastAsia="Nirmala UI" w:cs="Nirmala UI"/>
        </w:rPr>
        <w:t>भोगतील</w:t>
      </w:r>
      <w:r>
        <w:rPr>
          <w:rFonts w:ascii="Times New Roman" w:hAnsi="Times New Roman" w:eastAsia="Times New Roman" w:cs="Times New Roman"/>
        </w:rPr>
        <w:t xml:space="preserve">: </w:t>
      </w:r>
      <w:r>
        <w:rPr>
          <w:rFonts w:ascii="Nirmala UI" w:hAnsi="Nirmala UI" w:eastAsia="Nirmala UI" w:cs="Nirmala UI"/>
        </w:rPr>
        <w:t>संदेष्ट्याची</w:t>
      </w:r>
      <w:r>
        <w:rPr>
          <w:rFonts w:ascii="Times New Roman" w:hAnsi="Times New Roman" w:eastAsia="Times New Roman" w:cs="Times New Roman"/>
        </w:rPr>
        <w:t xml:space="preserve"> </w:t>
      </w:r>
      <w:r>
        <w:rPr>
          <w:rFonts w:ascii="Nirmala UI" w:hAnsi="Nirmala UI" w:eastAsia="Nirmala UI" w:cs="Nirmala UI"/>
        </w:rPr>
        <w:t>शिक्षा</w:t>
      </w:r>
      <w:r>
        <w:rPr>
          <w:rFonts w:ascii="Times New Roman" w:hAnsi="Times New Roman" w:eastAsia="Times New Roman" w:cs="Times New Roman"/>
        </w:rPr>
        <w:t xml:space="preserve"> </w:t>
      </w:r>
      <w:r>
        <w:rPr>
          <w:rFonts w:ascii="Nirmala UI" w:hAnsi="Nirmala UI" w:eastAsia="Nirmala UI" w:cs="Nirmala UI"/>
        </w:rPr>
        <w:t>त्याच्याकडे</w:t>
      </w:r>
      <w:r>
        <w:rPr>
          <w:rFonts w:ascii="Times New Roman" w:hAnsi="Times New Roman" w:eastAsia="Times New Roman" w:cs="Times New Roman"/>
        </w:rPr>
        <w:t xml:space="preserve"> </w:t>
      </w:r>
      <w:r>
        <w:rPr>
          <w:rFonts w:ascii="Nirmala UI" w:hAnsi="Nirmala UI" w:eastAsia="Nirmala UI" w:cs="Nirmala UI"/>
        </w:rPr>
        <w:t>विचारणा</w:t>
      </w:r>
      <w:r>
        <w:rPr>
          <w:rFonts w:ascii="Times New Roman" w:hAnsi="Times New Roman" w:eastAsia="Times New Roman" w:cs="Times New Roman"/>
        </w:rPr>
        <w:t xml:space="preserve"> </w:t>
      </w:r>
      <w:r>
        <w:rPr>
          <w:rFonts w:ascii="Nirmala UI" w:hAnsi="Nirmala UI" w:eastAsia="Nirmala UI" w:cs="Nirmala UI"/>
        </w:rPr>
        <w:t>करणाऱ्याच्या</w:t>
      </w:r>
      <w:r>
        <w:rPr>
          <w:rFonts w:ascii="Times New Roman" w:hAnsi="Times New Roman" w:eastAsia="Times New Roman" w:cs="Times New Roman"/>
        </w:rPr>
        <w:t xml:space="preserve"> </w:t>
      </w:r>
      <w:r>
        <w:rPr>
          <w:rFonts w:ascii="Nirmala UI" w:hAnsi="Nirmala UI" w:eastAsia="Nirmala UI" w:cs="Nirmala UI"/>
        </w:rPr>
        <w:t>शिक्षेसमानच</w:t>
      </w:r>
      <w:r>
        <w:rPr>
          <w:rFonts w:ascii="Times New Roman" w:hAnsi="Times New Roman" w:eastAsia="Times New Roman" w:cs="Times New Roman"/>
        </w:rPr>
        <w:t xml:space="preserve"> </w:t>
      </w:r>
      <w:r>
        <w:rPr>
          <w:rFonts w:ascii="Nirmala UI" w:hAnsi="Nirmala UI" w:eastAsia="Nirmala UI" w:cs="Nirmala UI"/>
        </w:rPr>
        <w:t>असेल</w:t>
      </w:r>
      <w:r>
        <w:rPr>
          <w:rFonts w:ascii="Times New Roman" w:hAnsi="Times New Roman" w:eastAsia="Times New Roman" w:cs="Times New Roman"/>
        </w:rPr>
        <w:t xml:space="preserve">; </w:t>
      </w:r>
      <w:r>
        <w:rPr>
          <w:rFonts w:ascii="Nirmala UI" w:hAnsi="Nirmala UI" w:eastAsia="Nirmala UI" w:cs="Nirmala UI"/>
        </w:rPr>
        <w:t>यासाठी</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इस्राएलचे</w:t>
      </w:r>
      <w:r>
        <w:rPr>
          <w:rFonts w:ascii="Times New Roman" w:hAnsi="Times New Roman" w:eastAsia="Times New Roman" w:cs="Times New Roman"/>
        </w:rPr>
        <w:t xml:space="preserve"> </w:t>
      </w:r>
      <w:r>
        <w:rPr>
          <w:rFonts w:ascii="Nirmala UI" w:hAnsi="Nirmala UI" w:eastAsia="Nirmala UI" w:cs="Nirmala UI"/>
        </w:rPr>
        <w:t>घराणे</w:t>
      </w:r>
      <w:r>
        <w:rPr>
          <w:rFonts w:ascii="Times New Roman" w:hAnsi="Times New Roman" w:eastAsia="Times New Roman" w:cs="Times New Roman"/>
        </w:rPr>
        <w:t xml:space="preserve"> </w:t>
      </w:r>
      <w:r>
        <w:rPr>
          <w:rFonts w:ascii="Nirmala UI" w:hAnsi="Nirmala UI" w:eastAsia="Nirmala UI" w:cs="Nirmala UI"/>
        </w:rPr>
        <w:t>पुन्हा</w:t>
      </w:r>
      <w:r>
        <w:rPr>
          <w:rFonts w:ascii="Times New Roman" w:hAnsi="Times New Roman" w:eastAsia="Times New Roman" w:cs="Times New Roman"/>
        </w:rPr>
        <w:t xml:space="preserve"> </w:t>
      </w:r>
      <w:r>
        <w:rPr>
          <w:rFonts w:ascii="Nirmala UI" w:hAnsi="Nirmala UI" w:eastAsia="Nirmala UI" w:cs="Nirmala UI"/>
        </w:rPr>
        <w:t>माझ्यापासून</w:t>
      </w:r>
      <w:r>
        <w:rPr>
          <w:rFonts w:ascii="Times New Roman" w:hAnsi="Times New Roman" w:eastAsia="Times New Roman" w:cs="Times New Roman"/>
        </w:rPr>
        <w:t xml:space="preserve"> </w:t>
      </w:r>
      <w:r>
        <w:rPr>
          <w:rFonts w:ascii="Nirmala UI" w:hAnsi="Nirmala UI" w:eastAsia="Nirmala UI" w:cs="Nirmala UI"/>
        </w:rPr>
        <w:t>भरकटू</w:t>
      </w:r>
      <w:r>
        <w:rPr>
          <w:rFonts w:ascii="Times New Roman" w:hAnsi="Times New Roman" w:eastAsia="Times New Roman" w:cs="Times New Roman"/>
        </w:rPr>
        <w:t xml:space="preserve"> </w:t>
      </w:r>
      <w:r>
        <w:rPr>
          <w:rFonts w:ascii="Nirmala UI" w:hAnsi="Nirmala UI" w:eastAsia="Nirmala UI" w:cs="Nirmala UI"/>
        </w:rPr>
        <w:t>नये</w:t>
      </w:r>
      <w:r>
        <w:rPr>
          <w:rFonts w:ascii="Times New Roman" w:hAnsi="Times New Roman" w:eastAsia="Times New Roman" w:cs="Times New Roman"/>
        </w:rPr>
        <w:t xml:space="preserve">, </w:t>
      </w:r>
      <w:r>
        <w:rPr>
          <w:rFonts w:ascii="Nirmala UI" w:hAnsi="Nirmala UI" w:eastAsia="Nirmala UI" w:cs="Nirmala UI"/>
        </w:rPr>
        <w:t>आणि</w:t>
      </w:r>
      <w:r>
        <w:rPr>
          <w:rFonts w:ascii="Times New Roman" w:hAnsi="Times New Roman" w:eastAsia="Times New Roman" w:cs="Times New Roman"/>
        </w:rPr>
        <w:t xml:space="preserve"> </w:t>
      </w:r>
      <w:r>
        <w:rPr>
          <w:rFonts w:ascii="Nirmala UI" w:hAnsi="Nirmala UI" w:eastAsia="Nirmala UI" w:cs="Nirmala UI"/>
        </w:rPr>
        <w:t>आपल्या</w:t>
      </w:r>
      <w:r>
        <w:rPr>
          <w:rFonts w:ascii="Times New Roman" w:hAnsi="Times New Roman" w:eastAsia="Times New Roman" w:cs="Times New Roman"/>
        </w:rPr>
        <w:t xml:space="preserve"> </w:t>
      </w:r>
      <w:r>
        <w:rPr>
          <w:rFonts w:ascii="Nirmala UI" w:hAnsi="Nirmala UI" w:eastAsia="Nirmala UI" w:cs="Nirmala UI"/>
        </w:rPr>
        <w:t>सर्व</w:t>
      </w:r>
      <w:r>
        <w:rPr>
          <w:rFonts w:ascii="Times New Roman" w:hAnsi="Times New Roman" w:eastAsia="Times New Roman" w:cs="Times New Roman"/>
        </w:rPr>
        <w:t xml:space="preserve"> </w:t>
      </w:r>
      <w:r>
        <w:rPr>
          <w:rFonts w:ascii="Nirmala UI" w:hAnsi="Nirmala UI" w:eastAsia="Nirmala UI" w:cs="Nirmala UI"/>
        </w:rPr>
        <w:t>अपराधांनी</w:t>
      </w:r>
      <w:r>
        <w:rPr>
          <w:rFonts w:ascii="Times New Roman" w:hAnsi="Times New Roman" w:eastAsia="Times New Roman" w:cs="Times New Roman"/>
        </w:rPr>
        <w:t xml:space="preserve"> </w:t>
      </w:r>
      <w:r>
        <w:rPr>
          <w:rFonts w:ascii="Nirmala UI" w:hAnsi="Nirmala UI" w:eastAsia="Nirmala UI" w:cs="Nirmala UI"/>
        </w:rPr>
        <w:t>पुन्हा</w:t>
      </w:r>
      <w:r>
        <w:rPr>
          <w:rFonts w:ascii="Times New Roman" w:hAnsi="Times New Roman" w:eastAsia="Times New Roman" w:cs="Times New Roman"/>
        </w:rPr>
        <w:t xml:space="preserve"> </w:t>
      </w:r>
      <w:r>
        <w:rPr>
          <w:rFonts w:ascii="Nirmala UI" w:hAnsi="Nirmala UI" w:eastAsia="Nirmala UI" w:cs="Nirmala UI"/>
        </w:rPr>
        <w:t>अपवित्र</w:t>
      </w:r>
      <w:r>
        <w:rPr>
          <w:rFonts w:ascii="Times New Roman" w:hAnsi="Times New Roman" w:eastAsia="Times New Roman" w:cs="Times New Roman"/>
        </w:rPr>
        <w:t xml:space="preserve"> </w:t>
      </w:r>
      <w:r>
        <w:rPr>
          <w:rFonts w:ascii="Nirmala UI" w:hAnsi="Nirmala UI" w:eastAsia="Nirmala UI" w:cs="Nirmala UI"/>
        </w:rPr>
        <w:t>होऊ</w:t>
      </w:r>
      <w:r>
        <w:rPr>
          <w:rFonts w:ascii="Times New Roman" w:hAnsi="Times New Roman" w:eastAsia="Times New Roman" w:cs="Times New Roman"/>
        </w:rPr>
        <w:t xml:space="preserve"> </w:t>
      </w:r>
      <w:r>
        <w:rPr>
          <w:rFonts w:ascii="Nirmala UI" w:hAnsi="Nirmala UI" w:eastAsia="Nirmala UI" w:cs="Nirmala UI"/>
        </w:rPr>
        <w:t>नये</w:t>
      </w:r>
      <w:r>
        <w:rPr>
          <w:rFonts w:ascii="Times New Roman" w:hAnsi="Times New Roman" w:eastAsia="Times New Roman" w:cs="Times New Roman"/>
        </w:rPr>
        <w:t xml:space="preserve">; </w:t>
      </w:r>
      <w:r>
        <w:rPr>
          <w:rFonts w:ascii="Nirmala UI" w:hAnsi="Nirmala UI" w:eastAsia="Nirmala UI" w:cs="Nirmala UI"/>
        </w:rPr>
        <w:t>तर</w:t>
      </w:r>
      <w:r>
        <w:rPr>
          <w:rFonts w:ascii="Times New Roman" w:hAnsi="Times New Roman" w:eastAsia="Times New Roman" w:cs="Times New Roman"/>
        </w:rPr>
        <w:t xml:space="preserve"> </w:t>
      </w:r>
      <w:r>
        <w:rPr>
          <w:rFonts w:ascii="Nirmala UI" w:hAnsi="Nirmala UI" w:eastAsia="Nirmala UI" w:cs="Nirmala UI"/>
        </w:rPr>
        <w:t>ते</w:t>
      </w:r>
      <w:r>
        <w:rPr>
          <w:rFonts w:ascii="Times New Roman" w:hAnsi="Times New Roman" w:eastAsia="Times New Roman" w:cs="Times New Roman"/>
        </w:rPr>
        <w:t xml:space="preserve"> </w:t>
      </w:r>
      <w:r>
        <w:rPr>
          <w:rFonts w:ascii="Nirmala UI" w:hAnsi="Nirmala UI" w:eastAsia="Nirmala UI" w:cs="Nirmala UI"/>
        </w:rPr>
        <w:t>माझे</w:t>
      </w:r>
      <w:r>
        <w:rPr>
          <w:rFonts w:ascii="Times New Roman" w:hAnsi="Times New Roman" w:eastAsia="Times New Roman" w:cs="Times New Roman"/>
        </w:rPr>
        <w:t xml:space="preserve"> </w:t>
      </w:r>
      <w:r>
        <w:rPr>
          <w:rFonts w:ascii="Nirmala UI" w:hAnsi="Nirmala UI" w:eastAsia="Nirmala UI" w:cs="Nirmala UI"/>
        </w:rPr>
        <w:t>लोक</w:t>
      </w:r>
      <w:r>
        <w:rPr>
          <w:rFonts w:ascii="Times New Roman" w:hAnsi="Times New Roman" w:eastAsia="Times New Roman" w:cs="Times New Roman"/>
        </w:rPr>
        <w:t xml:space="preserve"> </w:t>
      </w:r>
      <w:r>
        <w:rPr>
          <w:rFonts w:ascii="Nirmala UI" w:hAnsi="Nirmala UI" w:eastAsia="Nirmala UI" w:cs="Nirmala UI"/>
        </w:rPr>
        <w:t>असावेत</w:t>
      </w:r>
      <w:r>
        <w:rPr>
          <w:rFonts w:ascii="Times New Roman" w:hAnsi="Times New Roman" w:eastAsia="Times New Roman" w:cs="Times New Roman"/>
        </w:rPr>
        <w:t xml:space="preserve">, </w:t>
      </w:r>
      <w:r>
        <w:rPr>
          <w:rFonts w:ascii="Nirmala UI" w:hAnsi="Nirmala UI" w:eastAsia="Nirmala UI" w:cs="Nirmala UI"/>
        </w:rPr>
        <w:t>आणि</w:t>
      </w:r>
      <w:r>
        <w:rPr>
          <w:rFonts w:ascii="Times New Roman" w:hAnsi="Times New Roman" w:eastAsia="Times New Roman" w:cs="Times New Roman"/>
        </w:rPr>
        <w:t xml:space="preserve"> </w:t>
      </w:r>
      <w:r>
        <w:rPr>
          <w:rFonts w:ascii="Nirmala UI" w:hAnsi="Nirmala UI" w:eastAsia="Nirmala UI" w:cs="Nirmala UI"/>
        </w:rPr>
        <w:t>मी</w:t>
      </w:r>
      <w:r>
        <w:rPr>
          <w:rFonts w:ascii="Times New Roman" w:hAnsi="Times New Roman" w:eastAsia="Times New Roman" w:cs="Times New Roman"/>
        </w:rPr>
        <w:t xml:space="preserve"> </w:t>
      </w:r>
      <w:r>
        <w:rPr>
          <w:rFonts w:ascii="Nirmala UI" w:hAnsi="Nirmala UI" w:eastAsia="Nirmala UI" w:cs="Nirmala UI"/>
        </w:rPr>
        <w:t>त्यांचा</w:t>
      </w:r>
      <w:r>
        <w:rPr>
          <w:rFonts w:ascii="Times New Roman" w:hAnsi="Times New Roman" w:eastAsia="Times New Roman" w:cs="Times New Roman"/>
        </w:rPr>
        <w:t xml:space="preserve"> </w:t>
      </w:r>
      <w:r>
        <w:rPr>
          <w:rFonts w:ascii="Nirmala UI" w:hAnsi="Nirmala UI" w:eastAsia="Nirmala UI" w:cs="Nirmala UI"/>
        </w:rPr>
        <w:t>देव</w:t>
      </w:r>
      <w:r>
        <w:rPr>
          <w:rFonts w:ascii="Times New Roman" w:hAnsi="Times New Roman" w:eastAsia="Times New Roman" w:cs="Times New Roman"/>
        </w:rPr>
        <w:t xml:space="preserve"> </w:t>
      </w:r>
      <w:r>
        <w:rPr>
          <w:rFonts w:ascii="Nirmala UI" w:hAnsi="Nirmala UI" w:eastAsia="Nirmala UI" w:cs="Nirmala UI"/>
        </w:rPr>
        <w:t>असावा</w:t>
      </w:r>
      <w:r>
        <w:rPr>
          <w:rFonts w:ascii="Times New Roman" w:hAnsi="Times New Roman" w:eastAsia="Times New Roman" w:cs="Times New Roman"/>
        </w:rPr>
        <w:t xml:space="preserve">, </w:t>
      </w:r>
      <w:r>
        <w:rPr>
          <w:rFonts w:ascii="Nirmala UI" w:hAnsi="Nirmala UI" w:eastAsia="Nirmala UI" w:cs="Nirmala UI"/>
        </w:rPr>
        <w:t>असे</w:t>
      </w:r>
      <w:r>
        <w:rPr>
          <w:rFonts w:ascii="Times New Roman" w:hAnsi="Times New Roman" w:eastAsia="Times New Roman" w:cs="Times New Roman"/>
        </w:rPr>
        <w:t xml:space="preserve"> </w:t>
      </w:r>
      <w:r>
        <w:rPr>
          <w:rFonts w:ascii="Nirmala UI" w:hAnsi="Nirmala UI" w:eastAsia="Nirmala UI" w:cs="Nirmala UI"/>
        </w:rPr>
        <w:t>परमेश्वर</w:t>
      </w:r>
      <w:r>
        <w:rPr>
          <w:rFonts w:ascii="Times New Roman" w:hAnsi="Times New Roman" w:eastAsia="Times New Roman" w:cs="Times New Roman"/>
        </w:rPr>
        <w:t xml:space="preserve"> </w:t>
      </w:r>
      <w:r>
        <w:rPr>
          <w:rFonts w:ascii="Nirmala UI" w:hAnsi="Nirmala UI" w:eastAsia="Nirmala UI" w:cs="Nirmala UI"/>
        </w:rPr>
        <w:t>देव</w:t>
      </w:r>
      <w:r>
        <w:rPr>
          <w:rFonts w:ascii="Times New Roman" w:hAnsi="Times New Roman" w:eastAsia="Times New Roman" w:cs="Times New Roman"/>
        </w:rPr>
        <w:t xml:space="preserve"> </w:t>
      </w:r>
      <w:r>
        <w:rPr>
          <w:rFonts w:ascii="Nirmala UI" w:hAnsi="Nirmala UI" w:eastAsia="Nirmala UI" w:cs="Nirmala UI"/>
        </w:rPr>
        <w:t>म्हणतो</w:t>
      </w:r>
      <w:r>
        <w:rPr>
          <w:rFonts w:ascii="Times New Roman" w:hAnsi="Times New Roman" w:eastAsia="Times New Roman" w:cs="Times New Roman"/>
        </w:rPr>
        <w:t xml:space="preserve">. </w:t>
      </w:r>
      <w:r>
        <w:rPr>
          <w:rFonts w:ascii="Nirmala UI" w:hAnsi="Nirmala UI" w:eastAsia="Nirmala UI" w:cs="Nirmala UI"/>
        </w:rPr>
        <w:t>यहेज्केल</w:t>
      </w:r>
      <w:r>
        <w:rPr>
          <w:rFonts w:ascii="Times New Roman" w:hAnsi="Times New Roman" w:eastAsia="Times New Roman" w:cs="Times New Roman"/>
        </w:rPr>
        <w:t xml:space="preserve"> 14:1–11.</w:t>
      </w:r>
    </w:p>
    <w:p>
      <w:pPr>
        <w:pStyle w:val="ArticleBody"/>
        <w:jc w:val="left"/>
      </w:pPr>
      <w:r>
        <w:rPr>
          <w:rFonts w:ascii="Leelawadee UI" w:hAnsi="Leelawadee UI" w:eastAsia="Leelawadee UI" w:cs="Leelawadee UI"/>
        </w:rPr>
        <w:t>នៅទីក្រុង</w:t>
      </w:r>
      <w:r>
        <w:rPr>
          <w:rFonts w:ascii="Times New Roman" w:hAnsi="Times New Roman" w:eastAsia="Times New Roman" w:cs="Times New Roman"/>
        </w:rPr>
        <w:t xml:space="preserve"> Nashville </w:t>
      </w:r>
      <w:r>
        <w:rPr>
          <w:rFonts w:ascii="Leelawadee UI" w:hAnsi="Leelawadee UI" w:eastAsia="Leelawadee UI" w:cs="Leelawadee UI"/>
        </w:rPr>
        <w:t>អ្នកទាំងឡាយនៅក្នុងពួកជំនុំ</w:t>
      </w:r>
      <w:r>
        <w:rPr>
          <w:rFonts w:ascii="Times New Roman" w:hAnsi="Times New Roman" w:eastAsia="Times New Roman" w:cs="Times New Roman"/>
        </w:rPr>
        <w:t xml:space="preserve"> Seventh-day Adventist </w:t>
      </w:r>
      <w:r>
        <w:rPr>
          <w:rFonts w:ascii="Leelawadee UI" w:hAnsi="Leelawadee UI" w:eastAsia="Leelawadee UI" w:cs="Leelawadee UI"/>
        </w:rPr>
        <w:t>ខាង</w:t>
      </w:r>
      <w:r>
        <w:rPr>
          <w:rFonts w:ascii="Times New Roman" w:hAnsi="Times New Roman" w:eastAsia="Times New Roman" w:cs="Times New Roman"/>
        </w:rPr>
        <w:t xml:space="preserve"> Laodicea </w:t>
      </w:r>
      <w:r>
        <w:rPr>
          <w:rFonts w:ascii="Leelawadee UI" w:hAnsi="Leelawadee UI" w:eastAsia="Leelawadee UI" w:cs="Leelawadee UI"/>
        </w:rPr>
        <w:t>ដែលមិនជឿដូចជា</w:t>
      </w:r>
      <w:r>
        <w:rPr>
          <w:rFonts w:ascii="Times New Roman" w:hAnsi="Times New Roman" w:eastAsia="Times New Roman" w:cs="Times New Roman"/>
        </w:rPr>
        <w:t xml:space="preserve"> Zacharias; </w:t>
      </w:r>
      <w:r>
        <w:rPr>
          <w:rFonts w:ascii="Leelawadee UI" w:hAnsi="Leelawadee UI" w:eastAsia="Leelawadee UI" w:cs="Leelawadee UI"/>
        </w:rPr>
        <w:t>ដែលបាន</w:t>
      </w:r>
      <w:r>
        <w:rPr>
          <w:rFonts w:ascii="Times New Roman" w:hAnsi="Times New Roman" w:eastAsia="Times New Roman" w:cs="Times New Roman"/>
        </w:rPr>
        <w:t xml:space="preserve"> «</w:t>
      </w:r>
      <w:r>
        <w:rPr>
          <w:rFonts w:ascii="Leelawadee UI" w:hAnsi="Leelawadee UI" w:eastAsia="Leelawadee UI" w:cs="Leelawadee UI"/>
        </w:rPr>
        <w:t>ប្រកាន់ជំហរថា</w:t>
      </w:r>
      <w:r>
        <w:rPr>
          <w:rFonts w:ascii="Times New Roman" w:hAnsi="Times New Roman" w:eastAsia="Times New Roman" w:cs="Times New Roman"/>
        </w:rPr>
        <w:t xml:space="preserve"> </w:t>
      </w:r>
      <w:r>
        <w:rPr>
          <w:rFonts w:ascii="Leelawadee UI" w:hAnsi="Leelawadee UI" w:eastAsia="Leelawadee UI" w:cs="Leelawadee UI"/>
        </w:rPr>
        <w:t>យើងមិនចាំបាច់ត្រូវរង់ចាំអព្ភូតហេតុ</w:t>
      </w:r>
      <w:r>
        <w:rPr>
          <w:rFonts w:ascii="Times New Roman" w:hAnsi="Times New Roman" w:eastAsia="Times New Roman" w:cs="Times New Roman"/>
        </w:rPr>
        <w:t xml:space="preserve"> </w:t>
      </w:r>
      <w:r>
        <w:rPr>
          <w:rFonts w:ascii="Leelawadee UI" w:hAnsi="Leelawadee UI" w:eastAsia="Leelawadee UI" w:cs="Leelawadee UI"/>
        </w:rPr>
        <w:t>និងការសម្ដែងយ៉ាងច្បាស់នៃព្រះចេស្តារបស់ព្រះ</w:t>
      </w:r>
      <w:r>
        <w:rPr>
          <w:rFonts w:ascii="Times New Roman" w:hAnsi="Times New Roman" w:eastAsia="Times New Roman" w:cs="Times New Roman"/>
        </w:rPr>
        <w:t xml:space="preserve"> </w:t>
      </w:r>
      <w:r>
        <w:rPr>
          <w:rFonts w:ascii="Leelawadee UI" w:hAnsi="Leelawadee UI" w:eastAsia="Leelawadee UI" w:cs="Leelawadee UI"/>
        </w:rPr>
        <w:t>ដូចនៅសម័យមុនៗទេ</w:t>
      </w:r>
      <w:r>
        <w:rPr>
          <w:rFonts w:ascii="Times New Roman" w:hAnsi="Times New Roman" w:eastAsia="Times New Roman" w:cs="Times New Roman"/>
        </w:rPr>
        <w:t xml:space="preserve">» </w:t>
      </w:r>
      <w:r>
        <w:rPr>
          <w:rFonts w:ascii="Leelawadee UI" w:hAnsi="Leelawadee UI" w:eastAsia="Leelawadee UI" w:cs="Leelawadee UI"/>
        </w:rPr>
        <w:t>ដូចដែលតំណាងដោយឆ្នាំ</w:t>
      </w:r>
      <w:r>
        <w:rPr>
          <w:rFonts w:ascii="Times New Roman" w:hAnsi="Times New Roman" w:eastAsia="Times New Roman" w:cs="Times New Roman"/>
        </w:rPr>
        <w:t xml:space="preserve"> 1840 </w:t>
      </w:r>
      <w:r>
        <w:rPr>
          <w:rFonts w:ascii="Leelawadee UI" w:hAnsi="Leelawadee UI" w:eastAsia="Leelawadee UI" w:cs="Leelawadee UI"/>
        </w:rPr>
        <w:t>ដល់</w:t>
      </w:r>
      <w:r>
        <w:rPr>
          <w:rFonts w:ascii="Times New Roman" w:hAnsi="Times New Roman" w:eastAsia="Times New Roman" w:cs="Times New Roman"/>
        </w:rPr>
        <w:t xml:space="preserve"> 1844 </w:t>
      </w:r>
      <w:r>
        <w:rPr>
          <w:rFonts w:ascii="Leelawadee UI" w:hAnsi="Leelawadee UI" w:eastAsia="Leelawadee UI" w:cs="Leelawadee UI"/>
        </w:rPr>
        <w:t>នឹងត្រូវប្រឈមមុខដោយអ្នកទាំងឡាយនៅខាងក្រៅ</w:t>
      </w:r>
      <w:r>
        <w:rPr>
          <w:rFonts w:ascii="Times New Roman" w:hAnsi="Times New Roman" w:eastAsia="Times New Roman" w:cs="Times New Roman"/>
        </w:rPr>
        <w:t xml:space="preserve"> Adventism </w:t>
      </w:r>
      <w:r>
        <w:rPr>
          <w:rFonts w:ascii="Leelawadee UI" w:hAnsi="Leelawadee UI" w:eastAsia="Leelawadee UI" w:cs="Leelawadee UI"/>
        </w:rPr>
        <w:t>អំពីមូលហេតុដែលពួកគេបានខកខានមិនផ្តល់ការព្រមាន។</w:t>
      </w:r>
      <w:r>
        <w:rPr>
          <w:rFonts w:ascii="Times New Roman" w:hAnsi="Times New Roman" w:eastAsia="Times New Roman" w:cs="Times New Roman"/>
        </w:rPr>
        <w:t xml:space="preserve"> </w:t>
      </w:r>
      <w:r>
        <w:rPr>
          <w:rFonts w:ascii="Leelawadee UI" w:hAnsi="Leelawadee UI" w:eastAsia="Leelawadee UI" w:cs="Leelawadee UI"/>
        </w:rPr>
        <w:t>ពួកគេក្លាយជា</w:t>
      </w:r>
      <w:r>
        <w:rPr>
          <w:rFonts w:ascii="Times New Roman" w:hAnsi="Times New Roman" w:eastAsia="Times New Roman" w:cs="Times New Roman"/>
        </w:rPr>
        <w:t xml:space="preserve"> «</w:t>
      </w:r>
      <w:r>
        <w:rPr>
          <w:rFonts w:ascii="Leelawadee UI" w:hAnsi="Leelawadee UI" w:eastAsia="Leelawadee UI" w:cs="Leelawadee UI"/>
        </w:rPr>
        <w:t>ទីសម្គាល់</w:t>
      </w:r>
      <w:r>
        <w:rPr>
          <w:rFonts w:ascii="Times New Roman" w:hAnsi="Times New Roman" w:eastAsia="Times New Roman" w:cs="Times New Roman"/>
        </w:rPr>
        <w:t xml:space="preserve">» </w:t>
      </w:r>
      <w:r>
        <w:rPr>
          <w:rFonts w:ascii="Leelawadee UI" w:hAnsi="Leelawadee UI" w:eastAsia="Leelawadee UI" w:cs="Leelawadee UI"/>
        </w:rPr>
        <w:t>នៃសារសន្តិភាព</w:t>
      </w:r>
      <w:r>
        <w:rPr>
          <w:rFonts w:ascii="Times New Roman" w:hAnsi="Times New Roman" w:eastAsia="Times New Roman" w:cs="Times New Roman"/>
        </w:rPr>
        <w:t xml:space="preserve"> </w:t>
      </w:r>
      <w:r>
        <w:rPr>
          <w:rFonts w:ascii="Leelawadee UI" w:hAnsi="Leelawadee UI" w:eastAsia="Leelawadee UI" w:cs="Leelawadee UI"/>
        </w:rPr>
        <w:t>និងសុវត្ថិភាពក្លែងក្លាយ</w:t>
      </w:r>
      <w:r>
        <w:rPr>
          <w:rFonts w:ascii="Times New Roman" w:hAnsi="Times New Roman" w:eastAsia="Times New Roman" w:cs="Times New Roman"/>
        </w:rPr>
        <w:t xml:space="preserve"> </w:t>
      </w:r>
      <w:r>
        <w:rPr>
          <w:rFonts w:ascii="Leelawadee UI" w:hAnsi="Leelawadee UI" w:eastAsia="Leelawadee UI" w:cs="Leelawadee UI"/>
        </w:rPr>
        <w:t>ដែលសម្គាល់ការបំបែករវាងអ្នកមានប្រាជ្ញា</w:t>
      </w:r>
      <w:r>
        <w:rPr>
          <w:rFonts w:ascii="Times New Roman" w:hAnsi="Times New Roman" w:eastAsia="Times New Roman" w:cs="Times New Roman"/>
        </w:rPr>
        <w:t xml:space="preserve"> </w:t>
      </w:r>
      <w:r>
        <w:rPr>
          <w:rFonts w:ascii="Leelawadee UI" w:hAnsi="Leelawadee UI" w:eastAsia="Leelawadee UI" w:cs="Leelawadee UI"/>
        </w:rPr>
        <w:t>និងអ្នកល្ងង់</w:t>
      </w:r>
      <w:r>
        <w:rPr>
          <w:rFonts w:ascii="Times New Roman" w:hAnsi="Times New Roman" w:eastAsia="Times New Roman" w:cs="Times New Roman"/>
        </w:rPr>
        <w:t xml:space="preserve"> </w:t>
      </w:r>
      <w:r>
        <w:rPr>
          <w:rFonts w:ascii="Leelawadee UI" w:hAnsi="Leelawadee UI" w:eastAsia="Leelawadee UI" w:cs="Leelawadee UI"/>
        </w:rPr>
        <w:t>ដូចដែលតំណាងដោយតង់ពីរដែលប្រឆាំងគ្នានៅឯកិច្ចប្រជុំបោះជំរំ</w:t>
      </w:r>
      <w:r>
        <w:rPr>
          <w:rFonts w:ascii="Times New Roman" w:hAnsi="Times New Roman" w:eastAsia="Times New Roman" w:cs="Times New Roman"/>
        </w:rPr>
        <w:t xml:space="preserve"> Exeter</w:t>
      </w:r>
      <w:r>
        <w:rPr>
          <w:rFonts w:ascii="Leelawadee UI" w:hAnsi="Leelawadee UI" w:eastAsia="Leelawadee UI" w:cs="Leelawadee UI"/>
        </w:rPr>
        <w:t>។</w:t>
      </w:r>
      <w:r>
        <w:rPr>
          <w:rFonts w:ascii="Times New Roman" w:hAnsi="Times New Roman" w:eastAsia="Times New Roman" w:cs="Times New Roman"/>
        </w:rPr>
        <w:t xml:space="preserve"> </w:t>
      </w:r>
      <w:r>
        <w:rPr>
          <w:rFonts w:ascii="Leelawadee UI" w:hAnsi="Leelawadee UI" w:eastAsia="Leelawadee UI" w:cs="Leelawadee UI"/>
        </w:rPr>
        <w:t>ពួកគេផ្ទុក</w:t>
      </w:r>
      <w:r>
        <w:rPr>
          <w:rFonts w:ascii="Times New Roman" w:hAnsi="Times New Roman" w:eastAsia="Times New Roman" w:cs="Times New Roman"/>
        </w:rPr>
        <w:t xml:space="preserve"> «</w:t>
      </w:r>
      <w:r>
        <w:rPr>
          <w:rFonts w:ascii="Leelawadee UI" w:hAnsi="Leelawadee UI" w:eastAsia="Leelawadee UI" w:cs="Leelawadee UI"/>
        </w:rPr>
        <w:t>ទីសម្គាល់</w:t>
      </w:r>
      <w:r>
        <w:rPr>
          <w:rFonts w:ascii="Times New Roman" w:hAnsi="Times New Roman" w:eastAsia="Times New Roman" w:cs="Times New Roman"/>
        </w:rPr>
        <w:t xml:space="preserve">» </w:t>
      </w:r>
      <w:r>
        <w:rPr>
          <w:rFonts w:ascii="Leelawadee UI" w:hAnsi="Leelawadee UI" w:eastAsia="Leelawadee UI" w:cs="Leelawadee UI"/>
        </w:rPr>
        <w:t>នៃការថ្វាយបង្គំព្រះក្លែងក្លាយ</w:t>
      </w:r>
      <w:r>
        <w:rPr>
          <w:rFonts w:ascii="Times New Roman" w:hAnsi="Times New Roman" w:eastAsia="Times New Roman" w:cs="Times New Roman"/>
        </w:rPr>
        <w:t xml:space="preserve"> </w:t>
      </w:r>
      <w:r>
        <w:rPr>
          <w:rFonts w:ascii="Leelawadee UI" w:hAnsi="Leelawadee UI" w:eastAsia="Leelawadee UI" w:cs="Leelawadee UI"/>
        </w:rPr>
        <w:t>និងការបះបោរ</w:t>
      </w:r>
      <w:r>
        <w:rPr>
          <w:rFonts w:ascii="Times New Roman" w:hAnsi="Times New Roman" w:eastAsia="Times New Roman" w:cs="Times New Roman"/>
        </w:rPr>
        <w:t xml:space="preserve"> </w:t>
      </w:r>
      <w:r>
        <w:rPr>
          <w:rFonts w:ascii="Leelawadee UI" w:hAnsi="Leelawadee UI" w:eastAsia="Leelawadee UI" w:cs="Leelawadee UI"/>
        </w:rPr>
        <w:t>ខណៈដែល</w:t>
      </w:r>
      <w:r>
        <w:rPr>
          <w:rFonts w:ascii="Times New Roman" w:hAnsi="Times New Roman" w:eastAsia="Times New Roman" w:cs="Times New Roman"/>
        </w:rPr>
        <w:t xml:space="preserve"> Ezekiel </w:t>
      </w:r>
      <w:r>
        <w:rPr>
          <w:rFonts w:ascii="Leelawadee UI" w:hAnsi="Leelawadee UI" w:eastAsia="Leelawadee UI" w:cs="Leelawadee UI"/>
        </w:rPr>
        <w:t>ផ្ទុកសារព្រមានព្យាការីដ៏ពិត។</w:t>
      </w:r>
      <w:r>
        <w:rPr>
          <w:rFonts w:ascii="Times New Roman" w:hAnsi="Times New Roman" w:eastAsia="Times New Roman" w:cs="Times New Roman"/>
        </w:rPr>
        <w:t xml:space="preserve"> </w:t>
      </w:r>
      <w:r>
        <w:rPr>
          <w:rFonts w:ascii="Leelawadee UI" w:hAnsi="Leelawadee UI" w:eastAsia="Leelawadee UI" w:cs="Leelawadee UI"/>
        </w:rPr>
        <w:t>នៅចុងបញ្ចប់នៃការឡោមព័ទ្ធ</w:t>
      </w:r>
      <w:r>
        <w:rPr>
          <w:rFonts w:ascii="Times New Roman" w:hAnsi="Times New Roman" w:eastAsia="Times New Roman" w:cs="Times New Roman"/>
        </w:rPr>
        <w:t xml:space="preserve"> </w:t>
      </w:r>
      <w:r>
        <w:rPr>
          <w:rFonts w:ascii="Leelawadee UI" w:hAnsi="Leelawadee UI" w:eastAsia="Leelawadee UI" w:cs="Leelawadee UI"/>
        </w:rPr>
        <w:t>នៅពេលក្រុង</w:t>
      </w:r>
      <w:r>
        <w:rPr>
          <w:rFonts w:ascii="Times New Roman" w:hAnsi="Times New Roman" w:eastAsia="Times New Roman" w:cs="Times New Roman"/>
        </w:rPr>
        <w:t xml:space="preserve"> Jerusalem </w:t>
      </w:r>
      <w:r>
        <w:rPr>
          <w:rFonts w:ascii="Leelawadee UI" w:hAnsi="Leelawadee UI" w:eastAsia="Leelawadee UI" w:cs="Leelawadee UI"/>
        </w:rPr>
        <w:t>ត្រូវបានបំផ្លាញ</w:t>
      </w:r>
      <w:r>
        <w:rPr>
          <w:rFonts w:ascii="Times New Roman" w:hAnsi="Times New Roman" w:eastAsia="Times New Roman" w:cs="Times New Roman"/>
        </w:rPr>
        <w:t xml:space="preserve"> </w:t>
      </w:r>
      <w:r>
        <w:rPr>
          <w:rFonts w:ascii="Leelawadee UI" w:hAnsi="Leelawadee UI" w:eastAsia="Leelawadee UI" w:cs="Leelawadee UI"/>
        </w:rPr>
        <w:t>ដែលតំណាងឲ្យច្បាប់ថ្ងៃអាទិត្យ</w:t>
      </w:r>
      <w:r>
        <w:rPr>
          <w:rFonts w:ascii="Times New Roman" w:hAnsi="Times New Roman" w:eastAsia="Times New Roman" w:cs="Times New Roman"/>
        </w:rPr>
        <w:t xml:space="preserve"> </w:t>
      </w:r>
      <w:r>
        <w:rPr>
          <w:rFonts w:ascii="Leelawadee UI" w:hAnsi="Leelawadee UI" w:eastAsia="Leelawadee UI" w:cs="Leelawadee UI"/>
        </w:rPr>
        <w:t>ទីសម្គាល់នៃការបះបោរគឺជាសញ្ញាសត្វសាហាវ</w:t>
      </w:r>
      <w:r>
        <w:rPr>
          <w:rFonts w:ascii="Times New Roman" w:hAnsi="Times New Roman" w:eastAsia="Times New Roman" w:cs="Times New Roman"/>
        </w:rPr>
        <w:t xml:space="preserve"> </w:t>
      </w:r>
      <w:r>
        <w:rPr>
          <w:rFonts w:ascii="Leelawadee UI" w:hAnsi="Leelawadee UI" w:eastAsia="Leelawadee UI" w:cs="Leelawadee UI"/>
        </w:rPr>
        <w:t>ហើយទីសម្គាល់នៃការគោរពប្រតិបត្តិគឺជាត្រារបស់ព្រះ។</w:t>
      </w:r>
    </w:p>
    <w:p>
      <w:pPr>
        <w:pStyle w:val="ArticleBody"/>
        <w:jc w:val="left"/>
      </w:pPr>
      <w:r>
        <w:rPr>
          <w:rFonts w:ascii="Times New Roman" w:hAnsi="Times New Roman" w:eastAsia="Times New Roman" w:cs="Times New Roman"/>
        </w:rPr>
        <w:t>Ekuhlweni ngokupheleleyo kwesilingo se-Adventism kuya kufika emthethweni weCawe, yaye kukho umqondiso wamalungisa nowabangendawo abaya kuphawulwa khona. Ukuvalwa kwesilingo emthethweni weCawe oza kufika kungekudala kufanekisela ukuvalwa kwesilingo xa uMikayeli esukuma, yaye apho umqondiso wokufa kwezihlwele ezininzi umelwa nguGogi noMagogi.</w:t>
      </w:r>
    </w:p>
    <w:p>
      <w:pPr>
        <w:pStyle w:val="ArticleScripture"/>
        <w:jc w:val="left"/>
      </w:pPr>
      <w:r>
        <w:rPr>
          <w:rFonts w:ascii="Times New Roman" w:hAnsi="Times New Roman" w:eastAsia="Times New Roman" w:cs="Times New Roman"/>
        </w:rPr>
        <w:t>Aɓe ɓen ɓe ɗaɓɓitii e leydi, so goɗɗo eɓe yi’i ɓiiɗo ɓiiɗo ndiyam neɗɗo, o yoƴƴii maande haade mum, haa ɓe suɓɓooɓe naata ɓe suɓɓii nde e gese Hamongog. E kadi inde wuro nde waɗoto Hamonah. Noon ɓe laɓɓinta leydi ndin. Ezekiel 39:15, 16.</w:t>
      </w:r>
    </w:p>
    <w:p>
      <w:pPr>
        <w:pStyle w:val="ArticleBody"/>
        <w:jc w:val="left"/>
      </w:pPr>
      <w:r>
        <w:rPr>
          <w:rFonts w:ascii="Times New Roman" w:hAnsi="Times New Roman" w:eastAsia="Times New Roman" w:cs="Times New Roman"/>
        </w:rPr>
        <w:t>Chizindikiro cha pangano chazindikiridwa m’chaputala cha makumi atatu ndi zisanu ndi ziwiri cha Ezekieli, pamene chigwa cha mafupa akufa chibwezeretsedwa ku moyo ndipo ndodo ziwiri ziphatikizidwa. Mafupawo abwezeretsedwa ku moyo ndi uthenga wa Chisilamu, woyimiridwa monga mphepo zinayi, motero kusonyeza pa mtundu wake tsiku la Ogasiti 11, 1840. Ndodo ziwirizo ziphatikizidwa kukhala imodzi, motero kuyimira kulumikizana kwa uthenga wa mngelo wachiwiri ndi uthenga wa kulira kwa pakati pa usiku. Mafupawo ndi kupatsidwa mphamvu kwa mngelo woyamba, ndipo ndodo ziwirizo ndi kupatsidwa mphamvu kwa mngelo wachiwiri. Pambuyo pake anthu a Mulungu amakhala anthu ake osankhidwa a pangano a masiku otsiriza, oyimiridwa ndi Yohane, monga zikwi zana limodzi ndi makumi anayi ndi zinayi.</w:t>
      </w:r>
    </w:p>
    <w:p>
      <w:pPr>
        <w:pStyle w:val="ArticleScripture"/>
        <w:jc w:val="left"/>
      </w:pPr>
      <w:r>
        <w:rPr>
          <w:rFonts w:ascii="Times New Roman" w:hAnsi="Times New Roman" w:eastAsia="Times New Roman" w:cs="Times New Roman"/>
        </w:rPr>
        <w:t>Zaidi ya hayo, nitafanya agano la amani nao; litakuwa agano la milele nao; nami nitawaweka, na kuwazidisha, nami nitaweka patakatifu pangu katikati yao milele. Tena maskani yangu itakuwa pamoja nao; naam, mimi nitakuwa Mungu wao, nao watakuwa watu wangu. Nao mataifa watajua ya kuwa mimi, Bwana, ndiye ninayeitakasa Israeli, hapo patakatifu pangu kitakapokuwa katikati yao milele. Ezekieli 37:26–28.</w:t>
      </w:r>
    </w:p>
    <w:p>
      <w:pPr>
        <w:pStyle w:val="ArticleBody"/>
        <w:jc w:val="left"/>
      </w:pPr>
      <w:r>
        <w:rPr>
          <w:rFonts w:ascii="Times New Roman" w:hAnsi="Times New Roman" w:eastAsia="Times New Roman" w:cs="Times New Roman"/>
        </w:rPr>
        <w:t>Ukuxubana kobuThixo nobuntu kumelwe ngeendlela ngeendlela eLizwini likaThixo, yaye omnye umzekeliso kukuba xa “inqaba yomphefumlo” ekwimo ephezulu yendalo yomntu inamatheliswa kwinqaba yengcwele kaThixo. Xa igumbi letrone lasezulwini, elimela inqaba kaThixo, limanyaniswa nenqaba yendalo ephezulu yomntu, abantu bakaThixo “bangcwaliswa,” yaye Uhlala “phakathi kwabo ngonaphakade.”</w:t>
      </w:r>
    </w:p>
    <w:p>
      <w:pPr>
        <w:pStyle w:val="ArticleBody"/>
        <w:jc w:val="left"/>
      </w:pPr>
      <w:r>
        <w:rPr>
          <w:rFonts w:ascii="Times New Roman" w:hAnsi="Times New Roman" w:eastAsia="Times New Roman" w:cs="Times New Roman"/>
        </w:rPr>
        <w:t>Pambuyo pa sa kapitulo treinta y siete, igintanyag ni Ezekiel an mga kapitulo treinta y ocho ngan treinta y nueve, diin iya gin-aatubang hira Gog ngan Magog sugad nga mga simbolo han panaghiusa han katawohan nga nahimumutang ha gawas han pinili nga katawohan han tipan han Dios. Ha kapitulo cuarenta, an katawohan han tipan ha kapitulo treinta y siete ginrirepresentaran sugad nga usa nga templo nga napupuno an bug-os nga tuna. An mga kapitulo treinta y ocho tubtob cuarenta nagrerepresentar han pagbangon han katawohan han tipan han Dios ha mga urhi nga adlaw, sugad han iginpapakita han mga numero 38 ngan 40.</w:t>
      </w:r>
    </w:p>
    <w:p>
      <w:pPr>
        <w:pStyle w:val="ArticleBody"/>
        <w:jc w:val="left"/>
      </w:pPr>
      <w:r>
        <w:rPr>
          <w:rFonts w:ascii="Times New Roman" w:hAnsi="Times New Roman" w:eastAsia="Times New Roman" w:cs="Times New Roman"/>
        </w:rPr>
        <w:t>Tuzakomeza mambo haya katika makala inayofuata.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Tarihin da Aka Ɓoye na Aya ta Arba’in - Lamba Talatin da Biyu</dc:title>
  <dc:subject>ઝિકેલ નંબર તેર</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