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 संख्या छब्बीस का छिपा हुआ इतिहास</w:t>
      </w:r>
    </w:p>
    <w:p>
      <w:pPr>
        <w:pStyle w:val="ArticleSubtitle"/>
        <w:jc w:val="left"/>
      </w:pPr>
      <w:r>
        <w:rPr>
          <w:rFonts w:ascii="Nirmala UI" w:hAnsi="Nirmala UI" w:eastAsia="Nirmala UI" w:cs="Nirmala UI"/>
        </w:rPr>
        <w:t>यहेजकेल संख्या सात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जिस भविष्यदर्शी रेखा की मैं ‘योशिय्याह का चक्र’ के रूप में पहचान कर रहा हूँ, वह 1097 ईसा-पूर्व में प्राचीन इस्राएल के उस विद्रोह से आरम्भ होती है, जब उन्होंने परमेश्वर को अपने राजा के रूप में अस्वीकार कर दिया। पहले तीन राजा (शाऊल, दाऊद और सुलैमान) 1097 ईसा-पूर्व से 977 ईसा-पूर्व तक, प्रत्येक चालीस वर्षों तक राज्य करते हुए पहचाने जाते हैं। सुलैमान की मृत्यु पर यारोबाम और दस उत्तरी गोत्रों का विद्रोह पहले तीन राजाओं की रेखा को समाप्त करता है, और उत्तरी तथा दक्षिणी—दोनों राज्यों में राजाओं की एक रेखा का आरम्भ करता है।</w:t>
      </w:r>
    </w:p>
    <w:p>
      <w:pPr>
        <w:pStyle w:val="ArticleBody"/>
        <w:jc w:val="left"/>
      </w:pPr>
      <w:r>
        <w:rPr>
          <w:rFonts w:ascii="Nirmala UI" w:hAnsi="Nirmala UI" w:eastAsia="Nirmala UI" w:cs="Nirmala UI"/>
        </w:rPr>
        <w:t>पहले तीन राजा अनेक सत्यों के प्रतीक हैं, परन्तु सत्य के उन चक्रों में से एक, जिनसे उनका संबंध है, यहूदा के अंतिम तीन राजा हैं—यहोयाकीम, यहोयाकीन और सिदकिय्याह—जो आगे चलकर कुस्रू, दारयावेश और अर्तक्षत्र का प्रतिनिधित्व करते हैं। कुस्रू, दारयावेश और अर्तक्षत्र आगे चलकर उनके तीन फ़रमानों का प्रतिनिधित्व करते हैं, जो 516 ईसा-पूर्व से 457 ईसा-पूर्व तक पहुँचते हैं; और वे आगे चलकर प्रकाशितवाक्य चौदह के उन तीन स्वर्गदूतों का प्रतिनिधित्व करते हैं, जो क्रमशः 1798, 19 अप्रैल 1844, और 22 अक्टूबर 1844 में आते हैं। प्रकाशितवाक्य चौदह के तीन स्वर्गदूतों के आगमन का इतिहास एक सौ चवालीस हज़ारों के मुहरबंदी के समय में अक्षरशः दोहराया जाता है, और इस प्रकार यह पहचान कराता है कि वह भविष्यद्वाणी की रेखा, जो शाऊल के राजा के रूप में अभिषेक से आरम्भ होती है, अपने निष्कर्ष पर तब पहुँचती है जब शीघ्र आने वाले रविवार-विधि के समय विजयी कलीसिया का अभिषेक किया जाता है। इस रेखा में राजा योशिय्याह का चक्र सम्मिलित है, जो 977 ईसा-पूर्व में बेतेल और दान में यारोबाम के विद्रोह तक पीछे पहुँचता है।</w:t>
      </w:r>
    </w:p>
    <w:p>
      <w:pPr>
        <w:pStyle w:val="ArticleHeading"/>
        <w:jc w:val="left"/>
      </w:pPr>
      <w:r>
        <w:rPr>
          <w:rFonts w:ascii="Nirmala UI" w:hAnsi="Nirmala UI" w:eastAsia="Nirmala UI" w:cs="Nirmala UI"/>
        </w:rPr>
        <w:t>बाईस</w:t>
      </w:r>
    </w:p>
    <w:p>
      <w:pPr>
        <w:pStyle w:val="ArticleBody"/>
        <w:jc w:val="left"/>
      </w:pPr>
      <w:r>
        <w:rPr>
          <w:rFonts w:ascii="Nirmala UI" w:hAnsi="Nirmala UI" w:eastAsia="Nirmala UI" w:cs="Nirmala UI"/>
        </w:rPr>
        <w:t>यारोबाम बाईस की प्रतीकात्मकता धारण करता है, क्योंकि उसने बाईस वर्ष तक राज्य किया; इस प्रकार वह अपनी गवाही को उस इतिहास के साथ जोड़ देता है जिसका प्रतिनिधित्व बाईस करता है, जो मानवता के साथ दिव्यता के संयोग का एक प्रतीक है, जैसा कि बाईसवें दिन दानिय्येल के मराह-दर्शन तथा संख्या दो सौ बीस में प्रदर्शित किया गया है, जिसकी बाईस संख्या दशमांश है।</w:t>
      </w:r>
    </w:p>
    <w:p>
      <w:pPr>
        <w:pStyle w:val="ArticleScripture"/>
        <w:jc w:val="left"/>
      </w:pPr>
      <w:r>
        <w:rPr>
          <w:rFonts w:ascii="Nirmala UI" w:hAnsi="Nirmala UI" w:eastAsia="Nirmala UI" w:cs="Nirmala UI"/>
        </w:rPr>
        <w:t>और यारोबाम के राज्य करने के दिन बाईस वर्ष के थे; और वह अपने पितरों के संग सो गया, और उसका पुत्र नादाब उसके स्थान पर राज्य करने लगा। 1 राजा 14:20.</w:t>
      </w:r>
    </w:p>
    <w:p>
      <w:pPr>
        <w:pStyle w:val="ArticleBody"/>
        <w:jc w:val="left"/>
      </w:pPr>
      <w:r>
        <w:rPr>
          <w:rFonts w:ascii="Nirmala UI" w:hAnsi="Nirmala UI" w:eastAsia="Nirmala UI" w:cs="Nirmala UI"/>
        </w:rPr>
        <w:t>‘प्रायश्चित्त’—जो दिव्यता और मनुष्यता के संयोग का प्रतिनिधित्व करता है—मसीह का वह कार्य है जो 22 अक्तूबर, अर्थात् दसवें महीने (ग्रेगोरियन) में आरम्भ हुआ; दस गुणा बाईस दो सौ बीस होता है। यारोबियाम ने बेतेल और दान, दोनों स्थानों पर जाली वेदियाँ स्थापित कीं, और इसलिए वह कलीसिया (बेतेल: जिसका अर्थ कलीसिया है) और राज्य (दान: जिसका अर्थ न्याय है) के संयोग के संबंध में रविवार की जाली उपासना का प्रतीक है।</w:t>
      </w:r>
    </w:p>
    <w:p>
      <w:pPr>
        <w:pStyle w:val="ArticleScripture"/>
        <w:jc w:val="left"/>
      </w:pPr>
      <w:r>
        <w:rPr>
          <w:rFonts w:ascii="Nirmala UI" w:hAnsi="Nirmala UI" w:eastAsia="Nirmala UI" w:cs="Nirmala UI"/>
        </w:rPr>
        <w:t>तब यारोबाम ने एप्रैम के पहाड़ी प्रदेश में शकेम को बसाया और वहीं रहने लगा; और वहाँ से निकलकर पनूएल को बसाया। और यारोबाम ने अपने मन में कहा, अब यह राज्य दाऊद के घराने को फिर लौट जाएगा। यदि यह प्रजा यरूशलेम में यहोवा के भवन में बलिदान चढ़ाने को जाएगी, तो इस प्रजा का मन फिर उनके स्वामी, अर्थात् यहूदा के राजा रहूबियाम, की ओर फिर जाएगा; और वे मुझे मार डालेंगे, और यहूदा के राजा रहूबियाम के पास फिर लौट जाएँगे। तब राजा ने सम्मति करके सोने के दो बछड़े बनवाए, और उनसे कहा, तुम्हारा यरूशलेम को जाना बहुत है; हे इस्राएल, देखो, तुम्हारे ये देवता हैं, जो तुम्हें मिस्र देश से निकाल लाए। और उसने एक को बेतेल में स्थापित किया, और दूसरे को दान में रखा। और यह बात पाप का कारण हुई; क्योंकि लोग उनमें से एक के आगे दान तक जाकर उपासना करने लगे। और उसने ऊँचे स्थानों के भवन बनाए, और सामान्य लोगों में से याजक ठहराए, जो लेवी के पुत्रों में से न थे। और यारोबाम ने आठवें महीने के पंद्रहवें दिन, उस पर्व के समान जो यहूदा में होता था, एक पर्व ठहराया, और वेदी पर चढ़ावा चढ़ाया। उसने बेतेल में भी ऐसा ही किया, उन बछड़ों के लिये बलिदान चढ़ाते हुए जिन्हें उसने बनवाया था; और उसने बेतेल में उन ऊँचे स्थानों के याजकों को नियुक्त किया, जिन्हें उसने बनवाया था। इस प्रकार उसने बेतेल में उस वेदी पर, जिसे उसने बनवाया था, आठवें महीने के पंद्रहवें दिन, अर्थात् उस महीने में जिसे उसने अपने ही मन से ठहराया था, चढ़ावा चढ़ाया; और इस्राएलियों के लिये एक पर्व ठहराया; और वेदी पर चढ़ावा चढ़ाया, और धूप जलाया। 1 राजा 12:25–33।</w:t>
      </w:r>
    </w:p>
    <w:p>
      <w:pPr>
        <w:pStyle w:val="ArticleBody"/>
        <w:jc w:val="left"/>
      </w:pPr>
      <w:r>
        <w:rPr>
          <w:rFonts w:ascii="Nirmala UI" w:hAnsi="Nirmala UI" w:eastAsia="Nirmala UI" w:cs="Nirmala UI"/>
        </w:rPr>
        <w:t>दस उत्तरी गोत्रों के मूलभूत इतिहास में एक ऐसा विद्रोह था, जिसका पूर्वरूप इस्राएल द्वारा परमेश्वर को अपने राजा के रूप में अस्वीकार करने में, और हारून के विद्रोह तथा सोने के बछड़े में भी प्रकट हुआ था। हारून का विद्रोह प्राचीन इस्राएल के मूलभूत इतिहास में था, और यारोबाम का विद्रोह दस उत्तरी गोत्रों के मूलभूत इतिहास में था। “पंक्ति पर पंक्ति” के सिद्धान्त के अनुसार, हारून महायाजक होने के नाते कलीसिया का प्रतिनिधित्व करता है, और यारोबाम राजा होने के नाते राज्य का प्रतिनिधित्व करता है। ये दोनों मूलभूत विद्रोह एक ऐसी रेखा हैं, जिसमें इस्राएल की प्रजा का मानव राजा की इच्छा करने में किया गया मूलभूत विद्रोह भी सम्मिलित है।</w:t>
      </w:r>
    </w:p>
    <w:p>
      <w:pPr>
        <w:pStyle w:val="ArticleHeading"/>
        <w:jc w:val="left"/>
      </w:pPr>
      <w:r>
        <w:rPr>
          <w:rFonts w:ascii="Nirmala UI" w:hAnsi="Nirmala UI" w:eastAsia="Nirmala UI" w:cs="Nirmala UI"/>
        </w:rPr>
        <w:t>४९०</w:t>
      </w:r>
    </w:p>
    <w:p>
      <w:pPr>
        <w:pStyle w:val="ArticleBody"/>
        <w:jc w:val="left"/>
      </w:pPr>
      <w:r>
        <w:rPr>
          <w:rFonts w:ascii="Nirmala UI" w:hAnsi="Nirmala UI" w:eastAsia="Nirmala UI" w:cs="Nirmala UI"/>
        </w:rPr>
        <w:t>यहेजकेल की पुस्तक में प्रतिपादित पवित्र इतिहास में चार सौ नब्बे वर्षों की तीन अवधियाँ हैं, और उनमें से एक राजाओं से संबद्ध थी, दूसरी पवित्रस्थान से, और तीसरी सेना से। ये तीनों अवधियाँ हारून के विद्रोह (पवित्रस्थान), शाऊल के विद्रोह (सेना), और यारोबाम के विद्रोह (राजा) के साथ संगत बैठती हैं। भविष्यद्वक्ता, याजक और राजा—इन तीन प्रतीकों में से शाऊल राजा को भविष्यद्वाणी करते हुए पहचाना गया है, और हारून याजक था, और यारोबाम राजा था।</w:t>
      </w:r>
    </w:p>
    <w:p>
      <w:pPr>
        <w:pStyle w:val="ArticleScripture"/>
        <w:jc w:val="left"/>
      </w:pPr>
      <w:r>
        <w:rPr>
          <w:rFonts w:ascii="Nirmala UI" w:hAnsi="Nirmala UI" w:eastAsia="Nirmala UI" w:cs="Nirmala UI"/>
        </w:rPr>
        <w:t>और ऐसा हुआ कि जब उन सब ने, जो उसे पहले से जानते थे, देखा कि देखो, वह भविष्यद्वक्ताओं के बीच भविष्यद्वाणी कर रहा है, तब लोगों ने एक-दूसरे से कहा, यह क्या हुआ है जो कीश के पुत्र को आ पहुँचा है? क्या शाऊल भी भविष्यद्वक्ताओं में है? और उसी स्थान के एक व्यक्ति ने उत्तर देकर कहा, परन्तु उनका पिता कौन है? इसलिए यह एक कहावत बन गई, क्या शाऊल भी भविष्यद्वक्ताओं में है? 1 शमूएल 10:11, 12.</w:t>
      </w:r>
    </w:p>
    <w:p>
      <w:pPr>
        <w:pStyle w:val="ArticleBody"/>
        <w:jc w:val="left"/>
      </w:pPr>
      <w:r>
        <w:rPr>
          <w:rFonts w:ascii="Nirmala UI" w:hAnsi="Nirmala UI" w:eastAsia="Nirmala UI" w:cs="Nirmala UI"/>
        </w:rPr>
        <w:t>विजयी कलीसिया एक तीस वर्ष के भविष्यद्वक्ता, एक तीस वर्ष के याजक, और एक तीस वर्ष के राजा से मिलकर बनी है, जिनका प्रतिनिधित्व यहेजकेल द्वारा होता है, जिसने तीसवें वर्ष में आरम्भ किया; यूसुफ द्वारा, जिसने तीसवें वर्ष में अपनी सेवा प्रारम्भ की; और राजा दाऊद द्वारा, जिसने तीसवें वर्ष में राज्य करना आरम्भ किया। यहेजकेल की पुस्तक के अंतिम आठ अध्यायों में विजयी कलीसिया उस मन्दिर के रूप में निरूपित है जो सारी पृथ्वी को भर देता है, और विजयी कलीसिया फिलाडेल्फिया है, जो उन सात में से आठवीं कलीसिया है।</w:t>
      </w:r>
    </w:p>
    <w:p>
      <w:pPr>
        <w:pStyle w:val="ArticleBody"/>
        <w:jc w:val="left"/>
      </w:pPr>
      <w:r>
        <w:rPr>
          <w:rFonts w:ascii="Nirmala UI" w:hAnsi="Nirmala UI" w:eastAsia="Nirmala UI" w:cs="Nirmala UI"/>
        </w:rPr>
        <w:t>977 ईसा पूर्व में आरम्भ हुई योशिय्याह की भविष्यवाणी की रेखा शीघ्र आने वाले रविवार-विधि पर समाप्त होती है। एक लाख चवालीस हज़ारों का शुद्धिकरण और मुद्रांकन, जो 31 दिसंबर 2023 को आरम्भ हुआ, तब आरम्भ हुआ जब मीकाएल प्रकाशितवाक्य ग्यारह के दो साक्षियों को जिलाने के लिए उतरा। 2023, 11 सितंबर 2001 के बाईस वर्ष बाद आया, ठीक वैसे ही जैसे 1798 के एलियन और सेडिशन अधिनियम, 1776 की स्वतंत्रता की घोषणा के बाईस वर्ष बाद आते हैं। यारोबआम का बाईस-वर्षीय राज्य 977 ईसा पूर्व में आरम्भ हुआ, जब योशिय्याह की भविष्यवाणी प्रकट की गई। उस समय 1 राजा अध्याय तेरह का आज्ञा न मानने वाला भविष्यद्वक्ता, यारोबआम के धर्मत्याग का सामना कर रहा था, जैसे मूसा ने हारून के धर्मत्याग का सामना किया, और शमूएल ने उस समुदाय का सामना किया जिसने एक राजा की अभिलाषा की थी। आज्ञा न मानने वाले भविष्यद्वक्ता, मूसा और शमूएल के संदेश द्वारा निरूपित, आधारभूत धर्मत्यागों के विरुद्ध वे टकराव रविवार-विधि के समय तीसरे स्वर्गदूत के बड़े शब्दघोष का प्रतिनिधित्व करते हैं। यही वह चेतावनी का संदेश है जिसकी घोषणा ध्वज द्वारा की जाती है, जिसका प्रतिनिधित्व यारोबआम के इतिहास में “चिह्न” के साथ दी गई योशिय्याह की भविष्यवाणी के रूप में किया गया है।</w:t>
      </w:r>
    </w:p>
    <w:p>
      <w:pPr>
        <w:pStyle w:val="ArticleScripture"/>
        <w:jc w:val="left"/>
      </w:pPr>
      <w:r>
        <w:rPr>
          <w:rFonts w:ascii="Nirmala UI" w:hAnsi="Nirmala UI" w:eastAsia="Nirmala UI" w:cs="Nirmala UI"/>
        </w:rPr>
        <w:t>और देखो, यहोवा के वचन से यहूदा से एक परमेश्वर का जन बेतेल आया; और यारोबाम धूप जलाने के लिए वेदी के पास खड़ा था। तब उसने यहोवा के वचन से वेदी के विरुद्ध पुकारकर कहा, हे वेदी, वेदी, यहोवा यों कहता है: देख, दाऊद के घराने में एक पुत्र उत्पन्न होगा, जिसका नाम योशिय्याह होगा; और वह तुझ पर उन ऊँचे स्थानों के याजकों को बलि चढ़ाएगा, जो तुझ पर धूप जलाते हैं, और तुझ पर मनुष्यों की हड्डियाँ जलाई जाएँगी। और उसने उसी दिन एक चिन्ह देते हुए कहा, यह वह चिन्ह है जिसकी चर्चा यहोवा ने की है: देख, वेदी फट जाएगी, और उस पर की राख बिखर जाएगी। और ऐसा हुआ कि जब राजा यारोबाम ने परमेश्वर के जन की वह बात सुनी, जिसने बेतेल की वेदी के विरुद्ध पुकारा था, तब उसने वेदी के पास से अपना हाथ बढ़ाकर कहा, उसे पकड़ लो। और उसका हाथ, जो उसने उसके विरुद्ध बढ़ाया था, सूख गया, यहाँ तक कि वह उसे फिर अपनी ओर खींच न सका।</w:t>
      </w:r>
    </w:p>
    <w:p>
      <w:pPr>
        <w:pStyle w:val="ArticleScripture"/>
        <w:jc w:val="left"/>
      </w:pPr>
      <w:r>
        <w:rPr>
          <w:rFonts w:ascii="Nirmala UI" w:hAnsi="Nirmala UI" w:eastAsia="Nirmala UI" w:cs="Nirmala UI"/>
        </w:rPr>
        <w:t>वेदी भी फट गई, और वेदी की राख उस चिन्ह के अनुसार उस पर से बिखर पड़ी, जो परमेश्वर के जन ने यहोवा के वचन के द्वारा दिया था। तब राजा ने परमेश्वर के जन से कहा, अब अपने परमेश्वर यहोवा के सम्मुख विनती कर, और मेरे लिये प्रार्थना कर, कि मेरा हाथ फिर पूर्ववत् हो जाए। तब परमेश्वर के जन ने यहोवा से विनती की, और राजा का हाथ फिर पूर्ववत् हो गया, और जैसा वह पहले था वैसा ही हो गया। तब राजा ने परमेश्वर के जन से कहा, मेरे साथ घर चल, और अपने को ताज़गी दे, और मैं तुझे एक पुरस्कार दूँगा। परन्तु परमेश्वर के जन ने राजा से कहा, यदि तू अपना आधा घर भी मुझे दे, तो भी मैं तेरे साथ भीतर न जाऊँगा, और न इस स्थान में रोटी खाऊँगा, न पानी पीऊँगा; क्योंकि यहोवा के वचन के द्वारा मुझे ऐसी आज्ञा दी गई थी कि न रोटी खाना, न पानी पीना, और जिस मार्ग से तू आया है उसी मार्ग से लौटकर न जाना। सो वह दूसरे मार्ग से चला गया, और जिस मार्ग से वह बेतेल आया था उसी मार्ग से लौटकर न गया। 1 राजा 13:1–10.</w:t>
      </w:r>
    </w:p>
    <w:p>
      <w:pPr>
        <w:pStyle w:val="ArticleBody"/>
        <w:jc w:val="left"/>
      </w:pPr>
      <w:r>
        <w:rPr>
          <w:rFonts w:ascii="Nirmala UI" w:hAnsi="Nirmala UI" w:eastAsia="Nirmala UI" w:cs="Nirmala UI"/>
        </w:rPr>
        <w:t>यारोबाम के साथ भोजन करने से भविष्यद्वक्ता का इनकार, “तेरे घराने का आधा भाग” देने की उसकी पेशकश के बावजूद, सलोमी को अपने राज्य का आधा भाग देने की हेरोदेस की प्रतिज्ञा के अनुरूप है।</w:t>
      </w:r>
    </w:p>
    <w:p>
      <w:pPr>
        <w:pStyle w:val="ArticleScripture"/>
        <w:jc w:val="left"/>
      </w:pPr>
      <w:r>
        <w:rPr>
          <w:rFonts w:ascii="Nirmala UI" w:hAnsi="Nirmala UI" w:eastAsia="Nirmala UI" w:cs="Nirmala UI"/>
        </w:rPr>
        <w:t>और जब एक अनुकूल दिन आया, तब हेरोद ने अपने जन्मदिन पर अपने प्रधान अधिकारियों, सेनापतियों, और गलील के मुख्य जनों के लिये एक भोज दिया। और जब उक्त हेरोदियास की बेटी भीतर आई, और नाची, और हेरोद तथा उसके साथ बैठे हुओं को प्रसन्न कर दिया, तब राजा ने उस युवती से कहा, जो कुछ तू मुझ से चाहे, माँग, और मैं तुझे दूँगा। और उसने उससे शपथ खाकर कहा, जो कुछ तू मुझ से माँगेगी, मैं तुझे दूँगा, अपने राज्य के आधे तक भी। तब वह बाहर जाकर अपनी माता से कहने लगी, मैं क्या माँगूँ? उसने कहा, यूहन्ना बपतिस्मा देनेवाले का सिर। मरकुस 6:21–24.</w:t>
      </w:r>
    </w:p>
    <w:p>
      <w:pPr>
        <w:pStyle w:val="ArticleBody"/>
        <w:jc w:val="left"/>
      </w:pPr>
      <w:r>
        <w:rPr>
          <w:rFonts w:ascii="Nirmala UI" w:hAnsi="Nirmala UI" w:eastAsia="Nirmala UI" w:cs="Nirmala UI"/>
        </w:rPr>
        <w:t>हेरोदेस द्वारा अपने राज्य का आधा भाग देने की प्रतिज्ञा उसके जन्मदिन पर हुई थी। हेरोदेस रोम का प्रतीक है, और प्रकाशितवाक्य सत्रह के दस राजा दानिय्येल अध्याय सात में रोम के दस-भागीय विभाजन, तथा अध्याय दो की दस पैर की उँगलियों द्वारा निरूपित किए गए हैं। उसका जन्मदिन उस समय चिह्नित होता है जब रविवार की व्यवस्था के समय छठा राज्य सातवें राज्य द्वारा प्रतिस्थापित किया जाता है, और इस अर्थ में यह बाइबिलीय भविष्यवाणी के सातवें राज्य के रूप में संयुक्त राष्ट्र का जन्मदिन है। शीघ्र आनेवाली रविवार की व्यवस्था में, यारोबाम के अधीन उत्तर की दस गोत्रों द्वारा प्रतिनिधित्व किए गए वे दस राजा, प्रकाशितवाक्य ‘सत्रह’ में एक घड़ी के लिए अपना राज्य उस पशु को देने पर सहमत होते हैं।</w:t>
      </w:r>
    </w:p>
    <w:p>
      <w:pPr>
        <w:pStyle w:val="ArticleScripture"/>
        <w:jc w:val="left"/>
      </w:pPr>
      <w:r>
        <w:rPr>
          <w:rFonts w:ascii="Nirmala UI" w:hAnsi="Nirmala UI" w:eastAsia="Nirmala UI" w:cs="Nirmala UI"/>
        </w:rPr>
        <w:t>क्योंकि परमेश्वर ने उनके हृदयों में यह डाल दिया है कि वे उसकी इच्छा पूरी करें, और एकमत हों, और अपना राज्य उस पशु को दे दें, जब तक कि परमेश्वर के वचन पूरे न हो जाएँ। प्रकाशितवाक्य 17:17.</w:t>
      </w:r>
    </w:p>
    <w:p>
      <w:pPr>
        <w:pStyle w:val="ArticleBody"/>
        <w:jc w:val="left"/>
      </w:pPr>
      <w:r>
        <w:rPr>
          <w:rFonts w:ascii="Nirmala UI" w:hAnsi="Nirmala UI" w:eastAsia="Nirmala UI" w:cs="Nirmala UI"/>
        </w:rPr>
        <w:t>इससे पहले कि हम यहेजकेल के चौथे अध्याय की भविष्यवाणी पर विचार करें, हम उन ‘तेरह’ अवसरों की पहचान करेंगे जब यहेजकेल ने सीधे किसी तिथि का उल्लेख किया है। वे तेरह मार्गचिह्न सामान्यतः संसार और परमेश्वर की प्रजा के बीच विभाजित होते हैं। मिस्र द्वारा निरूपित संसार को प्रत्यक्ष तिथि सहित छह बार रखा गया है, और सोर को एक बार संबोधित किया गया है, और शेष छह बार यरूशलेम विषय है। यह पुस्तक 592 BC में आरम्भ होती है, जो सत्रहवें जुबली चक्र का तीसवाँ वर्ष है, और यहेजकेल के चालीसवें अध्याय का पद एक 22 October, 573 BC को उस चक्र के अंत के रूप में पहचानता है। जुबली चक्र 9/11 से लेकर शीघ्र आने वाले Sunday law तक एक लाख चवालीस हजार के मुहरबन्द किए जाने के समय का प्रतिनिधित्व करता है, जिसे आगे उसी इतिहास के एक फ्रैक्टल में 31 December, 2023 से लेकर शीघ्र आने वाले Sunday law तक भी निरूपित किया गया है। दोनों अवधियों का प्रतिरूप 11 August, 1840 से 22 October, 1844 तक द्वारा प्रस्तुत किया गया था।</w:t>
      </w:r>
    </w:p>
    <w:p>
      <w:pPr>
        <w:pStyle w:val="ArticleBody"/>
        <w:jc w:val="left"/>
      </w:pPr>
      <w:r>
        <w:rPr>
          <w:rFonts w:ascii="Nirmala UI" w:hAnsi="Nirmala UI" w:eastAsia="Nirmala UI" w:cs="Nirmala UI"/>
        </w:rPr>
        <w:t>11 अगस्त, 1840 को स्वयं यीशु मसीह से कम कोई व्यक्ति प्रकाशितवाक्य 10 के उस सामर्थी स्वर्गदूत के रूप में उतरा नहीं, जो एक छोटी पुस्तक लाया था, जिसे परमेश्वर की प्रजा को लेकर खाना था। वही स्वर्गदूत पुनः 9/11 पर उतरा ताकि मुहरबंदी के समय के आरम्भ को चिह्नित करे। वही स्वर्गदूत 31 दिसंबर, 2023 को उतरा ताकि उन दो गवाहों को जिलाए जो उस बड़े नगर की सड़क में मार डाले गए थे, जो सदोम और मिस्र कहलाता है, जहाँ हमारा प्रभु भी क्रूस पर चढ़ाया गया था। उस अवतरण ने मुहरबंदी के समय की समापनावधि को चिह्नित किया। 31 दिसंबर, 2023 से लेकर रविवार के कानून तक की फ्रैक्टल अवधि के भीतर, याजक यहेजकेल को स्वर्ग में मन्दिर का एक दर्शन दिया जाता है। उस समय उसे गूंगा कर दिया जाता है और वह केवल तब बोलता है जब परमेश्वर उसे ऐसा करने की आज्ञा देता है। उसकी यह अवस्था शीघ्र आने वाले रविवार के कानून तक बनी रहती है, जिसका प्रतीक यरूशलेम का विनाश है।</w:t>
      </w:r>
    </w:p>
    <w:p>
      <w:pPr>
        <w:pStyle w:val="ArticleBody"/>
        <w:jc w:val="left"/>
      </w:pPr>
      <w:r>
        <w:rPr>
          <w:rFonts w:ascii="Nirmala UI" w:hAnsi="Nirmala UI" w:eastAsia="Nirmala UI" w:cs="Nirmala UI"/>
        </w:rPr>
        <w:t>जैसे यूहन्ना को प्रकाशितवाक्य 10 में उतरने वाले स्वर्गदूत के हाथ में जो पुस्तक थी, उसे लेने की आज्ञा दी गई थी, वैसे ही यहेजकेल को भी विलाप, शोक और हाय से भरी हुई पुस्तक को खाने के लिए कहा गया।</w:t>
      </w:r>
    </w:p>
    <w:p>
      <w:pPr>
        <w:pStyle w:val="ArticleScripture"/>
        <w:jc w:val="left"/>
      </w:pPr>
      <w:r>
        <w:rPr>
          <w:rFonts w:ascii="Nirmala UI" w:hAnsi="Nirmala UI" w:eastAsia="Nirmala UI" w:cs="Nirmala UI"/>
        </w:rPr>
        <w:t>परन्तु हे मनुष्य के सन्तान, जो मैं तुझ से कहता हूँ उसे सुन; उस विद्रोही घराने के समान तू भी विद्रोही न बन। अपना मुँह खोल, और जो मैं तुझे देता हूँ उसे खा। और जब मैंने दृष्टि की, तो देखो, एक हाथ मेरी ओर बढ़ाया गया; और देखो, उसमें एक पुस्तक का पत्र था। और उसने उसे मेरे आगे फैलाया; और वह भीतर और बाहर दोनों ओर लिखा हुआ था; और उसमें विलाप, शोक, और हाय लिखा हुआ था। यहेजकेल 2:8–10.</w:t>
      </w:r>
    </w:p>
    <w:p>
      <w:pPr>
        <w:pStyle w:val="ArticleBody"/>
        <w:jc w:val="left"/>
      </w:pPr>
      <w:r>
        <w:rPr>
          <w:rFonts w:ascii="Nirmala UI" w:hAnsi="Nirmala UI" w:eastAsia="Nirmala UI" w:cs="Nirmala UI"/>
        </w:rPr>
        <w:t>इस संदेश को त्रिगुणित संदेश के रूप में प्रस्तुत किया गया है, और इस प्रकार यह प्रकाशितवाक्य चौदह के तीन स्वर्गदूतों के संदेश का प्रतिरूप है। अतः यह तीसरे स्वर्गदूत का मुहरबंद करने वाला संदेश है, जो यरूशलेम के भीतर उन लोगों पर मुहर लगाता है जो यहेजकेल के अध्याय नौ और प्रकाशितवाक्य के अध्याय सात में निरूपित कलीसिया और देश के पाप पर विलाप और शोक कर रहे हैं।</w:t>
      </w:r>
    </w:p>
    <w:p>
      <w:pPr>
        <w:pStyle w:val="ArticleScripture"/>
        <w:jc w:val="left"/>
      </w:pPr>
      <w:r>
        <w:rPr>
          <w:rFonts w:ascii="Nirmala UI" w:hAnsi="Nirmala UI" w:eastAsia="Nirmala UI" w:cs="Nirmala UI"/>
        </w:rPr>
        <w:t>और इस्राएल के परमेश्वर की महिमा उस करूब के ऊपर से, जिस पर वह थी, उठकर भवन की देहलीज तक आ गई। तब उसने उस मनुष्य को, जो सन का वस्त्र पहिने हुए था और जिसकी कमर के पास लेखक की दवात थी, बुलाया; और यहोवा ने उससे कहा, नगर के बीच होकर, अर्थात् यरूशलेम के बीच होकर जा, और उन मनुष्यों के माथों पर एक चिन्ह लगा दे, जो उसके बीच में किए जाने वाले सब घृणित कामों के कारण आहें भरते और विलाप करते हैं। यहेजकेल 9:3, 4.</w:t>
      </w:r>
    </w:p>
    <w:p>
      <w:pPr>
        <w:pStyle w:val="ArticleBody"/>
        <w:jc w:val="left"/>
      </w:pPr>
      <w:r>
        <w:rPr>
          <w:rFonts w:ascii="Nirmala UI" w:hAnsi="Nirmala UI" w:eastAsia="Nirmala UI" w:cs="Nirmala UI"/>
        </w:rPr>
        <w:t>जो लोग मुहर प्राप्त करते हैं, वे कलीसिया के पापों और देश के पापों के लिए शोक कर रहे हैं, और यहेजकेल की गवाही यरूशलेम और मिस्र के इतिहास पर बुनी हुई है, जो क्रमशः कलीसिया और संसार के प्रतीक हैं।</w:t>
      </w:r>
    </w:p>
    <w:p>
      <w:pPr>
        <w:pStyle w:val="ArticleScripture"/>
        <w:jc w:val="left"/>
      </w:pPr>
      <w:r>
        <w:rPr>
          <w:rFonts w:ascii="Nirmala UI" w:hAnsi="Nirmala UI" w:eastAsia="Nirmala UI" w:cs="Nirmala UI"/>
        </w:rPr>
        <w:t>“भक्तिपरायणता का खमीर अपनी शक्ति को पूर्णतः नहीं खो चुका है। जिस समय कलीसिया का संकट और उसका अवसाद सबसे अधिक होगा, उस समय वह छोटा-सा समुदाय, जो ज्योति में स्थिर खड़ा है, देश में होने वाले घृणित कर्मों के कारण आहें भरता और विलाप करता होगा। परन्तु विशेष रूप से उनकी प्रार्थनाएँ कलीसिया के पक्ष में उठेंगी, क्योंकि उसके सदस्य संसार की रीति के अनुसार आचरण कर रहे हैं। …”</w:t>
      </w:r>
    </w:p>
    <w:p>
      <w:pPr>
        <w:pStyle w:val="ArticleScripture"/>
        <w:jc w:val="left"/>
      </w:pPr>
      <w:r>
        <w:rPr>
          <w:rFonts w:ascii="Nirmala UI" w:hAnsi="Nirmala UI" w:eastAsia="Nirmala UI" w:cs="Nirmala UI"/>
        </w:rPr>
        <w:t>“आदेश यह है: ‘नगर के बीचों-बीच, अर्थात् यरूशलेम के बीचों-बीच होकर जा, और उन मनुष्यों के माथों पर एक चिन्ह लगा दे, जो उन सब घृणित कामों के कारण, जो उसके बीचों-बीच किए जाते हैं, आहें भरते और विलाप करते हैं।’ ये आहें भरने और विलाप करने वाले जीवन के वचनों को प्रस्तुत करते रहे थे; उन्होंने ताड़ना दी थी, परामर्श दिया था, और विनती की थी। कुछ लोग, जो परमेश्वर का अपमान कर रहे थे, पश्चात्ताप करके उसके सम्मुख अपने मन को दीन कर चुके थे। परन्तु यहोवा का तेज इस्राएल से हट गया था; यद्यपि बहुत से लोग अब भी धर्म के बाहरी रूपों को बनाए हुए थे, तथापि उसकी सामर्थ्य और उसकी उपस्थिति का अभाव था।” टेस्टिमोनीज़, खंड 5, 209, 210.</w:t>
      </w:r>
    </w:p>
    <w:p>
      <w:pPr>
        <w:pStyle w:val="ArticleBody"/>
        <w:jc w:val="left"/>
      </w:pPr>
      <w:r>
        <w:rPr>
          <w:rFonts w:ascii="Nirmala UI" w:hAnsi="Nirmala UI" w:eastAsia="Nirmala UI" w:cs="Nirmala UI"/>
        </w:rPr>
        <w:t>विलापगीत की पुस्तक के संदर्भ में, शोक और हाय-हाय, जो प्रकाशितवाक्य चौदह के तीन स्वर्गदूतों का प्रतिरूप हैं, उनमें विलाप और शोक पहले और दूसरे स्वर्गदूत हैं, और तीसरा हाय का संदेश है, जो पूर्वी वायु का एक प्रतीक है, जिसे प्रकाशितवाक्य सात के चार रोक रखनेवाले स्वर्गदूतों द्वारा रोककर रखा गया है।</w:t>
      </w:r>
    </w:p>
    <w:p>
      <w:pPr>
        <w:pStyle w:val="ArticleHeading"/>
        <w:jc w:val="left"/>
      </w:pPr>
      <w:r>
        <w:rPr>
          <w:rFonts w:ascii="Nirmala UI" w:hAnsi="Nirmala UI" w:eastAsia="Nirmala UI" w:cs="Nirmala UI"/>
        </w:rPr>
        <w:t>मिस्र</w:t>
      </w:r>
    </w:p>
    <w:p>
      <w:pPr>
        <w:pStyle w:val="ArticleBody"/>
        <w:jc w:val="left"/>
      </w:pPr>
      <w:r>
        <w:rPr>
          <w:rFonts w:ascii="Nirmala UI" w:hAnsi="Nirmala UI" w:eastAsia="Nirmala UI" w:cs="Nirmala UI"/>
        </w:rPr>
        <w:t>यहेजकेल की पुस्तक में तेरह तिथियों का उल्लेख है। मिस्र-संबंधी तिथियों के समूह में पहली तिथि यहेजकेल 29:1 है, और वह 587 ईसा-पूर्व का संकेत करती थी।</w:t>
      </w:r>
    </w:p>
    <w:p>
      <w:pPr>
        <w:pStyle w:val="ArticleScripture"/>
        <w:jc w:val="left"/>
      </w:pPr>
      <w:r>
        <w:rPr>
          <w:rFonts w:ascii="Nirmala UI" w:hAnsi="Nirmala UI" w:eastAsia="Nirmala UI" w:cs="Nirmala UI"/>
        </w:rPr>
        <w:t>दसवें वर्ष में, दसवें महीने के बारहवें दिन, यहोवा का वचन मेरे पास पहुँचा, यह कहते हुए, हे मनुष्य के सन्तान, अपना मुख मिस्र के राजा फिरौन के विरुद्ध कर, और उसके तथा सारे मिस्र के विरुद्ध भविष्यद्वाणी कर: बोल, और कह, प्रभु यहोवा यों कहता है; देख, हे मिस्र के राजा फिरौन, मैं तेरे विरुद्ध हूँ, उस बड़े अजगर के विरुद्ध जो अपनी नदियों के बीच पड़ा रहता है, जिसने कहा है, मेरी नदी मेरी अपनी है, और मैंने ही उसे अपने लिये बनाया है। यहेजकेल 29:1–3.</w:t>
      </w:r>
    </w:p>
    <w:p>
      <w:pPr>
        <w:pStyle w:val="ArticleBody"/>
        <w:jc w:val="left"/>
      </w:pPr>
      <w:r>
        <w:rPr>
          <w:rFonts w:ascii="Nirmala UI" w:hAnsi="Nirmala UI" w:eastAsia="Nirmala UI" w:cs="Nirmala UI"/>
        </w:rPr>
        <w:t>587 ईसा पूर्व घेराबंदी का वर्ष है, जो यरूशलेम के विनाश से डेढ़ वर्ष पहले आरम्भ हुई थी। उस समय यहेजकेल घोषणा करता है कि परमेश्वर मिस्र को उलट देगा, और यह कि वह उलटफेर परमेश्वर की प्रजा पर यह प्रकट करेगा कि मिस्र के अजगर पर भरोसा करने में वे कितने मूर्ख थे। अध्याय के अंत तक यह उद्घोषणा की जाती है कि मिस्र बाबुल को दे दिया जाएगा, इस प्रकार यह पहचान कराई जाती है कि बाइबल की भविष्यवाणी के दस राजा अपना सातवाँ राज्य आधुनिक बाबुल को कब देते हैं—उस आठवें राज्य को जो उन सात में से है। वह भविष्यवाणी ‘सत्रह’ वर्ष बाद, 571 ईसा पूर्व में, जैसा कि अध्याय के अंत में प्रस्तुत किया गया है, पूरी हुई। अतः अध्याय 29 में मिस्र के संबंध में दिनांक-निर्धारण का पहला और अंतिम उल्लेख निहित है।</w:t>
      </w:r>
    </w:p>
    <w:p>
      <w:pPr>
        <w:pStyle w:val="ArticleScripture"/>
        <w:jc w:val="left"/>
      </w:pPr>
      <w:r>
        <w:rPr>
          <w:rFonts w:ascii="Nirmala UI" w:hAnsi="Nirmala UI" w:eastAsia="Nirmala UI" w:cs="Nirmala UI"/>
        </w:rPr>
        <w:t>और ऐसा हुआ कि सत्ताईसवें वर्ष में, पहले महीने के पहले दिन, यहोवा का वचन मेरे पास पहुँचा, और उसने कहा, हे मनुष्य के सन्तान, बाबुल के राजा नबूकदरेस्सर ने अपनी सेना से सूर के विरुद्ध बड़ी सेवा कराई; हर सिर गंजा हो गया, और हर कन्धा छिल गया; तौभी न तो उसे, और न उसकी सेना को, सूर के कारण, उस सेवा के लिए जो उसने उसके विरुद्ध की थी, कोई मजदूरी मिली। इस कारण प्रभु यहोवा यों कहता है: देखो, मैं मिस्र देश बाबुल के राजा नबूकदरेस्सर को दे दूँगा; और वह उसकी बहुतायत को ले जाएगा, और उसकी लूट ले जाएगा, और उसका शिकार ले जाएगा; और वही उसकी सेना की मजदूरी ठहरेगी। मैंने उसे मिस्र देश उसके उस परिश्रम के कारण दिया है जो उसने उसके विरुद्ध किया, क्योंकि उन्होंने मेरे लिए काम किया, प्रभु यहोवा की यही वाणी है। उसी दिन मैं इस्राएल के घराने के सींग को अंकुरित होने दूँगा, और मैं उनके बीच तुझे मुख खोलने की सामर्थ्य दूँगा; तब वे जान लेंगे कि मैं ही यहोवा हूँ। यहेजकेल 29:17–21.</w:t>
      </w:r>
    </w:p>
    <w:p>
      <w:pPr>
        <w:pStyle w:val="ArticleBody"/>
        <w:jc w:val="left"/>
      </w:pPr>
      <w:r>
        <w:rPr>
          <w:rFonts w:ascii="Nirmala UI" w:hAnsi="Nirmala UI" w:eastAsia="Nirmala UI" w:cs="Nirmala UI"/>
        </w:rPr>
        <w:t>बीसवें वर्ष के पहले महीने के पहले दिन की सत्रहवीं आयत, यहेजकेल में दी गई तेरह तिथियों में से अंतिम तिथि का प्रतिनिधित्व करती है, और यही एकमात्र तिथि है जो 22 अक्तूबर, 573 ईसा-पूर्व के बाद आती है। यह उस समय का प्रतिनिधित्व करती है जब दानिय्येल 11:42–43 में उत्तर के राजा को मिस्र दिया जाता है, और साथ ही उस बिंदु का भी, जब दस राजा अपने सातवें राज्य को उस आठवें राज्य को दे देते हैं जो उन सात में से है। इसकी पूर्ति तब होती है जब “इस्राएल के घराने का सींग” अंकुरित होता है। यशायाह में इस्राएल पूर्वी पवन के दिन अंकुरित होता है।</w:t>
      </w:r>
    </w:p>
    <w:p>
      <w:pPr>
        <w:pStyle w:val="ArticleScripture"/>
        <w:jc w:val="left"/>
      </w:pPr>
      <w:r>
        <w:rPr>
          <w:rFonts w:ascii="Nirmala UI" w:hAnsi="Nirmala UI" w:eastAsia="Nirmala UI" w:cs="Nirmala UI"/>
        </w:rPr>
        <w:t>जो याकूब से उत्पन्न होंगे, उन्हें वह जड़ पकड़ने देगा; इस्राएल फूलेगा और कली लगाएगा, और संसार के मुख को फल से भर देगा। यशायाह 27:8।</w:t>
      </w:r>
    </w:p>
    <w:p>
      <w:pPr>
        <w:pStyle w:val="ArticleBody"/>
        <w:jc w:val="left"/>
      </w:pPr>
      <w:r>
        <w:rPr>
          <w:rFonts w:ascii="Nirmala UI" w:hAnsi="Nirmala UI" w:eastAsia="Nirmala UI" w:cs="Nirmala UI"/>
        </w:rPr>
        <w:t>जब यहेजकेल 29:17 की पूर्ति होगी, और मिस्र का अजगर निकट आने वाले रविवार के विधि-नियम के समय पोपीय पशु को सौंप दिया जाएगा, तब उत्तरवर्षा बिना माप के इस्राएल पर उंडेली जाएगी। उस वर्षा का आरम्भ 9/11 को छिड़काव के रूप में हुआ, जैसा कि उसके पुनरुत्थान के पश्चात् अपने पिता के पास आरोहित होने के बाद, पृथ्वी पर अवतरित होकर मसीह द्वारा अपने शिष्यों पर श्वास फूँकने में प्रतिरूपित किया गया था।</w:t>
      </w:r>
    </w:p>
    <w:p>
      <w:pPr>
        <w:pStyle w:val="ArticleScripture"/>
        <w:jc w:val="left"/>
      </w:pPr>
      <w:r>
        <w:rPr>
          <w:rFonts w:ascii="Nirmala UI" w:hAnsi="Nirmala UI" w:eastAsia="Nirmala UI" w:cs="Nirmala UI"/>
        </w:rPr>
        <w:t>“मसीह द्वारा अपने चेलों पर पवित्र आत्मा का श्वास फूँकना, और उन्हें अपनी शांति प्रदान करना, पिन्तेकुस्त के दिन दी जाने वाली प्रचुर वर्षा से पहले की कुछ बूँदों के समान था।” स्पिरिट ऑफ प्रोफेसी, खंड 3, 243.</w:t>
      </w:r>
    </w:p>
    <w:p>
      <w:pPr>
        <w:pStyle w:val="ArticleBody"/>
        <w:jc w:val="left"/>
      </w:pPr>
      <w:r>
        <w:rPr>
          <w:rFonts w:ascii="Nirmala UI" w:hAnsi="Nirmala UI" w:eastAsia="Nirmala UI" w:cs="Nirmala UI"/>
        </w:rPr>
        <w:t>मिस्र के पतन के विषय में यहेजकेल की भविष्यवाणी 587 ईसा-पूर्व में, घेराबंदी के वर्ष में, घोषित की गई थी, और ‘सत्रह’ वर्ष बाद वह भविष्यवाणी पूरी हुई। वह उस कालखंड में पूरी होती है जिसका प्रतिनिधित्व संख्या ‘सत्रह’ करती है, और इस प्रकार वह दानिय्येल ग्यारह के चालीसवें पद के गुप्त इतिहास का प्रतिनिधित्व करती है। उसे एक लाख चवालीस हज़ार के मुहरबंदी के समय में पूरा होना है, जिसका चित्रण यहेजकेल के अध्याय नौ में किया गया है। मुहरबंदी के समय में पिछली वर्षा उंडेली जाती है, पहले 9/11 पर छिड़काव के रूप में, और फिर रविवार की व्यवस्था के समय पूर्ण उंडेलाव के रूप में। यशायाह के अनुसार यह “पूरबी पवन के दिन” में पूरी होती है, और इस्लाम ही वह पूरबी पवन है, और इस्लाम ही तीसरा “हाय” है। जो संदेश यहेजकेल को खाना था, वह तीन-भागीय संदेश था, जिसका तीसरा भाग हाय का संदेश था।</w:t>
      </w:r>
    </w:p>
    <w:p>
      <w:pPr>
        <w:pStyle w:val="ArticleBody"/>
        <w:jc w:val="left"/>
      </w:pPr>
      <w:r>
        <w:rPr>
          <w:rFonts w:ascii="Nirmala UI" w:hAnsi="Nirmala UI" w:eastAsia="Nirmala UI" w:cs="Nirmala UI"/>
        </w:rPr>
        <w:t>यहेजकेल के तेरह दिनांकित संदेश यरूशलेम, मिस्र और सोर के संबंध में प्रस्तुत किए गए थे। वे सभी "तेरह" संख्या द्वारा निरूपित विद्रोह को संबोधित कर रहे थे।</w:t>
      </w:r>
    </w:p>
    <w:p>
      <w:pPr>
        <w:pStyle w:val="ArticleBody"/>
        <w:jc w:val="left"/>
      </w:pPr>
      <w:r>
        <w:rPr>
          <w:rFonts w:ascii="Nirmala UI" w:hAnsi="Nirmala UI" w:eastAsia="Nirmala UI" w:cs="Nirmala UI"/>
        </w:rPr>
        <w:t>हम अगले लेख में यहेजकेल के काल-निर्धारण पर विचार करना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 संख्या छब्बीस का छिपा हुआ इतिहास</dc:title>
  <dc:subject>यहेजकेल संख्या सात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