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Phau Ntawv Daniyees - Ib Puas Yim</w:t>
      </w:r>
    </w:p>
    <w:p>
      <w:pPr>
        <w:pStyle w:val="ArticleSubtitle"/>
        <w:jc w:val="left"/>
      </w:pPr>
      <w:r>
        <w:rPr>
          <w:rFonts w:ascii="Arial" w:hAnsi="Arial" w:eastAsia="Arial" w:cs="Arial"/>
        </w:rPr>
        <w:t>Qhib Lub Cim Yaj Saub: Kev Ntsuam Xyuas Kom Txhij Txhua Txog Xya Lub Raj Ncas hauv Phau Ntawv Qhia Tshwm</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2024-02-29</w:t>
      </w:r>
    </w:p>
    <w:p>
      <w:pPr>
        <w:pStyle w:val="ArticleBody"/>
        <w:jc w:val="left"/>
      </w:pPr>
      <w:r>
        <w:rPr>
          <w:rFonts w:ascii="Times New Roman" w:hAnsi="Times New Roman" w:eastAsia="Times New Roman" w:cs="Times New Roman"/>
        </w:rPr>
        <w:t>William Miller tau txais lub teeb ci ntsa iab loj heev hais txog xya pawg ntseeg, xya lub cim qhib, thiab xya lub raj hauv phau Ntawv Qhia Tshwm. Nws tau muab cov cim yaj saub ntawd tso rau hauv lub moj khaum ntawm ob lub hwjchim ua kom puam tsuaj, yog kev teev dab mlom ua ntej, ces mam yog papalism. Nws tsis tau pom txhua yam ntxwv yaj saub ntawm cov cim ntawd, tiamsis yam nws tau pom tau tsa lub hauv paus kev nkag siab txog keeb kwm sab hauv thiab keeb kwm sab nraud ntawm Vajtswv pawg ntseeg txij lub sijhawm cov thwj tim mus txog rau thaum kawg ntiajteb. Keeb kwm sab hauv raug sawv cev los ntawm cov pawg ntseeg, hos keeb kwm sab nraud ntawm cov pawg ntseeg raug sawv cev los ntawm cov cim qhib. Nws pom tias cov raj yog cov cim ntawm Vajtswv txoj kev txiav txim rau Loos, uas yog ib qho piv txwv txog Vajtswv txoj kev txiav txim rau Loos thaum kawg ntiajteb, txawm yog nws tsis tau pom tias Loos thaum kawg ntiajteb ntawd yog tsim los ntawm ib lub koom haum peb seem sib koom ua ke.</w:t>
      </w:r>
    </w:p>
    <w:p>
      <w:pPr>
        <w:pStyle w:val="ArticleBody"/>
        <w:jc w:val="left"/>
      </w:pPr>
      <w:r>
        <w:rPr>
          <w:rFonts w:ascii="Times New Roman" w:hAnsi="Times New Roman" w:eastAsia="Times New Roman" w:cs="Times New Roman"/>
        </w:rPr>
        <w:t>Phau ntawv uas Uriah Smith tau sau, muaj npe hu ua Daniel and Revelation, muaj qee lub tswv yim uas yuam kev, tiam sis Leej Muam White tau hais txog nws tias yog, “Vajtswv txhais tes uas pab.” Nws tau qhia tias phau ntawv no yuav tsum raug faib nthuav mus nrog rau The Great Controversy, Patriarchs and Prophets, thiab The Desire of Ages. Nws txoj kev pom zoo uas muaj zog ntawd tsis tau txhais hais tias phau ntawv no nyob rau tib theem ntawm kev tshoov siab ib yam li nws cov phau ntawv, tiam sis yog hais tias phau ntawv no muaj “lus qhuab qhia uas loj kawg nkaus,” thiab tau muaj feem ua rau “coob leej ntsuj plig muaj nqis los txog rau txoj kev paub qhov tseeb.”</w:t>
      </w:r>
    </w:p>
    <w:p>
      <w:pPr>
        <w:pStyle w:val="ArticleBody"/>
        <w:jc w:val="left"/>
      </w:pPr>
      <w:r>
        <w:rPr>
          <w:rFonts w:ascii="Times New Roman" w:hAnsi="Times New Roman" w:eastAsia="Times New Roman" w:cs="Times New Roman"/>
        </w:rPr>
        <w:t>Phau ntawv no siv Millerite txoj kev txiav txim txog tej lus faj lem, nrog rau tej tswv yim hais txog tej lus faj lem uas tsis tau pom dua ua ntej hnub tim 22 Lub Kaum Hli Ntuj, 1844. Peb yuav hais txog tej nqe hauv phau ntawv no thaum peb nthuav tawm txoj kev siv peb npaug ntawm peb lub Kev Puas Tsuaj.</w:t>
      </w:r>
    </w:p>
    <w:p>
      <w:pPr>
        <w:pStyle w:val="ArticleBody"/>
        <w:jc w:val="left"/>
      </w:pPr>
      <w:r>
        <w:rPr>
          <w:rFonts w:ascii="Times New Roman" w:hAnsi="Times New Roman" w:eastAsia="Times New Roman" w:cs="Times New Roman"/>
        </w:rPr>
        <w:t>Miller tau hais tias “xya lub raj yog ib zaj keeb kwm ntawm xya txoj kev txiav txim tshwj xeeb thiab hnyav uas raug xa los saum lub ntiajteb, los yog lub nceeg vaj Loos.” Plaub lub raj thawj sawv cev rau cov kev txiav txim uas raug coj los rau saum Loos uas pe hawm dab qhuas, thiab lub raj thib tsib thiab thib rau yog Vajtswv txoj kev txiav txim uas raug coj los rau saum Loos uas nyob hauv txoj kev kav ntawm papacy, tiam sis Miller yuav tsis tau pom tias lub raj thib xya sawv cev rau Vajtswv txoj kev txiav txim rau Loos Niaj Hnub No. Hais txog xya lub cim foob thiab xya lub raj hauv Tshwmsim, Uriah Smith tau sau tias:</w:t>
      </w:r>
    </w:p>
    <w:p>
      <w:pPr>
        <w:pStyle w:val="ArticleScripture"/>
        <w:jc w:val="left"/>
      </w:pPr>
      <w:r>
        <w:rPr>
          <w:rFonts w:ascii="Times New Roman" w:hAnsi="Times New Roman" w:eastAsia="Times New Roman" w:cs="Times New Roman"/>
        </w:rPr>
        <w:t>“Thaum twb txais phau ntawv lawm, tus Menyuam Yaj tam sim ntawd pib qhib cov foob; thiab tus tubtxib txoj kev mloog raug hu los rau cov xwm txheej uas tshwm sim nyob hauv qab txhua lub foob. Tus lej xya twb tau raug nco tseg lawm tias hauv Vajlugkub nws qhia txog kev puv npo thiab kev zoo tiav. Yog li ntawd, xya lub foob thiaj muaj tag nrho ib pawg xwm txheej tshwj xeeb, tej zaum ncav mus txog rau lub sijhawm ntawm Constantine, hos xya lub raj yog lwm ib kab xwm txheej txij lub sijhawm ntawd mus ntxiv, tsis muaj tseeb. Cov raj qhia txog ib kab xwm txheej uas tshwm sim tib lub sijhawm nrog cov xwm txheej ntawm cov foob, tabsis muaj tus cwj pwm txawv kiag li. Lub raj yog ib lub cim ntawm kev ua tsov rog; vim li ntawd cov raj thiaj qhia txog tej kev kub ntxhov loj hauv kev nom kev tswv uas yuav tshwm sim hauv cov haiv neeg thaum lub sijhawm ntawm txoj moo zoo. Cov foob qhia txog cov xwm txheej uas muaj tus cwj pwm kev ntseeg, thiab muaj nyob hauv ntawd keeb kwm ntawm pawg ntseeg txij thaum pib ntawm tiam Khixatia mus txog rau thaum Khetos rov los.” Uriah Smith, Daniel and Revelation, 431.</w:t>
      </w:r>
    </w:p>
    <w:p>
      <w:pPr>
        <w:pStyle w:val="ArticleBody"/>
        <w:jc w:val="left"/>
      </w:pPr>
      <w:r>
        <w:rPr>
          <w:rFonts w:ascii="Times New Roman" w:hAnsi="Times New Roman" w:eastAsia="Times New Roman" w:cs="Times New Roman"/>
        </w:rPr>
        <w:t>Ib lub raj ncas yog ib lub cim ntawm kev ua tsov rog thiab kev kub ntxhov hauv kev nom kev tswv. Hais txog nqe ob ntawm tshooj yim hauv Phau Ntawv Qhia Tshwm Sim, Smith hais tias:</w:t>
      </w:r>
    </w:p>
    <w:p>
      <w:pPr>
        <w:pStyle w:val="ArticleScripture"/>
        <w:jc w:val="left"/>
      </w:pPr>
      <w:r>
        <w:rPr>
          <w:rFonts w:ascii="Times New Roman" w:hAnsi="Times New Roman" w:eastAsia="Times New Roman" w:cs="Times New Roman"/>
        </w:rPr>
        <w:t>“‘NQE 2. Thiab kuv pom xya tus timtswv saum ntuj uas sawv ntawm Vajtswv xub ntiag; thiab tau muab xya lub raj rau lawv.’”</w:t>
      </w:r>
    </w:p>
    <w:p>
      <w:pPr>
        <w:pStyle w:val="ArticleScripture"/>
        <w:jc w:val="left"/>
      </w:pPr>
      <w:r>
        <w:rPr>
          <w:rFonts w:ascii="Times New Roman" w:hAnsi="Times New Roman" w:eastAsia="Times New Roman" w:cs="Times New Roman"/>
        </w:rPr>
        <w:t>“Nqe no qhia txog ib pawg xwm txheej tshiab thiab txawv txav. Hauv cov foob peb twb tau muaj keeb kwm ntawm pawg ntseeg thaum lub sijhawm uas hu ua kev faib cai ntawm txoj moo zoo. Hauv xya lub raj ntxhi, uas tam sim no raug qhia los, peb muaj cov xwm txheej tseem ceeb ntawm kev nom kev tswv thiab kev ua tsov ua rog uas yuav tshwm sim nyob rau tib lub sijhawm ntawd.” Uriah Smith, Daniel and Revelation, 476.</w:t>
      </w:r>
    </w:p>
    <w:p>
      <w:pPr>
        <w:pStyle w:val="ArticleBody"/>
        <w:jc w:val="left"/>
      </w:pPr>
      <w:r>
        <w:rPr>
          <w:rFonts w:ascii="Times New Roman" w:hAnsi="Times New Roman" w:eastAsia="Times New Roman" w:cs="Times New Roman"/>
        </w:rPr>
        <w:t>Lub foob thib xya raug qhib hauv rau nqe thawj ntawm Tshwmsim tshooj yim, thiab raws li keeb puag tom qab ntawm kev qhib lub foob thib xya ntawd, xya tus tim tswv uas tuav xya lub raj raug npaj txhij los tshuab.</w:t>
      </w:r>
    </w:p>
    <w:p>
      <w:pPr>
        <w:pStyle w:val="ArticleScripture"/>
        <w:jc w:val="left"/>
      </w:pPr>
      <w:r>
        <w:rPr>
          <w:rFonts w:ascii="Times New Roman" w:hAnsi="Times New Roman" w:eastAsia="Times New Roman" w:cs="Times New Roman"/>
        </w:rPr>
        <w:t>Thiab thaum Nws qhib lub xya lub cim, muaj kev ntsiag to nyob saum ntuj li ntawm ib nrab teev. Thiab kuv pom xya tus tubtxib saum ntuj uas sawv ntawm Vajtswv xub ntiag; thiab tau muab xya lub raj rau lawv. Thiab muaj dua ib tug tubtxib saum ntuj tuaj sawv ntawm lub thaj, tuav ib lub lauj kaub kub rau hlawv xyab; thiab tau muab xyab ntau rau nws, xwv kom nws yuav muab nws xyab ntawd nrog tej lus thov ntawm txhua tus neeg dawb huv fij rau saum lub thaj kub uas nyob ntawm lub zwm txwv xub ntiag. Thiab pa xyab ntawd, uas nrog tej lus thov ntawm cov neeg dawb huv, nce mus cuag Vajtswv ntawm tus tubtxib saum ntuj txhais tes. Thiab tus tubtxib saum ntuj txawm tuav lub lauj kaub hlawv xyab ntawd, thiab ntim hluav taws ntawm lub thaj rau hauv, ces muab nchuav rau ntiajteb; thiab muaj suab nrov, thiab xob quaj, thiab xob laim, thiab av qeeg. Thiab xya tus tubtxib saum ntuj uas tuav xya lub raj ntawd txawm npaj txhij yuav tshuab. Tshwmsim 8:1–6.</w:t>
      </w:r>
    </w:p>
    <w:p>
      <w:pPr>
        <w:pStyle w:val="ArticleBody"/>
        <w:jc w:val="left"/>
      </w:pPr>
      <w:r>
        <w:rPr>
          <w:rFonts w:ascii="Times New Roman" w:hAnsi="Times New Roman" w:eastAsia="Times New Roman" w:cs="Times New Roman"/>
        </w:rPr>
        <w:t>Muaj ib qho kev txawv txav hauv lus faj lem uas peb tau txheeb xyuas nyob rau hauv tej zaj lus uas dhau los lawm, tiamsis peb tseem tsis tau hais meej txog nws qhov xwm txheej tshwj xeeb hauv lus faj lem. Qhov kev txawv txav ntawd yog tias cov cim uas sawv cev rau ib theem zuj zus ntawm cov waymarks hauv keeb kwm lus faj lem, raug coj los sib sau ua ke tag nrho rau thaum xaus ntawm keeb kwm uas lawv sawv cev. Peb tau qhia lawm tias plaub tiam neeg ntawm Laodicean Adventism uas raug sawv cev los ntawm plaub yam qias vuab tsuab hauv Ezekiel tshooj yim tau cim tseg tej waymarks tshwj xeeb, tiamsis txhua yam ntawm lawv, raws li ib qho kev sim siab, rov tshwm dua hauv keeb kwm ntawm kev muab lub cim rau ib puas plaub caug plaub txhiab leej. Qhov kev txawv txav no kuj muaj nyob hauv xya lub raj ncas thiab, vim hais tias txawm lawv sawv cev rau tej kev txiav txim tshwj xeeb uas poob rau saum Loos tus pagan, Loos tus papal, thiab Loos tus niaj hnub no, los lawv txhua tus rov los sib sau ua ke dua thaum kev txiav txim ua tiav rau saum Loos tus niaj hnub no pib ntawm txoj cai Sunday uas yuav los txog sai.</w:t>
      </w:r>
    </w:p>
    <w:p>
      <w:pPr>
        <w:pStyle w:val="ArticleBody"/>
        <w:jc w:val="left"/>
      </w:pPr>
      <w:r>
        <w:rPr>
          <w:rFonts w:ascii="Times New Roman" w:hAnsi="Times New Roman" w:eastAsia="Times New Roman" w:cs="Times New Roman"/>
        </w:rPr>
        <w:t>Xya lub raj ncas muaj tej hnub tim tshwj xeeb thaum lawv tau muaj tiav yav dhau los, tiam sis Muam White kuj muab xya tus timtswv uas tuav xya lub raj ncas hauv Tshwmsim tshooj yim tso rau hauv keeb kwm ntawm txoj cai Sunday uas yuav los sai sai no.</w:t>
      </w:r>
    </w:p>
    <w:p>
      <w:pPr>
        <w:pStyle w:val="ArticleScripture"/>
        <w:jc w:val="left"/>
      </w:pPr>
      <w:r>
        <w:rPr>
          <w:rFonts w:ascii="Times New Roman" w:hAnsi="Times New Roman" w:eastAsia="Times New Roman" w:cs="Times New Roman"/>
        </w:rPr>
        <w:t>“‘Thaum Nws tau qhib lub cim thib tsib lawm, kuv pom hauv qab lub thaj txi Ntuj tej ntsuj plig ntawm cov uas raug tua vim yog lo lus ntawm Vajtswv, thiab vim yog zaj lus tim khawv uas lawv tuav ruaj nreb: lawv thiaj quaj nrov nrov hais tias, Au tus Tswv, tus Dawb Huv thiab tus Tseeb, yuav ntev npaum li cas ntxiv ua ntej Koj yuav txiav txim thiab pauj peb cov ntshav rau saum cov uas nyob hauv ntiajteb? Ces tej tsho dawb raug muab rau lawv txhua tus [Lawv raug tshaj tawm tias dawb huv thiab huv si]; thiab tau hais rau lawv tias lawv yuav tsum tau so ib nyuag ncua sijhawm ntxiv, mus txog thaum lawv cov tub qhe ua haujlwm nrog lawv thiab lawv cov kwv tij, cov uas yuav raug tua ib yam li lawv, raug ua kom tiav’ [Revelation 6:9–11]. Ntawm no yog tej xwm txheej uas raug nthuav qhia rau Yauhas uas tsis yog tej uas muaj tiag thaum ntawd, tiamsis yog tej uas yuav muaj nyob rau ib ntus sijhawm yav tom ntej.”</w:t>
      </w:r>
    </w:p>
    <w:p>
      <w:pPr>
        <w:pStyle w:val="ArticleScripture"/>
        <w:jc w:val="left"/>
      </w:pPr>
      <w:r>
        <w:rPr>
          <w:rFonts w:ascii="Times New Roman" w:hAnsi="Times New Roman" w:eastAsia="Times New Roman" w:cs="Times New Roman"/>
        </w:rPr>
        <w:t>“Phau Ntawv Qhia Tshwm 8:1–4 raug hais raws nraim.” Manuscript Releases, volume 20, 197.</w:t>
      </w:r>
    </w:p>
    <w:p>
      <w:pPr>
        <w:pStyle w:val="ArticleBody"/>
        <w:jc w:val="left"/>
      </w:pPr>
      <w:r>
        <w:rPr>
          <w:rFonts w:ascii="Times New Roman" w:hAnsi="Times New Roman" w:eastAsia="Times New Roman" w:cs="Times New Roman"/>
        </w:rPr>
        <w:t>Hauv nqe lus dhau los ntawd, Sister White tau siv zaj lus sib tham thiab kev ua tiav ntawm lub cim foob thib tsib rau lub sijhawm thaum xya tus timtswv tab tom yuav tshuab suab hauv tshooj yim, tiam sis nws kuj muab tib daim duab sawv cev no tso rau hauv keeb kwm ntawm ob lub suab hauv Tshwmsim tshooj kaum yim.</w:t>
      </w:r>
    </w:p>
    <w:p>
      <w:pPr>
        <w:pStyle w:val="ArticleScripture"/>
        <w:jc w:val="left"/>
      </w:pPr>
      <w:r>
        <w:rPr>
          <w:rFonts w:ascii="Times New Roman" w:hAnsi="Times New Roman" w:eastAsia="Times New Roman" w:cs="Times New Roman"/>
        </w:rPr>
        <w:t>“Thaum lub foob thib tsib raug qhib lawm, Yauhas tus uas tau txais kev tshwm sim pom hauv yog toog pom, nyob hauv qab lub thaj txi ntuj, pawg neeg uas raug tua vim Vajtswv Txojlus thiab vim tej lus tim khawv txog Yexus Khetos. Tom qab no thiaj los txog tej xwm txheej uas tau piav tseg nyob hauv Tshwmsim tshooj kaum yim, thaum cov uas ncaj ncees thiab muaj tseeb raug hu kom tawm hauv Npanpiloo los. [Tshwmsim 18:1–5, quoted.]” Manuscript Releases, volume 20, 14.</w:t>
      </w:r>
    </w:p>
    <w:p>
      <w:pPr>
        <w:pStyle w:val="ArticleBody"/>
        <w:jc w:val="left"/>
      </w:pPr>
      <w:r>
        <w:rPr>
          <w:rFonts w:ascii="Times New Roman" w:hAnsi="Times New Roman" w:eastAsia="Times New Roman" w:cs="Times New Roman"/>
        </w:rPr>
        <w:t>Xya lub raj nplaim sawv cev rau Vajtswv txoj kev txiav txim nyob hauv keeb kwm ntawm Loos teev dab mlom, Loos papal, thiab Loos Niaj Hnub No, tiamsis lawv kuj raug sawv cev thiab hauv keeb kwm ntawm lub Cuaj Hlis 11, 2001, thiab lub suab thib ob ntawm txoj cai Sunday uas yuav los sai sai no. Tom qab hais txog thawj rau nqes ntawm Tshwmsim tshooj yim, Uriah Smith pib nthuav tawm thawj plaub lub raj nplaim txoj kev ua tiav raws keeb kwm.</w:t>
      </w:r>
    </w:p>
    <w:p>
      <w:pPr>
        <w:pStyle w:val="ArticleScripture"/>
        <w:jc w:val="left"/>
      </w:pPr>
      <w:r>
        <w:rPr>
          <w:rFonts w:ascii="Times New Roman" w:hAnsi="Times New Roman" w:eastAsia="Times New Roman" w:cs="Times New Roman"/>
        </w:rPr>
        <w:t>“Lub ntsiab lus hais txog xya lub raj nrov raug rov qab los txuas ntxiv ntawm no, thiab nws kav mus txog seem uas tseem tshuav ntawm tshooj no thiab tag nrho tshooj 9. Xya tus timtswv npaj lawv tus kheej kom tshuab raj nrov. Lawv txoj kev tshuab raj nrov no los ua ib qho kev txhawb ntxiv rau yav tom ntej tej lus faj lem hauv Daniel 2 thiab 7, pib txij thaum lub teb chaws Loos qub tawg ua kaum feem, uas nyob hauv thawj plaub lub raj nrov, peb muaj ib daim lus piav txog.” Uriah Smith, Daniel and Revelation, 477.</w:t>
      </w:r>
    </w:p>
    <w:p>
      <w:pPr>
        <w:pStyle w:val="ArticleBody"/>
        <w:jc w:val="left"/>
      </w:pPr>
      <w:r>
        <w:rPr>
          <w:rFonts w:ascii="Times New Roman" w:hAnsi="Times New Roman" w:eastAsia="Times New Roman" w:cs="Times New Roman"/>
        </w:rPr>
        <w:t>Smith qhia tias plaub lub xyu uas xub thawj yog Vajtswv tej kev txiav txim rau Loos uas pe dab mlom. Nws hais nqe xya los qhia txog cov yam ntxwv yaj saub ntawm lub xyu thawj, thiab tom qab ntawd nws qhia txog qhov ua tiav hauv keeb kwm ntawm nws.</w:t>
      </w:r>
    </w:p>
    <w:p>
      <w:pPr>
        <w:pStyle w:val="ArticleScripture"/>
        <w:jc w:val="left"/>
      </w:pPr>
      <w:r>
        <w:rPr>
          <w:rFonts w:ascii="Times New Roman" w:hAnsi="Times New Roman" w:eastAsia="Times New Roman" w:cs="Times New Roman"/>
        </w:rPr>
        <w:t>“Qhov thawj qhov kev txom nyem thiab kev txiav txim hnyav uas poob los rau sab Hnub Poob Loos thaum nws tab tom nqes mus rau txoj kev poob qis, yog tsov rog nrog cov Goths nyob hauv Alaric tus thawj coj, tus uas qhib txoj kev rau tej kev nkag tuaj tua tom qab no. Kev tuag ntawm Theodosius, tus huab tais Loos, tau tshwm sim thaum lub Ib Hlis, 395, thiab ua ntej xaus caij ntuj no cov Goths nyob hauv Alaric tus thawj coj twb sawv cuab tam tiv thaiv lub teb chaws faj tim teb chaws lawm.</w:t>
      </w:r>
    </w:p>
    <w:p>
      <w:pPr>
        <w:pStyle w:val="ArticleScripture"/>
        <w:jc w:val="left"/>
      </w:pPr>
      <w:r>
        <w:rPr>
          <w:rFonts w:ascii="Times New Roman" w:hAnsi="Times New Roman" w:eastAsia="Times New Roman" w:cs="Times New Roman"/>
        </w:rPr>
        <w:t>“Kev thawj zaug tawm tsam nyob hauv qab Alaric rhuav tshem Thrace, Macedonia, Attica, thiab Peloponnesus, tiam sis tsis tau mus txog lub nroog Loos. Txawm li ntawd los, hauv nws qhov kev tawm tsam zaum ob, tus thawj coj Gothic hla lub Alps thiab lub Apennines thiab tuaj tshwm rau ntawm phab ntsa ntawm ‘lub nroog nyob mus ib txhis,’ uas tsis ntev tom qab ntawd poob ua neeg qus tej kev chim kev kub ntxhov tus neeg raug tsim txom.”</w:t>
      </w:r>
    </w:p>
    <w:p>
      <w:pPr>
        <w:pStyle w:val="ArticleScripture"/>
        <w:jc w:val="left"/>
      </w:pPr>
      <w:r>
        <w:rPr>
          <w:rFonts w:ascii="Times New Roman" w:hAnsi="Times New Roman" w:eastAsia="Times New Roman" w:cs="Times New Roman"/>
        </w:rPr>
        <w:t>“Lub suab nrov ntawm thawj lub raj muaj nws qhov chaw nyob ze rau thaum xaus ntawm tiam plaub thiab txuas ntxiv mus tom ntej, thiab hais txog cov kev tuaj txeeb ua kom puam tsuaj no rau lub tebchaws Roman nyob rau hauv cov Goths.” Uriah Smith, Daniel and Revelation, 478.</w:t>
      </w:r>
    </w:p>
    <w:p>
      <w:pPr>
        <w:pStyle w:val="ArticleBody"/>
        <w:jc w:val="left"/>
      </w:pPr>
      <w:r>
        <w:rPr>
          <w:rFonts w:ascii="Times New Roman" w:hAnsi="Times New Roman" w:eastAsia="Times New Roman" w:cs="Times New Roman"/>
        </w:rPr>
        <w:t>Smith txheeb Alaric ua lub cim ntawm Vajtswv txoj kev txiav txim rau Loos uas pe dab pe mlom, raws li sawv cev los ntawm lub raj thawj. Txhua lub raj puav leej muaj ib tug neeg hauv keeb kwm uas sawv cev rau lub raj ntawd; Alaric sawv cev rau qhov kev tuaj txog ntawm lub raj thawj txij thaum xaus ntawm tiam plaub. Miller tsis tau pom tias lub raj no raug coj los rau saum Loos vim yog kev yuam kom hwm Hnub Caiv thawj hnub, rau qhov Miller yog ib tug uas hwm Hnub Caiv thawj hnub. Smith kuj plam qhov tseeb no thiab, tiam sis Smith yeej lees paub tias thawj txoj cai yuam kom hwm Hnub Caiv thawj hnub raug tsim los ntawm Constantine hauv xyoo 321. Txoj cai dav dav hauv kev cev Vajtswv lus uas txuas nrog kev yuam kom hwm Hnub Caiv thawj hnub yeej ib txwm zoo ib yam, rau qhov Vajtswv tsis hloov dua li, thiab txoj cai ntawd yog tias “kev thim txoj kev ntseeg ntawm haiv neeg yuav raug raws qab los ntawm kev puam tsuaj ntawm haiv neeg.” Alaric sawv cev rau qhov pib ntawm kev puam tsuaj ntawm haiv neeg, uas tau pib nyob rau hauv tib lub sijhawm uas Constantine tshaj tawm thawj txoj cai Hnub Caiv thawj hnub.</w:t>
      </w:r>
    </w:p>
    <w:p>
      <w:pPr>
        <w:pStyle w:val="ArticleBody"/>
        <w:jc w:val="left"/>
      </w:pPr>
      <w:r>
        <w:rPr>
          <w:rFonts w:ascii="Times New Roman" w:hAnsi="Times New Roman" w:eastAsia="Times New Roman" w:cs="Times New Roman"/>
        </w:rPr>
        <w:t>Smith txuas ntxiv los ntawm kev hais nqe yim, uas txheeb qhia txog lub raj thib ob, thiab tom qab ntawd txuas ntxiv nws cov lus piav qhia:</w:t>
      </w:r>
    </w:p>
    <w:p>
      <w:pPr>
        <w:pStyle w:val="ArticleScripture"/>
        <w:jc w:val="left"/>
      </w:pPr>
      <w:r>
        <w:rPr>
          <w:rFonts w:ascii="Times New Roman" w:hAnsi="Times New Roman" w:eastAsia="Times New Roman" w:cs="Times New Roman"/>
        </w:rPr>
        <w:t>“Lub tebchaws Loos, tom qab Constantine, raug faib ua peb feem; thiab yog li ntawd thiaj muaj lo lus hais rov qab los ntau zaus no tias, ‘ib feem peb ntawm cov neeg,’ thiab lwm yam, yog hais rau qhov ib feem peb ntawm lub tebchaws uas nyob hauv qab tus nplawm. Qhov kev faib lub nceeg vaj Loos no tau ua thaum Constantine tuag, muab faib rau nws peb tug tub, Constantius, Constantine II, thiab Constans. Constantius tuav sab Hnub Tuaj, thiab tsa nws lub chaw nyob ruaj ntawm Constantinople, lub nroog peev ntawm lub tebchaws. Constantine Tus Ob tuav Britain, Gaul, thiab Spain. Constans tuav Illyricum, Africa, thiab Italy. (Saib Sabine’s Ecclesiastical History, p. 155.) Hais txog qhov tseeb keeb kwm uas paub zoo no, Elliott, raws li Albert Barnes tau hais tseg hauv nws cov lus piav txog Rev.12:4, hais tias: ‘Tsawg kawg ob zaug, ua ntej lub tebchaws Loos yuav raug faib mus ruaj khov ua ob feem, yog sab Hnub Tuaj thiab sab Hnub Poob, twb muaj kev faib ua peb feem ntawm lub tebchaws lawm. Qhov thawj tshwm sim hauv A.D. 311, thaum nws raug faib rau Constantine, Licinius, thiab Maximin; qhov tod yog A.D. 337, thaum Constantine tuag, [nws raug faib rau] Constans thiab Constantius.’” Uriah Smith, Daniel and Revelation, 480.</w:t>
      </w:r>
    </w:p>
    <w:p>
      <w:pPr>
        <w:pStyle w:val="ArticleBody"/>
        <w:jc w:val="left"/>
      </w:pPr>
      <w:r>
        <w:rPr>
          <w:rFonts w:ascii="Times New Roman" w:hAnsi="Times New Roman" w:eastAsia="Times New Roman" w:cs="Times New Roman"/>
        </w:rPr>
        <w:t>Qhov xwm txheej hauv keeb kwm uas Loos raug faib ua peb feem, thiab kuj ua ob feem raws li cov kws sau keeb kwm uas Smith tau hais txog, yog cov ntsiab ntawm Loos uas qhia txog kev sib koom ua peb chav ntawm Loos Niaj Hnub No, uas tsim ib lub qauv uas raug faib ua ob, sawv cev rau kev sib xyaw ua ke ntawm pawg ntseeg thiab lub xeev. Thaum Smith hais ntxiv mus, nws mam txheeb xyuas tus neeg hauv keeb kwm uas muaj feem xyuam nrog lub raj thib ob.</w:t>
      </w:r>
    </w:p>
    <w:p>
      <w:pPr>
        <w:pStyle w:val="ArticleScripture"/>
        <w:jc w:val="left"/>
      </w:pPr>
      <w:r>
        <w:rPr>
          <w:rFonts w:ascii="Times New Roman" w:hAnsi="Times New Roman" w:eastAsia="Times New Roman" w:cs="Times New Roman"/>
        </w:rPr>
        <w:t>“Keeb kwm uas ua piv txwv txog kev nrov ntawm raj kub thib ob no pom tseeb tias muaj feem xyuam rau kev ntxeem tebchaws thiab kev kov yeej tebchaws Africa, thiab tom qab ntawd yog tebchaws Italy, los ntawm tus Genseric uas txaus ntshai. Feem coob ntawm nws tej kev kov yeej yog nyob rau saum hiav txwv; thiab nws tej kev yeej yog “zoo li ib lub roob loj kub hnyiab nrog hluav taws, raug pov rau hauv hiav txwv.” Puas muaj ib daim duab twg uas yuav piav qhia tau zoo dua, lossis txawm zoo ib yam li no, txog kev sib tsoo ntawm cov nkoj tua rog, thiab kev puastsuaj dav dav ntawm kev ua tsov rog raws ntug hiav txwv? Hauv kev piav txog raj no, peb yuav tsum nrhiav qee yam xwm txheej uas yuav muaj kev cuam tshuam tshwj xeeb rau lub ntiaj teb kev lag luam. Lub cim uas siv no raws nws tus kheej coj peb mus nrhiav kev kub ntxhov thiab kev cooj coom. Tsis muaj ib yam dabtsi tsuas yog kev ua tsov rog hnyav saum hiav txwv xwb thiaj yuav ua kom tiav raws li lo lus qhia yav tom ntej no. Yog hais tias kev nrov ntawm thawj plaub lub raj muaj feem xyuam rau plaub yam xwm txheej tseem ceeb uas tau pab ua rau lub tebchaws Loos poob mus, thiab raj thawj hais txog kev puas tsuaj uas cov Goths nyob hauv Alaric txhais tes tau ua, ces hauv no peb ib txwm yuav nrhiav qhov kev ntxeem tebchaws tom ntej uas los txuas ntxiv, uas ua rau hwjchim Loos raug tshee hnyo thiab pab coj nws mus rau kev poob. Qhov kev ntxeem tebchaws loj tom ntej yog qhov uas “tus Genseric uas txaus ntshai,” ua tus thawj coj ntawm cov Vandals, tau ua. Nws lub neej kev ua rog tshwm sim nyob rau xyoo A.D. 428–468. Tus thawj coj loj ntawm cov Vandal no muaj nws lub chaw tswj hwm hauv Africa....”</w:t>
      </w:r>
    </w:p>
    <w:p>
      <w:pPr>
        <w:pStyle w:val="ArticleScripture"/>
        <w:jc w:val="left"/>
      </w:pPr>
      <w:r>
        <w:rPr>
          <w:rFonts w:ascii="Times New Roman" w:hAnsi="Times New Roman" w:eastAsia="Times New Roman" w:cs="Times New Roman"/>
        </w:rPr>
        <w:t>“Hais txog feem tseem ceeb uas tus tub sab hiav txwv siab tawv no tau ua hauv kev poob ntawm Loos, Yawg Gibbon siv tej lus tseem ceeb no tias: ‘Genseric, ib lub npe uas, hauv kev rhuav tshem ntawm lub tebchaws Loos, tsim nyog tau txais ib qib sib npaug nrog cov npe Alaric thiab Attila.’” Uriah Smith, Daniel and Revelation, 481, 484.</w:t>
      </w:r>
    </w:p>
    <w:p>
      <w:pPr>
        <w:pStyle w:val="ArticleBody"/>
        <w:jc w:val="left"/>
      </w:pPr>
      <w:r>
        <w:rPr>
          <w:rFonts w:ascii="Times New Roman" w:hAnsi="Times New Roman" w:eastAsia="Times New Roman" w:cs="Times New Roman"/>
        </w:rPr>
        <w:t>Smith, thaum hais Gibbon tus kws sau keeb kwm uas tau taw qhia txog cov cim keeb kwm ntawm peb lub xyu thawj zaug, tau txheeb qhia tias Genseric yog lub xyu thib ob, thiab tom qab ntawd hais tias Genseric, “tsim nyog nyob rau tib qib nrog Alaric thiab Attila.” Alaric yog lub xyu thawj, Genseric yog lub xyu thib ob, thiab Attila tus Hun yog lub xyu thib peb, uas raug hais txog hauv nqe kaum. Smith tau taw qhia tias lub xyu thib ob, uas yog tus sawv cev los ntawm Genseric, sawv cev rau keeb kwm ntawm “428-468.” Ces Smith hais nqe kaum uas txheeb qhia txog lub xyu thib peb, thiab txuas ntxiv nws zaj lus piav raws keeb kwm:</w:t>
      </w:r>
    </w:p>
    <w:p>
      <w:pPr>
        <w:pStyle w:val="ArticleScripture"/>
        <w:jc w:val="left"/>
      </w:pPr>
      <w:r>
        <w:rPr>
          <w:rFonts w:ascii="Times New Roman" w:hAnsi="Times New Roman" w:eastAsia="Times New Roman" w:cs="Times New Roman"/>
        </w:rPr>
        <w:t>“Hauv txoj kev txhais thiab siv nqe Vajlugkub no, peb raug coj los txog rau qhov xwm txheej tseem ceeb thib peb uas ua rau lub teb chaws Loos raug ntxeev poob. Thiab hauv kev nrhiav ib qho kev ua tiav raws keeb kwm ntawm lub raj xyu thib peb no, peb yuav tsum muaj nuj nqis rau Dr. Albert Barnes cov Notes rau ob peb nqe lus uas muab rho tawm. Hauv kev piav txog nqe Vajlugkub no, raws li tus kws piav no hais tias, ‘Yuav tsum muaj ib tug thawj coj lossis ib tug tub rog muaj hwj chim uas yuav raug muab piv rau ib lub hnub qub hluav taws cig ntsa iab; tus uas nws txoj kev khiav yuav ci ntsa iab txawv tshaj plaw; tus uas yuav tshwm los tam sim ntawd ZOO LI ib lub hnub qub cig ntsa iab, ces ploj mus ib yam li ib lub hnub qub uas nws lub teeb raug tua tseg hauv dej.’— Notes on Revelation 8.</w:t>
      </w:r>
    </w:p>
    <w:p>
      <w:pPr>
        <w:pStyle w:val="ArticleScripture"/>
        <w:jc w:val="left"/>
      </w:pPr>
      <w:r>
        <w:rPr>
          <w:rFonts w:ascii="Times New Roman" w:hAnsi="Times New Roman" w:eastAsia="Times New Roman" w:cs="Times New Roman"/>
        </w:rPr>
        <w:t>“Ntawm no twb raug muab ua ntej tias lub suab raj no muaj kev hais ntsig txog tej kev ua rog uas rhuav tshem teb chaws thiab tej kev txeeb teb chaws uas kub siab phem ntawm Attila tawm tsam lub hwj chim Loos, uas nws tau coj mus ua nyob rau ntawm lub taub hau ntawm nws cov pab Huns coob coob....”</w:t>
      </w:r>
    </w:p>
    <w:p>
      <w:pPr>
        <w:pStyle w:val="ArticleScripture"/>
        <w:jc w:val="left"/>
      </w:pPr>
      <w:r>
        <w:rPr>
          <w:rFonts w:ascii="Times New Roman" w:hAnsi="Times New Roman" w:eastAsia="Times New Roman" w:cs="Times New Roman"/>
        </w:rPr>
        <w:t>“‘Thiab lub npe ntawm lub Hnub Qub ntawd hu ua Wormwood [qhia txog tej kev iab kev khwv uas ua raws los].’ Cov lus no—uas muaj kev txuas ze tshaj rau nqe uas nyob ua ntej, raws li txawm yog cov cim nres hauv peb phau txhais los kuj qhia thiab—coj peb rov qab ib pliag mus rau tus cwj pwm ntawm Attila, mus rau txoj kev txom nyem uas nws yog tus ua kom muaj los yog yog cuab tam ua rau muaj, thiab mus rau txoj kev ntshai uas nws lub npe ua rau sawv los.</w:t>
      </w:r>
    </w:p>
    <w:p>
      <w:pPr>
        <w:pStyle w:val="ArticleScripture"/>
        <w:jc w:val="left"/>
      </w:pPr>
      <w:r>
        <w:rPr>
          <w:rFonts w:ascii="Times New Roman" w:hAnsi="Times New Roman" w:eastAsia="Times New Roman" w:cs="Times New Roman"/>
        </w:rPr>
        <w:t>“‘Kev muab tshem tawm tas huvsi thiab lwv kom ploj mus,’ yog cov lus uas haum tshaj plaws los qhia txog tej kev puastsuaj uas nws tau ua.’ Nws hu nws tus kheej tias, ‘Tus Nplawm ntawm Vajtswv.’” Uriah Smith, Daniel and Revelation, 484, 487.</w:t>
      </w:r>
    </w:p>
    <w:p>
      <w:pPr>
        <w:pStyle w:val="ArticleBody"/>
        <w:jc w:val="left"/>
      </w:pPr>
      <w:r>
        <w:rPr>
          <w:rFonts w:ascii="Times New Roman" w:hAnsi="Times New Roman" w:eastAsia="Times New Roman" w:cs="Times New Roman"/>
        </w:rPr>
        <w:t>Keeb kwm ntawm lub raj nrov thib peb, uas Attila tus Hun sawv cev rau, pib txij xyoo 441 mus txog rau nws txoj kev tuag xyoo 453. Smith mam li hais nqe kaum ob, uas nthuav tawm txog lub raj nrov thib plaub thiab piav txog tus vajntxwv qus Odoacer, qhov uas lub cim peb txheej ntawm Loos Sab Hnub Poob raug sawv cev los ntawm lub hnub, lub hli, thiab cov hnub qub. Nws txheeb xyuas peb lub cim no tias yog cov cim ntawm “lub hnub, lub hli, thiab cov hnub qub—vim tsis muaj qhov ua xyem xyav tias nyob ntawm no lawv raug siv ua cov cim—pom tseeb tias yog cov teeb loj ntawm tsoom fwv Loos,—nws cov huab tais, cov tswvcuab senate, thiab cov consul. Npis Sov Newton hais tias tus huab tais kawg ntawm Loos Sab Hnub Poob yog Romulus, uas luag hu ua Augustulus los thuam, los sis “Augustus tus me.” Loos Sab Hnub Poob poob rau xyoo A.D. 476. Txawm li ntawd los xij, txawm yog lub hnub Loos twb raug tua ploj lawm, nws cov teeb qis dua tseem ci tsaus muag thaum lub senate thiab cov consul tseem nyob mus. Tiamsis tom qab ntau zaus kev ntxeev siab hauv xeev thiab kev hloov ntawm txoj hmoo nom tswv, thaum kawg, xyoo A.D. 566, tag nrho tus qauv ntawm tsoom fwv thaum ub raug rhuav tshem, thiab Loos nws tus kheej raug txo nqis ntawm kev ua tus poj huab tais kav lub ntiajteb mus ua ib lub dukedom pluag uas them se rau tus Exarch ntawm Ravenna.” Uriah Smith, Daniel and Revelation, 487.</w:t>
      </w:r>
    </w:p>
    <w:p>
      <w:pPr>
        <w:pStyle w:val="ArticleBody"/>
        <w:jc w:val="left"/>
      </w:pPr>
      <w:r>
        <w:rPr>
          <w:rFonts w:ascii="Times New Roman" w:hAnsi="Times New Roman" w:eastAsia="Times New Roman" w:cs="Times New Roman"/>
        </w:rPr>
        <w:t>Ntawm no peb pom dua ib zaj lus tim khawv txog kev faib ua peb ntu ntawm Loos, uas ua duab ntxoov ntxoo ua ntej txog kev koom ua peb ntu ntawm Loos niaj hnub no. Hauv Loos sab hnub tuaj thiab huab tais Constantine, qhov kev faib ua peb ntu ntawd raug sawv cev los ntawm nws peb tug tub, tab sis hauv Loos sab hnub poob ces yog lawv txoj kev tswj hwm uas muaj peb yam. Smith thiaj qhia tias lub hnub, lub hli, thiab cov hnub qub sawv cev rau ib qho kev txiav txim tshwj xeeb uas Loos sab hnub poob raug muab rhuav nqes los. Nws xaus nws zaj lus piav qhia nrog cov lus qhia qhib nram no txog peb lub raj kawg.</w:t>
      </w:r>
    </w:p>
    <w:p>
      <w:pPr>
        <w:pStyle w:val="ArticleScripture"/>
        <w:jc w:val="left"/>
      </w:pPr>
      <w:r>
        <w:rPr>
          <w:rFonts w:ascii="Times New Roman" w:hAnsi="Times New Roman" w:eastAsia="Times New Roman" w:cs="Times New Roman"/>
        </w:rPr>
        <w:t>“Txawm hais tias tej kev puas tsuaj uas raug coj los rau saum lub tebchaws kav tebchaws no los ntawm thawj zaug kev txeeb ntxeem ntawm cov neeg barbarian no yog txaus ntshai npaum li cas los xij, los piv rau tej kev puas tsuaj uas yuav los tom qab, tej ntawd tseem yog teeb me dua. Tej ntawd tsuas yog zoo li cov tee nag xub poob ua ntej ib nthwv dej nyab loj uas tsis ntev yuav poob los rau saum lub ntiajteb Loos. Peb lub raj ntxiv uas seem nyob raug npog los ntawm ib tauv huab ntawm kev txom nyem, raws li tau muab qhia tseg hauv cov nqe tom qab no.”</w:t>
      </w:r>
    </w:p>
    <w:p>
      <w:pPr>
        <w:pStyle w:val="ArticleScripture"/>
        <w:jc w:val="left"/>
      </w:pPr>
      <w:r>
        <w:rPr>
          <w:rFonts w:ascii="Times New Roman" w:hAnsi="Times New Roman" w:eastAsia="Times New Roman" w:cs="Times New Roman"/>
        </w:rPr>
        <w:t>“‘NQE 13. Thiab kuv ntsia, thiab hnov ib tug tim tswv ya hla nruab nrab ntuj ceeb tsheej, hais nrog ib lub suab nrov nrov tias, Kev txom nyem, kev txom nyem, kev txom nyem, rau cov uas nyob saum lub ntiaj teb no, vim yog lwm cov suab raj ntawm peb tug tim tswv, uas tseem yuav tshuab ntxiv.’”</w:t>
      </w:r>
    </w:p>
    <w:p>
      <w:pPr>
        <w:pStyle w:val="ArticleScripture"/>
        <w:jc w:val="left"/>
      </w:pPr>
      <w:r>
        <w:rPr>
          <w:rFonts w:ascii="Times New Roman" w:hAnsi="Times New Roman" w:eastAsia="Times New Roman" w:cs="Times New Roman"/>
        </w:rPr>
        <w:t>“Tus tim tswv no tsis yog ib tug hauv pab xya tus tim tswv tshuab raj, tiamsis tsuas yog ib tug uas tshaj tawm tias peb lub raj uas tseem tshuav yog lub raj ntawm kev txom nyem loj, vim yog tej xwm txheej uas txaus ntshai dua yuav tshwm sim thaum lawv raug tshuab. Yog li ntawd, lub raj tom ntej, lossis lub raj thib tsib, yog thawj txoj kev txom nyem loj; lub raj thib rau, yog txoj kev txom nyem loj thib ob; thiab lub raj thib xya, uas yog lub kawg hauv pawg xya lub raj no, yog txoj kev txom nyem loj thib peb.” Uriah Smith, Daniel and Revelation, 493.</w:t>
      </w:r>
    </w:p>
    <w:p>
      <w:pPr>
        <w:pStyle w:val="ArticleBody"/>
        <w:jc w:val="left"/>
      </w:pPr>
      <w:r>
        <w:rPr>
          <w:rFonts w:ascii="Times New Roman" w:hAnsi="Times New Roman" w:eastAsia="Times New Roman" w:cs="Times New Roman"/>
        </w:rPr>
        <w:t>Peb yuav txuas ntxiv nrog peb lub Suab Raj Woe hauv zaj lus tom ntej.</w:t>
      </w:r>
    </w:p>
    <w:p>
      <w:pPr>
        <w:pStyle w:val="ArticleScripture"/>
        <w:jc w:val="left"/>
      </w:pPr>
      <w:r>
        <w:rPr>
          <w:rFonts w:ascii="Times New Roman" w:hAnsi="Times New Roman" w:eastAsia="Times New Roman" w:cs="Times New Roman"/>
        </w:rPr>
        <w:t>“Kev puam tsuaj uas poob los rau lub nroog Loos huab tais, hauv nws txoj kev vau poob, raug hais tseg mus txog qhov kawg nkaus ntawm lawv, mus txog thaum Loos tsis muaj huab tais, tsis muaj tus consul, thiab tsis muaj senate lawm. ‘Nyob hauv qab cov Exarchs ntawm Ravenna, Loos raug txo nqis mus rau qib thib ob.’ Ib feem peb ntawm lub hnub raug ntaus, thiab ib feem peb ntawm lub hli, thiab ib feem peb ntawm cov hnub qub. Caj ces ntawm cov Caesars tsis tau tu noob nrog cov huab tais ntawm sab hnub poob. Loos, ua ntej nws vau poob, tsuas tuav tau ib feem ntawm lub hwj chim huab tais xwb. Constantinople tau faib nrog nws lub teb chaws kav lub ntiajteb. Thiab tsis yog cov Goths lossis cov Vandals uas tau kav tswj saum lub nroog uas tseem yog huab tais ntawd, tus huab tais uas, tom qab Constantine tau xub hloov lub zwm txwv teb chaws kav mus lawm, feem ntau tuav tus huab tais ntawm Loos ua nws tus neeg raug xaiv thiab tus sawv cev kav teb chaws. Thiab txoj hmoo ntawm Constantinople raug khaws cia tseg rau lwm tiam neeg, thiab raug tshaj tawm los ntawm lwm cov raj ncas. Ntawm lub hnub, lub hli, thiab cov hnub qub, txog rau lub sijhawm ntawd tsuas yog ib feem peb xwb thiaj raug ntaus.”</w:t>
      </w:r>
    </w:p>
    <w:p>
      <w:pPr>
        <w:pStyle w:val="ArticleScripture"/>
        <w:jc w:val="left"/>
      </w:pPr>
      <w:r>
        <w:rPr>
          <w:rFonts w:ascii="Times New Roman" w:hAnsi="Times New Roman" w:eastAsia="Times New Roman" w:cs="Times New Roman"/>
        </w:rPr>
        <w:t>“Cov lus xaus ntawm Lub Raj Ntxhi Plaub qhia tias yuav muaj kev txum tim rov qab los ntawm Lub Tebchaws Vaj Qab Teb Hnub Poob yav tom ntej: ‘Hnub tsis ci rau ib feem peb ntawm nws, thiab hmo ntuj kuj zoo li ntawd.’ Hais txog txoj cai tswjfwm pejxeem, Loos tau poob rau hauv Ravenna txoj kev kav, thiab Ltalis yog ib lub xeev uas Lub Tebchaws Vaj Hnub Tuaj tau kov yeej lawm. Tiamsis, raws li qhov uas haum dua rau lwm yam lus faj lem, kev tiv thaiv txoj kev pe hawm duab puab yog yam xub thawj uas ua rau lub hwjchim sab ntsuj plig thiab sab ntiajteb ntawm tus pope thiab ntawm tus emperor sib tsoo hnyav heev; thiab, los ntawm kev pub txhua txoj cai kav pawg ntseeg rau tus pope, Justinian tau muab nws txhais tes pab txhawb rau kev txhawb tsa kev kav loj tshaj ntawm lub papacy, uas tom qab no tau tuav lub hwjchim los tsim tsa vajntxwv. Nyob rau xyoo ntawm peb tus Tswv 800, tus pope tau pub rau Charlemagne lub npe hu ua Emperor of the Romans.’—Keith. Lub npe ntawd mam li raug xa dua ntawm tus vajntxwv Fabkis mus rau tus vajntxwv Yelemes. Thiab los ntawm Emperor Francis tus Ob, txawm yog zaj kev dag ntxias no los kuj raug tso tseg thaum kawg thiab mus ib txhis, thaum Lub Yim Hli 6, 1806.” A. T. Jones, The Great Nations of Today, 54.</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Phau Ntawv Daniyees - Ib Puas Yim</dc:title>
  <dc:subject>Qhib Lub Cim Yaj Saub: Kev Ntsuam Xyuas Kom Txhij Txhua Txog Xya Lub Raj Ncas hauv Phau Ntawv Qhia Tshwm</dc:subject>
  <dc:creator>Jeff Pippenger</dc:creator>
  <cp:keywords/>
  <dc:description>Generated by ArticleDigger from daniel\108_daniel.json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