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 - Zauv Ib Puas Cuaj</w:t>
      </w:r>
    </w:p>
    <w:p>
      <w:pPr>
        <w:pStyle w:val="ArticleSubtitle"/>
        <w:jc w:val="left"/>
      </w:pPr>
      <w:r>
        <w:rPr>
          <w:rFonts w:ascii="Arial" w:hAnsi="Arial" w:eastAsia="Arial" w:cs="Arial"/>
        </w:rPr>
        <w:t>Qhib Qhov Kev Siv Lus Qhia Yav Tom Ntej Peb Zaug: Qhov Tseem Ceeb Yaj Saub ntawm Tshwm Sim Tshooj Cuaj thiab Kev Txav Hlo Hloov Kho Niaj Hnub Nim No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2024-03-01</w:t>
      </w:r>
    </w:p>
    <w:p>
      <w:pPr>
        <w:pStyle w:val="ArticleBody"/>
        <w:jc w:val="left"/>
      </w:pPr>
      <w:r>
        <w:rPr>
          <w:rFonts w:ascii="Times New Roman" w:hAnsi="Times New Roman" w:eastAsia="Times New Roman" w:cs="Times New Roman"/>
        </w:rPr>
        <w:t>Ib nrab xub thawj ntawm Tshwm Sim tshooj cuaj qhia txog lub raj ncas thib tsib, uas yog thawj txoj kev txom nyem; hos ib nrab thib ob ntawm tshooj ntawd qhia txog lub raj ncas thib rau, uas yog txoj kev txom nyem thib ob. Ob lub raj ncas ntawd raug piav qhia meej meej rau saum daim ntawv qhia ntawm cov pioneer xyoo 1843 thiab 1850. Thaum rau nqe kawg ntawm Daniyee kaum ib raug qhib tawm thaum lub sijhawm kawg xyoo 1989 nrog kev poob cev qhuav dej ntawm Soviet Union, txoj kev hloov kho ntawm ib puas plaub caug plaub txhiab leej thiaj pib.</w:t>
      </w:r>
    </w:p>
    <w:p>
      <w:pPr>
        <w:pStyle w:val="ArticleBody"/>
        <w:jc w:val="left"/>
      </w:pPr>
      <w:r>
        <w:rPr>
          <w:rFonts w:ascii="Times New Roman" w:hAnsi="Times New Roman" w:eastAsia="Times New Roman" w:cs="Times New Roman"/>
        </w:rPr>
        <w:t>Ntawm cov tseeb uas tau raug lees paub xyoo 1989, muaj cov kev txav loj ntawm kev hloov kho hauv keeb kwm Vajlugkub, thiab tias lawv txhua tus sib txuam raws ib leeg. Tag nrho cov yaj saub, thiab yog li no txhua yam keeb kwm dawb huv, nrog rau cov kev txav dawb huv ntawm kev hloov kho, qhia ua piv txwv txog qhov kev txav loj kawg ntawm kev hloov kho ntawm ib puas plaub caug plaub txhiab leej, uas kuj yog qhov kev txav muaj hwj chim ntawm tus tim tswv thib peb. Thaum txoj haujlwm ntawm kev muab lub cim foob pib, ces kuj yog thaum kev txau ntawm nag tom qab pib thiab. Kev qhib tawm ntawm cov kev txav ntawm kev hloov kho xyoo 1989, ua raws los ntawm kev qhib tawm ntawm rau nqe kawg ntawm Daniel kaum ib xyoo 1992, tau tsim ib puag ncig ntawm kev tawm tsam, raws li ib txwm muaj tshwm sim thaum ib qho tseeb tshiab thiab tseeb rau lub sijhawm tam sim no raug qhib tawm.</w:t>
      </w:r>
    </w:p>
    <w:p>
      <w:pPr>
        <w:pStyle w:val="ArticleBody"/>
        <w:jc w:val="left"/>
      </w:pPr>
      <w:r>
        <w:rPr>
          <w:rFonts w:ascii="Times New Roman" w:hAnsi="Times New Roman" w:eastAsia="Times New Roman" w:cs="Times New Roman"/>
        </w:rPr>
        <w:t>Nyob rau hauv kev tawm tsam txog qhov tseeb ntawm rau nqe kawg ntawm Daniyees kaum ib, tus Tswv tau qhib qhov tseeb tias keeb kwm yaj saub ntawm Loos tebchaws kev pe dab mlom, thaum muab ua ke nrog keeb kwm yaj saub ntawm Loos papacy, raws li tau tsa los saum ob tug tim khawv, qhia kom paub txog keeb kwm yaj saub ntawm Loos niaj hnub no. Txoj cai hais txog kev siv yaj saub peb npaug tau raug lees paub, thiab tom qab ntawd tau raug siv los tiv thaiv kev yuam kev thiab txheeb kom paub thiab tsa kom ruaj qhov tseeb. Cov cai uas txhawb tias txhua txoj kab kev kho dua tshiab sib phim nrog lwm cov kab kev kho dua tshiab, thiab cov cai uas cuam tshuam nrog kev siv yaj saub peb npaug, tau los ua lub hauv paus ruaj khov ntawm cov cai uas tau raug tsa los nyob hauv kev txav ntawm tus tim tswv thib peb, raws li twb tau raug ua qauv tseg lawm los ntawm cov cai uas tau raug tsa, raug siv, thiab raug luam tawm nyob rau hauv keeb kwm Millerite.</w:t>
      </w:r>
    </w:p>
    <w:p>
      <w:pPr>
        <w:pStyle w:val="ArticleBody"/>
        <w:jc w:val="left"/>
      </w:pPr>
      <w:r>
        <w:rPr>
          <w:rFonts w:ascii="Times New Roman" w:hAnsi="Times New Roman" w:eastAsia="Times New Roman" w:cs="Times New Roman"/>
        </w:rPr>
        <w:t>Kev siv lus cev lus faj lem peb-theem raws li ib txoj cai, tau raug qhib tawm rau kev txav mus los ntawm ib puas plaub caug plaub txhiab leej, rau qhov lawv yog qhov kev txav mus los ntawm nag lig, thiab Islam ntawm txoj kev txom nyem thib peb yog txoj xov ntawm nag lig. Lub hauv paus ntsiab lus ntawm kev siv lus faj lem peb-theem tau raug txheeb qhia los ntawm Tsov Ntxhuav ntawm xeem Yudas, ntev ua ntej Islam ntawm txoj kev txom nyem thib peb los txog hauv keeb kwm thaum lub Cuaj Hlis 11, 2001, vim Nws xav kom Nws haiv neeg hauv hnub kawg yuav yooj yim paub txog txoj xov uas raug sawv cev los ntawm kev tuaj txog ntawm txoj kev txom nyem thib peb thaum Nws coj Nws haiv neeg rov qab los rau Yelemis tej kev qub.</w:t>
      </w:r>
    </w:p>
    <w:p>
      <w:pPr>
        <w:pStyle w:val="ArticleBody"/>
        <w:jc w:val="left"/>
      </w:pPr>
      <w:r>
        <w:rPr>
          <w:rFonts w:ascii="Times New Roman" w:hAnsi="Times New Roman" w:eastAsia="Times New Roman" w:cs="Times New Roman"/>
        </w:rPr>
        <w:t>Kev kev to taub uas cov pioneers muaj txog lub suab raj thib tsib thiab thib rau raws li tau muab nthuav tawm hauv Tshwm Sim tshooj cuaj, raug to taub tias yog nqe vajlugkub hauv phau Tshwm Sim uas keeb kwm txhawb nqa tau ruaj khov thiab meej tshaj plaws. Uriah Smith pib nws qhov kev nthuav qhia txog Tshwm Sim tshooj cuaj los ntawm kev siv cov lus ntawm tus kws sau keeb kwm Keith los qhia kom meej qhov tseeb ntawd.</w:t>
      </w:r>
    </w:p>
    <w:p>
      <w:pPr>
        <w:pStyle w:val="ArticleScripture"/>
        <w:jc w:val="left"/>
      </w:pPr>
      <w:r>
        <w:rPr>
          <w:rFonts w:ascii="Times New Roman" w:hAnsi="Times New Roman" w:eastAsia="Times New Roman" w:cs="Times New Roman"/>
        </w:rPr>
        <w:t>“Rau kev piav qhia txog lub xyu no, peb yuav rov qab siv tej uas Mr. Keith tau sau. Tus kws sau no hais qhov tseeb tias: ‘Tsis tshua muaj ib feem twg ntxiv hauv Phau Qhia Tshwm uas cov neeg txhais lus muaj kev pom zoo sib xws npaum li qhov hais txog kev siv lub xyu thib tsib thiab thib rau, los yog kev txom nyem thib ib thiab thib ob, rau cov Saracens thiab cov Turks. Qhov no pom tseeb heev ua rau yuav luag tsis muaj peev xwm to taub yuam kev. Tsis yog tsuas muaj ib los yog ob nqe lus uas qhia txog txhua pab xwb; tiam sis tag nrho tshooj cuaj hauv Phau Qhia Tshwm, muab faib sib npaug, raug siv los piav txog nkawd ob leeg.” Uriah Smith, Daniel and Revelation, 495.</w:t>
      </w:r>
    </w:p>
    <w:p>
      <w:pPr>
        <w:pStyle w:val="ArticleBody"/>
        <w:jc w:val="left"/>
      </w:pPr>
      <w:r>
        <w:rPr>
          <w:rFonts w:ascii="Times New Roman" w:hAnsi="Times New Roman" w:eastAsia="Times New Roman" w:cs="Times New Roman"/>
        </w:rPr>
        <w:t>Kev faib tshooj ntawm thawj thiab tus thib ob kev txom nyem cais tawm keeb kwm ntawm thawj txoj kev txom nyem, uas Mohammed sawv cev rau. Nws raug teem tseg raws thaj chaw hauv yam uas tus kws sau keeb kwm Alexander Keith hu ua cov Saracens, uas niaj hnub no peb yuav hu ua Arabia. Keeb kwm ntawm tus thib ob kev txom nyem, uas Osman 1 sawv cev rau, raug teem tseg raws thaj chaw hauv Turkey, uas tus kws sau keeb kwm txheeb tias yog cov Turks. Keeb kwm ntawm thawj txoj kev txom nyem raug teem tseg thiab tau ua tiav hauv Arabia, qhov chaw yug ntawm Islam thiab Mohammed. Keeb kwm ntawm tus thib ob kev txom nyem raug teem tseg thiab tau ua tiav hauv Turkey, qhov chaw yug ntawm lub Ottoman Empire.</w:t>
      </w:r>
    </w:p>
    <w:p>
      <w:pPr>
        <w:pStyle w:val="ArticleBody"/>
        <w:jc w:val="left"/>
      </w:pPr>
      <w:r>
        <w:rPr>
          <w:rFonts w:ascii="Times New Roman" w:hAnsi="Times New Roman" w:eastAsia="Times New Roman" w:cs="Times New Roman"/>
        </w:rPr>
        <w:t>Keeb kwm ntawm kev puas tsuaj thawj zaug no qhia txog ib qho kev ua rog uas raug tsom rau Loos los ntawm cov tub rog ywj pheej uas tsuas muaj ib qho kev sib koom tes ntawm lawv xwb, uas yog kev ntseeg Islam. Keeb kwm ntawm kev puas tsuaj zaum ob qhia txog ib qho kev ua rog uas raug tsom rau Loos los ntawm ib txoj kev ntseeg uas raug teeb tsa thiab los ntawm lub hwj chim ntawm lub xeev, uas hu ua ib lub Caliphate. Nyob rau ob rooj xwm txheej no, txawm yog txoj kev ua rog ywj pheej tawm tsam Loos hauv keeb kwm uas Mohammed sawv cev rau, los yog txoj kev ua rog uas raug teeb tsa uas Ottman, los yog Lub Tebchaws Ottoman, sawv cev rau, tus qauv ntawm kev ua rog yog los tawm tsam tam sim thiab yam uas tsis muaj leejtwg xav txog. Nws tsis yog ib qho kev ua rog uas ua tiav los ntawm kev hnav kom txhua tus tub rog muaj tib xim ris tsho, ces npaj cov tub rog ua ib kab thiab coj lawv mus rau pem hauv ntej nkag rau hauv hluav taws phom raws li txoj kev cai tub rog ntawm lub sijhawm ntawd. Lo lus “assassin” yog tsim los raws li txoj kev ua rog Islamic uas ntaus tam sim thiab yam uas tsis muaj leejtwg xav txog, thiab feem ntau kuj xaus rau hauv tus neeg tawm tsam txoj kev tuag thiab.</w:t>
      </w:r>
    </w:p>
    <w:p>
      <w:pPr>
        <w:pStyle w:val="ArticleBody"/>
        <w:jc w:val="left"/>
      </w:pPr>
      <w:r>
        <w:rPr>
          <w:rFonts w:ascii="Times New Roman" w:hAnsi="Times New Roman" w:eastAsia="Times New Roman" w:cs="Times New Roman"/>
        </w:rPr>
        <w:t>Lo lus “assassin” raug muab los ntawm lo lus Arabic “hashshashin,” uas los ntawm “hashish,” txhais tias “hashish” los sis “cannabis.” Lo lus no thaum chiv thawj raug siv los hu txog ib pab neeg zais ntshis thiab kub siab hnyav ntawm cov Muslim Nizari Ismaili nyob hauv Middle East thaum lub sijhawm nruab nrab nyoog. Cov tswv cuab hauv pab no raug paub txog lawv txoj kev ua uas txawv ntawm txoj kev ib txwm muaj thiab feem ntau muaj kev kub ntxhov, nrog rau kev siv kev tua nom tswv los ua kom lawv tej hom phiaj tiav. Muaj lus hais tias qee zaus lawv yuav haus hashish los npaj rau lawv tej haujlwm, uas ua rau lo lus “hashshashin” los sis “assassins” raug siv nyob rau hauv lub ntiaj teb Sab Hnub Poob. Cov Assassins tau muaj kev txav mus los thaum lub sijhawm nruab nrab nyoog, feem ntau nyob hauv Persia thiab Syria, thiab lawv tau ua ib feem tseem ceeb hauv ntau yam kev tsis sib haum xeeb ntawm nom tswv thiab kev tua neeg rau lub sijhawm ntawd. Thaum kawg lo lus “assassin” thiaj nkag mus rau hauv cov lus hauv tebchaws Europe, qhov chaw uas nws tau los siv dav dua hais txog cov tib neeg uas ua kev tua nom tswv los sis kev tua neeg uas raug xaiv tsom rau.</w:t>
      </w:r>
    </w:p>
    <w:p>
      <w:pPr>
        <w:pStyle w:val="ArticleBody"/>
        <w:jc w:val="left"/>
      </w:pPr>
      <w:r>
        <w:rPr>
          <w:rFonts w:ascii="Times New Roman" w:hAnsi="Times New Roman" w:eastAsia="Times New Roman" w:cs="Times New Roman"/>
        </w:rPr>
        <w:t>Txoj kev ua rog no yog ib qho yam ntxwv tseem ceeb ntawm txoj lus faj lem ntawm peb txoj kev txom nyem, rau qhov lub luag hauj lwm yaj saub ntawm Islam yog los tsim kev ua rog. Islam ua ib lub cim yog hais txog kev ua rog tas nrho, thiab hauv Tshwmsim tshooj cuaj, Islam ntawm thawj thiab qhov thib ob txoj kev txom nyem yog ib qho piv txwv qhia txog lawv txoj kev ua rog. Lawv txoj kev ua rog raug qhia tseg hauv phau Tshwmsim tias yog qhov kev ua uas ua rau txhua haiv neeg npau taws, tam sim ua ntej lub sijhawm sim siab kaw.</w:t>
      </w:r>
    </w:p>
    <w:p>
      <w:pPr>
        <w:pStyle w:val="ArticleScripture"/>
        <w:jc w:val="left"/>
      </w:pPr>
      <w:r>
        <w:rPr>
          <w:rFonts w:ascii="Times New Roman" w:hAnsi="Times New Roman" w:eastAsia="Times New Roman" w:cs="Times New Roman"/>
        </w:rPr>
        <w:t>Ces cov neeg kuj npau taws, thiab koj txoj kev chim twb los txog lawm, thiab lub sijhawm ntawm cov neeg tuag, kom lawv yuav raug txiav txim, thiab kom koj yuav muab nqi zog rau koj cov tub qhe uas yog cov yaj saub, thiab rau cov neeg dawb huv, thiab rau cov uas hwm koj lub npe, tus me thiab tus loj; thiab kom koj yuav rhuav tshem cov uas rhuav tshem lub ntiajteb. Qhia Tshwm 11:18.</w:t>
      </w:r>
    </w:p>
    <w:p>
      <w:pPr>
        <w:pStyle w:val="ArticleBody"/>
        <w:jc w:val="left"/>
      </w:pPr>
      <w:r>
        <w:rPr>
          <w:rFonts w:ascii="Times New Roman" w:hAnsi="Times New Roman" w:eastAsia="Times New Roman" w:cs="Times New Roman"/>
        </w:rPr>
        <w:t>Cov “haiv neeg” raug ua kom “chim npau taws” tsuas yog ua ntej Vajtswv txoj kev chim los txog, thiab Vajtswv txoj kev chim ntawd, raws li tau sawv cev hauv phau Ntawv Qhia Tshwm, yog xya lub kev raug xwm txheej kawg uas los txog thaum lub sijhawm sim neej rau tibneeg kaw lawm. Hauv nqe no muaj peb lub cim taw qhia; kev ua rau cov haiv neeg chim npau taws, Vajtswv txoj kev chim, thiab lub sijhawm txiav txim rau cov neeg tuag. Kev txiav txim rau cov neeg tuag uas tau hais txog ntawm no yog kev txiav txim rau cov neeg phem uas tuag lawm, uas muaj chaw nyob rau hauv lub txhiab xyoo, thiab tsis yog kev txiav txim tshuaj xyuas rau cov neeg tuag uas tau pib rau hnub tim 22 lub Kaum Hli, 1844. Muam White hais meej tias peb lub cim taw qhia hauv nqe no yog sib txawv nyias, thiab tshwm sim raws li kab ke uas muaj nyob hauv nqe ntawd.</w:t>
      </w:r>
    </w:p>
    <w:p>
      <w:pPr>
        <w:pStyle w:val="ArticleScripture"/>
        <w:jc w:val="left"/>
      </w:pPr>
      <w:r>
        <w:rPr>
          <w:rFonts w:ascii="Times New Roman" w:hAnsi="Times New Roman" w:eastAsia="Times New Roman" w:cs="Times New Roman"/>
        </w:rPr>
        <w:t>“Kuv tau pom tias txoj kev npau taws ntawm cov haiv neeg, Vajtswv txoj kev chim, thiab lub sijhawm los txiav txim rau cov neeg tuag yog yam sib cais thiab meej tseeb, ib yam raws qab dua ib yam; thiab kuj pom tias Mi-kha-ee tseem tsis tau sawv los, thiab lub sijhawm ntawm txoj kev txom nyem, uas tsis tau muaj dua li, tseem tsis tau pib los txog. Tam sim no cov haiv neeg tab tom npau taws, tiam sis thaum peb tus Pov Thawj Hlob tau ua tiav Nws tes haujlwm hauv lub chaw dawb huv lawm, Nws yuav sawv los, hnav cov tsoos tsho ntawm kev pauj kua zaub ntsuab, ces xya lub xwm txheej phem kawg yuav raug nchuav tawm.”</w:t>
      </w:r>
    </w:p>
    <w:p>
      <w:pPr>
        <w:pStyle w:val="ArticleScripture"/>
        <w:jc w:val="left"/>
      </w:pPr>
      <w:r>
        <w:rPr>
          <w:rFonts w:ascii="Times New Roman" w:hAnsi="Times New Roman" w:eastAsia="Times New Roman" w:cs="Times New Roman"/>
        </w:rPr>
        <w:t>“Kuv tau pom tias plaub tug timtswv yuav tuav plaub cua cia kom txog thaum Yexus tes haujlwm tiav hauv lub chaw dawb huv, ces xya lub phom sij kawg yuav los.” Early Writings, 36.</w:t>
      </w:r>
    </w:p>
    <w:p>
      <w:pPr>
        <w:pStyle w:val="ArticleBody"/>
        <w:jc w:val="left"/>
      </w:pPr>
      <w:r>
        <w:rPr>
          <w:rFonts w:ascii="Times New Roman" w:hAnsi="Times New Roman" w:eastAsia="Times New Roman" w:cs="Times New Roman"/>
        </w:rPr>
        <w:t>Lub luag hauj lwm ntawm Islam hauv phau ntawv kawg ntawm Phau Vajlugkub yog ua kom tej haiv neeg npau taws, thiab lawv ua li ntawd los ntawm kev ua tsov rog. Lub luag hauj lwm ntawm Islam hauv phau ntawv xub thawj ntawm Phau Vajlugkub yog coj kom txhua tus neeg txhais tes hauv ntiaj teb los sib sau ua ke tawm tsam Islam, uas raug sawv cev ua Ixama-ees.</w:t>
      </w:r>
    </w:p>
    <w:p>
      <w:pPr>
        <w:pStyle w:val="ArticleScripture"/>
        <w:jc w:val="left"/>
      </w:pPr>
      <w:r>
        <w:rPr>
          <w:rFonts w:ascii="Times New Roman" w:hAnsi="Times New Roman" w:eastAsia="Times New Roman" w:cs="Times New Roman"/>
        </w:rPr>
        <w:t>Thiab tus tim tswv ntawm tus Tswv hais rau nws tias, Saib seb, koj cev xeeb tub lawm, thiab koj yuav yug tau ib tug tub, thiab yuav hu nws lub npe hu ua Ishmael; vim tus Tswv tau hnov koj txoj kev txom nyem. Thiab nws yuav yog ib tug neeg qus; nws txhais tes yuav tawm tsam txhua tus neeg, thiab txhua tus neeg txhais tes yuav tawm tsam nws; thiab nws yuav nyob rau ntawm xub ntiag ntawm tag nrho nws cov kwvtij. Chiv Keeb 16:11, 12.</w:t>
      </w:r>
    </w:p>
    <w:p>
      <w:pPr>
        <w:pStyle w:val="ArticleBody"/>
        <w:jc w:val="left"/>
      </w:pPr>
      <w:r>
        <w:rPr>
          <w:rFonts w:ascii="Times New Roman" w:hAnsi="Times New Roman" w:eastAsia="Times New Roman" w:cs="Times New Roman"/>
        </w:rPr>
        <w:t>Lo lus “tes,” raws li ib lub cim, zoo ib yam li txhua lub cim hauv phau Vajlugkub, thiab nws muaj peev xwm muaj ntau dua ib lub ntsiab raws li qhov ntsiab lus uas nws raug siv nyob hauv. Qhov tseem ceeb tshaj plaws, “tes,” raws li ib lub cim hauv tej lus faj lem hauv phau Vajlugkub, yog ib lub cim ntawm kev ua rog. Lo lus Henplais uas txhais ua “txiv neej qus,” yog lo lus siv rau tus nees luav qus Arabian, uas muaj ntau yam kev txhais faj lem tseem ceeb, ib yam ntawm cov ntawd yog tias tus nees luav Arabian yog ib tug tswv cuab hauv tsev neeg tsiaj Equidae, ib yam li tus nees. Hauv Tshwm Sim tshooj cuaj, thiab saum ob daim duab qhia dawb huv ntawm Habakkuk (cov pioneer charts xyoo 1843 thiab 1850), tus nees raug siv ua lub cim ntawm kev ua rog uas sawv cev los ntawm Islam ntawm peb txoj kev txom nyem. Qhov thawj zaug thiab qhov kawg uas hais txog Islam, raws li sawv cev nyob hauv phau Chiv Keeb thiab phau Tshwm Sim, qhia kom meej Islam nrog lub cim ntawm tsev neeg Equidae (nees luav lossis nees), thiab nkawd ob leeg hais txog lub luag hauj lwm ntawm Islam tias yog coj kev ua rog los rau “txhua tus neeg” (cov teb chaws).</w:t>
      </w:r>
    </w:p>
    <w:p>
      <w:pPr>
        <w:pStyle w:val="ArticleBody"/>
        <w:jc w:val="left"/>
      </w:pPr>
      <w:r>
        <w:rPr>
          <w:rFonts w:ascii="Times New Roman" w:hAnsi="Times New Roman" w:eastAsia="Times New Roman" w:cs="Times New Roman"/>
        </w:rPr>
        <w:t>Hauv phau ntawv Tshwmsim, tshooj CUAJ, nqe KAUM IB, tus yam ntxwv ntawm Islam raug qhia tseg, rau qhov hauv kev yaj saub tus yam ntxwv sawv cev los ntawm ib lub npe. Lub npe uas muab rau tus vajntxwv uas kav Islam thooj txhij txog qhov thawj zaug hais txog Islam hauv phau Chivkeeb, qhov uas sau tseg tias tus yam ntxwv lossis tus ntsuj plig ntawm Ishma-ees “yuav nyob ntawm txhua tus kwvtij xubntiag.” Tus vajntxwv uas kav tag nrho Islam yog tus ntsuj plig ntawm Ishma-ees (lawv tus vajntxwv), uas nws txhais tes “tawm tsam txhua tus neeg.”</w:t>
      </w:r>
    </w:p>
    <w:p>
      <w:pPr>
        <w:pStyle w:val="ArticleScripture"/>
        <w:jc w:val="left"/>
      </w:pPr>
      <w:r>
        <w:rPr>
          <w:rFonts w:ascii="Times New Roman" w:hAnsi="Times New Roman" w:eastAsia="Times New Roman" w:cs="Times New Roman"/>
        </w:rPr>
        <w:t>Lawv kuj muaj ib tug vajntxwv kav lawv, uas yog tus timtswv ntawm lub qhov tob uas tsis muaj qab; nws lub npe hauv lus Henplais yog Abaddon, tiamsis hauv lus Kili nws lub npe yog Apollyon. Tshwmsim 9:11.</w:t>
      </w:r>
    </w:p>
    <w:p>
      <w:pPr>
        <w:pStyle w:val="ArticleBody"/>
        <w:jc w:val="left"/>
      </w:pPr>
      <w:r>
        <w:rPr>
          <w:rFonts w:ascii="Times New Roman" w:hAnsi="Times New Roman" w:eastAsia="Times New Roman" w:cs="Times New Roman"/>
        </w:rPr>
        <w:t>Hauv Phau Qub, uas sawv cev los ntawm lus Henplais, lossis Phau Tshiab, uas sawv cev los ntawm lus Kili, tus cwj pwm uas kav cov neeg uas ua raws li kev ntseeg Islam raug txheeb tias yog Abaddon lossis Apollyon, uas ob leeg txhais tias “kev tuag thiab kev puas tsuaj.” Kev tuag thiab kev puas tsuaj yog tus cwj pwm ntawm Islam, txawm yog sawv cev hauv Phau Qub lossis Phau Tshiab. Cov yam ntxwv tshwj xeeb ntawm tus ntsuj plig uas kav nyob hauv txhua tus uas ua raws li Islam, nyob rau hauv kev txuas nrog lub cim ntawm tus nees luav lossis tus nees, yog ob yam tseem ceeb nyob hauv thawj qhov thiab qhov kawg ntawm cov lus hais txog Islam. Ob qho kev cwj pwm yaj saub no muaj lub cim ntawm Alpha thiab Omega. Thaum Muam White txheeb tias txoj xov uas coj ib puas plaub caug plaub txhiab leej los rau txoj sia yog pab tub rog muaj hwjchim ntawm tus tim tswv thib peb, nws hais li no:</w:t>
      </w:r>
    </w:p>
    <w:p>
      <w:pPr>
        <w:pStyle w:val="ArticleScripture"/>
        <w:jc w:val="left"/>
      </w:pPr>
      <w:r>
        <w:rPr>
          <w:rFonts w:ascii="Times New Roman" w:hAnsi="Times New Roman" w:eastAsia="Times New Roman" w:cs="Times New Roman"/>
        </w:rPr>
        <w:t>“Cov tim tswv tab tom tuav plaub ceg cua, sawv cev ua ib tug nees npau taws nrhiav kev dim kom txawj khiav nphau hla saum npoo tag nrho lub ntiaj teb, nqa kev puas tsuaj thiab kev tuag taug nws txoj kev.”</w:t>
      </w:r>
    </w:p>
    <w:p>
      <w:pPr>
        <w:pStyle w:val="ArticleScripture"/>
        <w:jc w:val="left"/>
      </w:pPr>
      <w:r>
        <w:rPr>
          <w:rFonts w:ascii="Times New Roman" w:hAnsi="Times New Roman" w:eastAsia="Times New Roman" w:cs="Times New Roman"/>
        </w:rPr>
        <w:t>“Peb puas yuav tsaug zog nyob rau ntawm ntug kawg nkaus ntawm lub ntiajteb uas nyob mus ib txhis? Peb puas yuav ua neeg npub, txias, thiab tuag? Au, thov kom nyob hauv peb cov pawg ntseeg muaj Vajtswv tus Ntsuj Plig thiab txoj sia ua pa uas raug tshuab rau hauv Nws haiv neeg, kom lawv sawv tsees rau saum lawv txhais ko taw thiab muaj txoj sia nyob. Peb yuav tsum pom tias txoj kev yog nqaim, thiab lub qhov rooj yog nruj. Tiamsis thaum peb hla dhau lub qhov rooj nqaim ntawd lawm, nws qhov dav tsis muaj ciam kawg li.” Manuscript Releases, volume 20, 217.</w:t>
      </w:r>
    </w:p>
    <w:p>
      <w:pPr>
        <w:pStyle w:val="ArticleBody"/>
        <w:jc w:val="left"/>
      </w:pPr>
      <w:r>
        <w:rPr>
          <w:rFonts w:ascii="Times New Roman" w:hAnsi="Times New Roman" w:eastAsia="Times New Roman" w:cs="Times New Roman"/>
        </w:rPr>
        <w:t>Plaub cua raug tuav cia thaum tab tom muab lub cim ntim rau ib puas plaub caug plaub txhiab leej, thiab plaub cua ntawd yog ib tug “nees chim” uas ris “kev tuag thiab kev puas tsuaj rau txhua txoj kev uas nws taug.” Hnub tim 11 lub Cuaj Hlis, 2001, txoj kev txom nyem thib peb tau los txog rau hauv keeb kwm yav tom ntej, nqa “kev tuag thiab kev puas tsuaj” los, yog li “ua rau haiv neeg npau taws,” thaum nws ntaus rau thaj av muaj koob meej sab ntsuj plig “tam sim thiab yam tsis tau xav txog.” Hnub tim 7 lub Kaum Hli, 2023, txoj kev txom nyem thib peb tau txuas ntxiv mus rau nws txoj kev ntawm “kev tuag thiab kev puas tsuaj,” yog li ua rau “haiv neeg npau taws” ntxiv thaum nws tawm tsam thaj av muaj koob meej tiag tiag “tam sim thiab yam tsis tau xav txog.” Qhov kev tawm tsam thawj zaug uas tsis tau xav txog ntawd tau cim qhov pib ntawm lub sij hawm muab lub cim ntim rau ib puas plaub caug plaub txhiab leej, thiab qhov kev tawm tsam tsis ntev los no hnub tim 7 lub Kaum Hli, 2023, cim qhov pib ntawm lub sij hawm xaus, los sis “kev khi kaw,” ntawm kev muab lub cim ntim rau ib puas plaub caug plaub txhiab leej. Puas yog peb yuav tsaug zog ntawm ntug ciam kawg nkaus ntawm lub ntiaj teb nyob mus ib txhis?</w:t>
      </w:r>
    </w:p>
    <w:p>
      <w:pPr>
        <w:pStyle w:val="ArticleBody"/>
        <w:jc w:val="left"/>
      </w:pPr>
      <w:r>
        <w:rPr>
          <w:rFonts w:ascii="Times New Roman" w:hAnsi="Times New Roman" w:eastAsia="Times New Roman" w:cs="Times New Roman"/>
        </w:rPr>
        <w:t>Nyob rau saum ob daim duab dawb ceev uas cov thawj coj pioneer tau teeb tseg, Islam ntawm txoj kev txom nyem thawj thiab txoj kev txom nyem thib ob raug nthuav tawm kom pom tseeb los ntawm cov tub rog Islamic caij saum lawv cov nees rog. Tus caij saum tus nees rog ntawm txoj kev txom nyem thawj hauv ob daim duab ntawd tuav ib rab hmuv, thiab tus caij ntawm tus nees uas sawv cev rau txoj kev txom nyem thib ob tab tom tua ib rab phom. Qhov sib txawv ntawd raug qhia meej nthuav hauv Tshwm Sim tshooj cuaj, rau qhov yog nyob hauv keeb kwm ntawm txoj kev txom nyem thib ob uas hmoov phom raug tsim tawm thiab raug siv thawj zaug hauv kev ua tsov ua rog. Hais lus piav txog nqe kaum xya mus txog kaum cuaj hauv Tshwm Sim tshooj cuaj, Uriah Smith sau tseg raws li nram no:</w:t>
      </w:r>
    </w:p>
    <w:p>
      <w:pPr>
        <w:pStyle w:val="ArticleScripture"/>
        <w:jc w:val="left"/>
      </w:pPr>
      <w:r>
        <w:rPr>
          <w:rFonts w:ascii="Times New Roman" w:hAnsi="Times New Roman" w:eastAsia="Times New Roman" w:cs="Times New Roman"/>
        </w:rPr>
        <w:t>“Qhov thawj feem ntawm zaj lus piav no tej zaum yuav hais txog qhov pom sab nraud ntawm cov neeg caij nees no. Hluav taws, uas sawv cev rau ib yam xim, yog sawv cev rau xim liab, vim lo lus hais tias ‘liab ib yam li hluav taws’ yog ib lo lus siv nquag; jacinth, los yog hyacinth, yog sawv cev rau xim xiav; hos brimstone yog sawv cev rau xim daj. Thiab cov xim no yog cov uas muaj ntau tshaj plaws hauv cov ris tsho ntawm cov tub rog no; yog li ntawd, raws li txoj kev to taub no, zaj lus piav no yuav raug raws nraim rau cov ris tsho tub rog Turkish, uas feem coob muaj xim liab, los yog liab plhaw, xiav, thiab daj. Lub taub hau ntawm cov nees zoo li taub hau tsov ntxhuav kom qhia txog lawv lub zog, lawv txoj kev ua siab tawv, thiab lawv txoj kev phem lim hiam; hos feem kawg ntawm nqe no yeej tsis ua xyem xyav li hais txog kev siv hmoov phom thiab phom rau tej haujlwm ua rog, uas thaum ntawd nyuam qhuav raug coj los siv xwb. Vim cov Turks tua lawv cov phom thaum caij nees, rau tus neeg saib nyob deb ces yuav zoo li hluav taws, pa taws, thiab brimstone tawm hauv cov nees lub qhov ncauj los, raws li daim duab uas muab nrog no qhia.”</w:t>
      </w:r>
    </w:p>
    <w:p>
      <w:pPr>
        <w:pStyle w:val="ArticleScripture"/>
        <w:jc w:val="left"/>
      </w:pPr>
      <w:r>
        <w:rPr>
          <w:rFonts w:ascii="Times New Roman" w:hAnsi="Times New Roman" w:eastAsia="Times New Roman" w:cs="Times New Roman"/>
        </w:rPr>
        <w:t>“Hais txog kev siv phom tua hluav taws los ntawm cov Turks hauv lawv txoj kev tawm tsam Constantinople, Elliott (Horae Apocalypticae, Vol. I, pp. 482–484) hais li no:—‘Nws yog vim “hluav taws thiab pa luam yeeb thiab leej faj,” yog hais tias, vim Mahomet cov cuab yeej tua rog hnyav thiab phom tua hluav taws, thiaj ua rau kev tua ib feem peb ntawm tibneeg, uas yog, kev txeeb tau Constantinople, thiab vim li ntawd thiaj ua rau kev rhuav tshem lub tebchaws Greek. Txij thaum Constantine tsim nws los txog rau lub sijhawm ntawd, ib txhiab ib puas xyoo thiab ntau dua twb tau dhau mus lawm. Hauv cov xyoo ntawd, cov Goths, Huns, Avars, Persians, Bulgarians, Saracens, Russians, thiab txawm yog cov Ottoman Turks lawv tus kheej, twb tau ua lawv tej kev tawm tsam ua yeeb ncuab, lossis tuaj kaw nroog tawm tsam nws lawm. Tiamsis lawv tsis muaj peev xwm kov yeej nws tej chaw tiv thaiv ruaj khov. Constantinople tseem nyob ciaj sia, thiab nrog nws lub tebchaws Greek kuj tseem nyob ruaj. Vim li no Sultan Mahomet thiaj mob siab nrhiav yam uas yuav tshem tau qhov chaw khuam ntawd tawm mus. “Koj puas tuaj yeem nchuav ib rab cannon,” yog lo lus nug uas nws nug tus kws nchuav cannon uas tau khiav los cuag nws, “kom loj txaus rau tsoo phab ntsa Constantinople kom vau?” Ces thiaj tsim lub chaw nchuav hlau rau ntawm Adrianople, nchuav cov cannon, npaj cov cuab yeej tua rog hnyav, thiab pib qhov kev kaw nroog tawm tsam.’”</w:t>
      </w:r>
    </w:p>
    <w:p>
      <w:pPr>
        <w:pStyle w:val="ArticleScripture"/>
        <w:jc w:val="left"/>
      </w:pPr>
      <w:r>
        <w:rPr>
          <w:rFonts w:ascii="Times New Roman" w:hAnsi="Times New Roman" w:eastAsia="Times New Roman" w:cs="Times New Roman"/>
        </w:rPr>
        <w:t>“Nws tsim nyog heev uas yuav tsum muab tseg cia rau kev xyuam xim, tias Gibbon, uas ib txwm yog tus piav txhais tsis nco qab txog zaj lus faj lem Apocalyptic, tau muab yam cuab tam tshiab no ntawm kev ua rog los tso rau pem hauv ntej ntawm nws daim duab, nyob hauv nws zaj keeb kwm hais lus ntxim muaj hwjchim thiab nplawm siab txog kev puastsuaj kawg nkaus ntawm lub tebchaws Greek. Hauv kev npaj ua ntej rau qhov no, nws muab keeb kwm ntawm kev tsim tshiab tsis ntev los no ntawm hmoov phom, ‘uas yog kev tov ntawm saltpeter, sulphur, thiab charcoal;’ nws hais txog qhov kev siv ntxov dua los ntawm Sultan Amurath, thiab kuj, raws li tau hais ua ntej lawm, txog Mahomet lub chaw nchuav cannon loj dua nyob Adrianople; tom qab ntawd, nyob hauv kev nce qib ntawm kev kaw lub nroog nws tus kheej, nws piav tias ‘cov nthwv ntu ntawm hmuv thiab xub tau mus nrog pa taws, suab nrov, thiab hluav taws ntawm cov phom me thiab cov cannon;’ tias ‘kab ntev ntawm Turkish artillery tau tsom ncaj rau ntawm cov ntsa, kaum plaub lub chaw tua ib txhij nrov xob quaj rau ntawm cov chaw uas yooj yim raug tshaj plaws;’ tias ‘cov chaw ruaj khov tiv thaiv uas tau sawv tau ntau tiam tawm tsam kev ua phem ntawm yeeb ncuab, raug Ottoman cannon rhuav tshem tawm txhua sab, qhib ntau qhov tawg, thiab nyob ze ntawm lub rooj vag St. Romanus, plaub lub pej thuam raug muab nphau mus txog hauv av:’ tias, raws li ‘ntawm cov kab tiv thaiv, cov galleys, thiab tus choj, Ottoman artillery nrov xob quaj txhua sab, lub yeej rog thiab lub nroog, cov Greek thiab cov Turks, raug qhwv rau hauv ib txheej pa taws, uas tsuas yog yuav raug tshem tawm tau los ntawm txoj kev cawm dim kawg lossis txoj kev puastsuaj ntawm lub tebchaws Roman:’ tias ‘ob txheej ntsa raug cov cannon txo mus ua ib pawg pob zeb tawg ntho:’ thiab tias thaum kawg cov Turks ‘sawv hla los ntawm cov qhov tawg,’ ‘Constantinople raug yeej, nws lub tebchaws raug muab rhuav tshem, thiab nws txoj kev ntseeg raug cov neeg yeej Moslem tsuj rau hauv plua tshauv.’ Kuv hais tias nws tsim nyog heev rau kev soj ntsuam saib tias Gibbon tau hais meej thiab muaj zog npaum li cas hauv kev muab kev ntes tau lub nroog, thiab yog li kev rhuav tshem ntawm lub tebchaws, rau Ottoman artillery. Rau qhov ntawd yog dab tsi, yog tsis yog ib lo lus piav txog peb zaj lus faj lem? ‘By these three was the third part of men killed, by the fire, and by the smoke, and by the sulphur, which issued out of their mouths.’”</w:t>
      </w:r>
    </w:p>
    <w:p>
      <w:pPr>
        <w:pStyle w:val="ArticleScripture"/>
        <w:jc w:val="left"/>
      </w:pPr>
      <w:r>
        <w:rPr>
          <w:rFonts w:ascii="Times New Roman" w:hAnsi="Times New Roman" w:eastAsia="Times New Roman" w:cs="Times New Roman"/>
        </w:rPr>
        <w:t>“‘Nqe 18. Los ntawm peb yam no ib feem peb ntawm tibneeg raug tua, yog los ntawm hluav taws, thiab los ntawm pa luam yeeb, thiab los ntawm leej faj, uas tawm hauv lawv tej qhov ncauj los. 19. Rau qhov lawv lub hwj chim nyob hauv lawv qhov ncauj, thiab hauv lawv tej tw; rau qhov lawv tej tw zoo li nab, thiab muaj taub hau, thiab nrog lawv tej no lawv ua phem.’”</w:t>
      </w:r>
    </w:p>
    <w:p>
      <w:pPr>
        <w:pStyle w:val="ArticleScripture"/>
        <w:jc w:val="left"/>
      </w:pPr>
      <w:r>
        <w:rPr>
          <w:rFonts w:ascii="Times New Roman" w:hAnsi="Times New Roman" w:eastAsia="Times New Roman" w:cs="Times New Roman"/>
        </w:rPr>
        <w:t>“Nqe no nthuav tawm txog qhov kev puas tsuaj tuag taus ntawm txoj kev ua rog tshiab uas raug coj los siv. Nws yog los ntawm cov cuab yeej no—hmoov tawg, phom tua, thiab phom loj—uas Constantinople thiaj raug kov yeej thaum kawg, thiab raug muab rau hauv tes ntawm cov Turks.” Uriah Smith, Daniel and Revelation, 510–514.</w:t>
      </w:r>
    </w:p>
    <w:p>
      <w:pPr>
        <w:pStyle w:val="ArticleBody"/>
        <w:jc w:val="left"/>
      </w:pPr>
      <w:r>
        <w:rPr>
          <w:rFonts w:ascii="Times New Roman" w:hAnsi="Times New Roman" w:eastAsia="Times New Roman" w:cs="Times New Roman"/>
        </w:rPr>
        <w:t>Peb yuav txuas ntxiv txoj kev kawm txog kev txom nyem thib peb, hauv zaj lus tom ntej.</w:t>
      </w:r>
    </w:p>
    <w:p>
      <w:pPr>
        <w:pStyle w:val="ArticleScripture"/>
        <w:jc w:val="left"/>
      </w:pPr>
      <w:r>
        <w:rPr>
          <w:rFonts w:ascii="Times New Roman" w:hAnsi="Times New Roman" w:eastAsia="Times New Roman" w:cs="Times New Roman"/>
        </w:rPr>
        <w:t>“Kuv tsa dheev ntawm kuv txoj kev pw tsaug zog nag hmo hmo no nrog ib lub nra hnyav heev nyob saum kuv lub siab. Kuv tab tom tshaj ib zaj lus rau peb cov kwv tij thiab cov muam, thiab nws yog ib zaj lus ceeb toom thiab lus qhuab qhia hais txog txoj hauj lwm ntawm qee leej uas tab tom txhawb nqa tej kev qhuab qhia yuam kev hais txog txoj kev txais tus Vaj Ntsuj Plig Dawb Huv, thiab txog Nws txoj kev ua hauj lwm los ntawm tib neeg tej cuab tam.</w:t>
      </w:r>
    </w:p>
    <w:p>
      <w:pPr>
        <w:pStyle w:val="ArticleScripture"/>
        <w:jc w:val="left"/>
      </w:pPr>
      <w:r>
        <w:rPr>
          <w:rFonts w:ascii="Times New Roman" w:hAnsi="Times New Roman" w:eastAsia="Times New Roman" w:cs="Times New Roman"/>
        </w:rPr>
        <w:t>“Kuv tau raug qhuab qhia tias kev npau taws kev ntseeg zoo ib yam li qhov uas peb raug hu kom ntsib tom qab lub sijhawm hauv xyoo 1844 tau dhau mus lawm, yuav rov los tshwm sim dua hauv peb nruab nrab nyob rau hnub kawg ntawm txoj xov no, thiab tias peb yuav tsum tawm tsam txoj kev phem no tam sim no nrog tib yam kev ruaj khov txiav txim siab li qhov uas peb tau ntsib nws hauv peb tej kev paub thaum chiv thawj.</w:t>
      </w:r>
    </w:p>
    <w:p>
      <w:pPr>
        <w:pStyle w:val="ArticleScripture"/>
        <w:jc w:val="left"/>
      </w:pPr>
      <w:r>
        <w:rPr>
          <w:rFonts w:ascii="Times New Roman" w:hAnsi="Times New Roman" w:eastAsia="Times New Roman" w:cs="Times New Roman"/>
        </w:rPr>
        <w:t>“Peb tab tom sawv ntawm lub rooj vag ntawm tej xwm txheej loj kawg thiab muaj kev txaus ntshai dawb huv. Cov lus faj lem tab tom tiav mus. Keeb kwm txawv txawv thiab puv npo nrog tej xwm txheej tseem ceeb tab tom raug sau cia rau hauv cov phau ntawv saum ntuj ceeb tsheej—tej xwm txheej uas twb tau tshaj tawm lawm tias yuav los ua ntej tsis ntev no, ua ntej hnub loj ntawm Vajtswv. Txhua yam hauv ntiaj teb no nyob rau hauv ib lub xeev tsis ruaj khov. Cov tebchaws npau taws heev, thiab muaj kev npaj loj rau kev ua rog tab tom raug tsim. Ib haiv neeg tab tom tawm tswv yim tawm tsam ib haiv neeg, thiab ib lub nceeg vaj tawm tsam ib lub nceeg vaj. Hnub loj ntawm Vajtswv tab tom nrawm nroos los heev. Tiamsis txawm yog cov tebchaws tab tom sib sau lawv tej rog rau kev sib ntaus thiab kev los ntshav, los lo lus txib rau cov timtswv tseem nyob ruaj, kom lawv tuav plaub cua tseg kom txog thaum cov tub qhe ntawm Vajtswv raug muab lub cim rau saum lawv lub hauv pliaj.” Selected Messages, phau 1, 221.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 - Zauv Ib Puas Cuaj</dc:title>
  <dc:subject>Qhib Qhov Kev Siv Lus Qhia Yav Tom Ntej Peb Zaug: Qhov Tseem Ceeb Yaj Saub ntawm Tshwm Sim Tshooj Cuaj thiab Kev Txav Hlo Hloov Kho Niaj Hnub Nim No</dc:subject>
  <dc:creator>Jeff Pippenger</dc:creator>
  <cp:keywords/>
  <dc:description>Generated by ArticleDigger from daniel\109_daniel.json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