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Ib Puas Kaum</w:t>
      </w:r>
    </w:p>
    <w:p>
      <w:pPr>
        <w:pStyle w:val="ArticleSubtitle"/>
        <w:jc w:val="left"/>
      </w:pPr>
      <w:r>
        <w:rPr>
          <w:rFonts w:ascii="Arial" w:hAnsi="Arial" w:eastAsia="Arial" w:cs="Arial"/>
        </w:rPr>
        <w:t>Kev Koom Peb Tog ntawm Loos: Qhia Tshwm Txog Qhov Tseem Ceeb Hauv Vajlugkub Yaj Saub ntawm Cov Raj Hauv Phau Ntawv Tshwm Sim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Islam ntawm thawj thiab ob txoj kev txom nyem hauv Tshwmsim tshooj cuaj sawv cev rau txoj kev txiav txim uas raug coj los rau saum Loos. William Miller tau hu cov raj xyu no tias, “cov kev txiav txim tshwj xeeb” uas raug coj los rau saum Loos, tiam sis Miller tsis muaj peev xwm pom Loos niaj hnub no, raws li txoj kev koom siab peb txheej uas coj lub ntiaj teb mus rau Armageddon. Uriah Smith tau lees paub tias cov raj xyu sawv cev rau Vajtswv txoj kev txiav txim rau saum Loos, thiab tias lub raj xyu thib tsib thiab thib rau (thawj thiab ob txoj Kev Txom Nyem), yog cov kev txiav txim rau saum pawg ntseeg Kas Tos Liv.</w:t>
      </w:r>
    </w:p>
    <w:p>
      <w:pPr>
        <w:pStyle w:val="ArticleScripture"/>
        <w:jc w:val="left"/>
      </w:pPr>
      <w:r>
        <w:rPr>
          <w:rFonts w:ascii="Times New Roman" w:hAnsi="Times New Roman" w:eastAsia="Times New Roman" w:cs="Times New Roman"/>
        </w:rPr>
        <w:t>“Rau kev piav txog lub raj no, peb yuav rov qab siv tej lus sau ntawm Yawg Keith. Tus kws sau no hais raws qhov tseeb tias: ‘Tsis tshua muaj ib feem twg ntawm Phau Ntawv Qhia Tshwm uas cov neeg txhais lus muaj kev pom zoo sib xws npaum li hais txog kev siv lub raj thib tsib thiab thib rau, los yog txoj kev txom nyem thib ib thiab thib ob, rau cov Saracens thiab Turks. Qhov no pom tseeb heev uas yuav luag tsis muaj peev xwm to taub yuam kev. Hloov qhov tsuas muaj ib los yog ob nqe los qhia txog txhua tus, tag nrho tshooj cuaj ntawm Phau Ntawv Qhia Tshwm, muab faib ua ob feem sib npaug, raug siv los piav txog ob leeg no.</w:t>
      </w:r>
    </w:p>
    <w:p>
      <w:pPr>
        <w:pStyle w:val="ArticleScripture"/>
        <w:jc w:val="left"/>
      </w:pPr>
      <w:r>
        <w:rPr>
          <w:rFonts w:ascii="Times New Roman" w:hAnsi="Times New Roman" w:eastAsia="Times New Roman" w:cs="Times New Roman"/>
        </w:rPr>
        <w:t>“‘Lub faj tim teb chaws Loos poob qis, ib yam li nws tau sawv los, los ntawm kev yeej tsov rog; tiam sis cov Saracens thiab cov Turks yog tej cuab yeej uas ib txoj kev ntseeg cuav tau los ua tus nplawm rau ib pawg ntseeg uas tau thim rov qab ntawm txoj kev ntseeg; thiab vim li ntawd, es tsis yog lub raj nrov thib tsib thiab thib rau, zoo li cov ua ntej ntawd, raug hu tsuas yog los ntawm lub npe ntawd xwb, lawv thiaj raug hu ua kev txom nyem.” Uriah Smith, Daniel and Revelation, 495.</w:t>
      </w:r>
    </w:p>
    <w:p>
      <w:pPr>
        <w:pStyle w:val="ArticleBody"/>
        <w:jc w:val="left"/>
      </w:pPr>
      <w:r>
        <w:rPr>
          <w:rFonts w:ascii="Times New Roman" w:hAnsi="Times New Roman" w:eastAsia="Times New Roman" w:cs="Times New Roman"/>
        </w:rPr>
        <w:t>Yam uas Miller thiab Smith tsis tau pom txog cov raj ncas raws li Vajtswv txoj kev txiav txim rau Loos, yog tias cov kev txiav txim ntawd raug coj los ua tiav los ntawm kev yuam kom pe hawm lub hnub. Xyoo 321, Constantine tau tshaj tawm thawj txoj cai Hnub Caiv, thiab cuaj xyoos tom qab ntawd nws tau txav lub peev ntawm lub nroog Loos mus rau lub nroog Constantinople, yog li pib txoj txheej txheem uas ua rau lub Faj Tim Tsev Loos tawg zom zaws. Hauv Daniyees tshooj kaum ib, Loos kev teev mlom yuav tsum kav muaj hwjchim tshaj plaws ib “lub sijhawm,” uas sawv cev rau peb puas rau caum xyoo, txij ntawm Tsov Rog Actium, xyoo 31 BC, mus txog xyoo 330, thaum Constantine faib lub nceeg vaj ua Sab Hnub Poob thiab Sab Hnub Tuaj.</w:t>
      </w:r>
    </w:p>
    <w:p>
      <w:pPr>
        <w:pStyle w:val="ArticleScripture"/>
        <w:jc w:val="left"/>
      </w:pPr>
      <w:r>
        <w:rPr>
          <w:rFonts w:ascii="Times New Roman" w:hAnsi="Times New Roman" w:eastAsia="Times New Roman" w:cs="Times New Roman"/>
        </w:rPr>
        <w:t>Nws yuav nkag los nyob kaj siab lug txawm rau hauv tej chaw rog tshaj plaws ntawm lub xeev ntawd; thiab nws yuav ua yam uas nws cov yawg koob tsis tau ua, thiab tej yawg koob ntawm nws cov yawg koob kuj tsis tau ua li ntawd; nws yuav faib tej khoom txeeb, thiab tej khoom nyiag, thiab tej kev nplua nuj rau lawv; muaj tseeb tiag, nws yuav npaj nws tej tswv yim tawm tsam tej chaw ruaj khov, tiamsis tsuas yog ib ntus xwb. Daniel 11:24.</w:t>
      </w:r>
    </w:p>
    <w:p>
      <w:pPr>
        <w:pStyle w:val="ArticleBody"/>
        <w:jc w:val="left"/>
      </w:pPr>
      <w:r>
        <w:rPr>
          <w:rFonts w:ascii="Times New Roman" w:hAnsi="Times New Roman" w:eastAsia="Times New Roman" w:cs="Times New Roman"/>
        </w:rPr>
        <w:t>Thoob plaws hauv peb puas rau caum xyoo ntawd, lub tebchaws Roman yeej yog ib lub hwj chim uas luag tsis tuaj yeem kov yeej tau, tiam sis thaum lub nroog peev raug hloov mus rau sab Hnub Tuaj lawm, ces lub peevxwm los kav ib lub tebchaws loj npaum li ntawd tsis muaj peevxwm ua tau ntxiv lawm. Constantine tau sim khaws txoj kev tswj hwm cia los ntawm kev faib lub nceeg vaj rau nws peb tug tub, tiam sis qhov ntawd tsuas yog ua kom kev tawg ntho ntawm lub tebchaws qub ntawd nrawm dua xwb.</w:t>
      </w:r>
    </w:p>
    <w:p>
      <w:pPr>
        <w:pStyle w:val="ArticleBody"/>
        <w:jc w:val="left"/>
      </w:pPr>
      <w:r>
        <w:rPr>
          <w:rFonts w:ascii="Times New Roman" w:hAnsi="Times New Roman" w:eastAsia="Times New Roman" w:cs="Times New Roman"/>
        </w:rPr>
        <w:t>Thaum lub hwjchim papacy tau los tuav lub zwm txwv saum lub ntiajteb rau xyoo 538, nyob hauv rooj sablaj thib peb ntawm Orleans tau pom zoo ib txoj cai Sunday. Yog li ntawd, rau xyoo 606, Mohammed tau pib nws txoj hauj lwm cev lus faj lem, thiab raws li cim tau sawv cev rau lub raj uas yuav yog yam cov kws keeb kwm txheeb xyuas tias yog ib “rab nplawm rau ib pawg ntseeg uas tau thim txoj kev ntseeg lawm.” Keeb kwm ntawm thawj thiab ob txoj kev txom nyem, pib nrog Mohammed txoj hauj lwm rau xyoo 606, tau xaus rau hnub tim 22 lub Kaum Hli, 1844, thaum lub raj xya tau nrov.</w:t>
      </w:r>
    </w:p>
    <w:p>
      <w:pPr>
        <w:pStyle w:val="ArticleScripture"/>
        <w:jc w:val="left"/>
      </w:pPr>
      <w:r>
        <w:rPr>
          <w:rFonts w:ascii="Times New Roman" w:hAnsi="Times New Roman" w:eastAsia="Times New Roman" w:cs="Times New Roman"/>
        </w:rPr>
        <w:t>Qhov kev txom nyem zaum ob twb dhau lawm; thiab saib seb, qhov kev txom nyem zaum peb los sai sai. Thiab tus tim tswv xya tau tshuab raj; thiab muaj tej suab nrov loj hauv ntuj ceeb tsheej, hais tias, Cov nceeg vaj hauv lub ntiaj teb no tau los ua nceeg vaj ntawm peb tus Tswv, thiab ntawm nws tus Khetos; thiab nws yuav kav mus ib txhis tsis kawg. Tshwmsim 11:14, 15.</w:t>
      </w:r>
    </w:p>
    <w:p>
      <w:pPr>
        <w:pStyle w:val="ArticleBody"/>
        <w:jc w:val="left"/>
      </w:pPr>
      <w:r>
        <w:rPr>
          <w:rFonts w:ascii="Times New Roman" w:hAnsi="Times New Roman" w:eastAsia="Times New Roman" w:cs="Times New Roman"/>
        </w:rPr>
        <w:t>Thaum lub sijhawm keeb kwm ntawm ob Tug Kev Puas Tsuaj thawj, Constantinople, uas yog lub peev ntawm Loos sab hnub tuaj, raug txeeb yeej hauv xyoo 1453, thiab Loos uas nyob hauv qab tus pope nyob sab hnub poob raug ntaus ib lub qhov txhab tuag taus hauv xyoo 1798. “Tus nplawm ntawm ib pawg ntseeg uas tau tig mus lawm ntawm txojkev ntseeg tseeb,” tau rhuav tshem ob qho tib si Loos nom tswv thiab Loos kev cai dab qhuas. Kev sib koom ua peb chav ntawm Loos Niaj Hnub No raug ua kom tiav nyob rau hauv txoj cai hnub Sunday uas yuav los sai no hauv Tebchaws Meskas.</w:t>
      </w:r>
    </w:p>
    <w:p>
      <w:pPr>
        <w:pStyle w:val="ArticleScripture"/>
        <w:jc w:val="left"/>
      </w:pPr>
      <w:r>
        <w:rPr>
          <w:rFonts w:ascii="Times New Roman" w:hAnsi="Times New Roman" w:eastAsia="Times New Roman" w:cs="Times New Roman"/>
        </w:rPr>
        <w:t>“Cov Protestants nyob hauv Tebchaws Meskas yuav yog cov xub plaws hauv kev ncab tes hla tus kwj deg tob mus tuav tes nrog Sab Ntsuj Plig Cuav; lawv yuav ncav tes hla lub hav tob mus sib tuav tes nrog lub hwjchim Loos; thiab nyob hauv qab lub hwjchim ntxias ntawm txoj kev koom ua peb npaug no, lub tebchaws no yuav taug raws li Loos tej kauj ruam hauv kev tsuj nplawm cov cai ntawm lub siab dawb paug.” The Great Controversy, 588.</w:t>
      </w:r>
    </w:p>
    <w:p>
      <w:pPr>
        <w:pStyle w:val="ArticleBody"/>
        <w:jc w:val="left"/>
      </w:pPr>
      <w:r>
        <w:rPr>
          <w:rFonts w:ascii="Times New Roman" w:hAnsi="Times New Roman" w:eastAsia="Times New Roman" w:cs="Times New Roman"/>
        </w:rPr>
        <w:t>Nyob rau lub sijhawm ntawd, Islam ntawm Txoj Kev Puas Tsuaj thib peb yuav ua tiav Vajtswv txoj kev txiav txim tawm tsam Loos Niaj Hnub Nim No vim nws yuam kom pe hawm Hnub Chiv, ib yam li Nws tau ua rau Loos pagan thiab Loos papal. Nrog Loos pagan, Nws tau siv plaub lub raj xub thawj los coj Roman txoj kev kav mus txog qhov kawg nyob rau hauv lub nroog peev ntawm Loos sab hnub poob txog xyoo 476, rau qhov tom qab xyoo 476 lawm, tsis muaj tus kav nroog ntawd leejtwg yog muaj Roman caj ces lawm. Txog xyoo 1453, lub raj thib tsib ntawm Islam tau coj Roman txoj kev kav ntawm Loos sab hnub tuaj mus txog qhov kawg. Txog xyoo 1798, papal txoj kev kav ntawm qhov qub kev faib ua kaum feem ntawm cov tebchaws hauv Tebchaws Europe tau raug coj mus txog qhov kawg nyob rau hauv keeb kwm ntawm lub raj thib rau ntawm Islam. Kev poob ntais ntawm lub nceeg vaj pej xeem ntawm Loos, ob sab hnub poob thiab sab hnub tuaj, thiab lub nceeg vaj kev cai dab qhuas ntawm Loos, tau tshwm sim tom qab muaj kev yuam kom coj kev pe hawm hnub ntawm Loos pagan.</w:t>
      </w:r>
    </w:p>
    <w:p>
      <w:pPr>
        <w:pStyle w:val="ArticleScripture"/>
        <w:jc w:val="left"/>
      </w:pPr>
      <w:r>
        <w:rPr>
          <w:rFonts w:ascii="Times New Roman" w:hAnsi="Times New Roman" w:eastAsia="Times New Roman" w:cs="Times New Roman"/>
        </w:rPr>
        <w:t>“Cov pejxeem ntawm Tebchaws Meskas tau yog ib haiv neeg uas tau txais kev favor; tiam sis thaum lawv txwv kev ywj pheej ntawm kev ntseeg, tso Protestantism tseg, thiab txhawb nqa popery, ces qhov ntsuas ntawm lawv txoj kev txhaum yuav puv npo, thiab ‘kev thim txoj kev ntseeg ntawm lub tebchaws’ yuav raug sau tseg rau hauv cov phau ntawv saum ntuj ceeb tsheej. Qhov tshwm sim ntawm txoj kev thim kev ntseeg no yuav yog kev puam tsuaj ntawm lub tebchaws.” Review and Herald, May 2, 1893.</w:t>
      </w:r>
    </w:p>
    <w:p>
      <w:pPr>
        <w:pStyle w:val="ArticleBody"/>
        <w:jc w:val="left"/>
      </w:pPr>
      <w:r>
        <w:rPr>
          <w:rFonts w:ascii="Times New Roman" w:hAnsi="Times New Roman" w:eastAsia="Times New Roman" w:cs="Times New Roman"/>
        </w:rPr>
        <w:t>Kev siv lus faj lem peb txheej ua kom pom meej txog tus cwj pwm ntawm qhov kev tiav kawg ntawm zaj lus faj lem ntawd raws li tus cwj pwm ntawm ob txheej kev tiav thawj zaug. Hnub tim 11 lub Cuaj Hli, xyoo 2001, Kev Txom Nyem thib peb tau los txog rau hauv keeb kwm. Thaum chiv thawj nws twb los txog lawm hnub tim 22 lub Kaum Hli, xyoo 1844, rau qhov Kev Txom Nyem thib peb yog lub raj xya, thiab lub raj ntawd tau pib nrov thaum lub sij hawm ntawd. Tiamsis ib yam li cov Yixayee thaum ub, cov Yixayee niaj hnub no tau xaiv txoj kev ntxeev siab thiab tau coj los txog ib ntus ntawm kev ua luam nyob rau hauv tebchaws moj sab qhua hloov chaw rau kev ua kom tes haujlwm tiav. Yog li ntawd, lub sij hawm muab khi ntawm tus timtswv thib peb thiaj raug ncua, mus txog thaum nws pib dua rau hnub tim 11 lub Cuaj Hli, xyoo 2001.</w:t>
      </w:r>
    </w:p>
    <w:p>
      <w:pPr>
        <w:pStyle w:val="ArticleScripture"/>
        <w:jc w:val="left"/>
      </w:pPr>
      <w:r>
        <w:rPr>
          <w:rFonts w:ascii="Times New Roman" w:hAnsi="Times New Roman" w:eastAsia="Times New Roman" w:cs="Times New Roman"/>
        </w:rPr>
        <w:t>“Tau plaub caug xyoo, kev tsis ntseeg, kev yws cem, thiab kev ntxeev siab tau kaw cov Yixayee thaum ub tsis pub nkag mus rau hauv lub tebchaws Kana-as. Tib yam kev txhaum no tau ncua kev nkag ntawm Yixayee niaj hnub no mus rau hauv Kana-as saum ntuj ceeb tsheej. Hauv ob kis no, tsis yog vim tej lus cog tseg ntawm Vajtswv muaj qhov txhaum li. Tiamsis yog kev tsis ntseeg, kev ua neeg ntiajteb, kev tsis muab yus tus kheej fij tseg kom dawb huv, thiab kev sib ceg sib cav nyob hauv cov neeg uas lees tias yog tus Tswv haiv neeg, uas tau cia peb nyob hauv lub ntiajteb uas muaj kev txhaum thiab kev quaj ntsuag no tau ntev ua luaj li no.” Selected Messages, phau 2, 69.</w:t>
      </w:r>
    </w:p>
    <w:p>
      <w:pPr>
        <w:pStyle w:val="ArticleBody"/>
        <w:jc w:val="left"/>
      </w:pPr>
      <w:r>
        <w:rPr>
          <w:rFonts w:ascii="Times New Roman" w:hAnsi="Times New Roman" w:eastAsia="Times New Roman" w:cs="Times New Roman"/>
        </w:rPr>
        <w:t>Vajtswv tsis hloov, thiab Nws txiav txim raws li lub teeb uas muaj rau sawvdaws pom. Cov Yixayee niaj hnub no tau muaj lub teeb ntau dua li cov Yixayee thaum ub, thiab peb raug ceeb toom tias “cov kev txhaum tib yam ntawd tau ncua kev nkag los ntawm cov Yixayee niaj hnub no mus rau hauv Khaunaa saum ntuj ceeb tsheej.” Yog hais tias cov Yixayee niaj hnub no tsuas raug suav txim raws li lub teeb uas cov Yixayee thaum ub raug suav txim xwb, qhov ntawd twb txaus lawm; tiamsis lawv tau muaj lub teeb ntau dua. Yog li ntawd, yog hais tias yog “cov kev txhaum tib yam” uas ua rau “cov Yixayee thaum ub” taug kev yuam kev hauv “roob moj sab qhua” tau “plaub caug xyoo,” ces tsis yog xwb tias cov Yixayee niaj hnub no raug ntiab mus rau hauv “roob moj sab qhua” hauv txoj kev ntxeev siab xyoo 1863, tiamsis lawv kuj raug teem tseg kom tuag nyob ntawd ib yam tseeb. Lawv “tej kev txhaum” tau ncua txoj hauj lwm ntawm tus timtswv thib peb los txog niaj hnub no.</w:t>
      </w:r>
    </w:p>
    <w:p>
      <w:pPr>
        <w:pStyle w:val="ArticleScripture"/>
        <w:jc w:val="left"/>
      </w:pPr>
      <w:r>
        <w:rPr>
          <w:rFonts w:ascii="Times New Roman" w:hAnsi="Times New Roman" w:eastAsia="Times New Roman" w:cs="Times New Roman"/>
        </w:rPr>
        <w:t>Tus tim tswv hais tias, “Tus tim tswv thib peb tab tom khi lawv ua tej phau, los yog tab tom muab lawv kaw cim, rau hauv lub chaw khaws qoob saum ntuj.” Pawg me no zoo li muaj kev ntxhov siab thiab hnav plig, ib yam li lawv tau hla dhau kev sim siab hnyav thiab kev tawm tsam ntau yam. Thiab zoo nkaus li lub hnub nyuam qhuav tawm hauv qab ib daim huab los ci rau saum lawv tej ntsej muag, ua rau lawv zoo li cov yeej twb qhuas lawm, ib yam li lawv tej kev yeej twb yuav luag yeej tiav. Early Writings, 88.</w:t>
      </w:r>
    </w:p>
    <w:p>
      <w:pPr>
        <w:pStyle w:val="ArticleBody"/>
        <w:jc w:val="left"/>
      </w:pPr>
      <w:r>
        <w:rPr>
          <w:rFonts w:ascii="Times New Roman" w:hAnsi="Times New Roman" w:eastAsia="Times New Roman" w:cs="Times New Roman"/>
        </w:rPr>
        <w:t>Cov kev txhaum tib yam uas tau ntiab cov Yixayee thaum ub mus tuag hauv tebchaws moj sab qhua tau ua rau txoj hauj lwm ntawm tus tim tswv thib peb, uas tau los txog rau hnub Kaum Hli 22, 1844, raug ncua.</w:t>
      </w:r>
    </w:p>
    <w:p>
      <w:pPr>
        <w:pStyle w:val="ArticleScripture"/>
        <w:jc w:val="left"/>
      </w:pPr>
      <w:r>
        <w:rPr>
          <w:rFonts w:ascii="Times New Roman" w:hAnsi="Times New Roman" w:eastAsia="Times New Roman" w:cs="Times New Roman"/>
        </w:rPr>
        <w:t>“Tom qab Yexus qhib lub qhov rooj ntawm qhov chaw dawb huv tshaj plaws, qhov kaj ntawm Hnub Xanpataus tau pom, thiab haiv neeg ntawm Vajtswv raug sim, ib yam li cov me nyuam Ixayees raug sim yav thaum ub, kom pom seb lawv puas yuav ceev Vajtswv txoj kevcai. Kuv pom tus tim tswv thib peb taw tes mus saum ntuj, qhia cov neeg uas tau poob siab ntawd txoj kev mus rau qhov chaw dawb huv tshaj plaws hauv lub tuam tsev dawb huv saum ntuj ceeb tsheej. Thaum lawv nkag mus rau hauv qhov chaw dawb huv tshaj plaws los ntawm txoj kev ntseeg, lawv pom Yexus, thiab kev cia siab nrog kev xyiv fab txhawv tuaj dua tshiab. Kuv pom lawv tig ntsia rov qab, tshuaj xyuas yav tag los, txij thaum txoj xov tshaj tawm txog Yexus txoj kev los zaum ob, mus dhau lawv tej kev paub dhau los mus txog rau lub sij hawm dhau mus hauv xyoo 1844. Lawv pom tias lawv txoj kev poob siab tau raug piav meej, thiab kev xyiv fab nrog kev ruaj siab rov ua kom lawv muaj sia. Tus tim tswv thib peb tau ci pom yav tag los, tam sim no, thiab yav tom ntej, thiab lawv paub tias Vajtswv yeej tau coj lawv tiag tiag los ntawm Nws txoj kev saib xyuas uas tob tsis txawj to taub.” Early Writings, 254.</w:t>
      </w:r>
    </w:p>
    <w:p>
      <w:pPr>
        <w:pStyle w:val="ArticleBody"/>
        <w:jc w:val="left"/>
      </w:pPr>
      <w:r>
        <w:rPr>
          <w:rFonts w:ascii="Times New Roman" w:hAnsi="Times New Roman" w:eastAsia="Times New Roman" w:cs="Times New Roman"/>
        </w:rPr>
        <w:t>Tus tim tswv thib peb yog tus tim tswv uas muab lub cim ntim, thiab nws tuaj txog rau hnub tim 22 lub Kaum Hli, 1844, tiam sis nws tes hauj lwm raug ncua vim tib yam kev txhaum uas ua rau cov Ixayees thaum ub tuag hauv tebchaws moj sab qhua. Kev ncua uas tshwm sim los ntawm kev ntxeev siab ntawm xyoo 1863 ntawd, yog kev ncua ntawm tes hauj lwm ntawm tus tim tswv thib peb, thiab yog li ntawd kev muab lub cim ntim tau raug txwv thiab raug ncua los ntev tshaj ib puas xyoo.</w:t>
      </w:r>
    </w:p>
    <w:p>
      <w:pPr>
        <w:pStyle w:val="ArticleScripture"/>
        <w:jc w:val="left"/>
      </w:pPr>
      <w:r>
        <w:rPr>
          <w:rFonts w:ascii="Times New Roman" w:hAnsi="Times New Roman" w:eastAsia="Times New Roman" w:cs="Times New Roman"/>
        </w:rPr>
        <w:t>“[Numbers 32:6–15, quoted.] Tus Tswv Vajtswv yog ib tug Vajtswv khib xeeb, los Nws tseem ua siab ntev rau tej kev txhaum thiab tej kev ua txhaum cai ntawm Nws haiv neeg hauv tiam no. Yog hais tias haiv neeg ntawm Vajtswv tau taug kev raws li Nws txoj kev qhuab qhia, tes haujlwm ntawm Vajtswv twb yuav tau nce mus lawm, cov lus tseeb twb yuav tau raug nqa mus rau txhua haiv neeg uas nyob saum npoo av thoob plaws lub ntiajteb. Yog hais tias haiv neeg ntawm Vajtswv tau ntseeg Nws thiab tau ua raws li Nws lo lus, yog lawv tau ceev Nws tej lus txib, tus timtswv twb yuav tsis tau los ya nruab nrab saum ntuj nrog txoj xov rau plaub tug timtswv uas yuav tso cua kom tshuab rau saum lub ntiajteb, qw hais tias, Cia tseg, cia tseg plaub cua kom lawv txhob tshuab rau saum lub ntiajteb mus txog thaum kuv tau muab cim rau cov tub qhe ntawm Vajtswv rau ntawm lawv lub hauv pliaj. Tiamsis vim cov neeg tsis mloog lus, tsis txawj ua tsaug, tsis dawb huv, ib yam li cov Yixayee thaum ub, lub sijhawm thiaj raug ncua kom txhua tus thiaj yuav tau hnov txoj xov kawg ntawm txoj kev hlub tshua uas raug tshaj tawm nrog suab nrov nrov. Tus Tswv tes haujlwm twb raug thaiv lawm, lub sijhawm muab cim raug ncua tseg. Muaj coob leej tseem tsis tau hnov txoj kev tseeb. Tiamsis tus Tswv yuav pub sijhawm rau lawv hnov thiab hloov siab los ntseeg, thiab tes haujlwm loj ntawm Vajtswv yuav mus tom ntej.” Manuscript Releases, volume 15, 292.</w:t>
      </w:r>
    </w:p>
    <w:p>
      <w:pPr>
        <w:pStyle w:val="ArticleBody"/>
        <w:jc w:val="left"/>
      </w:pPr>
      <w:r>
        <w:rPr>
          <w:rFonts w:ascii="Times New Roman" w:hAnsi="Times New Roman" w:eastAsia="Times New Roman" w:cs="Times New Roman"/>
        </w:rPr>
        <w:t>Hnub Cuaj Hlis 11, 2001 tus tim tswv thib peb rov qab los txog dua, thiab lub sijhawm muab lub cim foob uas tau raug ncua txij thaum kev tawm tsam xyoo 1863, rov pib dua. Qhov no yog kev los txog ntawm Islam ntawm Kev Txom Nyem thib peb, uas kuj yog lub raj nplaim thib xya uas cim txog qhov pib ntawm lub sijhawm muab lub cim foob. Lub sijhawm muab lub cim foob tau pib nrog kev los txog ntawm tus tim tswv thib peb rau hnub Kaum Hli 22, 1844, thaum lub raj nplaim thib xya pib nrov; tiam sis lub raj ntawd raug txwv thiab raug ncua.</w:t>
      </w:r>
    </w:p>
    <w:p>
      <w:pPr>
        <w:pStyle w:val="ArticleScripture"/>
        <w:jc w:val="left"/>
      </w:pPr>
      <w:r>
        <w:rPr>
          <w:rFonts w:ascii="Times New Roman" w:hAnsi="Times New Roman" w:eastAsia="Times New Roman" w:cs="Times New Roman"/>
        </w:rPr>
        <w:t>Tus timtswv uas kuv pom sawv saum hiav txwv thiab saum ntiajteb, tsa nws txhais tes mus rau saum ntuj, thiab cog lus los ntawm Tus uas muaj sia nyob mus ib txhis thiab ib txhis, tus uas tsim ntuj ceeb tsheej, thiab txhua yam uas nyob hauv ntawd, thiab ntiajteb, thiab txhua yam uas nyob hauv ntawd, thiab hiav txwv, thiab txhua yam uas nyob hauv ntawd, tias yuav tsis muaj sij hawm ntxiv lawm: Tiamsis nyob rau hauv tej hnub uas lub suab ntawm tus timtswv xya yuav pib nrov, qhov uas tsis paub tob ntawm Vajtswv yuav raug ua kom tiav, raws li nws tau tshaj tawm rau nws cov tub qhe uas yog cov yaj saub. Qhia Tshwm 10:5–7.</w:t>
      </w:r>
    </w:p>
    <w:p>
      <w:pPr>
        <w:pStyle w:val="ArticleBody"/>
        <w:jc w:val="left"/>
      </w:pPr>
      <w:r>
        <w:rPr>
          <w:rFonts w:ascii="Times New Roman" w:hAnsi="Times New Roman" w:eastAsia="Times New Roman" w:cs="Times New Roman"/>
        </w:rPr>
        <w:t>“Lub suab” ntawm tus timtswv xya, yog lub suab ntawm tus timtswv hauv Tshwmsim tshooj kaum yim, uas nqes los thaum tej tsev loj hauv Nroog New York raug muab rhuav pov tseg.</w:t>
      </w:r>
    </w:p>
    <w:p>
      <w:pPr>
        <w:pStyle w:val="ArticleScripture"/>
        <w:jc w:val="left"/>
      </w:pPr>
      <w:r>
        <w:rPr>
          <w:rFonts w:ascii="Times New Roman" w:hAnsi="Times New Roman" w:eastAsia="Times New Roman" w:cs="Times New Roman"/>
        </w:rPr>
        <w:t>Tom qab tej no lawm, kuv pom dua ib tug tim tswv nqes saum ntuj los, muaj hwj chim loj heev; thiab lub ntiajteb ci ntsa iab vim nws lub yeeb koob. Thiab nws qw nrov nrov kawg nrog ib lub suab muaj zog, hais tias, Npanpiloo lub nroog loj tau poob lawm, tau poob lawm, thiab tau dhau los ua chaw nyob ntawm dab phem, thiab ua chaw khaws cia ntawm txhua tus ntsujplig qias neeg, thiab ua tawb kaw txhua hom noog qias neeg thiab ntxub ntxaug. Rau qhov txhua haiv neeg tau haus cawv txiv hmab ntawm txoj kev chim uas los ntawm nws txoj kev deev luag poj luag txiv lawm, thiab cov vajntxwv hauv ntiajteb tau deev luag poj luag txiv nrog nws, thiab cov tub lag tub luam hauv ntiajteb tau nplua nuj los ntawm kev nplua mias ntawm nws tej kev lom zem. Qhia Tshwm 18:1–3.</w:t>
      </w:r>
    </w:p>
    <w:p>
      <w:pPr>
        <w:pStyle w:val="ArticleBody"/>
        <w:jc w:val="left"/>
      </w:pPr>
      <w:r>
        <w:rPr>
          <w:rFonts w:ascii="Times New Roman" w:hAnsi="Times New Roman" w:eastAsia="Times New Roman" w:cs="Times New Roman"/>
        </w:rPr>
        <w:t>“lub suab” ntawm tus tim tswv uas muaj hwj chim, uas nqes los, txib cov tim tswv kom tuav plaub cua tseg, uas raug sawv cev ua ib tug “nees npau taws” nrhiav kev khiav dim thiab coj kev tuag thiab kev puas tsuaj los rau hauv nws txoj kev hla.</w:t>
      </w:r>
    </w:p>
    <w:p>
      <w:pPr>
        <w:pStyle w:val="ArticleScripture"/>
        <w:jc w:val="left"/>
      </w:pPr>
      <w:r>
        <w:rPr>
          <w:rFonts w:ascii="Times New Roman" w:hAnsi="Times New Roman" w:eastAsia="Times New Roman" w:cs="Times New Roman"/>
        </w:rPr>
        <w:t>“Cov tubtxib saum ntuj ntawm Vajtswv ua raws li Nws tej lus txib, tuav cov cua ntawm lub ntiajteb cia, kom cov cua txhob tshuab rau saum lub ntiajteb, los sis rau saum hiav txwv, los sis rau ib tsob ntoo twg, mus txog thaum Vajtswv cov qhev yuav raug muab cim rau ntawm lawv tej pliaj. Tus tubtxib saum ntuj uas muaj hwjchim loj ntawd raug pom tias tab tom nce tuaj ntawm sab hnub tuaj (los sis qhov hnub tuaj). Tus tubtxib saum ntuj uas muaj hwjchim tshaj no tuav hauv nws txhais tes lub cim ntim ntawm Vajtswv uas muaj txoj sia, los sis ntawm Tus uas tsuas yog Nws tib leeg thiaj pub tau txoj sia, Tus uas muaj peevxwm sau rau saum tej pliaj ntawd ib lub cim los sis ib lo lus sau, rau cov uas yuav raug pub kev tsis txawj tuag, uas yog txoj sia nyob mus ib txhis. Nws yog lub suab ntawm tus tubtxib saum ntuj siab tshaj no uas muaj cai txib plaub tug tubtxib saum ntuj kom tuav plaub ceg cua tseg kom ruaj mus txog thaum txoj haujlwm no tiav, thiab mus txog thaum nws yuav tshaj txoj lus hu kom tso lawv tawm.” Testimonies to Ministers, 445.</w:t>
      </w:r>
    </w:p>
    <w:p>
      <w:pPr>
        <w:pStyle w:val="ArticleBody"/>
        <w:jc w:val="left"/>
      </w:pPr>
      <w:r>
        <w:rPr>
          <w:rFonts w:ascii="Times New Roman" w:hAnsi="Times New Roman" w:eastAsia="Times New Roman" w:cs="Times New Roman"/>
        </w:rPr>
        <w:t>Tus tim tswv uas txib kom plaub tug tim tswv tuav tej cua, yog tus tim tswv hauv Tshwm Sim tshooj kaum yim uas ua kom lub ntiajteb ci ntsa iab nrog Nws lub hwjchim ci ntsa iab, thiab nws “lub suab muaj hwjchim” yog lub suab ntawm tus tim tswv xya.</w:t>
      </w:r>
    </w:p>
    <w:p>
      <w:pPr>
        <w:pStyle w:val="ArticleScripture"/>
        <w:jc w:val="left"/>
      </w:pPr>
      <w:r>
        <w:rPr>
          <w:rFonts w:ascii="Times New Roman" w:hAnsi="Times New Roman" w:eastAsia="Times New Roman" w:cs="Times New Roman"/>
        </w:rPr>
        <w:t>“Thiab ib daim duab sawv cev zoo npaum li cas uas raug muab tseg rau peb los xav txog, thiab ua peb tus siab kaj siab lug, thiab txhawb peb zog, nyob hauv Tshwmsim 7! Plaub tug timtswv raug txib kom ua ib txoj hauj lwm saum lub ntiajteb. Tiamsis Ib Tug uas tau txhiv lub ntiajteb los ntawm kev muab Nws tus kheej ua tus nqe txhiv, muaj ib pab neeg tsawg uas Nws tau xaiv. Leej twg? Cov uas ceev txhua lo lus txib ntawm Vajtswv thiab muaj txoj kev ntseeg ntawm Yexus.</w:t>
      </w:r>
    </w:p>
    <w:p>
      <w:pPr>
        <w:pStyle w:val="ArticleScripture"/>
        <w:jc w:val="left"/>
      </w:pPr>
      <w:r>
        <w:rPr>
          <w:rFonts w:ascii="Times New Roman" w:hAnsi="Times New Roman" w:eastAsia="Times New Roman" w:cs="Times New Roman"/>
        </w:rPr>
        <w:t>Yauhas tau hu kom siab raug coj mus rau ib zaj xwm txheej ntxiv: “Thiab kuv pom dua ib tug timtswv sawv tuaj ntawm sab hnub tuaj, tuav Vajtswv tus uas muaj sia nyob lub cim ntim” (Revelation 7:2). Tus no yog leejtwg? Nws yog Tus Timtswv ntawm txoj kev cog lus. Nws los ntawm qhov hnub tuaj. Nws yog qhov Kaj Ntug ntawm saum ntuj ceeb tsheej. Nws yog lub Teeb ntawm lub ntiajteb. “Hauv Nws muaj txoj sia; thiab txoj sia ntawd yog neeg lub teeb” (John 1:4). Tus no yog Tus uas Yaxayas piav tias: “Rau peb tau yug ib Tug Menyuam, rau peb tau pub ib Tug Tub; thiab txoj kev kav yuav nyob saum Nws xub pwg; thiab Nws lub npe yuav hu ua Tus Zoo Kawg, Tus Pab Tswv Yim, Vajtswv Muaj Hwjchim Loj, Leej Txiv Nyob Mus Ib Txhis, Tus Tub Vaj Ntxwv ntawm Kev Thaj Yeeb” (Isaiah 9:6). Nws qw nrov nrov, raws li Tus uas muaj hwjchim loj dua cov pab tub rog timtswv saum ntuj ceeb tsheej, rau cov uas tau raug pub kom tsim txom lub ntiajteb thiab dej hiavtxwv, hais tias, “Tsis txhob tsim txom lub ntiajteb, los yog dej hiavtxwv, los yog tej ntoo, mus txog thaum peb tau muab lub cim ntim rau saum pliaj ntawm peb tus Vajtswv cov tub qhe” (Revelation 7:2, 3).</w:t>
      </w:r>
    </w:p>
    <w:p>
      <w:pPr>
        <w:pStyle w:val="ArticleScripture"/>
        <w:jc w:val="left"/>
      </w:pPr>
      <w:r>
        <w:rPr>
          <w:rFonts w:ascii="Times New Roman" w:hAnsi="Times New Roman" w:eastAsia="Times New Roman" w:cs="Times New Roman"/>
        </w:rPr>
        <w:t>“Ntawm no yog qhov uas Vajtswv thiab tibneeg koom ua ke. Lo lus txib raug muab rau plaub tug timtswv kom lawv tuav plaub cua cia mus txog thaum lawv tau txais Nws txoj kev hu. Nyeem tag nrho tshooj ntawd. Lub suab qw hais tias, ‘Tsis txhob ua phem,’ yog tus Txum Tim Rov Qab Los, tus Cawm Seej, hais tawm.</w:t>
      </w:r>
    </w:p>
    <w:p>
      <w:pPr>
        <w:pStyle w:val="ArticleScripture"/>
        <w:jc w:val="left"/>
      </w:pPr>
      <w:r>
        <w:rPr>
          <w:rFonts w:ascii="Times New Roman" w:hAnsi="Times New Roman" w:eastAsia="Times New Roman" w:cs="Times New Roman"/>
        </w:rPr>
        <w:t>“Kev txiav txim thiab txoj kev chim siab yuav raug txwv cia tsuas yog ib ntus luv xwb kom txog rau thaum ib txoj hauj lwm twg raug ua tiav. Txoj xov, yog txoj xov ceeb toom thiab txoj xov hlub tshua zaum kawg, tau raug ncua hauv kev ua nws txoj hauj lwm vim txoj kev qia dub uas hlub nyiaj txiag, txoj kev qia dub uas nyiam kev yooj yim, thiab vim tib neeg tsis tsim nyog ua txoj hauj lwm uas yuav tsum tau ua. Tus tim tswv uas yuav ua kom lub ntiaj teb ci ntsa iab los ntawm Nws lub hwjchim ci ntsa iab tau tos ntsoov rau cov cuab tam tib neeg uas txoj kev kaj saum ntuj yuav ci los ntawm lawv, thiab kom lawv thiaj li koom tes ua ke muab txoj xov ntawd, hauv nws txoj kev dawb huv thiab hnyav, xa tawm—yog txoj xov uas yuav txiav txim rau txoj hmoo ntawm lub ntiaj teb.” Manuscript Releases, volume 15, 222.</w:t>
      </w:r>
    </w:p>
    <w:p>
      <w:pPr>
        <w:pStyle w:val="ArticleBody"/>
        <w:jc w:val="left"/>
      </w:pPr>
      <w:r>
        <w:rPr>
          <w:rFonts w:ascii="Times New Roman" w:hAnsi="Times New Roman" w:eastAsia="Times New Roman" w:cs="Times New Roman"/>
        </w:rPr>
        <w:t>Tus tim tswv thib peb, uas yog Khetos, kuj yog tus tim tswv uas muab lub cim foob, uas tau tuaj txog rau hnub tim 22 lub Kaum Hli Ntuj, 1844, tiam sis vim Vajtswv haiv neeg txoj kev tsis mloog lus, Nws txoj hauj lwm ntawm kev foob lub cim rau ib puas plaub caug plaub txhiab leej ntawd thiaj raug ncua mus txog hnub tim 11 lub Cuaj Hli Ntuj, 2001. Ces Islam ntawm txoj Kev Txom Nyem thib peb, tau rhuav tshem cov tuam tsev loj hauv New York, thiab txoj txheej txheem ntawm kev foob lub cim thiaj pib. Thaum ntawd cov tebchaws thiaj los “chim, los tseem raug tswj kom nyob twjywm”. Thawj lub suab hauv Tshwmsim tshooj kaum yim, yog lub suab uas txib kom plaub tug tim tswv tuav cia, thaum Vajtswv haiv neeg raug foob lub cim.</w:t>
      </w:r>
    </w:p>
    <w:p>
      <w:pPr>
        <w:pStyle w:val="ArticleBody"/>
        <w:jc w:val="left"/>
      </w:pPr>
      <w:r>
        <w:rPr>
          <w:rFonts w:ascii="Times New Roman" w:hAnsi="Times New Roman" w:eastAsia="Times New Roman" w:cs="Times New Roman"/>
        </w:rPr>
        <w:t>Yexus ib txwm siv qhov pib los ua qauv qhia txog qhov kawg, thiab thaum Lub Ob Hlis 26, 1993, Islam ntawm Kev Txom Nyem thib peb tau ua rau ib lub tsheb thauj khoom muaj foob pob tawg nyob rau hauv qhov chaw nres tsheb hauv qab av ntawm North Tower ntawm World Trade Center. Qhov kev tawg ntawd ua rau lub tsev raug kev puas tsuaj loj heev, ua rau muaj rau leej tuag thiab ua rau ntau tshaj ib txhiab leej raug mob. Txawm hais tias qhov kev tawm tsam ntawd tsis tau ua rau ob lub pej thuam poob los, nws yog ib qho kev ua phem loj heev nyob rau thaj av ntawm Tebchaws Meskas thiab yog ib qho ua ntej qhia txog tej xwm txheej ntawm Cuaj Hlis 11, 2001.</w:t>
      </w:r>
    </w:p>
    <w:p>
      <w:pPr>
        <w:pStyle w:val="ArticleBody"/>
        <w:jc w:val="left"/>
      </w:pPr>
      <w:r>
        <w:rPr>
          <w:rFonts w:ascii="Times New Roman" w:hAnsi="Times New Roman" w:eastAsia="Times New Roman" w:cs="Times New Roman"/>
        </w:rPr>
        <w:t>Lub sij hawm kaw lub cim pib rau lub Cuaj Hlis 11, 2001, tiam sis nws muaj ib qho lus ceeb toom ua ntej yim xyoo ua ntej ntawd. Kev tawm tsam ntawm cov neeg Islam rau cov Yixayee rau lub Kaum Hli 7, 2023 yog ib qho lus ceeb toom ua ntej txog qhov xaus ntawm lub sij hawm kaw lub cim. Cov yam ntxwv yav tom ntej ntawm Kev Txom Nyem thib peb tau raug tsa ruaj nrog rau cov yam ntxwv yav tom ntej ntawm ob txoj Kev Txom Nyem thawj. Hauv cov nqe qhib ntawm Tshwm Sim tshooj cuaj, kev kaw lub cim rau ib puas plaub caug plaub txhiab leej raug ua piv txwv qhia.</w:t>
      </w:r>
    </w:p>
    <w:p>
      <w:pPr>
        <w:pStyle w:val="ArticleBody"/>
        <w:jc w:val="left"/>
      </w:pPr>
      <w:r>
        <w:rPr>
          <w:rFonts w:ascii="Times New Roman" w:hAnsi="Times New Roman" w:eastAsia="Times New Roman" w:cs="Times New Roman"/>
        </w:rPr>
        <w:t>Peb yuav los xav txog lub ntsiab ntawd hauv zaj lus tom ntej.</w:t>
      </w:r>
    </w:p>
    <w:p>
      <w:pPr>
        <w:pStyle w:val="ArticleScripture"/>
        <w:jc w:val="left"/>
      </w:pPr>
      <w:r>
        <w:rPr>
          <w:rFonts w:ascii="Times New Roman" w:hAnsi="Times New Roman" w:eastAsia="Times New Roman" w:cs="Times New Roman"/>
        </w:rPr>
        <w:t>“Yog hais tias tej xwm txheej zoo li no yuav los, tej kev txiav txim loj kawg nkaus no rau saum ib lub ntiajteb txhaum, ces qhov chaw nkaum rau Vajtswv haiv neeg yuav nyob qhovtwg? Lawv yuav raug tiv thaiv li cas mus txog thaum txoj kev chim dhau mus? Yauhas pom tej yam hauv ntuj tsim—av qeeg, cua daj cua dub, thiab kev sib ceg ntawm nom tswv—tau raug sawv cev tias raug plaub tug timtswv tuav cia. Cov cua no tseem nyob hauv qab kev tswj hwm mus txog thaum Vajtswv hais lo lus kom tso lawv mus. Nyob ntawd yog txoj kev nyab xeeb ntawm Vajtswv pawg ntseeg. Vajtswv cov timtswv ua raws li Nws tej lus txib, tuav cov cua ntawm lub ntiajteb tseg, kom cov cua txhob tshuab rau saum av, lossis saum hiavtxwv, lossis rau ib tsob ntoo twg li, mus txog thaum Vajtswv cov tub qhe tau raug muab lub cim rau ntawm lawv hauv pliaj. Pom tau tus timtswv muaj hwjchim loj nce los ntawm sab hnub tuaj (lossis qhov chaw hnub tawm). Tus timtswv uas muaj hwjchim tshaj plaws no muaj nyob hauv nws txhais tes lub cim ntim ntawm Vajtswv tus uas muaj sia nyob, lossis ntawm Tus uas tib leeg xwb thiaj pub tau txoj sia, Tus uas muaj peevxwm sau rau saum hauv pliaj lub cim lossis ntawv sau, rau cov uas yuav tau txais txoj sia tsis txawj tuag, txoj sia nyob mus ib txhis. Yog tus timtswv siab tshaj no lub suab uas muaj cai txib rau plaub tug timtswv kom tuav plaub cua ntawd cia kom nyob tus, mus txog thaum txoj hauj lwm no tau ua tiav, thiab mus txog thaum nws yuav hu kom tso lawv tawm.”</w:t>
      </w:r>
    </w:p>
    <w:p>
      <w:pPr>
        <w:pStyle w:val="ArticleScripture"/>
        <w:jc w:val="left"/>
      </w:pPr>
      <w:r>
        <w:rPr>
          <w:rFonts w:ascii="Times New Roman" w:hAnsi="Times New Roman" w:eastAsia="Times New Roman" w:cs="Times New Roman"/>
        </w:rPr>
        <w:t>“Cov uas kov yeej lub ntiajteb, cev nqaij daim tawv, thiab dab ntxwg nyoog, lawv yuav yog cov uas tau txais txoj koob hmoov, uas yuav tau txais lub cim foob ntawm Vajtswv uas muaj sia nyob. Cov uas lawv txhais tes tsis huv, lawv lub siab tsis dawb huv, yuav tsis muaj lub cim foob ntawm Vajtswv uas muaj sia nyob. Cov uas tab tom npaj ua txhaum thiab coj raws li ntawd yuav raug hla dhau. Tsuas yog cov uas, hauv lawv tus cwj pwm ua ntej Vajtswv, tab tom sawv hauv txoj hauj lwm ntawm cov uas tab tom hloov siab lees txim thiab qhuab qhia lawv tej kev txhaum hauv Hnub Loj Kev Theej Txhoj uas yog tus qauv tseeb, xwb thiaj yuav raug lees paub thiab cim tseg tias tsim nyog rau Vajtswv txoj kev tiv thaiv. Cov npe ntawm cov uas ruaj nreb ntsia ntsoov, tos ntsoov, thiab ceev faj saib rau qhov tshwm sim los ntawm lawv tus Cawmseej—mob siab thiab ntshaw tshaj cov uas tos kaj ntug—yuav raug suav nrog cov uas raug muab foob cim. Cov uas, thaum muaj tag nrho qhov kaj ntawm qhov tseeb ci ntsa iab rau saum lawv tus ntsuj plig, yuav tsum muaj tej haujlwm uas phim lawv txoj kev ntseeg uas lawv tshaj tawm, los lawv raug kev txhaum ntxias, tsa tej mlom hauv lawv lub siab, ua kom lawv tus ntsuj plig qias ua ntej Vajtswv, thiab ua kom cov uas koom nrog lawv hauv kev txhaum qias tsis huv, lawv cov npe yuav raug lwv tawm hauv phau ntawv txoj sia, thiab yuav raug tso tseg rau hauv nruab nrab hmo tsaus ntuj nti, tsis muaj roj hauv lawv tej hwj nrog lawv tej teeb. ‘Rau nej cov uas hwm Kuv lub npe, lub Hnub ntawm Kev Ncaj Ncees yuav sawv tuaj nrog kev kho mob hauv Nws tej tis.’”</w:t>
      </w:r>
    </w:p>
    <w:p>
      <w:pPr>
        <w:pStyle w:val="ArticleScripture"/>
        <w:jc w:val="left"/>
      </w:pPr>
      <w:r>
        <w:rPr>
          <w:rFonts w:ascii="Times New Roman" w:hAnsi="Times New Roman" w:eastAsia="Times New Roman" w:cs="Times New Roman"/>
        </w:rPr>
        <w:t>“Qhov kev kaw cim rau cov tub qhe ntawm Vajtswv no yog tib yam uas tau muab qhia rau Exekees hauv txoj kev ua yog toog pom. Yauhas kuj tau ua tim khawv txog qhov kev tshwm sim uas txaus ntshai tshaj no. Nws tau pom dej hiav txwv thiab tej nthwv dej nrov quaj, thiab tibneeg lub siab qaug zog vim kev ntshai. Nws tau pom lub ntiajteb txav mus los, thiab tej roob raug muab thauj mus rau hauv nruab nrab dej hiav txwv (uas tam sim no yeej tab tom muaj tseeb tiag), dej ntawd nrov quaj thiab kub ntxhov, thiab tej roob tshee hnyo vim qhov dej o siab ntawd. Nws tau raug qhia txog kab mob kev puas tsuaj, mob kis, kev tshaib nqhis, thiab kev tuag tab tom ua tiav lawv txoj hauj lwm uas txaus ntshai.”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Ib Puas Kaum</dc:title>
  <dc:subject>Kev Koom Peb Tog ntawm Loos: Qhia Tshwm Txog Qhov Tseem Ceeb Hauv Vajlugkub Yaj Saub ntawm Cov Raj Hauv Phau Ntawv Tshwm Sim</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