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Kaum Ib</w:t>
      </w:r>
    </w:p>
    <w:p>
      <w:pPr>
        <w:pStyle w:val="ArticleSubtitle"/>
        <w:jc w:val="left"/>
      </w:pPr>
      <w:r>
        <w:rPr>
          <w:rFonts w:ascii="Arial" w:hAnsi="Arial" w:eastAsia="Arial" w:cs="Arial"/>
        </w:rPr>
        <w:t>Kev Qhia Tawm Txog Qhov Tseem Ceeb Saib Yaj Saub ntawm Abubakar hauv Kev Txom Nyem Thawj ntawm Phau Ntawv Qhia Tshwm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Hauv hauv keeb kwm yaj saub ntawm thawj Woe, tus thawj coj uas tau los raws Mohammed yog Abu Bakr Abdullah ibn Abi Quhafa, tus vauv ntawm Mohammed. Peb yuav hu nws ua Abubakar. Ob leeg, nws thiab Mohammed, raug hais txog hauv thawj plaub nqe. Abubakar yog thawj tus kav tebchaws Islamic tom qab Mohammed, thiab keeb kwm sau tseg ib lo lus txib uas nws tau muab rau nws cov tub rog, uas raug sawv cev hauv nqe plaub ntawm Tshwm Sim tshooj cuaj. Lo lus txib ntawd sawv cev rau txoj txheej txheem ntawm kev muab lub foob, uas tau pib thaum txog caij ntawm qhov kev txom nyem thib peb, uas kuj yog Lub Raj Nplaim Xya, uas kuj yog qhov kev los txog ntawm tus tim tswv thib peb.</w:t>
      </w:r>
    </w:p>
    <w:p>
      <w:pPr>
        <w:pStyle w:val="ArticleScripture"/>
        <w:jc w:val="left"/>
      </w:pPr>
      <w:r>
        <w:rPr>
          <w:rFonts w:ascii="Times New Roman" w:hAnsi="Times New Roman" w:eastAsia="Times New Roman" w:cs="Times New Roman"/>
        </w:rPr>
        <w:t>Thiab tus timtswv thib tsib txawm tshuab raj nrov, ces kuv pom ib lub hnub qub poob saum ntuj los rau hauv ntiajteb; thiab twb muab tus yuam sij qhib lub qhov tob tsis muaj chaw kawg rau nws lawm. Nws txawm qhib lub qhov tob tsis muaj chaw kawg ntawd; ces pa taws txawm ncho tawm hauv lub qhov ntawd los, zoo li pa taws ntawm ib lub cub hlawv loj heev; thiab lub hnub nrog huab cua txawm tsaus ntuj nti vim yog pa taws ntawm lub qhov ntawd. Thiab tawm hauv pa taws ntawd tuaj koojtis los rau saum ntiajteb; thiab twb muab hwjchim rau lawv, ib yam li kab vaub kib hauv ntiajteb muaj hwjchim. Thiab twb txib rau lawv kom lawv tsis txhob ua phem rau nyom ntawm ntiajteb, los yog ib yam dabtsi ntsuab, los yog ib tsob ntoo twg li; tsuas yog rau cov neeg uas tsis muaj Vajtswv lub cim rau ntawm lawv hauv pliaj xwb. Tshwmsim 9:1–4.</w:t>
      </w:r>
    </w:p>
    <w:p>
      <w:pPr>
        <w:pStyle w:val="ArticleBody"/>
        <w:jc w:val="left"/>
      </w:pPr>
      <w:r>
        <w:rPr>
          <w:rFonts w:ascii="Times New Roman" w:hAnsi="Times New Roman" w:eastAsia="Times New Roman" w:cs="Times New Roman"/>
        </w:rPr>
        <w:t>“Lub hnub qub” uas poob saum ntuj los yog Mohammed, tus uas pib nws txoj haujlwm qhuab qhia hauv xyoo 606. Mohammed tau txais ib “tus yuam sij” uas yuav “qhib” “lub qhov tob uas tsis muaj chaw kawg,” cia “pa luam yeeb” ua kom “lub hnub thiab huab cua” tsaus nti, thiab coj los yug tau “kooj” uas tau txais “hwjchim” ib yam li hwjchim ntawm “kab laug sab tom.” Tus yuam sij ntawd yog ib qho kev sib ntaus rog uas ua rau lub zog tub rog ntawm cov Loos qaug zog, yog li ntawd thiaj pub kom kev ua tsov rog ntawm Islam sawv los. Lub qhov tob uas tsis muaj chaw kawg yog ib lub cim sawv cev rau Arabia, qhov chaw yug ntawm Islam, thiab pa luam yeeb sawv cev rau txoj kev ntseeg cuav ntawm Islam uas yuav tsum nthuav mus thoob plaws ntiajteb thiab txeeb yuav tib thaj chaw thaj av uas yuav raug cov pab kooj coob coob ya los nyab, uas quaj hla qaum teb Africa, qab teb Europe, thiab Arabia. Cov kooj yog ib lub cim sawv cev rau Islam, thiab hwjchim hauv yaj saub lus sawv cev rau hwjchim tub rog. Lawv lub hwjchim yuav tsum zoo li kab laug sab tom, uas tom yam tsis xav txog. Uriah Smith hais tias:</w:t>
      </w:r>
    </w:p>
    <w:p>
      <w:pPr>
        <w:pStyle w:val="ArticleScripture"/>
        <w:jc w:val="left"/>
      </w:pPr>
      <w:r>
        <w:rPr>
          <w:rFonts w:ascii="Times New Roman" w:hAnsi="Times New Roman" w:eastAsia="Times New Roman" w:cs="Times New Roman"/>
        </w:rPr>
        <w:t>“Ib lub hnub qub poob saum ntuj los rau hauv ntiajteb; thiab tau muab tus yuam sij ntawm lub qhov taub uas tsis muaj chaw txhauv rau nws.”</w:t>
      </w:r>
    </w:p>
    <w:p>
      <w:pPr>
        <w:pStyle w:val="ArticleScripture"/>
        <w:jc w:val="left"/>
      </w:pPr>
      <w:r>
        <w:rPr>
          <w:rFonts w:ascii="Times New Roman" w:hAnsi="Times New Roman" w:eastAsia="Times New Roman" w:cs="Times New Roman"/>
        </w:rPr>
        <w:t>“Thaum tus huab tais Persian tab tom xav txog tej yam txuj ci thiab hwj chim uas yog ntawm nws, nws tau txais ib tsab ntawv los ntawm ib tug pej xeem tsis muaj npe nrov hauv Mecca, caw nws kom lees paub Mohammed ua tus tubtxib ntawm Vajtswv. Nws tsis kam lees qhov kev caw ntawd, thiab muab tsab ntawv ntawd dua. ‘Yog li no,’ tus yaj saub Arabian thiaj qw tawm tias, ‘Vajtswv yuav dua lub tebchaws ntawd, thiab yuav tsis txais Chosroes tej lus thov.’ Mohammed, uas sawv nyob ntawm ntug ciam ntawm ob lub faj tim teb chaws sab Hnub Tuaj no, tau saib xyuas nrog kev xyiv fab zais ntsis txog txoj kev puas tsuaj sib rhuav ntawm nkawd; thiab nyob nruab nrab ntawm cov kev kovyeej ntawm cov Persian nws thiaj muaj siab twv hais ua ntej tias, tsis pub dhau ntau xyoo, txoj kev yeej yuav rov qab los dua rau cov chij ntawm cov Loos. ‘Thaum lub sijhawm uas hais tias tau muab txoj lus cev faj lem no tawm los, tsis muaj ib lo lus faj lem twg uas yuav zoo li nyob deb ntawm nws txoj kev ua tiav npaum li no, vim thawj kaum ob xyoos ntawm Heraclius tau tshaj tawm txog txoj kev yaj yuav los txog ntawm lub faj tim teb chaws.’...”</w:t>
      </w:r>
    </w:p>
    <w:p>
      <w:pPr>
        <w:pStyle w:val="ArticleScripture"/>
        <w:jc w:val="left"/>
      </w:pPr>
      <w:r>
        <w:rPr>
          <w:rFonts w:ascii="Times New Roman" w:hAnsi="Times New Roman" w:eastAsia="Times New Roman" w:cs="Times New Roman"/>
        </w:rPr>
        <w:t>“Chosroes tau ua rau thaj av uas yog Loos li [nyob rau hauv] Asia thiab Africa poob rau hauv nws txoj kev tswj. Thiab ‘lub teb chaws Loos,’ nyob rau lub sijhawm ntawd, ‘tau raug txo kom tshuav tsuas yog tej phab ntsa ntawm Constantinople, nrog rau qhov seem ntawm Greece, Italy, thiab Africa, thiab qee lub nroog nyob ntug hiav txwv, txij Tyre mus txog Trebizond, ntawm ntug dej hiav txwv Asia. Thaum kawg, kev paub dhau los rau lub xyoos tau yaum tus vajntxwv Persian kom tso tseg txoj kev kov yeej Constantinople, thiab kom teev meej tus nqi se txhua xyoo uas yuav txhiv lub teb chaws Loos,—ib txhiab talas kub, ib txhiab talas nyiaj, ib txhiab lub tsho ntev txhob lo lo ntxhuav, ib txhiab tus nees, thiab ib txhiab tus ntxhais nkauj xwb. Heraclius tau pom zoo rau cov nqe lus txaj muag no. Tabsis lub sijhawm thiab thaj tsam uas nws tau txais los khaws tej cuab tam ntawd tawm hauv txoj kev pluag ntawm sab Hnub Tuaj, tau raug siv nrog kev mob siab rau hauv kev npaj ib qho kev tawm tsam uas muaj siab tawv thiab tag kev cia siab.’”</w:t>
      </w:r>
    </w:p>
    <w:p>
      <w:pPr>
        <w:pStyle w:val="ArticleScripture"/>
        <w:jc w:val="left"/>
      </w:pPr>
      <w:r>
        <w:rPr>
          <w:rFonts w:ascii="Times New Roman" w:hAnsi="Times New Roman" w:eastAsia="Times New Roman" w:cs="Times New Roman"/>
        </w:rPr>
        <w:t>“Tus vaj ntxwv ntawm Persia saib tsis taus tus Saracen uas tsis muaj npe nrov, thiab thuam xov ntawm tus cev xibhwb cuav uas yog ntawm Mecca. Txawm yog kev rhuav tshem lub teb chaws Loos los kuj yuav tsis tau qhib ib lub qhov rooj rau Mohammedanism, lossis rau kev nthuav dav ntawm cov Saracen uas muaj cuab kav, cov tshaj tawm ib txoj kev dag ntxias, txawm tias tus huab tais ntawm cov Persians thiab tus chagan ntawm cov Avars (tus uas yog tus sawv cev hloov Attila) tau faib seem uas tshuav ntawm cov teb chaws ntawm cov Caesars rau nkawd lawm. Chosroes nws tus kheej kuj poob lawm. Cov vaj ntxwv Persian thiab Loos tau ua kom ib leeg ib tug lub zog qhuav tag. Thiab ua ntej ib rab ntaj tau muab tso rau hauv tes ntawm tus cev xibhwb cuav ntawd, rab ntaj ntawd twb raug muab ntaus tawm ntawm tes ntawm cov uas yuav tau txwv nws txoj kev khiav mus tom ntej thiab tsoo nws lub hwj chim lawm.”</w:t>
      </w:r>
    </w:p>
    <w:p>
      <w:pPr>
        <w:pStyle w:val="ArticleScripture"/>
        <w:jc w:val="left"/>
      </w:pPr>
      <w:r>
        <w:rPr>
          <w:rFonts w:ascii="Times New Roman" w:hAnsi="Times New Roman" w:eastAsia="Times New Roman" w:cs="Times New Roman"/>
        </w:rPr>
        <w:t>“‘Txij li lub caij nyoog ntawm Scipio thiab Hannibal, tsis tau muaj ib txoj haujlwm loj uas muaj siab tawv dua li qhov uas Heraclius tau ua kom cawm lub teb chaws kav teb chaws. Nws tshawb nrhiav nws txoj kev txaus ntshai hla Hiav Txwv Dub thiab cov roob ntawm Armenia, nkag mus rau hauv plawv Persia, thiab hu rov qab cov tub rog ntawm tus vaj ntxwv loj kom los tiv thaiv lawv lub teb chaws uas tab tom los ntshav.’”</w:t>
      </w:r>
    </w:p>
    <w:p>
      <w:pPr>
        <w:pStyle w:val="ArticleScripture"/>
        <w:jc w:val="left"/>
      </w:pPr>
      <w:r>
        <w:rPr>
          <w:rFonts w:ascii="Times New Roman" w:hAnsi="Times New Roman" w:eastAsia="Times New Roman" w:cs="Times New Roman"/>
        </w:rPr>
        <w:t>“Hauv kev ua rog ntawm Nineveh, uas tau sib ntaus hnyav kawg txij thaum kaj ntug mus txog rau teev kaum ib, nees nkaum yim daim chij tub rog, tsis suav cov uas tej zaum twb tawg los yog ntuag lawm, raug txeeb ntawm cov Persian; feem coob tshaj plaws ntawm lawv pab tub rog raug muab tua ua tej thooj, thiab cov uas yeej, zais lawv tus kheej txoj kev poob txiaj ntsig, tau hla hmo ntuj ntawd rau saum tshav rog. Tej nroog thiab tej vaj ntxwv tsev ntawm Assyria raug qhib rau cov Loos thawj zaug.”</w:t>
      </w:r>
    </w:p>
    <w:p>
      <w:pPr>
        <w:pStyle w:val="ArticleScripture"/>
        <w:jc w:val="left"/>
      </w:pPr>
      <w:r>
        <w:rPr>
          <w:rFonts w:ascii="Times New Roman" w:hAnsi="Times New Roman" w:eastAsia="Times New Roman" w:cs="Times New Roman"/>
        </w:rPr>
        <w:t>“Tus huab tais Loos tsis tau muaj zog tuaj vim tej kev yeej rog uas nws tau ua tiav; thiab ib txoj kev raug npaj tseg tib lub sij hawm ntawd, thiab los ntawm tib txoj kev ntawd, rau cov neeg Xalaxees coob kawg nkaus tawm hauv Alesxias, zoo li kooj txom los ntawm thaj av ntawd, uas thaum lawv tab tom nthuav tawm raws lawv txoj kev taug tus Mohammedan txoj kev ntseeg tsaus ntuj nti thiab dag ntxias, lawv kuj sai sai npog tag nrho ob lub teb chaws Persian thiab lub teb chaws Loos.”</w:t>
      </w:r>
    </w:p>
    <w:p>
      <w:pPr>
        <w:pStyle w:val="ArticleScripture"/>
        <w:jc w:val="left"/>
      </w:pPr>
      <w:r>
        <w:rPr>
          <w:rFonts w:ascii="Times New Roman" w:hAnsi="Times New Roman" w:eastAsia="Times New Roman" w:cs="Times New Roman"/>
        </w:rPr>
        <w:t>“Tsis muaj ib qho piv txwv uas ua kom pom tseeb dua txog qhov tseeb no tshaj li qhov uas muaj nyob hauv cov lus xaus ntawm tshooj ntawv los ntawm Gibbon, uas cov nqe lus tau hais ua ntej no raug muab rho tawm los. ‘Txawm yog ib pab tub rog yeej lawm tau raug tsim los nyob hauv qab tus chij ntawm Heraclius, los qhov kev siv dag zog uas tawm tsam txoj kev ntuj tsim ntawd zoo li tau ua rau lawv lub zog qaug zuj zus dua li tau xyaum kom muaj zog. Thaum tus huab tais tau kov yeej hauv Constantinople lossis Yeluxalees, ib lub nroog me uas tsis muaj npe nyob ntawm ciam teb Syria tau raug cov Saracens txeeb thiab nyiag, thiab lawv tau txiav ib co tub rog uas tuaj pab cawm lub nroog ntawd ua tej daim,—uas tsuas yog ib qho xwm txheej ib txwm muaj thiab me heev xwb, yog tsis yog tias nws yog zaj xub qhib ntawm ib qho kev hloov loj kawg nkaus. Cov tub sab no yog cov tubtxib ntawm Mohammed; lawv txoj kev ua siab tawv vwm loj tau tawm plaws hauv tebchaws moj sab qhua los; thiab hauv yim xyoos kawg ntawm nws txoj kev kav, Heraclius tau poob rau cov Arabs tib cov xeev uas nws tau txeeb cawm rov qab los ntawm cov Persians.</w:t>
      </w:r>
    </w:p>
    <w:p>
      <w:pPr>
        <w:pStyle w:val="ArticleScripture"/>
        <w:jc w:val="left"/>
      </w:pPr>
      <w:r>
        <w:rPr>
          <w:rFonts w:ascii="Times New Roman" w:hAnsi="Times New Roman" w:eastAsia="Times New Roman" w:cs="Times New Roman"/>
        </w:rPr>
        <w:t>“‘Tus ntsuj plig ntawm kev dag ntxias thiab kev kub siab cuav, uas nws lub chaw nyob tsis yog nyob saum ntuj ceeb tsheej,’ raug tso tawm los rau hauv ntiaj teb. Lub qhov tob uas tsis muaj qab tsuas yog xav tau ib tug yuam sij los qhib nws xwb, thiab tus yuam sij ntawd yog kev poob ntawm Chosroes. Nws tau muab tsab ntawv ntawm ib tug pej xeem tsis nto npe hauv Mecca rhuav pov tseg nrog kev saib tsis taus. Tiamsis thaum nws los ntawm nws ‘nplaim koob meej’ poob mus rau hauv ‘lub yees tsaus ntuj’ uas tsis muaj ib lub qhov muag twg nkag tau, lub npe Chosroes mam li yuav ploj mus rau hauv kev tsis nco qab tam sim ntawd ua ntej lub npe Mohammed; thiab lub hli nqaim zoo li tsuas yog tos nws qhov sawv los kom txog rau thaum lub hnub qub poob lawm. Chosroes, tom qab nws swb tas nrho thiab poob nws lub tebchaws kav, raug tua nyob rau xyoo 628; thiab xyoo 629 raug cim tseg los ntawm ‘kev kov yeej Arabia,’ thiab ‘thawj qhov kev ua tsov rog ntawm cov Mohammedans tawm tsam lub tebchaws Loos.’ ‘Thiab tus timtswv thib tsib nrov suab raj, thiab kuv pom ib lub hnub qub poob saum ntuj los rau hauv ntiaj teb; thiab rau nws tau muab tus yuam sij ntawm lub qhov tob uas tsis muaj qab. Thiab nws qhib lub qhov tob uas tsis muaj qab.’ Nws poob los rau hauv ntiaj teb. Thaum lub zog ntawm lub tebchaws Loos twb qaug tas, thiab tus vajntxwv loj ntawm Sab Hnub Tuaj pw tuag hauv nws lub yees tsaus ntuj, kev txeeb nyiag ntawm ib lub nroog me tsis nto npe ntawm ciam teb Syria yog ‘qhov pib ua ntej ntawm ib txoj kev hloov loj heev.’ ‘’Cov tub sab ntawd yog cov tubtxib ntawm Mohammed, thiab lawv txoj kev ua siab tawv vwm vwm tau tawm tuaj ntawm tebchaws moj sab qhua.’”</w:t>
      </w:r>
    </w:p>
    <w:p>
      <w:pPr>
        <w:pStyle w:val="ArticleScripture"/>
        <w:jc w:val="left"/>
      </w:pPr>
      <w:r>
        <w:rPr>
          <w:rFonts w:ascii="Times New Roman" w:hAnsi="Times New Roman" w:eastAsia="Times New Roman" w:cs="Times New Roman"/>
        </w:rPr>
        <w:t>“Lub Qhov Tob Tsis Muaj Qab.—Lub ntsiab ntawm lo lus no yuav kawm tau los ntawm lus Kili, uas txhais tias ‘tob, tsis muaj qab, tob kawg nkaus,’ thiab tej zaum yuav hais txog txhua qhov chaw uas qhuav qhawv, puam tsuaj, thiab tsis muaj neeg cog qoob loo. Nws raug siv rau lub ntiajteb hauv nws lub xeev qub thaum tseem yog kev kub ntxhov. Chivkeeb 1:2. Hauv qhov xwm txheej no nws kuj yuav phim zoo rau cov teb chaws pov tseg uas tsis paub tseeb hauv suab puam Arabia, ntawm tej ciam teb uas cov pab neeg Xalaxees tau tawm los zoo li ib pab kooj. Thiab kev poob ntawm Kausxau, tus vajntxwv Persia, kuj tsim nyog sawv cev tias yog kev qhib lub qhov tob tsis muaj qab, vim nws tau npaj txoj kev rau cov thwjtim ntawm Mohammed tawm hauv lawv lub teb chaws uas tsis muaj neeg paub, thiab tshaj tawm lawv tej lus qhuab qhia dag ntxias nrog hluav taws thiab rab ntaj, mus txog thaum lawv tau nthuav lawv txoj kev tsaus ntuj hla tag nrho lub teb chaws sab hnub tuaj.” Uriah Smith, Daniel and Revelation, 495–498.</w:t>
      </w:r>
    </w:p>
    <w:p>
      <w:pPr>
        <w:pStyle w:val="ArticleBody"/>
        <w:jc w:val="left"/>
      </w:pPr>
      <w:r>
        <w:rPr>
          <w:rFonts w:ascii="Times New Roman" w:hAnsi="Times New Roman" w:eastAsia="Times New Roman" w:cs="Times New Roman"/>
        </w:rPr>
        <w:t>Kev txom nyem thawj, uas yog raj nplaim thib tsib, qhia txog qhov pib ntawm kev ua rog ntawm Islam tawm tsam Loos, thiab nws kuj qhia txog ib qho kev sib ntaus sib tua ntawm Loos thiab Persia uas Loos yeej, tiam sis thaum ua li ntawd nws tau siv tag nrho nws lub zog tub rog mus txog qib uas nws tsis muaj peev xwm los txwv tau kev sawv los ntawm lub hwj chim Islamic. Cov cwj pwm yaj saub ntawm kev txom nyem thawj thiab kev txom nyem ob, qhia txog cov cwj pwm yaj saub ntawm kev txom nyem peb, thiab yog ib qho tseem ceeb kom lees paub thawj ob txoj kev txom nyem ntawd ua tej cim ntawm keeb kwm ntawm kev txom nyem peb, vim keeb kwm ntawd sawv cev rau lub sij hawm ntawm kev muab lub cim rau ib puas plaub caug plaub txhiab leej, uas tau pib rau lub Cuaj Hlis 11, 2001. Tom qab keeb kwm yaj saub uas sawv cev los ntawm Mohammed hauv thawj peb nqe, nqe plaub qhia txog Abubakar, tus thawj coj thawj zaug tom qab Mohammed.</w:t>
      </w:r>
    </w:p>
    <w:p>
      <w:pPr>
        <w:pStyle w:val="ArticleScripture"/>
        <w:jc w:val="left"/>
      </w:pPr>
      <w:r>
        <w:rPr>
          <w:rFonts w:ascii="Times New Roman" w:hAnsi="Times New Roman" w:eastAsia="Times New Roman" w:cs="Times New Roman"/>
        </w:rPr>
        <w:t>Thiab tau raug txib rau lawv tias lawv tsis txhob ua mob rau tej nyom hauv ntiajteb, thiab tsis txhob ua mob rau ib yam dabtsi uas ntsuab, thiab tsis txhob ua mob rau ib tsob ntoo twg li; tiamsis tsuas yog rau cov neeg uas tsis muaj lub cim ntawm Vajtswv rau saum lawv tej hauvpliaj xwb. Qhia Tshwm 9:4.</w:t>
      </w:r>
    </w:p>
    <w:p>
      <w:pPr>
        <w:pStyle w:val="ArticleBody"/>
        <w:jc w:val="left"/>
      </w:pPr>
      <w:r>
        <w:rPr>
          <w:rFonts w:ascii="Times New Roman" w:hAnsi="Times New Roman" w:eastAsia="Times New Roman" w:cs="Times New Roman"/>
        </w:rPr>
        <w:t>Abubakar txoj lus txib tau qhia rau cov tub rog Islamic kom lawv cais ob hom neeg pe hawm uas muaj nyob hauv thaj av Loos nyob rau lub sijhawm ntawd. Ib pab yog cov Kas Tos Liv, uas muaj qee pawg kev cai dab qhuas uas chais sab nram qab ntawm lawv lub taub hau (tonsure), thiab coj kev pe hawm hnub Sunday. Lwm pab yog cov uas khaws Hnub Xanpataus hnub xya, thiab Hnub Xanpataus yog Vajtswv lub cim foob.</w:t>
      </w:r>
    </w:p>
    <w:p>
      <w:pPr>
        <w:pStyle w:val="ArticleScripture"/>
        <w:jc w:val="left"/>
      </w:pPr>
      <w:r>
        <w:rPr>
          <w:rFonts w:ascii="Times New Roman" w:hAnsi="Times New Roman" w:eastAsia="Times New Roman" w:cs="Times New Roman"/>
        </w:rPr>
        <w:t>“Tom qab Mohammed tuag lawm, nws tau raug hloov los tuav txoj hauj lwm tswj hwm los ntawm Abubekr, xyoo A.D. 632, uas, tsis ntev tom qab nws tau tsa nws txoj cai thiab nws txoj kev kav kom ruaj khov lawm, tau xa ib tsab ntawv ncig mus rau cov xeem neeg Arab, uas hauv qab no yog ib feem lus muab rho tawm los:—”</w:t>
      </w:r>
    </w:p>
    <w:p>
      <w:pPr>
        <w:pStyle w:val="ArticleScripture"/>
        <w:jc w:val="left"/>
      </w:pPr>
      <w:r>
        <w:rPr>
          <w:rFonts w:ascii="Times New Roman" w:hAnsi="Times New Roman" w:eastAsia="Times New Roman" w:cs="Times New Roman"/>
        </w:rPr>
        <w:t>“‘Thaum nej tawm mus ntaus cov rog ntawm tus Tswv, nej yuav tsum coj nej tus kheej yam li cov txiv neej muaj siab tawv, tsis txhob tig nej lub nraub qaum khiav; tiam sis nej txoj kev yeej txhob cia kom raug qias los ntawm cov ntshav ntawm poj niam thiab me nyuam. Tsis txhob rhuav tshem ib tsob xibtes li, thiab tsis txhob hlawv ib daim teb nplej twg. Tsis txhob txiav ib tsob ntoo txi txiv twg, thiab tsis txhob ua kev puas tsuaj rau tsiaj txhu, tsuas yog cov nej tua los noj xwb. Thaum nej cog lus los sis pom zoo ib yam kev sib cog lus twg, nej yuav tsum tuav rawv rau nws, thiab ua kom raws li nej lo lus. Thiab thaum nej mus, nej yuav pom ib txhia neeg teev ntuj uas nyob ntsiag to nyob rau hauv tej tsev teev ntuj cais tawm ntawm ntiaj teb, thiab lawv npaj siab ua txoj kev ntawd los ua haujlwm rau Vajtswv; cia lawv nyob, txhob tua lawv thiab txhob rhuav lawv tej tsev teev ntuj. Thiab nej yuav pom dua ib pab neeg txawv uas yog cov koom nrog lub tsev sablaj ntawm Xatas, cov uas chais lawv lub taub hau saum nruab; nej yuav tsum tseeb tias nej phua lawv tej plhaub taub hau, thiab txhob pub ib qho kev zam txim rau lawv li mus txog thaum lawv los ua neeg Mohammedan los sis them se qhev.’”</w:t>
      </w:r>
    </w:p>
    <w:p>
      <w:pPr>
        <w:pStyle w:val="ArticleScripture"/>
        <w:jc w:val="left"/>
      </w:pPr>
      <w:r>
        <w:rPr>
          <w:rFonts w:ascii="Times New Roman" w:hAnsi="Times New Roman" w:eastAsia="Times New Roman" w:cs="Times New Roman"/>
        </w:rPr>
        <w:t>“Tsis muaj lus hais tseg, hauv tej lus faj lem los sis hauv keeb kwm, tias tej lus txib uas muaj siab hlub dua ntawd tau raug mloog lus kom ceev faj ib yam li txoj lus txib uas muaj kev lim hiam; tiam sis lawv yeej raug txib li ntawd. Thiab tej uas tau hais ua ntej no yog tib yam lus qhuab qhia uas Gibbon tau sau tseg tias Abubekr tau muab rau cov thawj coj uas nws lub luag hauj lwm yog tshaj cov lus txib ntawd mus rau txhua pab tub rog Saracen. Cov lus txib ntawd phim kiag li txoj kev cais kom meej hauv lo lus faj lem, ib yam li yog tus caliph nws tus kheej tau ua raws li kev mloog lus uas twb paub lawm, thiab kuj yog kev mloog lus ncaj qha, rau ib txoj lus txib siab dua li ntawm neeg txawj tuag; thiab thaum tseem tab tom tawm mus ua rog tawm tsam txoj kev ntseeg ntawm Yexus, thiab tshaj tawm Mohammedanism los hloov nws chaw, nws rov hais dua cov lus uas twb tau raug qhia ua ntej hauv Kev Tshwm Sim ntawm Yexus Khetos tias nws yuav hais.”</w:t>
      </w:r>
    </w:p>
    <w:p>
      <w:pPr>
        <w:pStyle w:val="ArticleScripture"/>
        <w:jc w:val="left"/>
      </w:pPr>
      <w:r>
        <w:rPr>
          <w:rFonts w:ascii="Times New Roman" w:hAnsi="Times New Roman" w:eastAsia="Times New Roman" w:cs="Times New Roman"/>
        </w:rPr>
        <w:t>“Tus Foob Vajtswv Nyob Hauv Lawv Cov Hauv Pliaj.—Hauv cov lus hais txog tshooj 7:1–3, peb twb qhia lawm tias Vajtswv lub foob yog hnub Xanpataus ntawm txoj cai plaub; thiab keeb kwm tsis tau nyob ntsiag to txog qhov tseeb tias tau muaj cov uas tau ceev hnub Xanpataus tseeb thoob plaws txhua tiam kev cai tam sim no no. Tiam sis ntawm no ib lo lus nug tau tshwm sim rau coob leej, tias cov txiv neej uas lub sijhawm ntawd muaj Vajtswv lub foob nyob hauv lawv cov hauv pliaj yog leej twg, thiab vim li ntawd thiaj dim ntawm kev tsim txom ntawm Mohammedan? Cia tus nyeem nco ntsoov txog qhov tseeb uas twb tau hais dhau los lawm, tias tau muaj cov neeg zoo li no thoob plaws txhua tiam kev cai no uas muaj Vajtswv lub foob nyob hauv lawv cov hauv pliaj, lossis yog cov uas paub meej thiab ceev hnub Xanpataus tseeb; thiab cia lawv xav ntxiv tias yam uas txoj lus faj lem hais tseg yog tias kev tawm tsam ntawm lub hwj chim Turkish uas ua kom puam tsuaj no tsis yog tig rau lawv, tiam sis yog rau lwm ib pawg neeg. Li no ces zaj lus no thiaj dim ntawm txhua yam kev nyuaj; rau qhov qhov no xwb thiaj yog yam uas txoj lus faj lem qhia tseeb tiag tiag. Tsuas yog muaj ib pawg neeg xwb uas raug coj los rau hauv qhov muag pom ncaj qha hauv nqe lus no; yog li ntawd yog, cov uas tsis muaj Vajtswv lub foob nyob hauv lawv cov hauv pliaj; hos kev cawm tseg ntawm cov uas muaj Vajtswv lub foob ntawd tsuas raug coj los hais txog los ntawm kev txhais xwb. Yog li ntawd, peb tsis kawm tau hauv keeb kwm tias muaj ib tug twg ntawm cov no raug cuam tshuam rau hauv ib qho kev txom nyem twg uas cov Saracens tau ua rau cov uas yog lawv tej yam ntxub. Lawv raug txib tawm tsam lwm ib pawg neeg. Thiab txoj kev puas tsuaj uas yuav los saum pawg neeg no tsis raug muab los sib piv nrog txoj kev cawm tseg ntawm lwm cov neeg, tiam sis tsuas yog nrog txoj kev cawm tseg ntawm tej txiv hmab txiv ntoo thiab tej nroj tsuag ntsuab ntawm lub ntiajteb xwb; yog li no, Tsis txhob ua mob rau nyom, ntoo, lossis ib yam dab tsi ntsuab li, tsuas yog rau ib pawg neeg xwb. Thiab hauv qhov kev ua kom tiav, peb pom ib daim duab txawv kawg nkaus ntawm ib pab tub rog tuaj tua uas tseg tej yam uas cov tub rog zoo li ntawd ib txwm rhuav tshem, yog li ntawd, lub ntsej muag thiab tej yam uas xwm ntuj tsim muaj; thiab raws li txoj cai tso cai rau lawv ua mob rau cov neeg uas tsis muaj Vajtswv lub foob nyob hauv lawv cov hauv pliaj, lawv txawm phua taub hau ntawm ib pawg neeg ntseeg uas chais saum taub hau do hau, uas yog cov uas koom rau lub tsev sablaj ntawm Xatas.”</w:t>
      </w:r>
    </w:p>
    <w:p>
      <w:pPr>
        <w:pStyle w:val="ArticleScripture"/>
        <w:jc w:val="left"/>
      </w:pPr>
      <w:r>
        <w:rPr>
          <w:rFonts w:ascii="Times New Roman" w:hAnsi="Times New Roman" w:eastAsia="Times New Roman" w:cs="Times New Roman"/>
        </w:rPr>
        <w:t>“Cov no yam tsis muaj qhov tsis ntseeg yog ib pawg haujsam, lossis ib yam kev faib tawm hauv lub Koom Txoos Loos Kas Tos Liv. Tawm tsam cov no, tej cuab yeej ua rog ntawm cov Mohammedan tau tig los ntaus. Thiab rau peb mas zoo li muaj ib txoj kev phim tshwj xeeb, yog tsis yog ib qho kev npaj tseg, hauv qhov uas lawv raug piav tias yog cov uas tsis muaj Vajtswv lub foob rau saum lawv lub hauv pliaj; vim hais tias qhov ntawd yog lub koom txoos ntawd ntag uas tau txeeb Vajtswv txoj kevcai ntawm nws lub foob, los ntawm kev muab Hnub Xanpataus tseeb tshem tawm, thiab tsa ib qho cuav los hloov rau nws qhov chaw. Thiab peb tsis to taub, tsis hais los ntawm yaj saub tej lus lossis los ntawm keeb kwm, tias cov neeg uas Abubekr tau txib nws cov thwjtim kom tsis txhob ua phem rau ntawd yog cov uas muaj Vajtswv lub foob, lossis tias lawv yeej tsim nyog raug suav tias yog Vajtswv haiv neeg. Lawv yog leejtwg, thiab vim li cas thiaj cia lawv dim, Gibbon cov lus tim khawv uas tsawg kawg nkaus ntawd tsis qhia peb; thiab peb tsis muaj lwm txoj kev paub. Tiamsis peb muaj txhua yam laj thawj ntseeg tias tsis muaj ib tug twg ntawm cov no uas muaj Vajtswv lub foob raug ua phem, thaum ib pab neeg ntxiv, cov uas hais tau meej meej tias tsis muaj nws, raug muab tua nrog ntaj; thiab yog li ntawd cov ntsiab lus tshwj xeeb ntawm yaj saub tej lus thiaj raug ua tiav puv npo.” Uriah Smith, Daniel and Revelation, 500–502.</w:t>
      </w:r>
    </w:p>
    <w:p>
      <w:pPr>
        <w:pStyle w:val="ArticleBody"/>
        <w:jc w:val="left"/>
      </w:pPr>
      <w:r>
        <w:rPr>
          <w:rFonts w:ascii="Times New Roman" w:hAnsi="Times New Roman" w:eastAsia="Times New Roman" w:cs="Times New Roman"/>
        </w:rPr>
        <w:t>Tom qab Mohammed tuag lawm, Abubakar tau muab Mohammed cov thwjtim los sib sau ua ib lub Caliphate; yog li ntawd, txawm yog nkawd yog ob tug neeg keeb kwm sib txawv, thaum muab nkawd coj los ua ke nkawd sawv cev rau qhov pib ntawm zaj lus tim khawv ntawm Islam ntawm thawj txoj kev txom nyem, thiab tus neeg keeb kwm uas cim tseg keeb kwm ntawm thawj txoj kev txom nyem yog Mohammed.</w:t>
      </w:r>
    </w:p>
    <w:p>
      <w:pPr>
        <w:pStyle w:val="ArticleBody"/>
        <w:jc w:val="left"/>
      </w:pPr>
      <w:r>
        <w:rPr>
          <w:rFonts w:ascii="Times New Roman" w:hAnsi="Times New Roman" w:eastAsia="Times New Roman" w:cs="Times New Roman"/>
        </w:rPr>
        <w:t>Thaum pib ntawm keeb kwm ntawm txoj kev txom nyem zaum ob, Mohammed II tau kov yeej Constantinople xyoo 1453. Xyoo 1449, plaub tug tim tswv, uas sawv cev rau Islam, raug tso tawm. Qhov pib thiab qhov xaus ntawm txoj kev txom nyem thawj zaug raug cim tseg los ntawm ib tug Mohammed, tus thawj thiab tus ob raws li kev txiav txim. Hauv txoj kev yaj saub, qhov pib thiab qhov xaus ntawm keeb kwm ntawm txoj kev txom nyem thawj zaug nqa lub cim ntawm Alpha thiab Omega.</w:t>
      </w:r>
    </w:p>
    <w:p>
      <w:pPr>
        <w:pStyle w:val="ArticleBody"/>
        <w:jc w:val="left"/>
      </w:pPr>
      <w:r>
        <w:rPr>
          <w:rFonts w:ascii="Times New Roman" w:hAnsi="Times New Roman" w:eastAsia="Times New Roman" w:cs="Times New Roman"/>
        </w:rPr>
        <w:t>Qhov pib ntawm kev txom nyem thib ob muaj ib zaj lus faj lem hais txog plaub tug timtswv, uas sawv cev rau Islam uas thaum ntawd raug tso tawm, thiab tom qab ntawd raug txwv rau hnub tim 11 Lub Yim Hli, 1840. Txij ntawm lub sijhawm ntawd mus txog hnub tim 22 Lub Kaum Hli, 1844, qhov kev muab cim ntim rau ib puas plaub caug plaub txhiab leej raug ua piv txwv qhia. Qhov pib ntawm kev txom nyem thib ob qhia txog kev tso Islam tawm, hos qhov xaus ho cim txog kev txwv Islam. Ob qho kev txom nyem thawj thiab kev txom nyem thib ob puav leej muaj cov cim faj lem meej tseeb uas txuas lawv qhov pib nrog lawv qhov xaus.</w:t>
      </w:r>
    </w:p>
    <w:p>
      <w:pPr>
        <w:pStyle w:val="ArticleBody"/>
        <w:jc w:val="left"/>
      </w:pPr>
      <w:r>
        <w:rPr>
          <w:rFonts w:ascii="Times New Roman" w:hAnsi="Times New Roman" w:eastAsia="Times New Roman" w:cs="Times New Roman"/>
        </w:rPr>
        <w:t>Ob txoj kev txom nyem thawj ob yuav tsum muab tso sib tshooj rau saum ib leeg, “kab rau kab,” kom thiaj paub tau txog txoj kev txom nyem thib peb. Ib yam ntawm cov yam ntxwv cev Vajtswv lus uas thawj ob tug tim khawv ntawm Islam qhia tawm yog tias nkawd sawv cev rau ib lub sijhawm tshwj xeeb uas cim txog qhov pib thiab qhov xaus nrog lub cim kos npe ntawm Alpha thiab Omega. Nkawd tseem muaj ib lub cim kos npe thib ob thiab, rau qhov qhov pib ntawm txoj kev txom nyem thawj, qhia txog kev muab cim rau Vajtswv haiv neeg, thiab qhov xaus ntawm txoj kev txom nyem thib ob, kuj qhia txog kev muab cim rau Vajtswv haiv neeg thiab.</w:t>
      </w:r>
    </w:p>
    <w:p>
      <w:pPr>
        <w:pStyle w:val="ArticleBody"/>
        <w:jc w:val="left"/>
      </w:pPr>
      <w:r>
        <w:rPr>
          <w:rFonts w:ascii="Times New Roman" w:hAnsi="Times New Roman" w:eastAsia="Times New Roman" w:cs="Times New Roman"/>
        </w:rPr>
        <w:t>Qhov xwm txheej phem zaum peb los txog thaum Islam mam li dheev thiab yam tsis muaj leejtwg xav txog tau tawm tsam tus tsiaj qus hauv ntiajteb ntawm Tshwm Sim kaum peb, yog li pib lub sijhawm ntawm kev muab cim foob. Kev muab cim foob rau ib puas plaub caug plaub txhiab leej xaus rau ntawm txoj cai hnub Sunday uas tab tom los sai, thiab raws li kev teb rau txoj kev thim kev ntseeg ntawd, kev thim kev ntseeg hauv tebchaws raug ua raws los ntawm kev puam tsuaj hauv tebchaws. Ib yam li tau raug ua qauv qhia nrog Loos txheej thaum ub uas pe hawm dab mlom thiab Loos papacy, kev puam tsuaj hauv tebchaws raug ua kom tiav los ntawm Vajtswv cov kev txiav txim ntawm raj. Peb qho xwm txheej phem kuj yog tej raj thiab. Islam ntawm txoj xwm txheej phem zaum peb yuav rov ntaus dua mam li dheev thiab yam tsis muaj leejtwg xav txog tau rau ntawm txoj cai hnub Sunday uas tab tom los sai hauv Tebchaws Meskas, thaum lub sijhawm ntawm kev muab cim foob rau ib puas plaub caug plaub txhiab leej xaus. Lub sijhawm ntawd twb tau raug ua qauv qhia los ntawm lub sijhawm pib ntawm thawj qhov xwm txheej phem, thiab kuj los ntawm lub sijhawm xaus ntawm qhov xwm txheej phem zaum ob.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Xalaus pom Hajalas tus tub, uas nws tau yug rau Anplahas, tab tom thuam. Vim li ntawd nws thiaj hais rau Anplahas tias, Caw tus qhev pojniam no thiab nws tus tub tawm mus; rau qhov tus tub ntawm tus qhev pojniam no yuav tsis tau ua tus qub txeeg qub teg nrog kuv tus tub, yog Ixaj. Thiab lo lus ntawd ua rau Anplahas tu siab heev vim yog nws tus tub. Tab sis Vajtswv hais rau Anplahas tias, Tsis txhob cia qhov no ua rau koj tu siab vim tus tub hluas thiab vim koj tus qhev pojniam; txhua yam uas Xalaus tau hais rau koj, cia li mloog nws lub suab; rau qhov hauv Ixaj xwb thiaj yuav hu koj caj ces. Thiab hais txog tus tub ntawm tus qhev pojniam thiab, Kuv yuav ua kom nws dhau los ua ib haiv neeg, vim nws yog koj caj ces. Ces Anplahas txawm sawv ntxov ntxov, muab mov ci thiab ib hwj dej, muab rau Hajalas, tso rau saum nws lub xub pwg, thiab tus menyuam, ces xa nws mus; nws thiaj tawm mus thiab mus yuam kev hauv tebchaws moj sab qhua ntawm Npe-e-xes. Thaum dej hauv hwj tag lawm, nws txawm muab tus menyuam tso rau hauv qab ib tsob nroj. Ces nws mus zaum deb ntawm nws ib ncua kev, zoo li deb ib rab hneev tua tau; rau qhov nws hais tias, Tsis txhob cia kuv pom tus menyuam tuag. Thiab nws zaum deb ntawm nws, tsa nws lub suab quaj. Vajtswv thiaj hnov tus tub hluas lub suab; thiab tus timtswv ntawm Vajtswv hu Hajalas saum ntuj los, thiab hais rau nws tias, Hajalas, ua li cas rau koj? Tsis txhob ntshai; rau qhov Vajtswv twb hnov tus tub hluas lub suab rau qhov chaw uas nws nyob lawm. Cia li sawv tsees, tsa tus tub hluas, thiab tuav nws hauv koj txhais tes; rau qhov Kuv yuav ua kom nws dhau los ua ib haiv neeg loj. Ces Vajtswv qhib nws lub qhov muag, thiab nws pom ib qhov dej; nws txawm mus ntim dej puv hwj, thiab muab rau tus tub hluas haus. Thiab Vajtswv nrog tus tub hluas nyob; nws thiaj loj hlob, nyob hauv tebchaws moj sab qhua, thiab dhau los ua ib tug neeg tua hneev. Chivkeeb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Kaum Ib</dc:title>
  <dc:subject>Kev Qhia Tawm Txog Qhov Tseem Ceeb Saib Yaj Saub ntawm Abubakar hauv Kev Txom Nyem Thawj ntawm Phau Ntawv Qhia Tshwm</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