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Ib Puas Kaum Peb</w:t>
      </w:r>
    </w:p>
    <w:p>
      <w:pPr>
        <w:pStyle w:val="ArticleSubtitle"/>
        <w:jc w:val="left"/>
      </w:pPr>
      <w:r>
        <w:rPr>
          <w:rFonts w:ascii="Arial" w:hAnsi="Arial" w:eastAsia="Arial" w:cs="Arial"/>
        </w:rPr>
        <w:t>Qhia txog Peb Theem Kev Siv Lus Qhia Yav Tom Ntej: To taub qhov tseem ceeb ntawm lub Cuaj Hlis 11, 2001, hauv Ntsiab Lus Vajlugkub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Thaum tus Tswv coj Nws cov neeg rau hnub kawg rov qab mus rau Yelemis tej “kev qub” thaum lub Cuaj Hlis 11, 2001, Nws twb qhia meej lawm txog txoj cai ntawm kev siv yaj saub tej lus peb zaug.</w:t>
      </w:r>
    </w:p>
    <w:p>
      <w:pPr>
        <w:pStyle w:val="ArticleScripture"/>
        <w:jc w:val="left"/>
      </w:pPr>
      <w:r>
        <w:rPr>
          <w:rFonts w:ascii="Times New Roman" w:hAnsi="Times New Roman" w:eastAsia="Times New Roman" w:cs="Times New Roman"/>
        </w:rPr>
        <w:t>Tus Tswv hais li no tias, Nej cia li sawv ntawm tej kev, thiab saib, thiab nug txog tej qub lwmtxwv, tias txoj kev zoo nyob qhov twg, thiab nej cia li taug txoj kev ntawd mus; mas nej yuav nrhiav tau kev so rau nej tej ntsujplig. Tiamsis lawv hais tias, Peb yuav tsis taug txoj kev ntawd mus. Dua li ntawd, Kuv tau tsa cov neeg zov saib saum nej, hais tias, Nej cia li mloog lub suab raj nrov. Tiamsis lawv hais tias, Peb yuav tsis mloog. Yelemis 6:16, 17.</w:t>
      </w:r>
    </w:p>
    <w:p>
      <w:pPr>
        <w:pStyle w:val="ArticleBody"/>
        <w:jc w:val="left"/>
      </w:pPr>
      <w:r>
        <w:rPr>
          <w:rFonts w:ascii="Times New Roman" w:hAnsi="Times New Roman" w:eastAsia="Times New Roman" w:cs="Times New Roman"/>
        </w:rPr>
        <w:t>Thaum tus Tswv coj Nws haiv neeg rov qab los rau tej kevcai qub, lawv yuav nrhiav tau kev so (nag tom qab), thiab ces cov neeg zov nyas thiaj raug muab ib zaj lus tshuab raj. Tag nrho cov yaj saub yeej qhia meej tshaj plaws txog qhov kawg ntawm hnub kawg, yog li zaj lus tshuab raj ntawm hnub kawg yuav yog lub raj kawg, uas yog lub raj xya, uas yog kev txom nyem zaum peb.</w:t>
      </w:r>
    </w:p>
    <w:p>
      <w:pPr>
        <w:pStyle w:val="ArticleBody"/>
        <w:jc w:val="left"/>
      </w:pPr>
      <w:r>
        <w:rPr>
          <w:rFonts w:ascii="Times New Roman" w:hAnsi="Times New Roman" w:eastAsia="Times New Roman" w:cs="Times New Roman"/>
        </w:rPr>
        <w:t>Thaum Nws haiv neeg hnub kawg pib taug kev hauv tej kev qub, lawv thiaj pom tias tej yam ntxwv ntawm thawj txoj kev txom nyem, tau qhia meej txog ib tug thawj coj keeb kwm uas yog cim tshwj xeeb (Mohammed), thiab tias txoj kev txom nyem thib ob, kuj tau ua tib yam nkaus (Osman). Kuj tau pom tias txhua lub suab raj ntawm thawj plaub lub suab raj thiab muaj cov thawj coj tshwj xeeb uas yog cim los txheeb lub suab raj ntawd, thiab tom qab ntawd thiaj lees paub tias Osama bin Laden yog tus thawj coj uas yog cim ntawm txoj kev txom nyem thib peb.</w:t>
      </w:r>
    </w:p>
    <w:p>
      <w:pPr>
        <w:pStyle w:val="ArticleBody"/>
        <w:jc w:val="left"/>
      </w:pPr>
      <w:r>
        <w:rPr>
          <w:rFonts w:ascii="Times New Roman" w:hAnsi="Times New Roman" w:eastAsia="Times New Roman" w:cs="Times New Roman"/>
        </w:rPr>
        <w:t>Mohammed raug txheeb nrog Arabia, thiab Osman yog lub cim ntawm Lub Faj Tim Tebchaws Ottoman hauv Turkey, thiab Osama bin Laden sawv cev rau kev ntshai phem Islam thoob ntiaj teb, txawm yog tias nws, ib yam li Mohammed, yog ib tug neeg Arabian.</w:t>
      </w:r>
    </w:p>
    <w:p>
      <w:pPr>
        <w:pStyle w:val="ArticleBody"/>
        <w:jc w:val="left"/>
      </w:pPr>
      <w:r>
        <w:rPr>
          <w:rFonts w:ascii="Times New Roman" w:hAnsi="Times New Roman" w:eastAsia="Times New Roman" w:cs="Times New Roman"/>
        </w:rPr>
        <w:t>Nws kuj tau lees paub thiab pom meej hais tias kev txom nyem thawj zaug tau ua mob rau cov tub rog ntawm Loos, thiab kev txom nyem thib ob tau tua cov tub rog ntawm Loos. Ces kuj tau lees paub hais tias lub Cuaj Hlis 11, 2001 yog lub ntsiab chaw uas Islam ntawm kev txom nyem thib peb tau ua mob rau cov tub rog ntawm Loos (Tebchaws Meskas), tiam sis thaum txog txoj cai Sunday, nws yuav tua cov tub rog ntawm Loos, raws li Tebchaws Meskas los txog rau nws qhov xaus raws li lub nceeg vaj thib rau hauv Vajlugkub tej lus faj lem, thiab muab nws txoj kev muaj hwjchim kav tebchaws zwm rau txoj kev sib koom ua peb npaug ntawm tus zaj, tus tsiaj nyaum, thiab tus yaj saub cuav.</w:t>
      </w:r>
    </w:p>
    <w:p>
      <w:pPr>
        <w:pStyle w:val="ArticleBody"/>
        <w:jc w:val="left"/>
      </w:pPr>
      <w:r>
        <w:rPr>
          <w:rFonts w:ascii="Times New Roman" w:hAnsi="Times New Roman" w:eastAsia="Times New Roman" w:cs="Times New Roman"/>
        </w:rPr>
        <w:t>Nws tau pom tias Tebchaws Meskas yog tus tsiaj nyaum hauv ntiajteb uas muaj ob tug kub ntawm lub hwjchim. Ib qho yam ntxwv tseem ceeb raws li lus cev Vajtswv txojkev hais tseg ntawm tus tsiaj nyaum hauv ntiajteb yog tias nws hloov ntawm ib tug menyuam yaj mus ua ib tug zaj. Hauv kev cev Vajtswv txojlus, cov kub sawv cev rau lub zog, thiab lub zog ntawm tus tsiaj nyaum hauv ntiajteb yog Republicanism thiab Protestantism, uas raug sawv cev ua ob tug kub ntawm tus tsiaj nyaum hauv ntiajteb. Tiamsis nimno hauv hnub kawg, ob lub zog ntawm tus tsiaj nyaum hauv ntiajteb tau hloov mus ua lub hwjchim tub rog thiab lub hwjchim nyiaj txiag. Hnub tim 11 lub Cuaj Hli, xyoo 2001, Islam ntawm txoj kev txom nyem thib peb tau ntaus lub ntiajteb, uas yog ib lub cim ntawm tus tsiaj nyaum hauv ntiajteb, lub Pentagon, uas yog ib lub cim ntawm nws lub hwjchim tub rog, thiab ob lub tsev siab Twin Towers hauv New York City, uas yog ib lub cim ntawm nws lub zog nyiaj txiag.</w:t>
      </w:r>
    </w:p>
    <w:p>
      <w:pPr>
        <w:pStyle w:val="ArticleBody"/>
        <w:jc w:val="left"/>
      </w:pPr>
      <w:r>
        <w:rPr>
          <w:rFonts w:ascii="Times New Roman" w:hAnsi="Times New Roman" w:eastAsia="Times New Roman" w:cs="Times New Roman"/>
        </w:rPr>
        <w:t>Thaum kuj raug lees paub tias keeb kwm pib ntawm thawj txoj kev txom nyem, thiab keeb kwm xaus ntawm txoj kev txom nyem thib ob, ob leeg puav leej nthuav qhia ib daim piv txwv txog kev muab cim rau ib puas plaub caug plaub txhiab leej, ces kuj raug lees paub tias thaum txoj kev txom nyem thib peb los txog, thaum cov vaj tse loj hauv New York raug rhuav poob nqes los, twb raug qhia meej lawm tias txoj haujlwm muab cim rau ib puas plaub caug plaub txhiab leej ntawd twb tau pib lawm.</w:t>
      </w:r>
    </w:p>
    <w:p>
      <w:pPr>
        <w:pStyle w:val="ArticleScripture"/>
        <w:jc w:val="left"/>
      </w:pPr>
      <w:r>
        <w:rPr>
          <w:rFonts w:ascii="Times New Roman" w:hAnsi="Times New Roman" w:eastAsia="Times New Roman" w:cs="Times New Roman"/>
        </w:rPr>
        <w:t>“Tam sim no los muaj lo lus uas kuv tau tshaj tawm tias New York yuav raug ib nthwv dej hiav txwv loj ntxuav pov tseg? Qhov no kuv yeej tsis tau hais li. Kuv tau hais tias, thaum kuv ntsia cov tsev loj uas tab tom raug tsa nyob ntawd, ib theem dhau ib theem, ‘Yuav muaj tej xwm txheej txaus ntshai npaum li cas tshwm sim thaum tus Tswv sawv los co lub ntiajteb kom co loj kawg nkaus! Ces cov lus hauv Revelation 18:1–3 yuav tau ua tiav.’ Tag nrho tshooj kaum yim ntawm Revelation yog ib qho lus ceeb toom txog yam uas tab tom yuav los rau saum lub ntiajteb no. Tiamsis kuv tsis tau txais ib qho kev pom kev tshwjxeeb hais txog yam dab tsi yuav los rau New York, tsuas yog tias kuv paub tias muaj ib hnub cov tsev loj nyob ntawd yuav raug muab rhuav pov tseg los ntawm txoj kev tig thiab ntxeev ntawm Vajtswv lub hwjchim. Los ntawm txoj kev pom kev uas tau muab rau kuv, kuv paub tias kev puas tsuaj nyob hauv lub ntiajteb. Ib lo lus los ntawm tus Tswv, ib zaug kov ntawm nws lub hwjchim muaj zog, ces cov qauv tsev loj no yuav poob. Yuav muaj tej xwm txheej tshwm sim uas peb tsis muaj peevxwm xav tau txog qhov txaus ntshai ntawm lawv.” Review and Herald, July 5, 1906.</w:t>
      </w:r>
    </w:p>
    <w:p>
      <w:pPr>
        <w:pStyle w:val="ArticleBody"/>
        <w:jc w:val="left"/>
      </w:pPr>
      <w:r>
        <w:rPr>
          <w:rFonts w:ascii="Times New Roman" w:hAnsi="Times New Roman" w:eastAsia="Times New Roman" w:cs="Times New Roman"/>
        </w:rPr>
        <w:t>“Kev puastsuaj uas nyob hauv ntiajteb no” yog tus cwj pwm ntawm Islam, rau qhov nws tus cwj pwm raug sawv cev ua Apollyon thiab Abaddon nyob hauv Tshwm Sim tshooj cuaj, nqe kaum ib.</w:t>
      </w:r>
    </w:p>
    <w:p>
      <w:pPr>
        <w:pStyle w:val="ArticleScripture"/>
        <w:jc w:val="left"/>
      </w:pPr>
      <w:r>
        <w:rPr>
          <w:rFonts w:ascii="Times New Roman" w:hAnsi="Times New Roman" w:eastAsia="Times New Roman" w:cs="Times New Roman"/>
        </w:rPr>
        <w:t>Lawv muaj ib tug vajntxwv kav lawv, uas yog tus timtswv ntawm lub qhov tob uas tsis muaj qab hau, uas nws lub npe hauv lus Henplais yog Abaddon, tab sis hauv lus Kilis nws lub npe hu ua Apollyon. Tshwmsim 9:11 (NINE ELEVEN).</w:t>
      </w:r>
    </w:p>
    <w:p>
      <w:pPr>
        <w:pStyle w:val="ArticleBody"/>
        <w:jc w:val="left"/>
      </w:pPr>
      <w:r>
        <w:rPr>
          <w:rFonts w:ascii="Times New Roman" w:hAnsi="Times New Roman" w:eastAsia="Times New Roman" w:cs="Times New Roman"/>
        </w:rPr>
        <w:t>Lub ntsiab ntawm lub npe, los yog tus cwj pwm, ntawm tus vajntxwv uas kav Islam, raws li sawv cev los ntawm ob lub npe ntawd hauv lus Henplais thiab lus Kili, yog “kev tuag” thiab “kev puas tsuaj,” uas tau los txog rau hnub Cuaj Hlis 11, 2001, thaum tej tsev loj hauv New York raug muab pov tseg los. Thaum ntawd, Tshwmsim tshooj kaum yim, nqe ib txog peb, tau pib muaj tiav.</w:t>
      </w:r>
    </w:p>
    <w:p>
      <w:pPr>
        <w:pStyle w:val="ArticleBody"/>
        <w:jc w:val="left"/>
      </w:pPr>
      <w:r>
        <w:rPr>
          <w:rFonts w:ascii="Times New Roman" w:hAnsi="Times New Roman" w:eastAsia="Times New Roman" w:cs="Times New Roman"/>
        </w:rPr>
        <w:t>Muaj kev lees paub tias thawj zaug uas phau ntawv Chivkeeb hais txog tus txiv neej qus ntawm Islam, nws siv lo lus Henplais rau “nees luav qus ntawm Asxias,” uas hauv nqe ntawd tau txhais tias yog “tus txiv neej qus.” Lub cim sawv cev ntawm Islam yog tsev neeg nees, thiab hauv Tshwmsim tshooj cuaj, nws kuj raug sawv cev ua ib tug nees ua rog. Nyob saum cov duab qhia dawb huv ntawm Hanpaku uas Vajtswv haiv neeg tau raug ceeb toom tias “tsis txhob hloov,” Islam kuj raug sawv cev los ntawm cov nees ua rog.</w:t>
      </w:r>
    </w:p>
    <w:p>
      <w:pPr>
        <w:pStyle w:val="ArticleScripture"/>
        <w:jc w:val="left"/>
      </w:pPr>
      <w:r>
        <w:rPr>
          <w:rFonts w:ascii="Times New Roman" w:hAnsi="Times New Roman" w:eastAsia="Times New Roman" w:cs="Times New Roman"/>
        </w:rPr>
        <w:t>Thiab tus Tswv tus tim tswv hais rau nws tias, Saib seb, koj cev xeeb tub lawm, thiab koj yuav yug tau ib tug tub, thiab koj yuav hu nws lub npe ua Isama-ees; vim tus Tswv tau hnov koj txoj kev txom nyem. Thiab nws yuav yog ib tug neeg qus; nws txhais tes yuav tawm tsam txhua tus neeg, thiab txhua tus neeg txhais tes yuav tawm tsam nws; thiab nws yuav nyob rau ntawm xub ntiag ntawm nws cov kwv tij txhua tus. Chiv Keeb 16:11, 12.</w:t>
      </w:r>
    </w:p>
    <w:p>
      <w:pPr>
        <w:pStyle w:val="ArticleBody"/>
        <w:jc w:val="left"/>
      </w:pPr>
      <w:r>
        <w:rPr>
          <w:rFonts w:ascii="Times New Roman" w:hAnsi="Times New Roman" w:eastAsia="Times New Roman" w:cs="Times New Roman"/>
        </w:rPr>
        <w:t>Thawj zaug uas hais txog kev yug los ntawm Ishmael tau txuas nrog ib qho “kev txwv,” uas tau dhau los ua ib lub cim tseem ceeb uas txuas nrog Islam.</w:t>
      </w:r>
    </w:p>
    <w:p>
      <w:pPr>
        <w:pStyle w:val="ArticleScripture"/>
        <w:jc w:val="left"/>
      </w:pPr>
      <w:r>
        <w:rPr>
          <w:rFonts w:ascii="Times New Roman" w:hAnsi="Times New Roman" w:eastAsia="Times New Roman" w:cs="Times New Roman"/>
        </w:rPr>
        <w:t>Tam sim no, Sarai tus poj niam ntawm Abram tsis tau yug ib tug me nyuam rau nws li; thiab nws muaj ib tug ntxhais qhev, yog neeg Iyiv, hu ua Hagar. Thiab Sarai hais rau Abram tias, Saib seb, tus Tswv tau txwv kuv tsis pub yug me nyuam: kuv thov koj, cia li mus cuag kuv tus ntxhais qhev; tej zaum kuv yuav tau me nyuam los ntawm nws. Thiab Abram tau mloog Sarai lub suab hais. Chiv Keeb 16:1, 2.</w:t>
      </w:r>
    </w:p>
    <w:p>
      <w:pPr>
        <w:pStyle w:val="ArticleBody"/>
        <w:jc w:val="left"/>
      </w:pPr>
      <w:r>
        <w:rPr>
          <w:rFonts w:ascii="Times New Roman" w:hAnsi="Times New Roman" w:eastAsia="Times New Roman" w:cs="Times New Roman"/>
        </w:rPr>
        <w:t>Nyob rau hauv tib qho kev hais thawj zaug ntawd txog Islam, raws li sawv cev los ntawm kev yug los ntawm Ishmael, kev mloog lus thiab kev xeev cev raug hais tawm kom pom tseeb. Lub tswv yim ntawm kev xeev cev yog yam tseem ceeb hauv txoj kev ntseeg Islam. Lo lus “Islam” yog muab los ntawm ob lo lus Arabic, “salaam,” uas txhais tias “kev thaj yeeb,” thiab “aslama,” uas txhais tias “xeev cev” lossis “zwm rau.” Islam qhia tias cov neeg ntseeg yuav tsum xeev lawv lub siab nyiam rau lub siab nyiam ntawm Allah (Vajtswv) hauv txhua seem ntawm lub neej. Thaum Sarah pom tau tias nws tau txiav txim siab yuam kev los ntawm kev txhawb Abraham kom coj Hagar los yug Ishmael, nws thiaj tau txais kev tso cai ntawm Abraham kom tsim txom Hagar hnyav, ua rau Hagar khiav tawm ntawm Abraham lub tsev. Nyob ntawd nws tau txais ib txoj xov ntawm tus tim tswv.</w:t>
      </w:r>
    </w:p>
    <w:p>
      <w:pPr>
        <w:pStyle w:val="ArticleScripture"/>
        <w:jc w:val="left"/>
      </w:pPr>
      <w:r>
        <w:rPr>
          <w:rFonts w:ascii="Times New Roman" w:hAnsi="Times New Roman" w:eastAsia="Times New Roman" w:cs="Times New Roman"/>
        </w:rPr>
        <w:t>Tiamsis Aplahas hais rau Xalas tias, Saib maj, koj tus qhev pojniam nyob hauv koj txhais tes; cia li ua rau nws raws li koj pom zoo. Thiab thaum Xalas ua nruj ua tsiv rau nws, nws thiaj khiav tawm ntawm nws xubntiag mus. Thiab tus timtswv ntawm tus Tswv pom nws nyob ntawm ib lub qhov dej hauv tebchaws moj sab qhua, ntawm lub qhov dej uas nyob ntawm txojkev mus rau Shur. Thiab nws hais tias, Hakas, Xalas tus qhev pojniam, koj tuaj qhovtwg los? thiab koj yuav mus qhovtwg? Thiab nws hais tias, Kuv tabtom khiav tawm ntawm kuv tus niam tsev Xalas xubntiag mus. Thiab tus timtswv ntawm tus Tswv hais rau nws tias, Rov qab mus cuag koj tus niam tsev, thiab txo hwjchim nyob hauv nws ob txhais tes. Thiab tus timtswv ntawm tus Tswv hais rau nws tias, Kuv yuav ua kom koj caj ces huam vam coob kawg li, xwv kom suav tsis txheeb tau vim coob dhau. Thiab tus timtswv ntawm tus Tswv hais rau nws tias, Saib maj, koj cev xeebtub lawm, thiab koj yuav yug tau ib tug tub, thiab koj yuav hu nws lub npe ua Ishmael; vim tus Tswv tau hnov koj txojkev txomnyem lawm. Thiab nws yuav yog ib tug neeg qus; nws txhais tes yuav tawmtsam txhua tus neeg, thiab txhua tus neeg txhais tes yuav tawmtsam nws; thiab nws yuav nyob tim ntsej tim muag ntawm nws cov kwvtij txhua tus. Chivkeeb 16:6–12.</w:t>
      </w:r>
    </w:p>
    <w:p>
      <w:pPr>
        <w:pStyle w:val="ArticleBody"/>
        <w:jc w:val="left"/>
      </w:pPr>
      <w:r>
        <w:rPr>
          <w:rFonts w:ascii="Times New Roman" w:hAnsi="Times New Roman" w:eastAsia="Times New Roman" w:cs="Times New Roman"/>
        </w:rPr>
        <w:t>Kev tswj tuav ntawm Islam, qhov “kev mloog lus” uas sawv cev rau tus yam ntxwv ntawm txoj kev ntseeg Islam, thiab lub luag hauj lwm ntawm Islam, txhua yam twb muaj nyob rau hauv thawj zaug uas Ishmael raug hais txog, thiab sawv cev rau caj ces yaj saub ntawm Islam uas raug sawv cev los ntawm peb txoj kev txom nyem ntawm Phau Ntawv Qhia Tshwm. Thaum tus Tswv coj Nws haiv neeg los txog rau Yelemiya tej qub kevcai lawm, lawv kuj pom tias “plaub cua” uas plaub tug tim tswv tuav cia nyob rau hauv Qhia Tshwm tshooj xya, yog tshwj xeeb tiag tiag plaub cua ntawm Islam.</w:t>
      </w:r>
    </w:p>
    <w:p>
      <w:pPr>
        <w:pStyle w:val="ArticleScripture"/>
        <w:jc w:val="left"/>
      </w:pPr>
      <w:r>
        <w:rPr>
          <w:rFonts w:ascii="Times New Roman" w:hAnsi="Times New Roman" w:eastAsia="Times New Roman" w:cs="Times New Roman"/>
        </w:rPr>
        <w:t>“Cov timtswv tab tom tuav plaub cua, uas raug sawv cev ua ib tug nees chim taws nrhiav kev kom txeeb dim thiab xuas nrawm hla saum npoo tag nrho lub ntiajteb, nqa kev puas tsuaj thiab kev tuag tseg rau hauv nws txoj kev.” Manuscript Releases, volume 20, 217.</w:t>
      </w:r>
    </w:p>
    <w:p>
      <w:pPr>
        <w:pStyle w:val="ArticleBody"/>
        <w:jc w:val="left"/>
      </w:pPr>
      <w:r>
        <w:rPr>
          <w:rFonts w:ascii="Times New Roman" w:hAnsi="Times New Roman" w:eastAsia="Times New Roman" w:cs="Times New Roman"/>
        </w:rPr>
        <w:t>“Tus nees chim siab” ntawm Islam uas kuj yog “plaub cua” uas raug “txwv” thaum tab tom ua tiav kev muab lub cim rau ib puas plaub caug plaub txhiab leej, nqa “kev tuag thiab kev puam tsuaj” (Abaddon thiab Apollyon) nyob hauv lawv “txoj kev.” Ib yam li txoj kev txwv uas muab tso rau saum Hagar tau muab yam ntxwv cev Vajlugkub ntawd tso rau hauv lub cim ntawm Islam, plaub cua thiab tus nees chim siab puav leej raug txwv, thiab thaum qhov tseeb ntawd tau raug tsa tseg lawm, thiaj paub tseeb tias qhov pib ntawm thawj txoj kev txom nyem qhia txog ib txoj kev txwv rau Islam raws li tau sawv cev los ntawm Abubakar lo lus txib hauv keeb kwm.</w:t>
      </w:r>
    </w:p>
    <w:p>
      <w:pPr>
        <w:pStyle w:val="ArticleScripture"/>
        <w:jc w:val="left"/>
      </w:pPr>
      <w:r>
        <w:rPr>
          <w:rFonts w:ascii="Times New Roman" w:hAnsi="Times New Roman" w:eastAsia="Times New Roman" w:cs="Times New Roman"/>
        </w:rPr>
        <w:t>Thiab tau raug txib rau lawv tias lawv tsis txhob ua mob rau tej nyom ntawm lub ntiajteb, tsis txhob ua mob rau ib yam nroj tsuag ntsuab twg, thiab tsis txhob ua mob rau ib tsob ntoo twg li; tsuas yog rau cov neeg uas tsis muaj Vajtswv lub cim rau ntawm lawv lub hauv pliaj xwb. Revelation 9:4.</w:t>
      </w:r>
    </w:p>
    <w:p>
      <w:pPr>
        <w:pStyle w:val="ArticleBody"/>
        <w:jc w:val="left"/>
      </w:pPr>
      <w:r>
        <w:rPr>
          <w:rFonts w:ascii="Times New Roman" w:hAnsi="Times New Roman" w:eastAsia="Times New Roman" w:cs="Times New Roman"/>
        </w:rPr>
        <w:t>Kab dhau kab, qhov pib ntawm txoj kev txom nyem zaum ob, uas nyob rau hauv kev siv peb npaug ntawm peb txoj kev txom nyem raug muab tso saum toj rau qhov pib ntawm txoj kev txom nyem thawj, qhia txog kev tso tawm ntawm plaub tug tim tswv, uas nyob rau hauv nqe ntawd sawv cev rau kev tso tawm ntawm Islam txoj kev jihad loj zaum ob.</w:t>
      </w:r>
    </w:p>
    <w:p>
      <w:pPr>
        <w:pStyle w:val="ArticleScripture"/>
        <w:jc w:val="left"/>
      </w:pPr>
      <w:r>
        <w:rPr>
          <w:rFonts w:ascii="Times New Roman" w:hAnsi="Times New Roman" w:eastAsia="Times New Roman" w:cs="Times New Roman"/>
        </w:rPr>
        <w:t>Hais rau tus tim tswv thib rau uas tuav lub raj, tias, Cia plaub tug tim tswv uas raug khi ntawm tus dej loj Euphrates dim tawm. Qhia Tshwm 9:14.</w:t>
      </w:r>
    </w:p>
    <w:p>
      <w:pPr>
        <w:pStyle w:val="ArticleBody"/>
        <w:jc w:val="left"/>
      </w:pPr>
      <w:r>
        <w:rPr>
          <w:rFonts w:ascii="Times New Roman" w:hAnsi="Times New Roman" w:eastAsia="Times New Roman" w:cs="Times New Roman"/>
        </w:rPr>
        <w:t>Yog li ntawd thiaj raug to taub tias thaum pib ntawm kev txom nyem thib peb, Islam yuav raug tso tawm thiab tib lub sijhawm kuj raug txwv cia, uas yog qhov tim khawv tseeb uas Niam Tsev Dawb tau hais.</w:t>
      </w:r>
    </w:p>
    <w:p>
      <w:pPr>
        <w:pStyle w:val="ArticleScripture"/>
        <w:jc w:val="left"/>
      </w:pPr>
      <w:r>
        <w:rPr>
          <w:rFonts w:ascii="Times New Roman" w:hAnsi="Times New Roman" w:eastAsia="Times New Roman" w:cs="Times New Roman"/>
        </w:rPr>
        <w:t>“Lub sijhawm ntawd, thaum txoj haujlwm cawm seej tab tom xaus, kev txom nyem yuav los rau saum lub ntiajteb, thiab tej haiv neeg yuav npau taws, los tseem raug tuav kom txhob cuam tshuam txoj haujlwm ntawm tus timtswv saum ntuj tus thib peb. Lub sijhawm ntawd ‘nag lig,’ los yog kev ua kom rov qab kaj siab los ntawm Vajtswv tus Tswv xubntiag, yuav los, kom pub hwjchim rau lub suab nrov nrov ntawm tus timtswv saum ntuj tus thib peb, thiab npaj cov neeg dawb huv kom sawv ruaj khov rau lub sijhawm uas xya lub phom sij kawg yuav raug muab nchuav tawm.” Early Writings, 85.</w:t>
      </w:r>
    </w:p>
    <w:p>
      <w:pPr>
        <w:pStyle w:val="ArticleBody"/>
        <w:jc w:val="left"/>
      </w:pPr>
      <w:r>
        <w:rPr>
          <w:rFonts w:ascii="Times New Roman" w:hAnsi="Times New Roman" w:eastAsia="Times New Roman" w:cs="Times New Roman"/>
        </w:rPr>
        <w:t>Thaum tau tshawb nrhiav txog keeb kwm ntawm Islam, ces pom hais tias kev ua tsov ua rog thiab tej kev ua tiav ntawm Arab Islam ntawm thawj txoj kev txom nyem, raug Islam to taub tias yog “thawj txoj jihad loj”, thiab tias kev ua tsov ua rog ntawm lub Ottoman Empire uas tau pib thaum plaub tug tim tswv raug tso tawm lawm, raug Islam to taub tias yog “txoj jihad loj thib ob”. Raws li qhov kev siv peb npaug ntawd, Islam ntseeg hais tias txoj jihad loj thib peb thiab txoj kawg, tau pib rau hnub Cuaj Hlis 11, 2001. Ib yam li William Miller ib zaug tau sau tseg, “Keeb kwm thiab lus faj lem, sib haum xeeb.”</w:t>
      </w:r>
    </w:p>
    <w:p>
      <w:pPr>
        <w:pStyle w:val="ArticleBody"/>
        <w:jc w:val="left"/>
      </w:pPr>
      <w:r>
        <w:rPr>
          <w:rFonts w:ascii="Times New Roman" w:hAnsi="Times New Roman" w:eastAsia="Times New Roman" w:cs="Times New Roman"/>
        </w:rPr>
        <w:t>Qhov kev siv “kab saum kab” ntawm kev tso tawm thiab tib lub sijhawm kev txwv raws li tau sawv cev los ntawm kev muab txoj kab yaj saub pib ntawm thawj thiab ob txoj kev txom nyem tso saum ib leeg, tau raug lees paub meej kawg nkaus los ntawm Tus Ntsuj Plig Yaj Saub; thiab tam sim ntawd tom qab Islam tau ntaus rau lub Cuaj Hlis 11, 2001, Thawj Tswj Hwm George W. Bush tau tso ib txoj kev txwv thoob ntiaj teb rau Islam los ntawm kev pib nws tsov rog tawm tsam kev ua phem. Kev tso tawm thiab kev txwv tib lub sijhawm ntawm “tus nees chim” ntawm Islam tau raug lees paub los ntawm Phau Vajlugkub, Tus Ntsuj Plig Yaj Saub, thiab kuj los ntawm keeb kwm thiab.</w:t>
      </w:r>
    </w:p>
    <w:p>
      <w:pPr>
        <w:pStyle w:val="ArticleBody"/>
        <w:jc w:val="left"/>
      </w:pPr>
      <w:r>
        <w:rPr>
          <w:rFonts w:ascii="Times New Roman" w:hAnsi="Times New Roman" w:eastAsia="Times New Roman" w:cs="Times New Roman"/>
        </w:rPr>
        <w:t>Cov uas “raws tus Menyuam Yaj” rov qab mus rau txojkev qub ntawm cov Millerite yuav nrhiav tau “txojkev so,” uas yog nag lig, uas Muam White qhia tias pib thaum cov haiv neeg chim heev, los tseem raug tuav kom tseg, ib yam li lawv tau raug rau hnub Cuaj Hlis 11, 2001.</w:t>
      </w:r>
    </w:p>
    <w:p>
      <w:pPr>
        <w:pStyle w:val="ArticleScripture"/>
        <w:jc w:val="left"/>
      </w:pPr>
      <w:r>
        <w:rPr>
          <w:rFonts w:ascii="Times New Roman" w:hAnsi="Times New Roman" w:eastAsia="Times New Roman" w:cs="Times New Roman"/>
        </w:rPr>
        <w:t>“Nyob rau lub sijhawm ntawd, thaum tes haujlwm ntawm txoj kev cawm seej tab tom kaw xaus, kev txom nyem yuav los saum lub ntiajteb, thiab cov tebchaws yuav npau taws, los tseem raug tswj cia kom tsis txhob txwv tes haujlwm ntawm tus timtswv ceebtsheej thib peb. Nyob rau lub sijhawm ntawd, ‘nag lig,’ los yog txoj kev ua kom rov qab muaj zog tshiab los ntawm tus Tswv lub xubntiag, yuav los, kom muab hwjchim rau lub suab nrov nrov ntawm tus timtswv ceebtsheej thib peb, thiab npaj cov neeg dawb huv kom sawv ruaj khov rau lub sijhawm uas xya qhov xwm txheej phem kawg yuav raug nchuav tawm.” Early Writings, 85.</w:t>
      </w:r>
    </w:p>
    <w:p>
      <w:pPr>
        <w:pStyle w:val="ArticleBody"/>
        <w:jc w:val="left"/>
      </w:pPr>
      <w:r>
        <w:rPr>
          <w:rFonts w:ascii="Times New Roman" w:hAnsi="Times New Roman" w:eastAsia="Times New Roman" w:cs="Times New Roman"/>
        </w:rPr>
        <w:t>Cov uas “ua raws tus Menyuam Yaj” rov qab mus rau tej kev qub qub ntawm cov Millerite, lawv yuav nrhiav tau “kev so,” uas yog nag tom kawg, uas Muam White qhia meej tias pib thaum tus tim tswv muaj hwjchim loj hauv Tshwmsim kaum yim nqes los rau hnub Cuaj Hlis 11, 2001.</w:t>
      </w:r>
    </w:p>
    <w:p>
      <w:pPr>
        <w:pStyle w:val="ArticleScripture"/>
        <w:jc w:val="left"/>
      </w:pPr>
      <w:r>
        <w:rPr>
          <w:rFonts w:ascii="Times New Roman" w:hAnsi="Times New Roman" w:eastAsia="Times New Roman" w:cs="Times New Roman"/>
        </w:rPr>
        <w:t>“Nag los tom qab yuav poob los rau saum Vajtswv haiv neeg. Ib tug tim tswv muaj hwjchim kawg yuav nqes saum ntuj los, thiab tag nrho lub ntiajteb yuav raug ci los ntawm nws lub yeeb koob.” Review and Herald, April 21, 1891.</w:t>
      </w:r>
    </w:p>
    <w:p>
      <w:pPr>
        <w:pStyle w:val="ArticleBody"/>
        <w:jc w:val="left"/>
      </w:pPr>
      <w:r>
        <w:rPr>
          <w:rFonts w:ascii="Times New Roman" w:hAnsi="Times New Roman" w:eastAsia="Times New Roman" w:cs="Times New Roman"/>
        </w:rPr>
        <w:t>Thaum tus timtswv uas muaj hwjchim loj ntawd nqes los thaum tej tsev loj hauv New York raug pov tseg lawm, kev muab lub cim rau ib puas plaub caug plaub txhiab leej tau pib, thiab nag tom qab tau pib txau. Cov uas raug coj rov qab mus rau Yelemis tej qub kev, thiab nrhiav tau “kev so,” uas yog nag tom qab, ces thiaj lees paub tias Yaxayas hais txog “kev so thiab kev ua kom rov qab muaj zog,” kuj yog nag tom qab thiab, tiam sis qhov ntawd kuj yog kev txheeb kom pom tseeb txog txoj kev sim uas thaum lub Cuaj Hlis 11, 2001 tau los ntsib Vajtswv haiv neeg, thiab tshwjxeeb yog cov “neeg thuam luag” uas “kav Yeluxalees”. Lawv thiaj los nkag siab tias txoj kev sim ntawd muaj ob chav, rau qhov nws sawv cev rau txoj xov ntawm Islam ntawm txoj kev txom nyem thib peb, thiab ib yam tseem ceeb ib yam nkaus, nws sawv cev rau txoj kev txheej txheem raws Vajlugkub uas tau tsim tsa txoj xov ntawm nag tom qab.</w:t>
      </w:r>
    </w:p>
    <w:p>
      <w:pPr>
        <w:pStyle w:val="ArticleScripture"/>
        <w:jc w:val="left"/>
      </w:pPr>
      <w:r>
        <w:rPr>
          <w:rFonts w:ascii="Times New Roman" w:hAnsi="Times New Roman" w:eastAsia="Times New Roman" w:cs="Times New Roman"/>
        </w:rPr>
        <w:t>Tus nws tau hais tias, Nov yog qhov chaw so uas nej yuav ua rau cov uas nkees tau so; thiab nov yog qhov chaw ua kom rov qab muaj zog dua tshiab: los lawv tsis kam mloog. Tiamsis lo lus ntawm tus Tswv rau lawv yog lus txib saum lus txib, lus txib saum lus txib; kab saum kab, kab saum kab; ntawm no me ntsis, thiab ntawm ntawd me ntsis; kom lawv thiaj mus, thiab poob rov qab, thiab raug tsoo tawg, thiab raug ntxiab, thiab raug ntes. Yog li ntawd nej cov neeg thuam uas kav haiv neeg no uas nyob hauv Yeluxalees, nej cia li mloog tus Tswv lo lus. Yaxayas 28:12–14.</w:t>
      </w:r>
    </w:p>
    <w:p>
      <w:pPr>
        <w:pStyle w:val="ArticleBody"/>
        <w:jc w:val="left"/>
      </w:pPr>
      <w:r>
        <w:rPr>
          <w:rFonts w:ascii="Times New Roman" w:hAnsi="Times New Roman" w:eastAsia="Times New Roman" w:cs="Times New Roman"/>
        </w:rPr>
        <w:t>Kev taug hauv tej qub kev tso cai rau Vajtswv haiv neeg nyob rau hnub kawg mam li pom tias zaj lus piv txwv txog kaum tus nkauj xwb, uas “piav qhia txog kev paub dhau ntawm haiv neeg Adventist,” yuav tsum raug rov ua dua “raws nraim ib tsab ntawv ib lo lus,” thaum lub sijhawm muab lub foob rau ib puas plaub caug plaub txhiab leej. Zaj lus tim khawv ntawm keeb kwm uas zaj lus piv txwv ntawd tau xub ua tiav qhia meej tias Habakuk tshooj ob muaj kev txuas ncaj qha nrog zaj lus piv txwv ntawd thiab yog ib feem ntawm nws. Vim li ntawd, “kev sib cav” hauv Habakuk ob sawv cev rau qhov kev sim siab txog txoj kev so thiab kev txhawb siab tshiab uas cov neeg thuam luag tsis kam mloog. Thaum cov neeg kawm Vajlugkub uas ncaj ncees txuas ntxiv tshawb xyuas tej qub kev, lawv pom tau tias tsis yog tsuas yog zaj lus piv txwv txog kaum tus nkauj xwb thiab Habakuk ob xwb yog tib zaj lus cev Vajtswv lus, tiam sis Exekees tshooj kaum ob kuj yog li ntawd thiab.</w:t>
      </w:r>
    </w:p>
    <w:p>
      <w:pPr>
        <w:pStyle w:val="ArticleScripture"/>
        <w:jc w:val="left"/>
      </w:pPr>
      <w:r>
        <w:rPr>
          <w:rFonts w:ascii="Times New Roman" w:hAnsi="Times New Roman" w:eastAsia="Times New Roman" w:cs="Times New Roman"/>
        </w:rPr>
        <w:t>Ib feem ntawm Ezekiel tej lus faj lem kuj yog ib qhov chaw ntawm lub zog thiab kev nplij siab rau cov ntseeg: “Lo lus ntawm tus Tswv tau los cuag kuv, hais tias, Leej Tub Neeg, zaj paj lug twg yog qhov uas nej muaj nyob hauv lub tebchaws Ixayees, hais tias, Cov hnub raug ncua ntev mus, thiab txhua lub zeem muag poob mus? Yog li ntawd cia li hais rau lawv tias, Tus Tswv Vajtswv hais li no.... Cov hnub twb los ze lawm, thiab qhov ua tiav ntawm txhua lub zeem muag.... Kuv yuav hais, thiab lo lus uas Kuv yuav hais ntawd yuav muaj tiav; nws yuav tsis raug ncua ntxiv lawm.” “Lawv uas yog tsev neeg Ixayees hais tias, Lub zeem muag uas nws pom ntawd yog hais txog ntau hnub tom ntej, thiab nws cev lus faj lem txog lub sijhawm uas tseem nyob deb heev. Yog li ntawd cia li hais rau lawv tias, Tus Tswv Vajtswv hais li no; Yuav tsis muaj ib lo lus twg ntawm Kuv raug ncua ntxiv lawm, tiam sis lo lus uas Kuv tau hais lawm yuav raug ua kom tiav.” Ezekiel 12:21–25, 27, 28.” The Great Controversy, 393.</w:t>
      </w:r>
    </w:p>
    <w:p>
      <w:pPr>
        <w:pStyle w:val="ArticleBody"/>
        <w:jc w:val="left"/>
      </w:pPr>
      <w:r>
        <w:rPr>
          <w:rFonts w:ascii="Times New Roman" w:hAnsi="Times New Roman" w:eastAsia="Times New Roman" w:cs="Times New Roman"/>
        </w:rPr>
        <w:t>Lub sij hawm ntawm kev muab lub cim rau ib puas plaub caug plaub txhiab leej, raws li tau sawv cev los ntawm txoj kev txav Advent txij xyoo 1840 mus txog 1844, sawv cev rau lub ncua sijhawm nyob rau hnub kawg, thaum “qhov txiaj ntsig ntawm txhua qhov yog toog” “yuav muaj tiav.” Keeb kwm yaj saub ntawm thawj txoj kev txom nyem, thaum muab tso saum keeb kwm yaj saub ntawm txoj kev txom nyem thib ob, qhia meej txog keeb kwm yaj saub ntawm txoj kev txom nyem thib peb, uas yog keeb kwm yaj saub ntawm kev muab lub cim rau ib puas plaub caug plaub txhiab leej. Nws kuj yog keeb kwm ntawm xyoo 1840 mus txog 1844 thiab. Nws kuj yog keeb kwm uas txoj hauj lwm ntawm tus tub txib uas npaj txoj kev rau Tus Tub Txib ntawm Txoj Kev Cog Lus raug ua tiav. Nws yog keeb kwm uas ob tug kub ntawm tus tsiaj qus hauv ntiajteb hla dhau ib qho kev hloov ntawm tus thib rau mus txog tus “thib yim” uas “yog ntawm xya tus”. Nws yog keeb kwm uas ob tug yaj saub raug tua rau hauv txoj kev, hauv Tshwmsim tshooj kaum ib.</w:t>
      </w:r>
    </w:p>
    <w:p>
      <w:pPr>
        <w:pStyle w:val="ArticleBody"/>
        <w:jc w:val="left"/>
      </w:pPr>
      <w:r>
        <w:rPr>
          <w:rFonts w:ascii="Times New Roman" w:hAnsi="Times New Roman" w:eastAsia="Times New Roman" w:cs="Times New Roman"/>
        </w:rPr>
        <w:t>Ib yam tseem ceeb npaum li ntawd thiab yog qhov tseeb tias vim Vajtswv txoj lus yeej tsis poob li, nrog rau lub hauv paus ntsiab lus tias txhua tus yaj saub hais txog hnub kawg tshaj txhua lub sijhawm lwm, ces thaum lub Cuaj Hlis 11, 2001 los txog, “hnub yaj saub twb los ze lawm,” uas “tej lus ntawd” uas Vajtswv tau hais “yuav muaj tiav,” thiab “yuav tsis ncua ntxiv lawm.”</w:t>
      </w:r>
    </w:p>
    <w:p>
      <w:pPr>
        <w:pStyle w:val="ArticleBody"/>
        <w:jc w:val="left"/>
      </w:pPr>
      <w:r>
        <w:rPr>
          <w:rFonts w:ascii="Times New Roman" w:hAnsi="Times New Roman" w:eastAsia="Times New Roman" w:cs="Times New Roman"/>
        </w:rPr>
        <w:t>Txoj kev ntxeev siab xyoo 1863 tau tsa Laodicean Adventism kom mus yoob hauv tebchaws moj sab qhua mus txog thaum lawv txhua tus tuag tag. Tus Tswv tau rov qab los rau zaj keeb kwm ntawd rau hnub tim 11 lub Cuaj Hlis, 2001, ib yam li Nws tau ua rau cov Yixayee thaum ub ntawm Kadesh.</w:t>
      </w:r>
    </w:p>
    <w:p>
      <w:pPr>
        <w:pStyle w:val="ArticleBody"/>
        <w:jc w:val="left"/>
      </w:pPr>
      <w:r>
        <w:rPr>
          <w:rFonts w:ascii="Times New Roman" w:hAnsi="Times New Roman" w:eastAsia="Times New Roman" w:cs="Times New Roman"/>
        </w:rPr>
        <w:t>Kev xub tuaj txog Kadesh ua rau muaj kev ntxeev siab ntawm kaum tus neeg soj ntsuam tebchaws, thiab coj los txog lub sijhawm taug kev yuam kev hauv tebchaws moj sab qhua. Thaum kawg ntawm plaub caug xyoo, lawv rov qab los rau Kadesh, thiab nyob ntawd Mauxes tau ntaus lub Pob Zeb zaum ob thiab raug txwv tsis pub nkag mus rau hauv Tebchaws Lus Cog Tseg, tiam sis lawv tau nkag mus nrog Yausua. Cuaj Hlis 11, 2001, qhia txog tiam kawg, thiab Vajtswv yuav tsis ncua Nws Txojlus ntxiv lawm.</w:t>
      </w:r>
    </w:p>
    <w:p>
      <w:pPr>
        <w:pStyle w:val="ArticleBody"/>
        <w:jc w:val="left"/>
      </w:pPr>
      <w:r>
        <w:rPr>
          <w:rFonts w:ascii="Times New Roman" w:hAnsi="Times New Roman" w:eastAsia="Times New Roman" w:cs="Times New Roman"/>
        </w:rPr>
        <w:t>Peb yuav hais txog qhov tseeb no hauv zaj lus tom ntej.</w:t>
      </w:r>
    </w:p>
    <w:p>
      <w:pPr>
        <w:pStyle w:val="ArticleScripture"/>
        <w:jc w:val="left"/>
      </w:pPr>
      <w:r>
        <w:rPr>
          <w:rFonts w:ascii="Times New Roman" w:hAnsi="Times New Roman" w:eastAsia="Times New Roman" w:cs="Times New Roman"/>
        </w:rPr>
        <w:t>“Keeb kwm ntawm lub neej nyob hauv tebchaws moj sab qhua ntawm cov Yixalayees tau raug sau tseg cia rau qhov txiaj ntsig ntawm cov Yixalayees ntawm Vajtswv mus txog rau thaum xaus kawg nkaus. Vajtswv txoj kev nrog cov neeg taug kev yuam kev hauv roob moj sab qhua, hauv txhua txoj kev lawv mus los tig rov qab, hauv lawv txoj kev raug tshaib plab, nqhis dej, thiab nkees sab, thiab hauv cov kev tshwm sim loj kawg uas qhia nws lub hwjchim los pab cawm lawv dim, yog ib zaj lus piv txwv saum ntuj los, puv npo nrog lus ceeb toom thiab lus qhuab qhia rau nws haiv neeg hauv txhua tiam. Kev paub dhau los ntau yam ntawm cov Henplais yog ib lub tsev kawm los npaj rau lawv lub tebchaws uas tau cog lus tseg hauv Khana-as. Vajtswv xav kom nws haiv neeg hauv cov hnub kawg no rov tshuaj xyuas tej no nrog siab txo hwjchim thiab tus ntsuj plig uas kam kawm, txog cov kev sim siab kub nyhiab uas cov Yixalayees thaum ub tau hla dhau los, xwv kom lawv thiaj raug qhuab qhia hauv lawv txoj kev npaj rau Khana-as saum ntuj ceeb tsheej.”</w:t>
      </w:r>
    </w:p>
    <w:p>
      <w:pPr>
        <w:pStyle w:val="ArticleScripture"/>
        <w:jc w:val="left"/>
      </w:pPr>
      <w:r>
        <w:rPr>
          <w:rFonts w:ascii="Times New Roman" w:hAnsi="Times New Roman" w:eastAsia="Times New Roman" w:cs="Times New Roman"/>
        </w:rPr>
        <w:t>“Lub pob zeb uas, raug ntaus raws li Vajtswv lo lus txib, tau txhawv nws cov dej ciaj sia tawm los, yog ib lub cim ntawm Khetos, uas raug ntaus thiab raug ua kom doog ntshav kom los ntawm nws cov ntshav thiaj npaj tau ib qhov chaw txhawv dej rau txoj kev cawm dim ntawm tibneeg uas tab tom yuav puam tsuaj. Ib yam li lub pob zeb tau raug ntaus ib zaug lawm, Khetos kuj yuav tsum ‘muab fij ib zaug xwb, kom ris ntau leej tej kev txhaum.’ Tiamsis thaum Mauxes ua siab kub ntxhov ntaus lub pob zeb ntawm Kadesh, lub cim zoo nkauj ntawm Khetos raug ua kom puas. Peb tus Cawm Seej tsis yog yuav raug muab txi zaum ob. Vim qhov kev txi loj ntawd tau ua tiav ib zaug xwb, ces rau cov uas nrhiav nws txoj kev tshav ntuj tej koob hmoov, tsuas tsim nyog thov hauv Yexus lub npe xwb,—nchuav tawm tej kev ntshaw ntawm lub siab hauv txoj kev thov ntuj uas muaj kev khuvleej txhaum. Txoj kev thov ntuj zoo li ntawd yuav coj Yexus tej qhov txhab los rau ntawm tus Tswv uas kav tag nrho tej tub rog saum ntuj xub ntiag, thiab tom qab ntawd cov ntshav uas pub txojsia yuav rov txhawv ntws tawm tshiab, raws li tau muaj lub ntsiab lus piv txwv los ntawm kev ntws ntawm cov dej ciaj sia rau cov Yixayee uas nqhis dej.”</w:t>
      </w:r>
    </w:p>
    <w:p>
      <w:pPr>
        <w:pStyle w:val="ArticleScripture"/>
        <w:jc w:val="left"/>
      </w:pPr>
      <w:r>
        <w:rPr>
          <w:rFonts w:ascii="Times New Roman" w:hAnsi="Times New Roman" w:eastAsia="Times New Roman" w:cs="Times New Roman"/>
        </w:rPr>
        <w:t>“Tsuas yog los ntawm txoj kev ntseeg uas muaj sia nyob hauv Vajtswv, thiab txoj kev txo hwj chim mloog lus rau nws tej lus txib, tibneeg thiaj muaj kev cia siab yuav tau ntsib txoj kev pom zoo saum ntuj los. Thaum lub sijhawm ntawm txoj txujci tseemceeb loj kawg ntawd ntawm Kadesh, Mauxes, uas qaug zog vim cov neeg pheej yws tsis tseg thiab fav xeeb, plam tsis pom nws Tus Pab uas Muaj Hwjchim Loj Kawg; nws tsis mloog lo lus txib hais tias, ‘Nej hais rau lub pob zeb, ces nws yuav tso nws cov dej tawm los;’ thiab thaum tsis muaj lub zog los saum ntuj, nws thiaj raug tso cia kom ua rau nws daim keeb kwm puas nrog rau qhov kev nthuav tawm ntawm kev chim siab thiab tibneeg txoj kev qaug zog. Tus txiv neej uas tsim nyog, thiab yeej yuav tau sawv dawb huv, ruaj khov, thiab tsis qia dub mus txog thaum xaus nws tes haujlwm, thaum kawg kuj raug kov yeej. Vajtswv raug saib tsis taus nyob rau hauv cov Yixayee pawg ntseeg xubntiag, thaum nws yeej yuav tau raug hwm thiab nws lub npe raug ua kom muaj koob meej.”</w:t>
      </w:r>
    </w:p>
    <w:p>
      <w:pPr>
        <w:pStyle w:val="ArticleScripture"/>
        <w:jc w:val="left"/>
      </w:pPr>
      <w:r>
        <w:rPr>
          <w:rFonts w:ascii="Times New Roman" w:hAnsi="Times New Roman" w:eastAsia="Times New Roman" w:cs="Times New Roman"/>
        </w:rPr>
        <w:t>“Qhov kev txiav txim uas tau tshaj tawm tam sim ntawd tawm tsam Mauxes yog mob siab tshaj plaws thiab txaj muag kawg nkaus,—yog tias nws nrog cov Ixayees uas ntxeev siab yuav tsum tuag ua ntej yuav hla tus Dej Yauladees. Tab sis puas yog tibneeg yuav hais tau tias tus Tswv tau ua hnyav dhau rau Nws tus tub qhe vim tsuas yog qhov kev ua txhaum ntawd xwb? Vajtswv twb qhuas Mauxes ib yam li Nws tsis tau qhuas ib tug txiv neej ciaj sia twg li nyob rau lub sijhawm ntawd. Nws tau tiv thaiv nws rooj plaub ib zaug dhau ib zaug ntxiv lawm. Nws tau mloog nws tej lus thov, thiab tau hais lus nrog nws tim ntsej tim muag, ib yam li ib tug neeg hais lus nrog phooj ywg. Raws nraim li qhov kev kaj thiab kev paub uas Mauxes tau txais ntau npaum li cas, nws qhov kev ua txhaum kuj tau loj ntxiv ntau npaum li ntawd.”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Ib Puas Kaum Peb</dc:title>
  <dc:subject>Qhia txog Peb Theem Kev Siv Lus Qhia Yav Tom Ntej: To taub qhov tseem ceeb ntawm lub Cuaj Hlis 11, 2001, hauv Ntsiab Lus Vajlugkub</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