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Zaj Ib Puas Kaum Plaub</w:t>
      </w:r>
    </w:p>
    <w:p>
      <w:pPr>
        <w:pStyle w:val="ArticleSubtitle"/>
        <w:jc w:val="left"/>
      </w:pPr>
      <w:r>
        <w:rPr>
          <w:rFonts w:ascii="Arial" w:hAnsi="Arial" w:eastAsia="Arial" w:cs="Arial"/>
        </w:rPr>
        <w:t>Tiam Kawg Thaum Kawg: Qhia Tawm Txog Kev Ua Tiav ntawm Exekhee Tej Lus Qhia Yav Tom Ntej thiab Kev Muab Lub Cim Foob rau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Tiam neeg uas tau pom kev tuaj txog ntawm txoj kev txom nyem thib peb, thaum lub Cuaj Hlis 11, 2001, yog tiam kawg hauv keeb kwm ntiajteb no. Nqe Vajlugkub hauv Ezekiel uas lees paub qhov tseeb no tau raug cov Millerites to taub tias muaj kev txuas ncaj qha nrog zaj lus piv txwv txog kaum tus nkauj xwb, thiab vim li ntawd kuj txuas nrog Habakkuk tshooj ob thiab. Hauv zaj keeb kwm ntawd, lub zeem muag hauv Habakkuk tshooj ob, uas “yuav tsis ncua ntxiv lawm,” thiab uas tau raug ua tiav rau lub Kaum Hli 22, 1844, yog ib daim duab cev Vajtswv lus ua ntej txog txoj cai Hnub Caiv yuav los sai hauv Tebchaws Meskas. Tiamsis Ezekiel txoj lus faj lem hais txog lub zeem muag uas yuav tsis raug ncua ntev ntxiv lawm, raug ua tiav tag nrho yam meej hauv keeb kwm ntawm kev muab lub cim rau ib puas plaub caug plaub txhiab leej, uas tau pib nrog kev tuaj txog ntawm txoj kev txom nyem thib peb, thaum lub Cuaj Hlis 11, 2001.</w:t>
      </w:r>
    </w:p>
    <w:p>
      <w:pPr>
        <w:pStyle w:val="ArticleScripture"/>
        <w:jc w:val="left"/>
      </w:pPr>
      <w:r>
        <w:rPr>
          <w:rFonts w:ascii="Times New Roman" w:hAnsi="Times New Roman" w:eastAsia="Times New Roman" w:cs="Times New Roman"/>
        </w:rPr>
        <w:t>Thiab lo lus ntawm tus Tswv txawm los cuag kuv hais tias, Tub neeg, zaj paj lug uas nej muaj nyob hauv thaj av Ixayees ntawd yog zaj twg, uas hais tias, Hnub nyoog raug ncua mus ntev, thiab txhua zaj yog toog poob qes? Vim li ntawd, cia li hais rau lawv tias, Tus Tswv Vajtswv hais li no; Kuv yuav ua kom zaj paj lug no tu nrho mus, thiab lawv yuav tsis siv nws ua paj lug ntxiv hauv Ixayees lawm; tiam sis cia li hais rau lawv tias, Hnub nyoog twb los ze lawm, thiab txhua zaj yog toog yuav muaj tiav. Rau qhov yuav tsis muaj ib zaj yog toog cuav ntxiv lawm, los yog ib yam kev twv saib uas qhuas luag, nyob hauv tsev neeg Ixayees. Rau qhov kuv yog tus Tswv: kuv yuav hais, thiab lo lus uas kuv yuav hais ntawd yuav muaj tiav; yuav tsis raug ncua ntxiv lawm: rau qhov nyob hauv nej lub caij nyoog no, au tsev neeg uas ntxeev siab, kuv yuav hais lo lus ntawd, thiab yuav ua kom tiav, tus Tswv Vajtswv hais li no. Dua li ntawd, lo lus ntawm tus Tswv rov los cuag kuv hais tias, Tub neeg, saib seb, lawv cov tsev neeg Ixayees hais tias, Zaj yog toog uas nws pom ntawd yog hais txog ntau hnub tom ntej, thiab nws cev Vajtswv lus hais txog lub sijhawm uas tseem nyob deb heev. Vim li ntawd cia li hais rau lawv tias, Tus Tswv Vajtswv hais li no; Yuav tsis muaj ib lo lus ntawm kuv twg raug ncua ntxiv lawm, tiam sis lo lus uas kuv tau hais lawm yuav muaj tiav, tus Tswv Vajtswv hais li no. Exekees 12:21–28.</w:t>
      </w:r>
    </w:p>
    <w:p>
      <w:pPr>
        <w:pStyle w:val="ArticleBody"/>
        <w:jc w:val="left"/>
      </w:pPr>
      <w:r>
        <w:rPr>
          <w:rFonts w:ascii="Times New Roman" w:hAnsi="Times New Roman" w:eastAsia="Times New Roman" w:cs="Times New Roman"/>
        </w:rPr>
        <w:t>Tag nrho cov yaj saub hais txog hnub kawg, thiab “zeem muag cuav” thiab “kev khawv twv qhuas luag” “hauv tsev neeg Ixayees,” yog nag xaus cuav, ib txoj xov “kev thaj yeeb thiab kev nyab xeeb,” uas sib cav hais tias “zeem muag uas nws pom ntawd yog rau ntau hnub tom ntej, thiab nws cev lus faj lem txog lub caij nyoog uas nyob deb heev.” Qhov no yog Habakkuk “kev sib cav,” rau qhov cov uas nthuav tawm “zeem muag cuav” sib cav tawm tsam “zeem muag uas nws pom.” Lawv hais tias, “Zeem muag uas nws pom ntawd yog rau ntau hnub tom ntej, thiab nws cev lus faj lem txog lub caij nyoog uas nyob deb heev.” Cov tub txib ntawm txoj xov kev thaj yeeb thiab kev nyab xeeb hais tias, “hnub nyoog raug ncua ntev mus, thiab txhua qhov zeem muag puam tag,” vim thaum kawg, nws puas tsis tau twv hais tias yog Lub Xya hli ntuj 18, 2020? Cov tub txib ntawm “zeem muag cuav” kuj raug Ezekiel txheeb qhia hauv ob nqe thawj ntawm tshooj ntawd.</w:t>
      </w:r>
    </w:p>
    <w:p>
      <w:pPr>
        <w:pStyle w:val="ArticleScripture"/>
        <w:jc w:val="left"/>
      </w:pPr>
      <w:r>
        <w:rPr>
          <w:rFonts w:ascii="Times New Roman" w:hAnsi="Times New Roman" w:eastAsia="Times New Roman" w:cs="Times New Roman"/>
        </w:rPr>
        <w:t>Lo lus ntawm tus Tswv kuj los rau kuv, hais tias, Leej Tub ntawm neeg, koj nyob hauv nruab nrab ib lub tsev uas ntxeev siab, uas muaj qhov muag saib los tsis pom; lawv muaj pob ntseg mloog los tsis hnov: rau qhov lawv yog ib lub tsev ntxeev siab. Exekhee 12:1, 2.</w:t>
      </w:r>
    </w:p>
    <w:p>
      <w:pPr>
        <w:pStyle w:val="ArticleBody"/>
        <w:jc w:val="left"/>
      </w:pPr>
      <w:r>
        <w:rPr>
          <w:rFonts w:ascii="Times New Roman" w:hAnsi="Times New Roman" w:eastAsia="Times New Roman" w:cs="Times New Roman"/>
        </w:rPr>
        <w:t>Cov yaj saub txhua tus sib raug zoo hauv lawv tej lus, thiab sawvdaws hais txog hnub kawg, thiab thaum Khetos hais rau cov Yudais uas nyiam sib cav sib ceg hauv keeb kwm ntawm Nws txoj hauj lwm qhuab qhia, Nws tau hais txog Yaxayas los txheeb cov Yudais uas nyiam sib cav sib ceg ntawd, cov uas lub sijhawm ntawd tab tom raug muab nrauj ntawm Vajtswv, tias lawv muaj qhov muag pom los tsis pom, thiab muaj pob ntseg hnov los tsis hnov. Nim no ib yam li thaum ntawd, Exekees tab tom hais rau Laodicean Adventism cov neeg thuam saib tsis taus, yog cov Yudais uas nyiam sib cav sib ceg hauv peb tiam no, cov uas nthuav tawm ib txoj xov hais txog kev thaj yeeb thiab kev ruaj ntseg los tawm tsam txoj xov ntawm nag lig. Yexus raug kav los ntawm cov cai uas Nws tau tso rau hauv Nws Txojlus, yog li ntawd Nws tej lus twv yav tom ntej kuj tab tom hais txog hnub kawg, thiab hais meej dua li cov hnub uas Nws tau hais rau cov Yudais uas nyiam sib cav sib ceg ntawd.</w:t>
      </w:r>
    </w:p>
    <w:p>
      <w:pPr>
        <w:pStyle w:val="ArticleScripture"/>
        <w:jc w:val="left"/>
      </w:pPr>
      <w:r>
        <w:rPr>
          <w:rFonts w:ascii="Times New Roman" w:hAnsi="Times New Roman" w:eastAsia="Times New Roman" w:cs="Times New Roman"/>
        </w:rPr>
        <w:t>Vim li no kuv hais rau lawv ua lus piv txwv: vim lawv saib los lawv tsis pom; thiab mloog los lawv tsis hnov, thiab lawv kuj tsis to taub. Thiab hauv lawv no twb muaj raws nraim li tej lus cev Vajtswv lus uas Esayas tau hais tseg, hais tias, Nej yuav hnov tiag los yuav tsis to taub; thiab nej yuav pom tiag los yuav tsis ras paub li: Rau qhov haiv neeg no lawv lub siab twb tawv thiab npub lawm, thiab lawv pob ntseg twb hnov qeeb, thiab lawv twb kaw lawv qhov muag lawm; tsam tsam ib lub sijhawm lawv yuav pom ntawm lawv qhov muag thiab hnov ntawm lawv pob ntseg, thiab to taub ntawm lawv lub siab, thiab tig rov los, ces kuv yuav kho lawv kom zoo. Tiamsis nej ob lub qhov muag tau koob hmoov, vim nej pom: thiab nej ob lub pob ntseg tau koob hmoov, vim nej hnov. Rau qhov tseeb kuv hais rau nej tias, muaj ntau tus cev Vajtswv lus thiab cov neeg ncaj ncees tau ntshaw pom tej uas nej pom no, los lawv tsis tau pom; thiab ntshaw hnov tej uas nej hnov no, los lawv tsis tau hnov. Mathais 13:13–17.</w:t>
      </w:r>
    </w:p>
    <w:p>
      <w:pPr>
        <w:pStyle w:val="ArticleBody"/>
        <w:jc w:val="left"/>
      </w:pPr>
      <w:r>
        <w:rPr>
          <w:rFonts w:ascii="Times New Roman" w:hAnsi="Times New Roman" w:eastAsia="Times New Roman" w:cs="Times New Roman"/>
        </w:rPr>
        <w:t>Qhov tshwm sim uas ib haiv neeg hnov, los yeej tsis hnov, thiab pom, los yeej tsis pom, yog tus yam ntxwv ntawm ib haiv neeg qub ntawm Vajtswv uas tab tom raug hla tseg. Qhov tshwm sim uas yog lus cev Vajtswv qhia yav tom ntej ntawd yog kev ua tiav raws li Yaxayas tej lus cev Vajtswv qhia yav tom ntej hais txog ib yam xwm txheej zoo li ntawd. Ib yam li cov yaj saub txhua tus, Yaxayas, nrog rau Khetos, tab tom hais txog hnub kawg.</w:t>
      </w:r>
    </w:p>
    <w:p>
      <w:pPr>
        <w:pStyle w:val="ArticleScripture"/>
        <w:jc w:val="left"/>
      </w:pPr>
      <w:r>
        <w:rPr>
          <w:rFonts w:ascii="Times New Roman" w:hAnsi="Times New Roman" w:eastAsia="Times New Roman" w:cs="Times New Roman"/>
        </w:rPr>
        <w:t>Xyoo uas vajntxwv Uxiyas tuag ntawd, kuv kuj tau pom tus Tswv zaum saum ib lub zwm txwv, siab thiab tsa nto heev, thiab ntug nws lub tsho puv nkaus lub tuam tsev. Saum nws ntawd muaj cov seraphim sawv: txhua tus muaj rau lub tis; nrog ob lub nws npog nws lub ntsej muag, nrog ob lub nws npog nws txhais taw, thiab nrog ob lub nws ya. Ib tug hu rau ib tug, hais tias, Dawb huv, dawb huv, dawb huv, yog tus Tswv uas kav cov tubrog saum ntuj: tag nrho lub ntiajteb puv nkaus nws lub hwjchim ci ntsa iab. Cov ncej ntawm lub qhov rooj txav viav los ntawm lub suab ntawm tus uas hu ntawd, thiab lub tsev puv nkaus pa taws. Ces kuv hais tias, Puam tsuaj rau kuv! vim kuv puam tsuaj lawm; rau qhov kuv yog ib tug neeg uas daim di ncauj tsis huv, thiab kuv nyob nruab nrab ntawm ib haiv neeg uas daim di ncauj tsis huv: rau qhov kuv ob lub qhov muag tau pom tus Vajntxwv, tus Tswv uas kav cov tubrog saum ntuj. Ces ib tug ntawm cov seraphim ya los cuag kuv, tuav ib lub ncaig hluav taws kub hauv nws txhais tes, uas nws tau siv tus ciaj hlau nqa los ntawm saum lub thaj tuaj: thiab nws kov rau saum kuv lub qhov ncauj, thiab hais tias, Saib maj, qhov no tau kov koj daim di ncauj lawm; thiab koj txojkev tsis ncaj raug tshem tawm lawm, thiab koj txojkev txhaum raug ntxuav kom dawb huv lawm. Kuv kuj tau hnov tus Tswv lub suab hais tias, Kuv yuav txib leejtwg mus, thiab leejtwg yuav mus rau peb? Ces kuv hais tias, Kuv nyob ntawm no; txib kuv mus. Thiab nws hais tias, Mus, thiab qhia rau haiv neeg no tias, Nej yuav hnov tiag tiag, los tsis to taub; thiab nej yuav pom tiag tiag, los tsis ras paub. Cia kom cov neeg no lub siab rog, thiab ua kom lawv pob ntseg hnyav, thiab kaw lawv qhov muag; tsam lawv pom nrog lawv qhov muag, thiab hnov nrog lawv pob ntseg, thiab to taub nrog lawv lub siab, thiab tig rov los, thiab raug kho kom zoo. Yaxayas 6:1–10.</w:t>
      </w:r>
    </w:p>
    <w:p>
      <w:pPr>
        <w:pStyle w:val="ArticleBody"/>
        <w:jc w:val="left"/>
      </w:pPr>
      <w:r>
        <w:rPr>
          <w:rFonts w:ascii="Times New Roman" w:hAnsi="Times New Roman" w:eastAsia="Times New Roman" w:cs="Times New Roman"/>
        </w:rPr>
        <w:t>Yaxayas, Exekhee, thiab Khetos txhua tus sawv cev rau cov uas tab tom raug muab khi rau hauv cov hnub kawg, thaum nag tom qab tab tom poob, thaum txoj xov tseeb thiab txoj xov cuav ntawm nag tom qab tab tom raug sib cav, raws li kev ua tiav ntawm Hanpajkuj tshooj ob. Raws li Yexus hais, hauv lub sijhawm uas qhov no raug ua tiav, cov ncaj ncees tab tom “pom” tej lus piv txwv, uas yog ib lub cim ntawm tej lus faj lem. Cov “txawj ntse” tab tom to taub txoj xov faj lem ntawm nag tom qab, tiamsis cov uas cov Yudais nyiam sib cav sawv cev rau lawv ntawd tsis pom thiab tsis hnov, thiab raws li Exekhee lawv nthuav tawm ib txoj xov txog kev thaj yeeb thiab kev nyab xeeb, sib cav hais tias kev ua tiav ntawm tej lus twv ua ntej ntawd tseem nyob deb heev rau yav tom ntej. Lawv tsis lees tej lus twv ua ntej ntawd; cov Yudais nyiam sib cav tau hais lus qhuas cev ncauj rau lo lus twv txog tus Mexiyas uas yuav los; tabsis lawv tsuas muab qhov xwm txheej ntawd thawb mus rau yav tom ntej uas nyob deb heev xwb. Txawm li ntawd los, Yexus tau tshaj ib txoj koob hmoov rau cov uas yuav “pom” txoj xov faj lem ntawm lawv lub sijhawm.</w:t>
      </w:r>
    </w:p>
    <w:p>
      <w:pPr>
        <w:pStyle w:val="ArticleBody"/>
        <w:jc w:val="left"/>
      </w:pPr>
      <w:r>
        <w:rPr>
          <w:rFonts w:ascii="Times New Roman" w:hAnsi="Times New Roman" w:eastAsia="Times New Roman" w:cs="Times New Roman"/>
        </w:rPr>
        <w:t>Nyob rau tiam ntawm Khetos, nws yog txoj xov uas tuaj txog rau thaum Nws ua kevcai raus dej, thaum Vaj Ntsuj Plig Dawb Huv nqes los. Kev nqes los ntawm Vaj Ntsuj Plig Dawb Huv rau thaum Nws ua kevcai raus dej yog ib daim duab cev xub ntiag txog kev nqes los ntawm tus timtswv ceebtsheej hauv Phau Qhia Tshwm tshooj kaum rau hnub Yim Hli 11, 1840. Kev nqes los uas yog los saum ntuj los hauv ob zaj keeb kwm ntawd cim txog txoj xov tseeb rau lub sijhawm ntawd uas tuaj txog; rau Yexus, nws yog txoj xov txog Nws txoj kev tuag thiab kev sawv rov los, raws li tau sawv cev los ntawm Nws txoj kev ua kevcai raus dej. Rau cov Millerites, nws yog txoj xov txog Islam ntawm thawj thiab ob txoj kev ceeb uas tau lees paub txoj xov sim siab ntawm lus faj lem hais txog sijhawm. Ob zaj keeb kwm ntawd puavleej sib haum nrog txoj xov sim siab ntawm nag lig thaum hnub Cuaj Hli 11, 2001, tuaj txog. Vim li no Niam Tsev Dawb thiaj sau tseg li nram no:</w:t>
      </w:r>
    </w:p>
    <w:p>
      <w:pPr>
        <w:pStyle w:val="ArticleScripture"/>
        <w:jc w:val="left"/>
      </w:pPr>
      <w:r>
        <w:rPr>
          <w:rFonts w:ascii="Times New Roman" w:hAnsi="Times New Roman" w:eastAsia="Times New Roman" w:cs="Times New Roman"/>
        </w:rPr>
        <w:t>“Tag nrho tej lus ceeb toom uas tau muab txij xyoo 1840–1844 yuav tsum raug nthuav tawm nrog hwj chim tam sim no, vim muaj coob leej neeg uas twb poob lawv txoj kev taw qhia lawm. Tej lus ceeb toom no yuav tsum mus cuag txhua pawg ntseeg.</w:t>
      </w:r>
    </w:p>
    <w:p>
      <w:pPr>
        <w:pStyle w:val="ArticleScripture"/>
        <w:jc w:val="left"/>
      </w:pPr>
      <w:r>
        <w:rPr>
          <w:rFonts w:ascii="Times New Roman" w:hAnsi="Times New Roman" w:eastAsia="Times New Roman" w:cs="Times New Roman"/>
        </w:rPr>
        <w:t>“Khetos tau hais tias, ‘Nej lub qhov muag tau koob hmoov, vim lawv pom; thiab nej lub pob ntseg, vim lawv hnov. Rau qhov kuv hais tseeb rau nej tias, ntau tus yaj saub thiab cov neeg ncaj ncees tau ntshaw pom tej yam uas nej pom, los tsis tau pom; thiab ntshaw hnov tej yam uas nej hnov, los tsis tau hnov’ [Mathais 13:16, 17]. Cov qhov muag uas tau pom tej yam uas tau pom nyob rau xyoo 1843 thiab 1844 tau koob hmoov.”</w:t>
      </w:r>
    </w:p>
    <w:p>
      <w:pPr>
        <w:pStyle w:val="ArticleScripture"/>
        <w:jc w:val="left"/>
      </w:pPr>
      <w:r>
        <w:rPr>
          <w:rFonts w:ascii="Times New Roman" w:hAnsi="Times New Roman" w:eastAsia="Times New Roman" w:cs="Times New Roman"/>
        </w:rPr>
        <w:t>“Tau muab txoj xov ntawd lawm. Thiab yuav tsum tsis txhob qeeb hauv kev rov hais txoj xov ntawd, rau qhov tej cim ntawm lub sijhawm tab tom raug ua kom tiav; txoj hauj lwm kaw xaus yuav tsum raug ua kom tiav. Yuav muaj ib txoj hauj lwm loj raug ua nyob rau hauv ib lub sijhawm luv. Tsis ntev no yuav muaj ib txoj xov raug muab los raws li Vajtswv txoj kev teem tseg, uas yuav nthuav dav mus ua ib lub suab quaj nrov. Ces Daniyee yuav sawv hauv nws feem, los muab nws zaj lus tim khawv.”</w:t>
      </w:r>
    </w:p>
    <w:p>
      <w:pPr>
        <w:pStyle w:val="ArticleScripture"/>
        <w:jc w:val="left"/>
      </w:pPr>
      <w:r>
        <w:rPr>
          <w:rFonts w:ascii="Times New Roman" w:hAnsi="Times New Roman" w:eastAsia="Times New Roman" w:cs="Times New Roman"/>
        </w:rPr>
        <w:t>“Peb yuav tsum tsa peb cov ntseeg pawg ntseeg kom ceeb toom. Peb tab tom sawv ntawm ntug ciam teb ntawm qhov xwm txheej loj tshaj plaws hauv keeb kwm ntiajteb no, thiab Xatas yuav tsum tsis txhob muaj hwjchim kav saum Vajtswv haiv neeg, ua rau lawv tsaug zog mus. Txoj kev kav ntawm papacy yuav tshwm los hauv nws lub hwjchim. Tam sim no txhua tus yuav tsum tsim dheev thiab tshawb nrhiav Vajlugkub, rau qhov Vajtswv yuav ua kom Nws cov neeg ncaj ncees paub txog yam uas yuav muaj nyob rau hnub kawg. Lo lus ntawm tus Tswv yuav tsum los txog rau Nws haiv neeg nrog lub hwjchim....”</w:t>
      </w:r>
    </w:p>
    <w:p>
      <w:pPr>
        <w:pStyle w:val="ArticleScripture"/>
        <w:jc w:val="left"/>
      </w:pPr>
      <w:r>
        <w:rPr>
          <w:rFonts w:ascii="Times New Roman" w:hAnsi="Times New Roman" w:eastAsia="Times New Roman" w:cs="Times New Roman"/>
        </w:rPr>
        <w:t>“Qhov no yog yam uas tau raug qhia rau kuv—tias peb tab tom tsaug zog, thiab tsis paub lub sij hawm uas Vajtswv tuaj xyuas peb. Tiamsis yog peb txo hwj chim rau ntawm Vajtswv xub ntiag, thiab nrhiav Nws tag nrho lub siab, Nws yuav cia peb nrhiav tau Nws.” Manuscript Releases, volume 21, 436–438.</w:t>
      </w:r>
    </w:p>
    <w:p>
      <w:pPr>
        <w:pStyle w:val="ArticleBody"/>
        <w:jc w:val="left"/>
      </w:pPr>
      <w:r>
        <w:rPr>
          <w:rFonts w:ascii="Times New Roman" w:hAnsi="Times New Roman" w:eastAsia="Times New Roman" w:cs="Times New Roman"/>
        </w:rPr>
        <w:t>Txoj lus uas tau raug ua piv txwv tseg los ntawm txoj lus tseeb tam sim no ntawm tus Mexiyas hauv Khetos keeb kwm, thiab txoj lus tseeb tam sim no txij xyoo 1840 mus txog 1844, taw qhia mus rau yav tom ntej txog hnub kawg thaum txoj lus ntawm cov Millerite yuav raug rov hais dua. Cov uas nyob hauv cov keeb kwm uas raug sawv cev tias tsis muaj peev xwm “pom thiab hnov” ntawd “tsis paub lub sijhawm uas lawv raug tuaj xyuas.” Thaum Yaxaya nthuav tawm thawj qhov kev hais txog cov tub xa xov ntawm txoj lus cuav ntawm nag tom qab, cov uas pom los tsis pom, nws cim tseg lub sijhawm uas lub caij nyoog ntawd pib, lub caij nyoog uas Muam White tau hais tias, “ib txoj lus raws li Vajtswv tau teem tseg uas yuav loj hlob mus ua ib lub suab qw nrov nrov.” “Vajtswv tau teem tseg” sawv cev rau ib lub sijhawm tshwj xeeb uas txoj lus ntawd yuav los txog, thiab hauv nqe peb ntawm Yaxaya tshooj rau, Yaxaya qhia meej txog lub sijhawm ntawd.</w:t>
      </w:r>
    </w:p>
    <w:p>
      <w:pPr>
        <w:pStyle w:val="ArticleScripture"/>
        <w:jc w:val="left"/>
      </w:pPr>
      <w:r>
        <w:rPr>
          <w:rFonts w:ascii="Times New Roman" w:hAnsi="Times New Roman" w:eastAsia="Times New Roman" w:cs="Times New Roman"/>
        </w:rPr>
        <w:t>Thiab ib tug hu rau ib tug, thiab hais tias, Dawb huv, dawb huv, dawb huv, yog tus Tswv ntawm tej pab tub rog: tag nrho lub ntiajteb puv npo ntawm nws lub yeeb koob. Yaxayas 6:3.</w:t>
      </w:r>
    </w:p>
    <w:p>
      <w:pPr>
        <w:pStyle w:val="ArticleBody"/>
        <w:jc w:val="left"/>
      </w:pPr>
      <w:r>
        <w:rPr>
          <w:rFonts w:ascii="Times New Roman" w:hAnsi="Times New Roman" w:eastAsia="Times New Roman" w:cs="Times New Roman"/>
        </w:rPr>
        <w:t>Muam Dawb qhia meej tias thaum cov tim tswv hu ib leeg rau ib leeg hais tias, “Dawb Huv, Dawb Huv, Dawb Huv” hauv nqe uas Yaxayas sawv cev rau cov uas muaj qhov muag, pom, los tsis pom, ces qhov ntawd tau ua tiav rau hnub tim 11 lub Cuaj Hlis, xyoo 2001.</w:t>
      </w:r>
    </w:p>
    <w:p>
      <w:pPr>
        <w:pStyle w:val="ArticleScripture"/>
        <w:jc w:val="left"/>
      </w:pPr>
      <w:r>
        <w:rPr>
          <w:rFonts w:ascii="Times New Roman" w:hAnsi="Times New Roman" w:eastAsia="Times New Roman" w:cs="Times New Roman"/>
        </w:rPr>
        <w:t>“Thaum lawv [cov tim tswv] pom yav tom ntej, thaum tag nrho lub ntiajteb yuav puv npo nrog Nws lub hwjchim ci ntsa iab, zaj nkauj qhuas uas muaj yeej raug ncha rov los ntawm ib tug mus rau ib tug hauv suab hu nkauj qab zib tias, ‘Dawbhuv, dawbhuv, dawbhuv, yog tus Tswv ntawm Cov Tub Rog.’ Lawv txaus siab kawg nkaus rau kev qhuas Vajtswv; thiab hauv Nws xub ntiag, nyob hauv qab Nws txoj kev luag nyav uas pom zoo, lawv tsis ntshaw ib yam dabtsi ntxiv lawm. Nyob rau hauv kev ris Nws tus yam ntxwv, hauv kev ua Nws tes haujlwm thiab pe hawm Nws, lawv txoj kev ntshaw siab tshaj plaws twb raug ua tiav puv npo lawm.” Review and Herald, December 22, 1896.</w:t>
      </w:r>
    </w:p>
    <w:p>
      <w:pPr>
        <w:pStyle w:val="ArticleBody"/>
        <w:jc w:val="left"/>
      </w:pPr>
      <w:r>
        <w:rPr>
          <w:rFonts w:ascii="Times New Roman" w:hAnsi="Times New Roman" w:eastAsia="Times New Roman" w:cs="Times New Roman"/>
        </w:rPr>
        <w:t>Thaum lub Cuaj Hlis 11, 2001, kev muab khi ntawm ib puas plaub caug plaub txhiab leej tau pib, thiab nag yav lig tau pib txau, thiab Habakkuk txoj kev sib cav tau pib thaum zaj lus piv txwv txog kaum tus nkauj xwb tab tom raug rov hais dua. Nyob rau lub sijhawm ntawd, Ezekiel cov lus faj lem tau ntsib nws txoj kev tiav raws nraim. Lo Lus Faj Lem yuav tsis raug ncua ntxiv lawm, thiab tiam neeg uas tau ua tim khawv rau lub Cuaj Hlis 11, 2001 yog tiam neeg kawg ntawm ntiaj teb no, rau qhov yog toog pom nyob rau thaum kawg ntawm Adventism tshaj tawm txog kev kaw ntawm lub sijhawm txiaj ntsig thaum Khetos rov qab los zaum ob. Ib qho tim khawv thib ob rau qhov tseeb no muaj nyob hauv phau Lukas, tshooj nees nkaum ib.</w:t>
      </w:r>
    </w:p>
    <w:p>
      <w:pPr>
        <w:pStyle w:val="ArticleScripture"/>
        <w:jc w:val="left"/>
      </w:pPr>
      <w:r>
        <w:rPr>
          <w:rFonts w:ascii="Times New Roman" w:hAnsi="Times New Roman" w:eastAsia="Times New Roman" w:cs="Times New Roman"/>
        </w:rPr>
        <w:t>Kuv hais tseeb rau nej tias, tiam no yuav tsis dhau mus mus txog thaum txhua yam no tiav lawm. Ntuj thiab lub ntiajteb yuav ploj mus; tiamsis kuv tej lus yuav tsis ploj mus li. Lukas 21:32, 33.</w:t>
      </w:r>
    </w:p>
    <w:p>
      <w:pPr>
        <w:pStyle w:val="ArticleBody"/>
        <w:jc w:val="left"/>
      </w:pPr>
      <w:r>
        <w:rPr>
          <w:rFonts w:ascii="Times New Roman" w:hAnsi="Times New Roman" w:eastAsia="Times New Roman" w:cs="Times New Roman"/>
        </w:rPr>
        <w:t>Hauv Luka tshooj nees nkaum ib, Yexus qhia kom meej txog tiam kawg ntawm keeb kwm ntiajteb. Nws nyuam qhuav muab ib daim duab dav dav ntawm ib keeb kwm uas nthuav mus zuj zus txij li kev puas tsuaj ntawm Yeluxalees xyoo 70, mus txog thoob plaws keeb kwm Millerite. Tom qab ntawd Nws thim tawm ntawm zaj lus piav uas qhia ncaj qha txog keeb kwm yav tom ntej thiab muab ib zaj lus piv txwv uas tsuas yog rov hais dua thiab nthuav dav ntxiv txog keeb kwm yav tom ntej uas Nws tau nthuav tawm lawm. Yog li ntawd, Nws tau muab ob tug tim khawv sab hauv rau tib zaj keeb kwm ntawd, thiab Nws xaus lus los ntawm kev qhia meej tias “tiam neeg” uas pom cov xwm txheej no yuav ciaj nyob mus txog thaum Nws rov qab los; yog li ntawd, raws li lub ntsiab lus ntawm nqe lus, Nws qhia meej txog tiam neeg uas sawv cev los ntawm ib puas plaub caug plaub txhiab leej.</w:t>
      </w:r>
    </w:p>
    <w:p>
      <w:pPr>
        <w:pStyle w:val="ArticleBody"/>
        <w:jc w:val="left"/>
      </w:pPr>
      <w:r>
        <w:rPr>
          <w:rFonts w:ascii="Times New Roman" w:hAnsi="Times New Roman" w:eastAsia="Times New Roman" w:cs="Times New Roman"/>
        </w:rPr>
        <w:t>Keeb kwm ntawm kev muab lub cim foob rau ib puas plaub caug plaub txhiab leej yog tiam kawg, thiab lawv tsis saj txoj kev tuag, txawm hais tias lawv nyob hauv lub sijhawm uas ntuj thiab lub ntiajteb yuav dhau mus.</w:t>
      </w:r>
    </w:p>
    <w:p>
      <w:pPr>
        <w:pStyle w:val="ArticleScripture"/>
        <w:jc w:val="left"/>
      </w:pPr>
      <w:r>
        <w:rPr>
          <w:rFonts w:ascii="Times New Roman" w:hAnsi="Times New Roman" w:eastAsia="Times New Roman" w:cs="Times New Roman"/>
        </w:rPr>
        <w:t>Tiamsis hnub ntawm tus Tswv yuav los ib yam li tub sab tuaj thaum hmo ntuj; hnub ntawd ntuj ceeb tsheej yuav ploj mus nrog suab nrov heev, thiab tej yam txheej txheem yuav yaj tag vim kub hnyiab heev, lub ntiajteb thiab tej hauj lwm uas nyob hauv nws yuav raug kub hnyiab tas. Yog li ntawd, vim txhua yam no yuav raug rhuav tshem, nej tsim nyog ua neeg zoo li cas hauv txhua txoj kev coj dawb huv thiab kev hwm Vajtswv, tos ntsoov thiab maj nrawm mus rau hnub ntawm Vajtswv txoj kev los txog, hnub ntawd ntuj ceeb tsheej uas kub hnyiab yuav raug rhuav tshem, thiab tej yam txheej txheem yuav yaj tag vim kub hnyiab heev? 2 Petus 3:10–12.</w:t>
      </w:r>
    </w:p>
    <w:p>
      <w:pPr>
        <w:pStyle w:val="ArticleBody"/>
        <w:jc w:val="left"/>
      </w:pPr>
      <w:r>
        <w:rPr>
          <w:rFonts w:ascii="Times New Roman" w:hAnsi="Times New Roman" w:eastAsia="Times New Roman" w:cs="Times New Roman"/>
        </w:rPr>
        <w:t>Kev rov qab los zaum ob ntawm Khetos tau raug sawv cev rau hauv Khetos txoj kev hloov ntsej muag.</w:t>
      </w:r>
    </w:p>
    <w:p>
      <w:pPr>
        <w:pStyle w:val="ArticleScripture"/>
        <w:jc w:val="left"/>
      </w:pPr>
      <w:r>
        <w:rPr>
          <w:rFonts w:ascii="Times New Roman" w:hAnsi="Times New Roman" w:eastAsia="Times New Roman" w:cs="Times New Roman"/>
        </w:rPr>
        <w:t>“Mauxes nyob saum lub roob ntawm kev hloov cev kaj lug yog ib tug timkhawv txog Khetos txoj kev yeej saum kev txhaum thiab kev tuag. Nws sawv cev rau cov uas yuav tawm hauv lub ntxa los thaum sawv hauv qhov tuag rov los ntawm cov ncaj ncees. Eliyas, tus uas raug coj mus saum ntuj ceeb tsheej yam tsis tau pom kev tuag, sawv cev rau cov uas yuav tseem muaj sia nyob saum lub ntiajteb thaum Khetos rov los zaum ob, thiab cov uas yuav raug ‘hloov, nyob hauv ib pliag xwb, nyob hauv ib ntsais muag, thaum lub suab raj kawg;’ thaum ‘yam txawj tuag no yuav tsum hnav yam tsis txawj tuag,’ thiab ‘yam puas no yuav tsum hnav yam tsis txawj puas.’ 1 Khaulee 15:51–53. Yexus raug qhwv nrog qhov kaj ntawm ntuj ceeb tsheej, ib yam li Nws yuav tshwm sim thaum Nws los ‘zaum ob, tsis yog los daws kev txhaum, tiamsis los cawm dim.’ Rau qhov Nws yuav los ‘hauv Nws Leej Txiv lub hwjchim ci ntsa iab nrog cov timtswv dawb huv.’ Henplais 9:28; Malakaus 8:38. Tus Cawmseej lo lus cog tseg rau cov thwjtim tam sim no twb tiav lawm. Saum lub roob ntawd, lub nceeg vaj yav tom ntej ntawm hwjchim ci ntsa iab raug nthuav tawm ua ib daim duab me me,—Khetos yog Vajntxwv, Mauxes yog tus sawv cev ntawm cov neeg dawb huv uas sawv hauv qhov tuag rov los, thiab Eliyas yog tus sawv cev ntawm cov uas raug hloov mus.” The Desire of Ages, 421.</w:t>
      </w:r>
    </w:p>
    <w:p>
      <w:pPr>
        <w:pStyle w:val="ArticleBody"/>
        <w:jc w:val="left"/>
      </w:pPr>
      <w:r>
        <w:rPr>
          <w:rFonts w:ascii="Times New Roman" w:hAnsi="Times New Roman" w:eastAsia="Times New Roman" w:cs="Times New Roman"/>
        </w:rPr>
        <w:t>Eliyas, tus uas tsis tau tuag, sawv cev rau ib puas plaub caug plaub txhiab tus uas tsis tuag, thiab Mauxes sawv cev rau cov uas tuag. Nyob rau hnub kawg ob pawg neeg ntawd raug sawv cev hauv Tshwmsim tshooj xya, uas yog ib puas plaub caug plaub txhiab leej thiab pawg neeg coob kawg. Thaum qhib lub foob thib tsib hauv Tshwmsim tshooj rau, cov uas raug papacy tua tuag thaum lub Caij Nyoog Tsaus Ntuj raug muab tsho dawb rau.</w:t>
      </w:r>
    </w:p>
    <w:p>
      <w:pPr>
        <w:pStyle w:val="ArticleScripture"/>
        <w:jc w:val="left"/>
      </w:pPr>
      <w:r>
        <w:rPr>
          <w:rFonts w:ascii="Times New Roman" w:hAnsi="Times New Roman" w:eastAsia="Times New Roman" w:cs="Times New Roman"/>
        </w:rPr>
        <w:t>“‘Thiab thaum Nws qhib lub foob thib tsib lawm, kuv pom nyob hauv qab lub thaj txi ntuj tej ntsuj plig ntawm cov uas raug tua vim lo lus ntawm Vajtswv, thiab vim zaj lus tim khawv uas lawv tuav rawv: lawv quaj nrov nrov hais tias, Tus Tswv, tus Dawb Huv thiab tus Tseeb, yuav txog thaum twg mam li txiav txim thiab pauj peb cov ntshav rau cov uas nyob saum lub ntiajteb no? Thiab tau muab tsho ntev dawb rau txhua tus ntawm lawv [Lawv raug tshaj tawm tias dawb huv thiab dawb ceev]; thiab tau hais rau lawv tias, lawv yuav tsum so ib nyuag lub caij ntxiv, mus txog thaum lawv cov qhev uas ua haujlwm nrog lawv thiab lawv cov kwv tij, cov uas yuav raug tua ib yam li lawv thiab, yuav puv txhij’ [Qhia Tshwm 6:9–11]. Ntawm no yog tej xwm txheej uas raug nthuav rau Yauhas pom, tsis yog yam uas twb muaj tiag thaum ntawd, tiamsis yog yam uas yuav muaj tshwm sim nyob rau ib ntus sij hawm yav tom ntej.” Manuscript Releases, volume 20, 197.</w:t>
      </w:r>
    </w:p>
    <w:p>
      <w:pPr>
        <w:pStyle w:val="ArticleBody"/>
        <w:jc w:val="left"/>
      </w:pPr>
      <w:r>
        <w:rPr>
          <w:rFonts w:ascii="Times New Roman" w:hAnsi="Times New Roman" w:eastAsia="Times New Roman" w:cs="Times New Roman"/>
        </w:rPr>
        <w:t>Cov uas tuag ua tim khawv tab tom nug tias thaum twg Vajtswv thiaj yuav pauj lawv txoj kev raug tua. Ib tug tim khawv tuag twb muaj Yexus txoj kev ntseeg ua ntej nws raug tua lawm, rau qhov yog qhov kev tshwm sim ntawm txoj kev ntseeg ntawd ntag uas ua rau lub hwj chim papacy txhawb kom tua nws. Cov tsho ntev dawb sawv cev rau Khetos txoj kev ncaj ncees, tiam sis cov tsho ntev dawb uas muab rau cov ntsuj plig uas twb raug tua lawm ntawd, raug muab rau lawv tom qab lawv txoj kev tuag ua tim khawv. Cov tsho ntawd yog ib lub cim ntawm kev tuag ua tim khawv, tsis yog tsuas yog Khetos txoj kev ncaj ncees xwb. Ib tug tim khawv tuag twb hnav lub tsho ntawm Khetos txoj kev ncaj ncees ua ntej nws raug tua lawm. Cov neeg coob kawg nkaus hauv Tshwmsim xya raug muab tsho ntev dawb, yog li ntawd sawv cev rau cov uas yuav tuag rau lub sijhawm kev tua ntshav los ntawm txoj cai Hnub Caiv yuav los txog. Yog li ntawd, ib puas plaub caug plaub txhiab leej raug sawv cev los ntawm Eliyas, hos cov ncaj ncees uas tuag hauv tus Tswv raug sawv cev los ntawm Mauxes saum lub roob hloov cev.</w:t>
      </w:r>
    </w:p>
    <w:p>
      <w:pPr>
        <w:pStyle w:val="ArticleBody"/>
        <w:jc w:val="left"/>
      </w:pPr>
      <w:r>
        <w:rPr>
          <w:rFonts w:ascii="Times New Roman" w:hAnsi="Times New Roman" w:eastAsia="Times New Roman" w:cs="Times New Roman"/>
        </w:rPr>
        <w:t>Ib puas plaub caug plaub txhiab leej yog tiam uas tsis tuag, thiab lawv yog tiam uas Khetos tab tom hais txog, uas tseem ciaj sia thaum lub ntuj thiab lub ntiajteb dhau mus raws li Lukas tshooj nees nkaum ib.</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“Kev tua Abel yog thawj yam piv txwv ntawm txoj kev yeeb ncuab uas Vajtswv tau tshaj tawm tias yuav muaj nyob nruab nrab ntawm tus nab thiab tus poj niam caj ces—nruab nrab ntawm Xatas thiab nws cov neeg, thiab Khetos thiab Nws cov thwjtim. Vim neeg txoj kev txhaum, Xatas tau tuav tswj hwm tib neeg haiv neeg lawm; tiamsis Khetos yuav pab kom lawv muab nws txoj quab nyuag pov tseg. Txhua zaus uas, los ntawm txoj kev ntseeg hauv Vajtswv tus Menyuam Yaj, ib tug ntsuj plig tso tseg txoj haujlwm ua qhev rau txoj kev txhaum, Xatas txoj kev chim siab yeej cig los. Abel lub neej dawb huv ua tim khawv tawm tsam Xatas txoj lus hais tias neeg tsis muaj peevxwm ua raws li Vajtswv txoj kevcai. Thaum Ka-ees, raug tus ntsuj plig ntawm tus phem ntawd txhawb, pom tias nws tswj tsis tau Abel, nws thiaj chim npau taws heev mus txog qhov muab nws txoj sia rhuav tshem. Thiab txhua qhov chaw uas muaj cov uas yuav sawv los txhawb thiab lees paub qhov ncaj ncees ntawm Vajtswv txoj kevcai, tib tus ntsuj plig ntawd yuav tshwm tawm tsam lawv. Nws yog tus ntsuj plig uas thoob plaws txhua tiam neeg tau tsa tus ncej tua neeg thiab kub cov pawg hluav taws rau Khetos cov thwjtim. Tiamsis cov kev lim hiam uas muab sau rau saum tus uas raws Yexus yog raug Xatas thiab nws cov tub rog tsa kom muaj, vim lawv yuam tsis tau nws kom nws zwm rau lawv txoj kev tswj hwm. Nws yog txoj kev npau taws ntawm tus yeeb ncuab uas twb swb lawm. Txhua tus timkhawv tuag rau Yexus tau tuag raws li tus yeej. Tus yaj saub hais tias, “Lawv tau kov yeej nws [‘tus nab qub ntawd, hu ua dab ntxwg nyoog, thiab Xatas’] los ntawm tus Menyuam Yaj cov ntshav, thiab los ntawm lo lus tim khawv uas lawv ua; thiab lawv tsis hlub lawv txoj sia txawm mus txog txoj kev tuag.” Revelation 12:11, 9.” Patriarchs and Prophets,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Zaj Ib Puas Kaum Plaub</dc:title>
  <dc:subject>Tiam Kawg Thaum Kawg: Qhia Tawm Txog Kev Ua Tiav ntawm Exekhee Tej Lus Qhia Yav Tom Ntej thiab Kev Muab Lub Cim Foob rau 144,000</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