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Tus Zauv Ib Puas Kaum Cuaj</w:t>
      </w:r>
    </w:p>
    <w:p>
      <w:pPr>
        <w:pStyle w:val="ArticleSubtitle"/>
        <w:jc w:val="left"/>
      </w:pPr>
      <w:r>
        <w:rPr>
          <w:rFonts w:ascii="Arial" w:hAnsi="Arial" w:eastAsia="Arial" w:cs="Arial"/>
        </w:rPr>
        <w:t>Qhov Tseem Ceeb ntawm Kev Ua Yaj Saub hauv Cov Ciaj Ciam Keeb Kwm: Kev To Taub Txog Hnub Kawg Los Ntawm Kev Cim Npaum Hauv Phau Vajlugkub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Ib puas plaub caug plaub txhiab leej raug sawv cev ua cov uas raug tus Tubtxib ntawm Txojlus Cog Tseg ntxuav kom dawb huv, thiab cov neeg coob coob loj raug sawv cev los ntawm cov tsho ntev dawb ntawm kev tuag ua timkhawv. Thawj ntu ntawm ob lub sijhawm dawb ceev ntawm hnub kawg qhia txog tes haujlwm ntawm tus tubtxib uas npaj txojkev rau tus Tubtxib ntawm Txojlus Cog Tseg, thiab ntu thib ob sawv cev rau tes haujlwm ntawm Eliyas. Thawj ntu sawv cev rau txojkev txiav txim tshuaj xyuas rau cov neeg ciaj sia ntawm Laodicean Adventism, thiab ntu thib ob sawv cev rau txojkev txiav txim ua tiav rau Loos niaj hnub no.</w:t>
      </w:r>
    </w:p>
    <w:p>
      <w:pPr>
        <w:pStyle w:val="ArticleBody"/>
        <w:jc w:val="left"/>
      </w:pPr>
      <w:r>
        <w:rPr>
          <w:rFonts w:ascii="Times New Roman" w:hAnsi="Times New Roman" w:eastAsia="Times New Roman" w:cs="Times New Roman"/>
        </w:rPr>
        <w:t>“Lub cim” kom khiav tawm hauv tej nroog nyob rau hnub kawg no tau raug Laodicean Adventism to taub yuam kev lawm. Muam White qhia rau peb tias txoj kev puam tsuaj ntawm Yeluxalees txij xyoo 66 mus txog 70 tom qab Yexus yug los yog ib daim duab piv txwv txog lub cim ceeb toom rau Vajtswv haiv neeg nyob rau hnub kawg.</w:t>
      </w:r>
    </w:p>
    <w:p>
      <w:pPr>
        <w:pStyle w:val="ArticleScripture"/>
        <w:jc w:val="left"/>
      </w:pPr>
      <w:r>
        <w:rPr>
          <w:rFonts w:ascii="Times New Roman" w:hAnsi="Times New Roman" w:eastAsia="Times New Roman" w:cs="Times New Roman"/>
        </w:rPr>
        <w:t>“Lub sijhawm tsis nyob deb lawm, thaum peb, ib yam li cov thwjtim thaum chiv thawj, yuav raug yuam kom nrhiav chaw nkaum hauv tej thaj chaw qhuav qhawv thiab nyob ib leeg. Raws li kev raug</w:t>
      </w:r>
      <w:r>
        <w:rPr>
          <w:rFonts w:ascii="Microsoft YaHei" w:hAnsi="Microsoft YaHei" w:eastAsia="Microsoft YaHei" w:cs="Microsoft YaHei"/>
        </w:rPr>
        <w:t>包围</w:t>
      </w:r>
      <w:r>
        <w:rPr>
          <w:rFonts w:ascii="Times New Roman" w:hAnsi="Times New Roman" w:eastAsia="Times New Roman" w:cs="Times New Roman"/>
        </w:rPr>
        <w:t xml:space="preserve"> ntawm Yeluxalees los ntawm cov tub rog Loos yog lub cim qhia rau cov ntseeg Khixatia hauv Yudais kom khiav, ib yam ntawd thiab, kev tuav hwj chim ntawm peb lub tebchaws hauv txoj cai txib uas yuam kom hwm hnub Xanpataus ntawm papacy yuav yog ib qho lus ceeb toom rau peb. Thaum ntawd thiaj yuav yog lub sijhawm tawm hauv cov nroog loj mus, ua kev npaj tseg rau kev tawm hauv cov nroog me mus rau tej vaj tse nyob ntsiag to hauv tej chaw zais nraim nyob nruab nrab cov roob.” Testimonies, volume 5, 464.</w:t>
      </w:r>
    </w:p>
    <w:p>
      <w:pPr>
        <w:pStyle w:val="ArticleBody"/>
        <w:jc w:val="left"/>
      </w:pPr>
      <w:r>
        <w:rPr>
          <w:rFonts w:ascii="Times New Roman" w:hAnsi="Times New Roman" w:eastAsia="Times New Roman" w:cs="Times New Roman"/>
        </w:rPr>
        <w:t>Kev raug vij ntawm Yeluxalees uas yog lub cim qhia kom khiav dim ntawd yog thawj zaug kev vij uas Cestius coj tuaj. Yog li ntawd Cestius sawv cev rau ib qho kev hem thawj uas raug tshem tawm ib ntus xwb, rau qhov thaum nws tsa kev vij ntawd lawm, nws rov thim mus yam txuj ci tseem ceeb, thiab cov kws sau keeb kwm yeej tsis tau muaj peev xwm txiav txim tau nws lub laj thawj uas ua li ntawd.</w:t>
      </w:r>
    </w:p>
    <w:p>
      <w:pPr>
        <w:pStyle w:val="ArticleScripture"/>
        <w:jc w:val="left"/>
      </w:pPr>
      <w:r>
        <w:rPr>
          <w:rFonts w:ascii="Times New Roman" w:hAnsi="Times New Roman" w:eastAsia="Times New Roman" w:cs="Times New Roman"/>
        </w:rPr>
        <w:t>“Tom qab cov Loos nyob hauv qab Cestius tau tuaj ncig lub nroog kaw lawm, lawv tau tso tseg qhov kev vij ntawd yam tsis xav txog thaum txhua yam zoo nkaus li haum rau kev tawm tsam tam sim ntawd.” The Great Controversy, 31.</w:t>
      </w:r>
    </w:p>
    <w:p>
      <w:pPr>
        <w:pStyle w:val="ArticleBody"/>
        <w:jc w:val="left"/>
      </w:pPr>
      <w:r>
        <w:rPr>
          <w:rFonts w:ascii="Times New Roman" w:hAnsi="Times New Roman" w:eastAsia="Times New Roman" w:cs="Times New Roman"/>
        </w:rPr>
        <w:t>Nyob rau xyoo 1880 thiab 1890, Senator Henry W. Blair ntawm New Hampshire tau coj los nthuav tawm ib pawg kev cai lij choj hauv Congress kom teem tseg hnub Sunday ua Hnub So Tebchaws. Cov kev cai lij choj no feem ntau raug hu ua “Blair Sunday Bills.” Senator Blair yog ib tug neeg txhawb nqa muaj zog rau kev coj hnub Sunday ua ib hnub so thiab hnub rau kev cai dab qhuas. Nws ntseeg tias ib hnub so uas sawv daws siv tib yam yuav ua rau muaj tej txiaj ntsig zoo ntawm sab kev ncaj ncees thiab kev sib raug zoo hauv haiv neeg Asmeskas. Txawm yog nws tej kev siv zog tau txais qee yam kev txhawb nqa, tshwj xeeb yog los ntawm tej pawg kev cai dab qhuas, los lawv kuj ntsib kev tawm tsam thiab, xws li kev txhawj xeeb txog kev cais pawg ntseeg thiab lub xeev.</w:t>
      </w:r>
    </w:p>
    <w:p>
      <w:pPr>
        <w:pStyle w:val="ArticleBody"/>
        <w:jc w:val="left"/>
      </w:pPr>
      <w:r>
        <w:rPr>
          <w:rFonts w:ascii="Times New Roman" w:hAnsi="Times New Roman" w:eastAsia="Times New Roman" w:cs="Times New Roman"/>
        </w:rPr>
        <w:t>Qhov no yog thawj zaug kev sim kom hla txoj cai Hnub Sunday hauv keeb kwm ntawm tus tsiaj hauv ntiajteb uas raug teem tseg tias yuav hais lus zoo li ib tug zaj thaum kawg nws yuav hla ib txoj cai Hnub Sunday. Yog cov kab ke ntawm Blair cov nqi cai no uas A. T. Jones, ib tug ntawm cov tubtxib ntawm rooj sablaj General Conference xyoo 1888, tau mus rau hauv cov tsev sablaj ntawm Congress thiab tawm tsam nrog tej lus muaj hwjchim kawg nkaus. Tom qab ob peb zaug kev sim, Senator Blair poob lub zog txhawb rau nws txoj kev thawb kom muaj ib Hnub So Hauv Tebchaws. Nyob hauv kev txuas ncaj qha nrog zaj keeb kwm ntawd, thiab cov ntsiab lus uas ib Hnub So Hauv Tebchaws (Sunday) muaj, cov ntaub ntawv keeb kwm ntawm Ellen White tej lus ntuas yuav raug tshuaj xyuas tau.</w:t>
      </w:r>
    </w:p>
    <w:p>
      <w:pPr>
        <w:pStyle w:val="ArticleBody"/>
        <w:jc w:val="left"/>
      </w:pPr>
      <w:r>
        <w:rPr>
          <w:rFonts w:ascii="Times New Roman" w:hAnsi="Times New Roman" w:eastAsia="Times New Roman" w:cs="Times New Roman"/>
        </w:rPr>
        <w:t>Yam uas pom muaj nyob hauv kev tshuaj xyuas txog nws tej lus ceeb toom hais txog txoj cai Hnub Caiv, yog ib yam loj thiab raug to taub yuam kev dav heev nyob hauv Laodicean Adventism. Hauv lub ntsiab lus hais txog qhov yuav tsum tawm ntawm tej nroog mus, uas nyob hauv nqe lus nyuam qhuav hais los ntawd, nws tau sau tias, “thaum ntawd yuav yog lub sij hawm tawm hauv cov nroog loj mus, npaj ua ntej rau kev tawm hauv cov nroog me mus nyob rau hauv tej vaj tse ntsiag to nyob rau tej chaw nyob ib leeg nruab nrab tej roob.” Nws pheej rov qhia ntau zaus tias Vajtswv haiv neeg yuav tsum nyob tom teb chaws, tiamsis nws tej lus qhia txog lo lus kawm nyob tom teb chaws ua ntej xyoo 1888 muab nws txoj kev qhia kom tawm hauv tej nroog tso rau hauv lub ntsiab lus tias yav tom ntej ze no Vajtswv haiv neeg yuav tsum tawm hauv tej nroog mus. Tom qab xyoo 1888, hauv nws tej lus qhia uas nws sau tseg hais txog kev nyob tom teb chaws, nws tsis tau tig ncaim ib zaug li ntawm lo lus ntuas tias peb twb yuav tsum tawm hauv tej nroog lawm.</w:t>
      </w:r>
    </w:p>
    <w:p>
      <w:pPr>
        <w:pStyle w:val="ArticleBody"/>
        <w:jc w:val="left"/>
      </w:pPr>
      <w:r>
        <w:rPr>
          <w:rFonts w:ascii="Times New Roman" w:hAnsi="Times New Roman" w:eastAsia="Times New Roman" w:cs="Times New Roman"/>
        </w:rPr>
        <w:t>Cov nqi cai lij choj Hnub So Hauv Tebchaws ntawm Blair uas tau tshwm los hauv keeb kwm yog “lub cim” kom tawm hauv tej nroog mus, thiab txawm hais tias cov nqi cai lij choj ntawm Blair tau plam lub zog uas tsim nyog los ua kom tiav txoj hauj lwm ntawd, thiab thim rov qab mus rau hauv qhov tsaus ntuj ntawm keeb kwm, los “lub cim” kom khiav dim twb raug muab lawm. Nws tau raug muab rau ntawm qhov chaw cim keeb kwm ntawm thawj zaug kev vauv nroog, uas Cestius tau coj los. Txoj cai hnub Sunday uas tab tom yuav los sai no raug sawv cev los ntawm kev vauv nroog ntawm Titus, thiab yog muaj ib tug twg ntawm cov Adventist Laodicea tseem nyob hauv tej nroog thaum kev vauv ntawd los txog, lawv yuav tuag nrog cov neeg phem.</w:t>
      </w:r>
    </w:p>
    <w:p>
      <w:pPr>
        <w:pStyle w:val="ArticleBody"/>
        <w:jc w:val="left"/>
      </w:pPr>
      <w:r>
        <w:rPr>
          <w:rFonts w:ascii="Times New Roman" w:hAnsi="Times New Roman" w:eastAsia="Times New Roman" w:cs="Times New Roman"/>
        </w:rPr>
        <w:t>Muaj ob lub sij hawm yaj saub nyob rau hauv hnub kawg. Nkawd raug cais tawm ntawm txoj cai Hnub Chiv uas yuav los sai. Lub sij hawm thawj yog txoj kev txiav txim tshuaj xyuas cov neeg ciaj sia hauv Laodicean Adventism, hos lub sij hawm ob yog txoj kev txiav txim ua tiav rau tus niam ntiav ntawm Loos. Ob lub sij hawm ntawd raug muab ua duab piv txwv tas zog dua ntxiv, rau qhov yog nyob hauv ob lub sij hawm ntawd uas zaj lus piv txwv txog kaum tug nkauj xwb raug ua kom tiav raws nraim txhua tsab ntawv, ib yam li nws tau muaj nyob hauv keeb kwm Millerite. Lub sij hawm ncua nyob hauv zaj lus piv txwv yog lub sij hawm ncua ntawm Habakkuk tshooj ob, yog li ntawd ob lub sij hawm uas peb tab tom xav txog no kuj raug muab ua duab piv txwv los ntawm Habakkuk tshooj ob thiab. Zaj lus piv txwv txog kaum tug nkauj xwb, thiab Habakkuk tshooj ob, tau raug ua kom tiav raws nraim txhua tsab ntawv hauv keeb kwm Millerite, thiab thaum lawv raug ua kom tiav, Ezekiel tshooj kaum ob, nqe nees nkaum ib mus txog nees nkaum yim kuj raug ua kom tiav thiab.</w:t>
      </w:r>
    </w:p>
    <w:p>
      <w:pPr>
        <w:pStyle w:val="ArticleBody"/>
        <w:jc w:val="left"/>
      </w:pPr>
      <w:r>
        <w:rPr>
          <w:rFonts w:ascii="Times New Roman" w:hAnsi="Times New Roman" w:eastAsia="Times New Roman" w:cs="Times New Roman"/>
        </w:rPr>
        <w:t>Yim yim nqe kawg ntawm Ezekiel tshooj kaum ob qhia txog ib lub sijhawm thaum “txhua zaj yog toog pom yuav muaj nws txoj kev ua tiav,” yog lub sijhawm uas Vajtswv “yuav tsis ncua ntxiv lawm” Nws tej yog toog pom. Ob ntu keeb kwm uas rov hais dua ntau zaus thiab qhia txog txoj kev txiav txim xyuas ntawm cov neeg ciaj sia hauv Laodicean Adventism, thiab txoj kev txiav txim ua tiav rau tus niam ntiav ntawm Tyre, yog lub sijhawm yav tom ntej uas txhua zaj yog toog pom hauv phau Vajlugkub mus txog nws qhov kev ua tiav uas zoo tag nrho thiab kawg nkaus. Hauv lub sijhawm ntawd, ib puas plaub caug plaub txhiab leej raug tsa ruaj khov, thiab lawv sawv cev rau pawg uas tsis tuag, thiab ciaj sia mus txog thaum Khetos rov qab los. Hauv Lukas tshooj nees nkaum ib Khetos qhia txog ib “lub cim” uas qhia tau tias thaum twg tiam neeg ntawd twb los txog lawm.</w:t>
      </w:r>
    </w:p>
    <w:p>
      <w:pPr>
        <w:pStyle w:val="ArticleBody"/>
        <w:jc w:val="left"/>
      </w:pPr>
      <w:r>
        <w:rPr>
          <w:rFonts w:ascii="Times New Roman" w:hAnsi="Times New Roman" w:eastAsia="Times New Roman" w:cs="Times New Roman"/>
        </w:rPr>
        <w:t>Hauv ob zaj keeb kwm uas raug sawv cev los ntawm “lub cim” kom khiav dim, raws li Khetos tau nthuav tawm hauv kev txuas nrog kev qias vuab tsuab uas ua rau kev puam tsuaj, muaj ob ntu sij hawm raug cim tseg, thiab lawv qhov pib thiab qhov kawg muaj “ib lub cim” ntawm qhov pib ntawm lub sij hawm ntawd thiab “cov cim” ntawm qhov kawg. “Lub cim” uas Khetos tau taw qhia tias sawv cev rau tiam neeg kawg uas yuav ciaj nyob mus txog thaum Nws los saum huab yog qhov pov thawj tias tam sim no peb nyob hauv tiam neeg kawg ntawm keeb kwm ntiaj teb.</w:t>
      </w:r>
    </w:p>
    <w:p>
      <w:pPr>
        <w:pStyle w:val="ArticleBody"/>
        <w:jc w:val="left"/>
      </w:pPr>
      <w:r>
        <w:rPr>
          <w:rFonts w:ascii="Times New Roman" w:hAnsi="Times New Roman" w:eastAsia="Times New Roman" w:cs="Times New Roman"/>
        </w:rPr>
        <w:t>Hauv Lukas tshooj nees nkaum ib, Yexus qhia txog keeb kwm txij ntawm peb xyoos ib nrab uas Yeluxalees tiag raug tsuj hnyav thiab raug rhuav tshem txij xyoo 66 mus txog xyoo 70, mus txog rau thaum xaus ntawm peb xyoos ib nrab uas Yeluxalees sab ntsuj plig raug tsuj hnyav uas tau pib hauv 538 thiab xaus rau xyoo 1798.</w:t>
      </w:r>
    </w:p>
    <w:p>
      <w:pPr>
        <w:pStyle w:val="ArticleScripture"/>
        <w:jc w:val="left"/>
      </w:pPr>
      <w:r>
        <w:rPr>
          <w:rFonts w:ascii="Times New Roman" w:hAnsi="Times New Roman" w:eastAsia="Times New Roman" w:cs="Times New Roman"/>
        </w:rPr>
        <w:t>Thaum nej pom Yeluxalees raug tej tub rog vij vauv ncig, nej yuav tsum paub tias nws txoj kev puam tsuaj twb los ze lawm. Ces cia cov uas nyob hauv Yudas khiav mus rau saum tej roob; thiab cia cov uas nyob hauv nruab nrab ntawm nws tawm mus; thiab tsis txhob cia cov uas nyob hauv tej cheeb tsam sab nraud nkag mus rau hauv ntawd. Rau qhov cov no yog hnub ntawm kev pauj txhaum, kom txhua yam uas tau sau tseg yuav raug ua kom tiav. Tiamsis yuav muaj kev txom nyem rau cov pojniam uas cev xeeb tub, thiab rau cov uas pub mis rau menyuam, hauv cov hnub ntawd! Rau qhov yuav muaj kev ntxhov siab loj hauv lub tebchaws, thiab txoj kev npau taws yuav los rau saum haiv neeg no. Thiab lawv yuav raug ntaj txiav ntaj hniav, thiab yuav raug coj mus ua neeg raug txhom nyob hauv txhua haiv neeg; thiab Yeluxalees yuav raug lwm haiv neeg tsuj nphau, mus txog thaum lub sijhawm ntawm lwm haiv neeg yuav ua tiav. Luka 21:20–24.</w:t>
      </w:r>
    </w:p>
    <w:p>
      <w:pPr>
        <w:pStyle w:val="ArticleBody"/>
        <w:jc w:val="left"/>
      </w:pPr>
      <w:r>
        <w:rPr>
          <w:rFonts w:ascii="Times New Roman" w:hAnsi="Times New Roman" w:eastAsia="Times New Roman" w:cs="Times New Roman"/>
        </w:rPr>
        <w:t>Lo lus “sijhawm” ntawm Lwm Haiv Neeg kev tsuj nplawm lub nroog Yeluxalees yog nyob rau hauv daim ntau, vim nws sawv cev rau kev tsuj nplawm lub Yeluxalees tiag tiag uas xaus rau xyoo 70, thiab kev tsuj nplawm lub Yeluxalees sab ntsuj plig uas xaus rau xyoo 1798. Lwm Haiv Neeg sawv cev rau ob qho tib si kev pe mlom thiab kev kav ntawm papacy, thiab ob lub hwjchim ntawd yog yam uas yog lub ntsiab ntawm txoj kev yog toog pom hauv lo lus nug ntawm Daniyee tshooj yim, uas nug tias, “Ntev li cas.”</w:t>
      </w:r>
    </w:p>
    <w:p>
      <w:pPr>
        <w:pStyle w:val="ArticleScripture"/>
        <w:jc w:val="left"/>
      </w:pPr>
      <w:r>
        <w:rPr>
          <w:rFonts w:ascii="Times New Roman" w:hAnsi="Times New Roman" w:eastAsia="Times New Roman" w:cs="Times New Roman"/>
        </w:rPr>
        <w:t>Tom qab ntawd kuv hnov ib tug neeg dawb huv hais lus, thiab lwm tus neeg dawb huv hais rau tus neeg dawb huv ntawd uas tab tom hais lus tias, Lub zeem muag hais txog kev txi niaj hnub, thiab kev txhaum uas ua kom muaj kev puam tsuaj, uas muab ob qho tib si lub chaw dawb huv thiab pab tub rog rau kom raug tsuj hneev taw, yuav kav ntev npaum li cas? Daniel 8:13.</w:t>
      </w:r>
    </w:p>
    <w:p>
      <w:pPr>
        <w:pStyle w:val="ArticleBody"/>
        <w:jc w:val="left"/>
      </w:pPr>
      <w:r>
        <w:rPr>
          <w:rFonts w:ascii="Times New Roman" w:hAnsi="Times New Roman" w:eastAsia="Times New Roman" w:cs="Times New Roman"/>
        </w:rPr>
        <w:t>Lo lus “sijhawm ntawm cov Neeg Lwm Haiv Neeg” hauv Lukas tshooj nees nkaum ib yog hais txog ob txhiab tsib puas nees nkaum xyoo ntawm Vajtswv txoj kev pauj rau lub nceeg vaj qaum teb, uas tau pib xyoo 723 BC thiab xaus xyoo 1798. Xyoo 538 yog cim txog thaum tus neeg txhaum sawv hauv qhov chaw dawb huv thiab tshaj tawm tias nws yog Vajtswv, yog li ntawd thiaj faib lub sijhawm ntawd ua ob ntu sib npaug, txhua ntu yog ib txhiab ob puas rau caum xyoo. Ntu thib ob ntawm ib txhiab ob puas rau caum xyoo yog tib zaj keeb kwm uas raug cim tias xaus hauv Lukas tshooj nees nkaum ib, nqe nees nkaum plaub, thaum “sijhawm ntawm cov Neeg Lwm Haiv Neeg” tau tiav lawm. Hauv zaj lus piav keeb kwm uas Yexus tab tom qhia rau Nws cov thwjtim, nqe nees nkaum plaub coj zaj lus tim khawv uas tau muab rau cov thwjtim mus txog “lub sijhawm kawg” hauv xyoo 1798. Txij ntawd mus Yexus pib qhia txog cov “cim” uas txuas nrog kev txav ntawm cov Millerite.</w:t>
      </w:r>
    </w:p>
    <w:p>
      <w:pPr>
        <w:pStyle w:val="ArticleScripture"/>
        <w:jc w:val="left"/>
      </w:pPr>
      <w:r>
        <w:rPr>
          <w:rFonts w:ascii="Times New Roman" w:hAnsi="Times New Roman" w:eastAsia="Times New Roman" w:cs="Times New Roman"/>
        </w:rPr>
        <w:t>Thiab yuav muaj tej cim tshwm sim rau hauv lub hnub, thiab hauv lub hli, thiab hauv cov hnub qub; thiab saum npoo lub ntiajteb tej tebchaws yuav raug kev txom nyem, muaj kev ntxhov siab thiab tsis paub yuav ua li cas; hiav txwv thiab nthwv dej yuav nrov qoos; neeg lub siab yuav qaug zog vim kev ntshai, thiab vim lawv ntsia ntsoov txog tej yam uas yuav los rau saum lub ntiajteb: rau qhov hwjchim saum ntuj yuav raug co. Ces lawv yuav pom Neeg Leej Tub los hauv ib tau huab nrog hwjchim thiab yeeb koob loj kawg. Thiab thaum tej no pib muaj tiav, nej cia li tsa muag ntsia saud, thiab tsa nej tej taubhau; rau qhov nej txoj kev txhiv dim twb los ze lawm. Luka 21:25–28.</w:t>
      </w:r>
    </w:p>
    <w:p>
      <w:pPr>
        <w:pStyle w:val="ArticleBody"/>
        <w:jc w:val="left"/>
      </w:pPr>
      <w:r>
        <w:rPr>
          <w:rFonts w:ascii="Times New Roman" w:hAnsi="Times New Roman" w:eastAsia="Times New Roman" w:cs="Times New Roman"/>
        </w:rPr>
        <w:t>Yexus hais tias, “yuav muaj tej cim tshwm,” thiab Nws qhia meej tias tej ntawd yog tej cim nyob hauv lub hnub thiab lub hli, thiab hauv cov hnub qub, kev txom nyem nyuaj siab ntawm txhua haiv neeg, tej hwjchim saum ntuj raug ua kom co, ces Leej Tub ntawm neeg yuav los nyob hauv ib tau huab. Tag nrho tej “cim” no twb tau ua tiav lawm hauv keeb kwm Millerite.</w:t>
      </w:r>
    </w:p>
    <w:p>
      <w:pPr>
        <w:pStyle w:val="ArticleScripture"/>
        <w:jc w:val="left"/>
      </w:pPr>
      <w:r>
        <w:rPr>
          <w:rFonts w:ascii="Times New Roman" w:hAnsi="Times New Roman" w:eastAsia="Times New Roman" w:cs="Times New Roman"/>
        </w:rPr>
        <w:t>“Cov lus faj lem tsis yog tsuas qhia ua ntej txog yam ntxwv thiab lub hom phiaj ntawm Khetos txoj kev los xwb, tiam sis tseem nthuav tawm tej cim qhia uas tibneeg yuav tsum paub tias thaum twg nws twb ze lawm. Yexus hais tias: ‘Yuav muaj tej cim nyob rau hauv lub hnub, thiab hauv lub hli, thiab hauv cov hnub qub.’ Luka 21:25. ‘Lub hnub yuav tsaus ntuj nti, thiab lub hli yuav tsis muab nws lub teeb, thiab cov hnub qub saum ntuj yuav poob, thiab cov hwjchim uas nyob saum ntuj yuav raug co. Thiab thaum ntawd lawv yuav pom Neeg Leej Tub los hauv cov huab nrog hwjchim loj thiab yeeb koob.’ Malakaus 13:24–26. Tus uas tau txais kev tshwm sim piav txog thawj qhov ntawm cov cim uas yuav tshwm ua ntej kev los zaum ob li no: ‘Muaj ib qho av qeeg loj; thiab lub hnub txawm dub nciab zoo li ntaub khaub ncaws tu siab uas xaws los ntawm plaub hau, thiab lub hli txawm zoo li ntshav.’ Tshwm Sim 6:12.”</w:t>
      </w:r>
    </w:p>
    <w:p>
      <w:pPr>
        <w:pStyle w:val="ArticleScripture"/>
        <w:jc w:val="left"/>
      </w:pPr>
      <w:r>
        <w:rPr>
          <w:rFonts w:ascii="Times New Roman" w:hAnsi="Times New Roman" w:eastAsia="Times New Roman" w:cs="Times New Roman"/>
        </w:rPr>
        <w:t>“Cov cim no tau muaj neeg ua tim khawv pom ua ntej lub sijhawm qhib ntawm tiam kaum cuaj. Raws li qhov uas zaj lus faj lem no tau muaj tiav, nyob rau xyoo 1755 tau muaj av qeeg loj txaus ntshai tshaj plaws uas yeej tau raug sau tseg dua los lawm....”</w:t>
      </w:r>
    </w:p>
    <w:p>
      <w:pPr>
        <w:pStyle w:val="ArticleScripture"/>
        <w:jc w:val="left"/>
      </w:pPr>
      <w:r>
        <w:rPr>
          <w:rFonts w:ascii="Times New Roman" w:hAnsi="Times New Roman" w:eastAsia="Times New Roman" w:cs="Times New Roman"/>
        </w:rPr>
        <w:t>“Nees nkaum tsib xyoos tom qab ntawd, lub cim tom ntej uas tau hais tseg hauv zaj lus faj lem tau tshwm sim—lub hnub thiab lub hli tsaus ntuj nti. Yam uas ua rau qhov no tseem ceeb thiab pom tseeb dua yog qhov tseeb tias lub sijhawm ntawm nws txoj kev ua tiav twb raug qhia meej lawm. Nyob rau hauv tus Cawmseej txoj kev sib tham nrog Nws cov thwjtim saum Olivet, tom qab Nws tau piav txog lub sijhawm ntev ntawm txoj kev sim siab rau pawg ntseeg,—uas yog 1260 xyoo ntawm txoj kev tsim txom los ntawm papacy, hais txog qhov uas Nws tau cog lus tias txoj kev txom nyem ntawd yuav raug luv kom tsawg,—Nws thiaj hais txog qee yam xwm txheej uas yuav los ua ntej Nws txoj kev rov los, thiab Nws kuj tau teem tseg lub sijhawm uas thawj qhov ntawm tej no yuav raug pom: ‘Hauv cov hnub ntawd, tom qab txoj kev txom nyem ntawd, lub hnub yuav tsaus ntuj nti, thiab lub hli yuav tsis muab nws lub teeb.’ Malakaus 13:24. 1260 hnub, lossis xyoo, tau xaus rau xyoo 1798. Ib feem plaub ntawm ib puas xyoo ua ntej ntawd, txoj kev tsim txom twb yuav luag tag nrho tso tseg lawm. Raws li Khetos cov lus, tom qab txoj kev tsim txom no, lub hnub yuav tsum tsaus ntuj nti. Hnub tim 19 lub Tsib Hlis, xyoo 1780, zaj lus faj lem no tau ua tiav....”</w:t>
      </w:r>
    </w:p>
    <w:p>
      <w:pPr>
        <w:pStyle w:val="ArticleScripture"/>
        <w:jc w:val="left"/>
      </w:pPr>
      <w:r>
        <w:rPr>
          <w:rFonts w:ascii="Times New Roman" w:hAnsi="Times New Roman" w:eastAsia="Times New Roman" w:cs="Times New Roman"/>
        </w:rPr>
        <w:t>“Khetos twb tau kom Nws haiv neeg kom ceev faj saib tej cim ntawm Nws txoj kev los thiab kom zoo siab thaum lawv pom tej cim qhia txog lawv tus Vajntxwv uas tab tom los. Nws hais tias, ‘Thaum tej no pib yuav muaj tiav los,’ ces ‘nej cia li ntsia saum ntuj thiab tsa nej tej taub hau; rau qhov nej txoj kev txhiv dim twb los ze lawm.’ Nws taw tes rau cov ntoo caij nplooj ntoos hlav uas tab tom hlav paj nplooj, thiab hais tias: ‘Thaum tej ntawd pib hlav tuaj, nej pom thiab nej paub ntawm nej tus kheej tias lub caij ntuj sov twb los ze lawm. Ib yam nkaus thiab nej, thaum nej pom tej no muaj tiav los, nej cia li paub tias Vajtswv lub nceeg vaj twb los ze lawm.’ Lukas 21:28, 30, 31.” The Great Controversy, 304, 306–308.</w:t>
      </w:r>
    </w:p>
    <w:p>
      <w:pPr>
        <w:pStyle w:val="ArticleBody"/>
        <w:jc w:val="left"/>
      </w:pPr>
      <w:r>
        <w:rPr>
          <w:rFonts w:ascii="Times New Roman" w:hAnsi="Times New Roman" w:eastAsia="Times New Roman" w:cs="Times New Roman"/>
        </w:rPr>
        <w:t>Kev siv peb npaug rau peb lub Loos qhia meej tias nyob hauv qhov kev tsuj nqis Yeluxalees los ntawm Loos keeb dab qhuas thiab tom qab ntawd los ntawm Loos papas, qhov kev tsuj nqis lub chaw dawb huv thiab pab tub rog los ntawm Loos niaj hnub no twb raug sawv cev los ntawm ib lub sij hawm uas yog ib txhiab ob puas rau caum hnub (Loos keeb dab qhuas), lossis ib txhiab ob puas rau caum xyoo cev lus faj lem (Loos papas). Qhov cim xeeb ib txhiab ob puas rau caum hnub (plaub caug ob hlis) uas qhia txog lub sij hawm ntawm Loos niaj hnub no txoj kev tsim txom Vajtswv haiv neeg ncaj ncees yuav yog txhua lub sij hawm nrog ib “cim” nkaus xwb uas qhia lub sij hawm khiav dim rau cov ncaj ncees ntawm lub sij hawm ntawd. Txhua peb lub sij hawm xaus nrog kev tshwm sim ntawm ntau “yam cim,” tsis yog ib “cim” nkaus xwb ib yam li thaum pib ntawm lub sij hawm.</w:t>
      </w:r>
    </w:p>
    <w:p>
      <w:pPr>
        <w:pStyle w:val="ArticleScripture"/>
        <w:jc w:val="left"/>
      </w:pPr>
      <w:r>
        <w:rPr>
          <w:rFonts w:ascii="Times New Roman" w:hAnsi="Times New Roman" w:eastAsia="Times New Roman" w:cs="Times New Roman"/>
        </w:rPr>
        <w:t>“Nws yog thaum ib tag hmo uas Vajtswv nthuav tawm Nws lub hwjchim rau txoj kev cawm dim ntawm Nws haiv neeg. Lub hnub tshwm tuaj, ci ntsa iab hauv nws lub zog puv npo. Tej cim thiab tej txujci txawv txawv tshwm los sib law liag sai heev. Cov neeg phem ntsia qhov xwm txheej ntawd nrog kev ntshai thiab kev xav tsis thoob, hos cov neeg ncaj ncees pom tej cim qhia txog lawv txoj kev cawm dim nrog kev xyiv fab uas hnyav thiab muaj hwjchim. Txhua yam hauv ntuj tsim teb raug zoo li tig tawm ntawm nws txoj kev khiav. Cov dej ntws tseg tsis ntws lawm. Tej huab tsaus nti tuab thiab hnyav sawv los thiab sib tsoo sib nraus. Nyob nruab nrab ntawm lub ntuj uas npau taws ntawd muaj ib qho chaw kaj lug ntawm lub yeeb koob uas tsis muaj lus piav tau, qhov chaw uas Vajtswv lub suab tawm los zoo li suab dej ntau ntws, hais tias: ‘Tiav lawm.’ Tshwm Sim 16:17.” Kev Tsis Sib Haum Loj, 636.</w:t>
      </w:r>
    </w:p>
    <w:p>
      <w:pPr>
        <w:pStyle w:val="ArticleBody"/>
        <w:jc w:val="left"/>
      </w:pPr>
      <w:r>
        <w:rPr>
          <w:rFonts w:ascii="Times New Roman" w:hAnsi="Times New Roman" w:eastAsia="Times New Roman" w:cs="Times New Roman"/>
        </w:rPr>
        <w:t>Lub sijhawm ntawm txojkev txiav txim ua tiav rau tus niam ntiav ntawm Loos pib nrog kev tsa tus chij qhia ntawd, uas qhia tias Vajtswv pab yaj lwm cov uas tseem nyob hauv Npanpiloo yuav tsum khiav dim. Lub sijhawm ntawd xaus nrog “tej cim thiab tej txuj ci tseem ceeb.” Lub sijhawm ntawd pib nrog “lub suab thib ob” ntawm Tshwmsim tshooj kaum yim, thiab nws xaus nrog Vajtswv lub suab. Qhov tseeb tiag, lub suab thib ib thiab lub suab thib ob ntawm Tshwmsim tshooj kaum yim yog Khetos lub suab. Lub suab thib ib qhia txog qhov pib ntawm txojkev txiav txim tshawb xyuas rau pawg ntseeg Laodicea cov Adventist uas muaj sia nyob, thiab lub suab thib ob qhia txog qhov kawg ntawm lub sijhawm ntawd, tabsis kuj cim qhia txog qhov pib ntawm txojkev txiav txim ua tiav rau tus niam ntiav ntawm Loos.</w:t>
      </w:r>
    </w:p>
    <w:p>
      <w:pPr>
        <w:pStyle w:val="ArticleBody"/>
        <w:jc w:val="left"/>
      </w:pPr>
      <w:r>
        <w:rPr>
          <w:rFonts w:ascii="Times New Roman" w:hAnsi="Times New Roman" w:eastAsia="Times New Roman" w:cs="Times New Roman"/>
        </w:rPr>
        <w:t>Keeb kwm tiav nrho raug tswj kav los ntawm lub lim tiam uas Khetos tau lees ruaj nrees rau lo lus cog tseg, thiab txoj cai Sunday uas yuav los txog sai no raug ua qauv qhia raws li lub cim nruab nrab, ib yam li tau raug ua qauv qhia los ntawm tus ntoo khaub lig. Ob zaj keeb kwm no puav leej muaj lub cim kos npe ntawm Alpha thiab Omega, rau qhov pib thiab qhov xaus hauv ob zaj keeb kwm tib si raug sawv cev los ntawm Vajtswv lub suab. Lawv kuj sawv cev rau qhov tseeb thiab, rau qhov lub cim nruab nrab yog kev ntxeev siab ntawm txoj cai Sunday, thiab lo lus Henplais “qhov tseeb” raug tsim los ntawm thawj, kaum peb, thiab tsab ntawv kawg ntawm niam ntawv Henplais. Lub suab thawj hauv Tshwmsim tshooj kaum yim yog Khetos lub suab, lub suab kawg yog Vajtswv lub suab, thiab lub suab nyob nruab nrab, uas kuj yog Vajtswv lub suab thiab, kuj yog qhov chaw uas kev ntxeev siab ntawm tsab ntawv kaum peb raug sawv cev los ntawm tus tsiaj nyaum hauv ntiaj teb “hais lus” zoo li tus zaj, raws li tau raug sawv cev hauv Tshwmsim tshooj KAUM PEB.</w:t>
      </w:r>
    </w:p>
    <w:p>
      <w:pPr>
        <w:pStyle w:val="ArticleBody"/>
        <w:jc w:val="left"/>
      </w:pPr>
      <w:r>
        <w:rPr>
          <w:rFonts w:ascii="Times New Roman" w:hAnsi="Times New Roman" w:eastAsia="Times New Roman" w:cs="Times New Roman"/>
        </w:rPr>
        <w:t>Tus chij uas tshwm sim ntawm txoj cai Hnub Caiv uas yuav los sai no sawv cev rau “lub cim” kom khiav dim rau Vajtswv cov neeg ncaj ncees, tiam sis nws kuj qhia tias qhov pib ntawm lub sijhawm yaj saub uas xaus nrog tus chij raug tsa siab los kuj yuav tsum muaj ib “lub cim” thiab. “Lub cim” ntawd yog yam uas Yexus qhia tias yog pov thawj tias tiam kawg ntawm lub ntiajteb no twb los txog lawm. Hauv Lukas tshooj nees nkaum ib, cov thwjtim nug tias Khetos txhais li cas thaum Nws qhia tias lub tuam tsev yuav raug rhuav tshem.</w:t>
      </w:r>
    </w:p>
    <w:p>
      <w:pPr>
        <w:pStyle w:val="ArticleScripture"/>
        <w:jc w:val="left"/>
      </w:pPr>
      <w:r>
        <w:rPr>
          <w:rFonts w:ascii="Times New Roman" w:hAnsi="Times New Roman" w:eastAsia="Times New Roman" w:cs="Times New Roman"/>
        </w:rPr>
        <w:t>Thiab lawv nug Nws hais tias, Xib Fwb, tej no yuav muaj thaum twg? thiab yuav muaj yam cim dab tsi thaum tej no yuav tshwm sim? Luka 21:7.</w:t>
      </w:r>
    </w:p>
    <w:p>
      <w:pPr>
        <w:pStyle w:val="ArticleBody"/>
        <w:jc w:val="left"/>
      </w:pPr>
      <w:r>
        <w:rPr>
          <w:rFonts w:ascii="Times New Roman" w:hAnsi="Times New Roman" w:eastAsia="Times New Roman" w:cs="Times New Roman"/>
        </w:rPr>
        <w:t>Tom qab ntawd Yexus pib qhia txog keeb kwm uas coj mus txog xyoo 70 thaum lub tuam tsev thiab lub nroog yuav raug rhuav tshem, thiab txuas ntxiv mus txog nqe nees nkaum plaub uas Nws qhia tias thaum twg “lub caij nyoog” ntawm Lwm Haiv Neeg yuav ua tiav.</w:t>
      </w:r>
    </w:p>
    <w:p>
      <w:pPr>
        <w:pStyle w:val="ArticleScripture"/>
        <w:jc w:val="left"/>
      </w:pPr>
      <w:r>
        <w:rPr>
          <w:rFonts w:ascii="Times New Roman" w:hAnsi="Times New Roman" w:eastAsia="Times New Roman" w:cs="Times New Roman"/>
        </w:rPr>
        <w:t>Lawv yuav poob rau ntawm ntug rab ntaj, thiab yuav raug coj mus ua qhev nyob rau hauv txhua haiv neeg; thiab Yeluxalees yuav raug Lwm Haiv Neeg tsuj nqeeb, mus txog thaum lub sij hawm ntawm Lwm Haiv Neeg tiav raws li tau teem tseg. Luka 21:24.</w:t>
      </w:r>
    </w:p>
    <w:p>
      <w:pPr>
        <w:pStyle w:val="ArticleBody"/>
        <w:jc w:val="left"/>
      </w:pPr>
      <w:r>
        <w:rPr>
          <w:rFonts w:ascii="Times New Roman" w:hAnsi="Times New Roman" w:eastAsia="Times New Roman" w:cs="Times New Roman"/>
        </w:rPr>
        <w:t>Lub tswv yim uas hais tias nqe no tab tom hais txog Yeluxalees tiag tiag yog tsim los saum kev ruam ntawm Catholic txoj kev qhia Vajlugkub uas hu ua futurism, uas siv yam cim qhia ua yam tiag tiag thiab muab kev ua tiav ntawm tej lus faj lem cia tseg tshwj rau thaum kawg ntawm lub ntiajteb xwb. Kev tawm tsam rau txoj kev siv kom raug ntawm nqe no tau yog ib qho kev tawm tsam loj ntawm Xatas thoob plaws hauv kev nyeem Phau Tshiab. Yeluxalees tiag tiag tau tsis ua cim rau Yeluxalees hauv lus faj lem lawm txij thaum Khetos lub sijhawm, thaum lus faj lem tiag tau hloov mus rau kev siv sab ntsuj plig. Qhov kev tshwm sim no yog ib qho kev qhia tseem ceeb uas tus timthawj Paulus tau tsa kom ruaj khov. Kev tsuj tram Yeluxalees qhia txog ib txhiab ob puas rau caum xyoo ntawm txoj kev tsaus ntuj papal txij xyoo 538 mus txog 1798.</w:t>
      </w:r>
    </w:p>
    <w:p>
      <w:pPr>
        <w:pStyle w:val="ArticleScripture"/>
        <w:jc w:val="left"/>
      </w:pPr>
      <w:r>
        <w:rPr>
          <w:rFonts w:ascii="Times New Roman" w:hAnsi="Times New Roman" w:eastAsia="Times New Roman" w:cs="Times New Roman"/>
        </w:rPr>
        <w:t>Tiamsis lub tshav puam uas nyob sab nraud ntawm lub tuam tsev cia tseg, txhob ntsuas nws li; rau qhov nws twb raug muab rau lwm haiv neeg lawm; thiab lawv yuav tsuj lub nroog dawb huv ntawd rau plaub caug ob lub hlis. Tshwm Sim 11:2.</w:t>
      </w:r>
    </w:p>
    <w:p>
      <w:pPr>
        <w:pStyle w:val="ArticleBody"/>
        <w:jc w:val="left"/>
      </w:pPr>
      <w:r>
        <w:rPr>
          <w:rFonts w:ascii="Times New Roman" w:hAnsi="Times New Roman" w:eastAsia="Times New Roman" w:cs="Times New Roman"/>
        </w:rPr>
        <w:t>Yeluxalees uas nyob hauv tej lus faj lem tseg kev ua lub cim ntawm lub nroog uas raug xaiv lawm ntawm tus ntoo khaub lig.</w:t>
      </w:r>
    </w:p>
    <w:p>
      <w:pPr>
        <w:pStyle w:val="ArticleScripture"/>
        <w:jc w:val="left"/>
      </w:pPr>
      <w:r>
        <w:rPr>
          <w:rFonts w:ascii="Times New Roman" w:hAnsi="Times New Roman" w:eastAsia="Times New Roman" w:cs="Times New Roman"/>
        </w:rPr>
        <w:t>“Coob tug neeg coob npaum li cas uas xav hais tias nws yuav yog ib yam zoo heev yog tau mus taug kev saum tej av ntawm Yeluxalees qub, thiab hais tias lawv txoj kev ntseeg yuav muaj zog ntxiv heev los ntawm kev mus xyuas tej chaw uas tus Cawmseej tau ua neej nyob thiab tuag! Tiamsis Yeluxalees qub yuav tsis txawj ua ib qho chaw dawb huv li mus txog thaum nws raug ntxuav kom huv los ntawm hluav taws lim kom huv uas nqes saum ntuj los.” Review and Herald, June 9, 1896.</w:t>
      </w:r>
    </w:p>
    <w:p>
      <w:pPr>
        <w:pStyle w:val="ArticleBody"/>
        <w:jc w:val="left"/>
      </w:pPr>
      <w:r>
        <w:rPr>
          <w:rFonts w:ascii="Times New Roman" w:hAnsi="Times New Roman" w:eastAsia="Times New Roman" w:cs="Times New Roman"/>
        </w:rPr>
        <w:t>Thaum Yexus tau coj cov thwjtim mus txog rau lub sij hawm kawg hauv xyoo 1798 nyob rau nqe nees nkaum plaub lawm, ces Nws mam li qhia txog lub sij hawm Millerite thaum txoj kev tshaj tawm ntawm thawj tug tim tswv tau los txog rau hauv keeb kwm.</w:t>
      </w:r>
    </w:p>
    <w:p>
      <w:pPr>
        <w:pStyle w:val="ArticleScripture"/>
        <w:jc w:val="left"/>
      </w:pPr>
      <w:r>
        <w:rPr>
          <w:rFonts w:ascii="Times New Roman" w:hAnsi="Times New Roman" w:eastAsia="Times New Roman" w:cs="Times New Roman"/>
        </w:rPr>
        <w:t>Thiab yuav muaj tej cim tshwm nyob hauv lub hnub, thiab hauv lub hli, thiab hauv cov hnub qub; thiab saum npoo ntiajteb tej haiv neeg yuav muaj kev ntxhov siab, nrog rau kev tsis meej pem; dej hiav txwv thiab nthwv dej yuav nrov nroo; neeg lub siab yuav qaug zog vim kev ntshai, thiab vim lawv ntsia ntsoov rau tej xwm txheej uas tabtom los raug ntiajteb no: rau qhov tej hwjchim saum ntuj ceeb tsheej yuav raug co. Ces lawv yuav pom Neeg Leej Tub los hauv ib tauv huab nrog hwjchim thiab koob meej loj kawg. Thiab thaum tej no pib tshwm sim, nej cia li tsa muag ntsia saum ntuj, thiab tsa nej tej taubhau; rau qhov nej txoj kev txhiv dim twb los ze lawm. Lukas 21:25–28.</w:t>
      </w:r>
    </w:p>
    <w:p>
      <w:pPr>
        <w:pStyle w:val="ArticleBody"/>
        <w:jc w:val="left"/>
      </w:pPr>
      <w:r>
        <w:rPr>
          <w:rFonts w:ascii="Times New Roman" w:hAnsi="Times New Roman" w:eastAsia="Times New Roman" w:cs="Times New Roman"/>
        </w:rPr>
        <w:t>Cov cim uas tau qhib qhia txog keeb kwm ntawm cov Millerite tau raug ua tiav raws li Vajtswv Txojlus lub hwjchim uas tsis txawj poob qab hlo.</w:t>
      </w:r>
    </w:p>
    <w:p>
      <w:pPr>
        <w:pStyle w:val="ArticleScripture"/>
        <w:jc w:val="left"/>
      </w:pPr>
      <w:r>
        <w:rPr>
          <w:rFonts w:ascii="Times New Roman" w:hAnsi="Times New Roman" w:eastAsia="Times New Roman" w:cs="Times New Roman"/>
        </w:rPr>
        <w:t>“Cov cim hauv lub hnub, lub hli, thiab cov hnub qub twb tau muaj tiav lawd.” Review and Herald, November 22, 1906.</w:t>
      </w:r>
    </w:p>
    <w:p>
      <w:pPr>
        <w:pStyle w:val="ArticleBody"/>
        <w:jc w:val="left"/>
      </w:pPr>
      <w:r>
        <w:rPr>
          <w:rFonts w:ascii="Times New Roman" w:hAnsi="Times New Roman" w:eastAsia="Times New Roman" w:cs="Times New Roman"/>
        </w:rPr>
        <w:t>Peb yuav txuas ntxiv Lukas tshooj nees nkaum-ib hauv tsab xov xwm tom ntej.</w:t>
      </w:r>
    </w:p>
    <w:p>
      <w:pPr>
        <w:pStyle w:val="ArticleScripture"/>
        <w:jc w:val="left"/>
      </w:pPr>
      <w:r>
        <w:rPr>
          <w:rFonts w:ascii="Times New Roman" w:hAnsi="Times New Roman" w:eastAsia="Times New Roman" w:cs="Times New Roman"/>
        </w:rPr>
        <w:t>“Lub Kaum Ob Hlis Tim 16, xyoo 1848, tus Tswv tau pub kuv pom ib lub zeem muag txog kev co ua zog ntawm cov hwj chim saum ntuj. Kuv pom tias thaum tus Tswv hais tias ‘saum ntuj,’ hauv kev muab tej cim tseg uas Mathais, Malakaus, thiab Lukas tau sau cia, Nws txhais tias saum ntuj, thiab thaum Nws hais tias ‘lub ntiajteb’ Nws txhais tias lub ntiajteb. Cov hwj chim saum ntuj yog lub hnub, lub hli, thiab cov hnub qub. Lawv kav nyob saum ntuj. Cov hwj chim hauv ntiajteb yog cov uas kav saum lub ntiajteb. Cov hwj chim saum ntuj yuav raug co thaum Vajtswv lub suab hais tawm. Ces lub hnub, lub hli, thiab cov hnub qub yuav raug txav tawm ntawm lawv tej chaw. Lawv yuav tsis ploj mus, tiam sis yuav raug co los ntawm Vajtswv lub suab.”</w:t>
      </w:r>
    </w:p>
    <w:p>
      <w:pPr>
        <w:pStyle w:val="ArticleScripture"/>
        <w:jc w:val="left"/>
      </w:pPr>
      <w:r>
        <w:rPr>
          <w:rFonts w:ascii="Times New Roman" w:hAnsi="Times New Roman" w:eastAsia="Times New Roman" w:cs="Times New Roman"/>
        </w:rPr>
        <w:t>“Huab tsaus ntuj dub nti, hnyav heev, sawv tuaj thiab sib tsoo sib nrig. Huab cua qhib sib nrug thiab dov rov qab; ces peb thiaj tsa tau muag ntsia saum toj dhau ntawm qhov chaw qhib hauv Orion, qhov uas Vajtswv lub suab tawm los. Lub Nroog Dawb Huv yuav nqes los dhau ntawm qhov chaw qhib ntawd. Kuv pom tias tam sim no tej hwjchim hauv ntiajteb raug co co, thiab tej xwm txheej los raws li kev txiav txim. Tsov rog, thiab lus xaiv txog tsov rog, rab ntaj, kev tshaib nqhis, thiab kab mob phem yog yam ua ntej co tej hwjchim hauv ntiajteb; tom qab ntawd Vajtswv lub suab yuav co lub hnub, lub hli, thiab cov hnub qub, thiab lub ntiajteb no thiab. Kuv pom tias qhov kev co ntawm tej hwjchim hauv tebchaws Europe tsis yog, raws li ib txhia qhia, qhov kev co ntawm tej hwjchim saum ntuj ceeb tsheej, tiamsis yog qhov kev co ntawm cov haiv neeg uas npau taws.”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Tus Zauv Ib Puas Kaum Cuaj</dc:title>
  <dc:subject>Qhov Tseem Ceeb ntawm Kev Ua Yaj Saub hauv Cov Ciaj Ciam Keeb Kwm: Kev To Taub Txog Hnub Kawg Los Ntawm Kev Cim Npaum Hauv Phau Vajlugkub</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