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 Nees Nkaum Tsib</w:t>
      </w:r>
    </w:p>
    <w:p>
      <w:pPr>
        <w:pStyle w:val="ArticleSubtitle"/>
        <w:jc w:val="left"/>
      </w:pPr>
      <w:r>
        <w:rPr>
          <w:rFonts w:ascii="Arial" w:hAnsi="Arial" w:eastAsia="Arial" w:cs="Arial"/>
        </w:rPr>
        <w:t>Qhib Qhov Tseem Ceeb Hauv Yaj Saub Tej Lus Qhia: Txhais Daniel 11:40 thiab Tej Kev Cuam Tshuam Uas Nws Muaj Rau Kev Ntseeg Khetos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Nqe plaub caug ntawm Daniyee kaum ib pib thaum lub caij kawg, tiam sis nqe ntawd qhia txog ob lub caij kawg, yog li ntawd nws tso cai rau tus kawm txog yaj saub los muab thawj lub caij kawg los phim nrog lub caij kawg thib ob. Thaum siv daim ntawv thov no lawm, txoj kab keeb kwm ntawm cov Millerite uas pib xyoo 1798, khiav mus sib luag nrog keeb kwm ntawm Tebchaws Asmeskas xyoo 1989. Ob txoj kab no qhia txog txoj kab ntawm lub kub hniav Protestant tseeb thiab txoj kab ntawm lub kub hniav Republican ntawm tus tsiaj nyaum hauv av hauv Tshwm Sim tshooj kaum peb. Ob txoj kab no puav leej pib thaum lub caij kawg xyoo 1798, thiab lub caij kawg hauv 1989 tsuas yog pab txhawb thiab muab ib tug tim khawv thib ob rau cov cim ciaj ciam ntawm qhov tseeb uas raug qhib tawm hauv nqe ntawd xwb.</w:t>
      </w:r>
    </w:p>
    <w:p>
      <w:pPr>
        <w:pStyle w:val="ArticleBody"/>
        <w:jc w:val="left"/>
      </w:pPr>
      <w:r>
        <w:rPr>
          <w:rFonts w:ascii="Times New Roman" w:hAnsi="Times New Roman" w:eastAsia="Times New Roman" w:cs="Times New Roman"/>
        </w:rPr>
        <w:t>Kev txav mus los ntawm tus tim tswv thib peb tuaj txog rau hnub tim 22 lub Kaum Hli, 1844, tiam sis raug ncua tseg vim txoj kev ntxeev siab xya xyoo txij 1856 mus txog 1863. Kev tuaj txog ntawm tus tim tswv thib peb tau rov muaj dua rau hnub tim 11 lub Cuaj Hli, 2001. Xyoo 1863 raug piv txwv los ntawm cov Yixayee thaum ub qhov chaw lawv xub tsa chaw pw rau Kades thiab txoj kev ntxeev siab ntawm kaum tus neeg soj xyuas tebchaws, hos hnub tim 11 lub Cuaj Hli, 2001 raug piv txwv los ntawm cov Yixayee thaum ub qhov chaw lawv tsa chaw pw zaum kawg rau Kades, thiab txoj kev ntxeev siab ntawm Mauxes. Txoj kev ntxeev siab ntawm 1863 sawv cev rau thawj txoj kev ntxeev siab ntawm Kades, uas ua rau muaj kev txiav txim tuag hauv tebchaws moj sab qhua. Txoj kev ntxeev siab ntawm hnub tim 11 lub Cuaj Hli, 2001 sawv cev rau txoj kev ntxeev siab zaum kawg ntawm Kades, uas ua rau kev tuag ntawm cov thawj coj ntawm Laodicean Adventism.</w:t>
      </w:r>
    </w:p>
    <w:p>
      <w:pPr>
        <w:pStyle w:val="ArticleBody"/>
        <w:jc w:val="left"/>
      </w:pPr>
      <w:r>
        <w:rPr>
          <w:rFonts w:ascii="Times New Roman" w:hAnsi="Times New Roman" w:eastAsia="Times New Roman" w:cs="Times New Roman"/>
        </w:rPr>
        <w:t>Kev nqes los ntawm tus tim tswv rau hnub tim 11 Lub Yim Hli, 1840, uas tau qhib txoj kev txav ntawm 1840 mus txog 1844, uas Muam White tau hu ua ib qho kev tshwm sim uas muaj hwjchim ci ntsa iab ntawm Vajtswv, yog ib daim duab cev txog hnub tim 11 Lub Cuaj Hli, 2001 thiab tau txheeb xyuas ib qho kev tshwm sim uas muaj hwjchim ci ntsa iab ntawm Vajtswv.</w:t>
      </w:r>
    </w:p>
    <w:p>
      <w:pPr>
        <w:pStyle w:val="ArticleScripture"/>
        <w:jc w:val="left"/>
      </w:pPr>
      <w:r>
        <w:rPr>
          <w:rFonts w:ascii="Times New Roman" w:hAnsi="Times New Roman" w:eastAsia="Times New Roman" w:cs="Times New Roman"/>
        </w:rPr>
        <w:t>“Tus tim tswv uas koom ua ke hauv kev tshaj tawm txog tus tim tswv thib peb txoj lus yog yuav ci ntsa iab rau tag nrho lub ntiajteb nrog nws lub hwjchim ci ntsa iab. Ntawm no tau raug qhia ua ntej txog ib txoj hauj lwm uas dav thoob plaws lub ntiajteb thiab muaj hwjchim txawv tshaj plaws. Kev txav ntawm kev los txog xyoo 1840–44 yog ib qho kev tshwm sim uas muaj hwjchim ci ntsa iab ntawm Vajtswv lub hwjchim; tus tim tswv thawj txoj lus tau raug nqa mus rau txhua qhov chaw tshaj tawm txoj moo zoo hauv lub ntiajteb, thiab hauv qee lub tebchaws muaj kev txaus siab rau kev ntseeg loj tshaj plaws uas tau pom nyob hauv ib lub tebchaws twg txij li lub Sijhawm Hloov Kev Ntseeg ntawm xyoo pua kaum rau los; tiam sis tej no yuav raug dhau tshaj los ntawm txoj kev txav uas muaj hwjchim loj kawg nyob hauv qab lo lus ceeb toom kawg ntawm tus tim tswv thib peb.” The Great Controversy, 611.</w:t>
      </w:r>
    </w:p>
    <w:p>
      <w:pPr>
        <w:pStyle w:val="ArticleBody"/>
        <w:jc w:val="left"/>
      </w:pPr>
      <w:r>
        <w:rPr>
          <w:rFonts w:ascii="Times New Roman" w:hAnsi="Times New Roman" w:eastAsia="Times New Roman" w:cs="Times New Roman"/>
        </w:rPr>
        <w:t>Kev tuaj txog thawj zaug ntawm tus tim tswv peb rau hnub tim 22 Lub Kaum Hli, 1844 (thawj Kadesh), yog los ua kom tiav txoj hauj lwm, tiam sis Vajtswv haiv neeg tau xaiv tsa ib tug thawj coj tshiab thiab rov qab mus rau tim lyiv teb chaws. Txog xyoo 1863, lawv twb “rov tsa Yelikhauj” dua lawm, tsis yog koom tes hauv Vajtswv txoj hauj lwm uas coj kom phab ntsa ntawm Yelikhauj vau. Vim li ntawd lawv thiaj raug foom phem, nrog rau txoj kev tuag nyob hauv teb moj sab qhua.</w:t>
      </w:r>
    </w:p>
    <w:p>
      <w:pPr>
        <w:pStyle w:val="ArticleScripture"/>
        <w:jc w:val="left"/>
      </w:pPr>
      <w:r>
        <w:rPr>
          <w:rFonts w:ascii="Times New Roman" w:hAnsi="Times New Roman" w:eastAsia="Times New Roman" w:cs="Times New Roman"/>
        </w:rPr>
        <w:t>Thiab Yausua thiaj tsa lawv kom cog lus ruaj khov rau lub sijhawm ntawd, hais tias, Tus neeg uas sawv los ua lub nroog Yelikhau no dua tshiab yuav raug foom tsis zoo ntawm tus Tswv xub ntiag; nws yuav tso lub hauv paus ntawm nws rau saum nws tus tub hlob, thiab rau saum nws tus tub yau nws yuav txhim tsa nws tej rooj vag. Yausua 6:26.</w:t>
      </w:r>
    </w:p>
    <w:p>
      <w:pPr>
        <w:pStyle w:val="ArticleBody"/>
        <w:jc w:val="left"/>
      </w:pPr>
      <w:r>
        <w:rPr>
          <w:rFonts w:ascii="Times New Roman" w:hAnsi="Times New Roman" w:eastAsia="Times New Roman" w:cs="Times New Roman"/>
        </w:rPr>
        <w:t>Ib yam li cov Ixayees thaum ub ntawm thawj zaug Kadesa, uas tau tsis lees txais Yausua thiab Kaleb zaj lus, kev ntxeev siab ntawm Ixayees niaj hnub no ntawm thawj zaug Kadesa (1863), tau coj los rau saum lawv txoj kev foom tsis zoo ntawm Yausua. Thaum tus tim tswv thib peb rov qab los rau hnub Cuaj Hlis 11, 2001 (Kadesa kawg), txoj hauj lwm kawg uas mus ua ntej Vajtswv txo Yelikhau thiab nws tej ntsa nqes los thiaj pib.</w:t>
      </w:r>
    </w:p>
    <w:p>
      <w:pPr>
        <w:pStyle w:val="ArticleBody"/>
        <w:jc w:val="left"/>
      </w:pPr>
      <w:r>
        <w:rPr>
          <w:rFonts w:ascii="Times New Roman" w:hAnsi="Times New Roman" w:eastAsia="Times New Roman" w:cs="Times New Roman"/>
        </w:rPr>
        <w:t>Hnub 22, 1844 cim txog kev tuaj txog ntawm tus tim tswv thib peb, thiab los ntawm qhov ntawd nws kuj cim txog kev tuaj txog ntawm Hnub Caiv cuav uas yuav los sai sai nyob rau hnub kawg. Xyoo 1863 cim txog qhov kawg ntawm lub sijhawm sim siab ntawm tus tim tswv thib peb uas tau pib thaum Hnub 22, 1844. Vim li ntawd xyoo 1863 thiaj yog ib lub cim ntawm txoj cai Hnub Caiv cuav uas yuav los sai sai, rau qhov Yexus ib txwm sawv cev rau qhov kawg nrog rau qhov pib. Xyoo 1863, lub tebchaws tau muab faib ua ob pawg neeg, thiab ib yam nkaus li ntawd, thaum txog txoj cai Hnub Caiv cuav, ob pawg neeg yuav raug nthuav tawm kom pom tseeb.</w:t>
      </w:r>
    </w:p>
    <w:p>
      <w:pPr>
        <w:pStyle w:val="ArticleBody"/>
        <w:jc w:val="left"/>
      </w:pPr>
      <w:r>
        <w:rPr>
          <w:rFonts w:ascii="Times New Roman" w:hAnsi="Times New Roman" w:eastAsia="Times New Roman" w:cs="Times New Roman"/>
        </w:rPr>
        <w:t>Lub sij hawm ntawm kev sim siab ntawm tus tim tswv thib peb hauv keeb kwm Millerite pib xyoo 1844 thiab xaus xyoo 1863, thiab qhov pib thiab qhov xaus ntawd, ob qho tib si cim tseg txog txoj cai Hnub Caiv ntawm hnub kawg. Hauv keeb kwm uas nyob nruab nrab ntawm qhov pib (1844) thiab qhov xaus (1863), muaj kev ntxeev siab ntawm txoj kev txav Millerite (1856). Yog li ntawd, lub sij hawm ntawd nqa lub cim npe ntawm “Qhov Tseeb.” Kev rov qab mus rau Kades rau zaum ob thaum lub Cuaj Hlis 11, 2001 cim txog qhov pib ntawm txoj kev sim siab ntawm tus tim tswv thib peb, uas xaus rau ntawm txoj cai Hnub Caiv uas yuav los sai no, raws li tau ua qauv piv txwv los ntawm xyoo 1863.</w:t>
      </w:r>
    </w:p>
    <w:p>
      <w:pPr>
        <w:pStyle w:val="ArticleBody"/>
        <w:jc w:val="left"/>
      </w:pPr>
      <w:r>
        <w:rPr>
          <w:rFonts w:ascii="Times New Roman" w:hAnsi="Times New Roman" w:eastAsia="Times New Roman" w:cs="Times New Roman"/>
        </w:rPr>
        <w:t>Txij thaum txoj cai hnub Sunday ntawd los txog thaum lub sij hawm uas tib neeg txoj kev sim siab kaw lawm, Yelikhau thiab nws tej phab ntsa yuav raug muab rhuav pov tseg, raws li txoj kev txiav txim uas raug coj los siv rau tus poj niam deev luag txiv ntawm Npanpiloo uas raug sawv cev nyob hauv zaj keeb kwm ntawd. Nqe plaub caug pib rau xyoo 1798, thiab xaus rau ntawm txoj cai hnub Sunday uas yuav los sai sai hauv nqe plaub caug ib. Lub sij hawm kawg xyoo 1798 sawv cev rau txoj kab sab hauv ntawm Vajtswv pawg ntseeg, pib ntawm cov Millerites hauv txoj kev txav ntawm thawj tus tim tswv mus txog rau txoj kev txav ntawm tus tim tswv thib peb thiab ib puas plaub caug plaub txhiab leej. Txhua yam nyob hauv ib nqe xwb.</w:t>
      </w:r>
    </w:p>
    <w:p>
      <w:pPr>
        <w:pStyle w:val="ArticleBody"/>
        <w:jc w:val="left"/>
      </w:pPr>
      <w:r>
        <w:rPr>
          <w:rFonts w:ascii="Times New Roman" w:hAnsi="Times New Roman" w:eastAsia="Times New Roman" w:cs="Times New Roman"/>
        </w:rPr>
        <w:t>Tsov rog nruab nrab ntawm vajntxwv sab qaum teb uas tau pib nrog kev sawv muaj hwjchim loj ntawm vajntxwv sab qab teb hauv xyoo 1798 ntawd, tau raug coj mus txog qhov xaus hauv xyoo 1989, thaum vajntxwv sab qab teb raug swb los ntawm ib qho kev koom tes ntawm lub nceeg vaj thib tsib thiab thib rau hauv Vajlugkub txojkev cev Vajtswv lus. Tsov rog ntawm vajntxwv sab qaum teb thiab vajntxwv sab qab teb uas tau pib hauv xyoo 1798 ntawd, cov Millerites tau lees paub tias yog ib qho kev ua rog tawm tsam Loos, uas lawv pom tias tsuas yog ob lub hwjchim ua kom puam tsuaj xwb, yog kev teev dab mlom thiab kev thawj coj ntawm tus pope. Thaum tsov rog ntawd xaus rau xyoo 1989, tag nrho peb lub hwjchim ua kom puam tsuaj ntawd tau koom tes nyob hauv, thiab qhov ntawd tau cim pib ntawm daim duab cev Vajtswv lus qhia txog peb lub hwjchim ntawd coj lub ntiajteb mus rau Armageddon, uas raug sawv cev raws thaj chaw hauv nqe plaub caug tsib ntawm Daniyee kaum ib.</w:t>
      </w:r>
    </w:p>
    <w:p>
      <w:pPr>
        <w:pStyle w:val="ArticleBody"/>
        <w:jc w:val="left"/>
      </w:pPr>
      <w:r>
        <w:rPr>
          <w:rFonts w:ascii="Times New Roman" w:hAnsi="Times New Roman" w:eastAsia="Times New Roman" w:cs="Times New Roman"/>
        </w:rPr>
        <w:t>Nqe plaub caug mus txog nqe plaub caug tsib qhia meej txog cov txheej txheem yaj saub ntawm peb lub hwj chim uas coj tus pope mus txog nws qhov kawg nyob nruab nrab ntawm cov hiav txwv thiab lub roob dawb huv uas muaj hwjchim ci ntsa iab. Yog to taub kom raug, keeb kwm yaj saub uas sawv cev nyob hauv nqe plaub caug ib suav nrog nqe plaub caug ib mus txog nqe plaub caug plaub.</w:t>
      </w:r>
    </w:p>
    <w:p>
      <w:pPr>
        <w:pStyle w:val="ArticleBody"/>
        <w:jc w:val="left"/>
      </w:pPr>
      <w:r>
        <w:rPr>
          <w:rFonts w:ascii="Times New Roman" w:hAnsi="Times New Roman" w:eastAsia="Times New Roman" w:cs="Times New Roman"/>
        </w:rPr>
        <w:t>Yog li ntawd, pib txij lub sijhawm kawg xyoo 1989, nrog rau zaj lus tim khawv thib ob ntawm 1798, uas qhia txog qhov pib thiab qhov xaus ntawm tsov rog nruab nrab ntawm vajntxwv sab qab teb thiab vajntxwv sab qaum teb, nqe plaub caug ib txog plaub caug plaub qhia txog kev koom ua ke peb ntu ntawm lub hwj chim papacy uas nws lub qhov txhab tuag taus twb zoo lawm, thiab nqe plaub caug tsib yog qhov chaw uas nws los txog rau nws qhov kawg. Thaum los xyuas cov nqe no raws li txoj kev pom no, lawv nthuav tawm ib zaj keeb kwm uas nyob sab nraud ntawm Vajtswv pawg ntseeg, ib yam li kuj tau sawv cev los ntawm kev sib raug zoo nruab nrab ntawm xya lub cim foob thiab xya pawg ntseeg hauv phau Ntawv Qhia Tshwm.</w:t>
      </w:r>
    </w:p>
    <w:p>
      <w:pPr>
        <w:pStyle w:val="ArticleBody"/>
        <w:jc w:val="left"/>
      </w:pPr>
      <w:r>
        <w:rPr>
          <w:rFonts w:ascii="Times New Roman" w:hAnsi="Times New Roman" w:eastAsia="Times New Roman" w:cs="Times New Roman"/>
        </w:rPr>
        <w:t>Txoj kab keeb kwm ntawm kev yaj saub uas sawv cev los ntawm 1798 sawv cev feem ntau rau txoj kev txiav txim tshuaj xyuas, thiab txoj kab uas pib ntawm tib qho chaw ntawd hauv 1989 sawv cev feem ntau rau txoj kev txiav txim ua tiav. 1798 feem ntau tab tom hais txog tes haujlwm ntawm tus tubtxib uas npaj txojkev rau Tus Tubtxib ntawm Daim Ntawv Cog Lus, thiab 1989 feem ntau tab tom hais txog tes haujlwm ntawm tus tubtxib Eliyas.</w:t>
      </w:r>
    </w:p>
    <w:p>
      <w:pPr>
        <w:pStyle w:val="ArticleBody"/>
        <w:jc w:val="left"/>
      </w:pPr>
      <w:r>
        <w:rPr>
          <w:rFonts w:ascii="Times New Roman" w:hAnsi="Times New Roman" w:eastAsia="Times New Roman" w:cs="Times New Roman"/>
        </w:rPr>
        <w:t>Pib txij xyoo 1798, thaum phau ntawv Daniyee raug qhib tawm lawm, peb thiaj muaj kev nce ntxiv ntawm kev paub txog keeb kwm yaj saub, uas nyob hauv ntawd Khetos coj Nws haiv neeg los rau hauv txoj kev sib raug zoo ntawm lus cog tseg uas ua kom tiav qhov kev sib koom ua ke ruaj khov mus ib txhis ntawm Vajtswv lub ntuj tsim nrog tib neeg. Lus cog tseg rau hnub kawg ntawd raug txheeb qhia ntau zaus hauv Vaj Lug Kub.</w:t>
      </w:r>
    </w:p>
    <w:p>
      <w:pPr>
        <w:pStyle w:val="ArticleScripture"/>
        <w:jc w:val="left"/>
      </w:pPr>
      <w:r>
        <w:rPr>
          <w:rFonts w:ascii="Times New Roman" w:hAnsi="Times New Roman" w:eastAsia="Times New Roman" w:cs="Times New Roman"/>
        </w:rPr>
        <w:t>Saib seb, hnub nyoog tabtom los, tus Tswv hais tias, kuv yuav cog ib lo lus cog tseg tshiab nrog tsev neeg Yixayee, thiab nrog tsev neeg Yudas: tsis yog raws li lo lus cog tseg uas kuv tau cog nrog lawv tej yawg koob rau hnub uas kuv tuav lawv tes coj lawv tawm hauv tebchaws Iyi; lo lus cog tseg ntawd lawv twb rhuav lawm, txawm yog kuv tau ua ib tug txij nkawm rau lawv, tus Tswv hais tias: Tiamsis lo lus cog tseg no yog yam uas kuv yuav cog nrog tsev neeg Yixayee; tom qab cov hnub ntawd, tus Tswv hais tias, kuv yuav muab kuv txoj kevcai tso rau hauv lawv sab hauv, thiab yuav sau rau hauv lawv lub siab; thiab kuv yuav ua lawv tus Vajtswv, thiab lawv yuav ua kuv haiv neeg. Thiab lawv yuav tsis qhia ntxiv lawm, txhua tus rau nws tus kwvtij zej zog, thiab txhua tus rau nws tus kwvtij, hais tias, Nej cia li paub tus Tswv: rau qhov lawv txhua tus yuav paub kuv, txij tus me tshaj plaws ntawm lawv mus txog tus loj tshaj plaws ntawm lawv, tus Tswv hais tias: rau qhov kuv yuav zam txim rau lawv tej kev tsis ncaj, thiab kuv yuav tsis nco txog lawv txojkev txhaum ntxiv lawm. Yelemis 31:31–34.</w:t>
      </w:r>
    </w:p>
    <w:p>
      <w:pPr>
        <w:pStyle w:val="ArticleBody"/>
        <w:jc w:val="left"/>
      </w:pPr>
      <w:r>
        <w:rPr>
          <w:rFonts w:ascii="Times New Roman" w:hAnsi="Times New Roman" w:eastAsia="Times New Roman" w:cs="Times New Roman"/>
        </w:rPr>
        <w:t>Txhua tus yaj saub txhua tus tab tom qhia kom paub txog hnub kawg, thiab lo lus hais tias “hnub kawg,” hauv kev qhia yav tom ntej sawv cev rau lub caij nyoog ntawm txoj kev txiav txim. Tus tim tswv thawj zaug tuaj txog hauv xyoo 1798, thaum lub caij kawg, los tshaj tawm txog kev qhib ntawm txoj kev txiav txim hauv xyoo 1844, uas kuj yog kev tuaj txog ntawm hnub kawg. Hnub kawg ntawd yog Yelemis cov “hnub” uas yuav los txog, thaum Vajtswv yuav “zam txim” rau “kev tsis ncaj” thiab “yuav tsis nco ntxiv lawm” txog tej kev txhaum ntawm Nws haiv neeg. Tes haujlwm ntawd raug ua tiav los ntawm Khetos, raws li Tus Pov Thawj Hlob, hauv hnub theej txhoj uas yog tus qauv tiav tiav tiav, thaum lub sijhawm “hnub kawg.”</w:t>
      </w:r>
    </w:p>
    <w:p>
      <w:pPr>
        <w:pStyle w:val="ArticleBody"/>
        <w:jc w:val="left"/>
      </w:pPr>
      <w:r>
        <w:rPr>
          <w:rFonts w:ascii="Times New Roman" w:hAnsi="Times New Roman" w:eastAsia="Times New Roman" w:cs="Times New Roman"/>
        </w:rPr>
        <w:t>Yog hais tias txoj kev ntseeg Adventism ntawm cov Millerites tau txuas ntxiv mus los ntawm txoj kev ntseeg kom taug kev nyob hauv qhov kaj uas tab tom nce ntxiv ntawm tus tim tswv thib peb uas tau los txog rau lub Kaum Hli 22, 1844, ces lawv twb yuav tau nyob hauv lawv lub tsev nyob mus ib txhis nrog Yexus lawm. Qhov no yog yam Yelemis txhais thaum nws hais tias, “tom qab cov hnub ntawd.” “Cov hnub ntawd” yog cov caij nyoog yaj saub uas coj mus txog, thiab xaus rau, xyoo 1844. Lawv yog cov “hnub” uas Daniyees tshooj kaum ob hais txog.</w:t>
      </w:r>
    </w:p>
    <w:p>
      <w:pPr>
        <w:pStyle w:val="ArticleScripture"/>
        <w:jc w:val="left"/>
      </w:pPr>
      <w:r>
        <w:rPr>
          <w:rFonts w:ascii="Times New Roman" w:hAnsi="Times New Roman" w:eastAsia="Times New Roman" w:cs="Times New Roman"/>
        </w:rPr>
        <w:t>Tiamsis koj txojkev mus kom txog thaum kawg los txog; rau qhov koj yuav tau so, thiab sawv hauv koj feem thaum kawg ntawm tej hnub. Daniyee 12:13.</w:t>
      </w:r>
    </w:p>
    <w:p>
      <w:pPr>
        <w:pStyle w:val="ArticleBody"/>
        <w:jc w:val="left"/>
      </w:pPr>
      <w:r>
        <w:rPr>
          <w:rFonts w:ascii="Times New Roman" w:hAnsi="Times New Roman" w:eastAsia="Times New Roman" w:cs="Times New Roman"/>
        </w:rPr>
        <w:t>Thaum txog “hnub kawg,” los yog raws li Yelemis hais tias, “tom qab cov hnub ntawd,” Khetos tau npaj yuav muab Nws txoj kevcai tso rau hauv Nws haiv neeg tej sab hauv, thiab sau Nws txoj kevcai rau saum lawv lub siab. Tej sab hauv ntawd yog tus xwm txheej qis, los yog raws li Povlauj hu ua cev nqaij daim tawv, hos lub siab yog tus xwm txheej siab dua. Txoj lus cog tseg ntawm txoj kev khi lus cog lus cog lus tias Nws yuav pub ib lub siab xav tshiab rau Nws haiv neeg thaum lawv tig los ntseeg, thiab ib lub cev tshiab thaum lub Sijhawm Nws Rov Los Zaum Ob. Tibneeg poob nrog Adas, tus uas raug tsim raws li Vajtswv tus yam ntxwv, thiab tus uas raug tsim nrog ib tug xwm txheej siab dua thiab ib tug xwm txheej qis dua. Khetos txoj kev khi lus cog lus yog los txhiv noob neej nrog lawv ob chav xwm txheej tawm hauv txoj kev foom phem ntawm kev txhaum.</w:t>
      </w:r>
    </w:p>
    <w:p>
      <w:pPr>
        <w:pStyle w:val="ArticleScripture"/>
        <w:jc w:val="left"/>
      </w:pPr>
      <w:r>
        <w:rPr>
          <w:rFonts w:ascii="Times New Roman" w:hAnsi="Times New Roman" w:eastAsia="Times New Roman" w:cs="Times New Roman"/>
        </w:rPr>
        <w:t>“Hauv cov hnub kawg ntawm keeb kwm ntiajteb no, Vajtswv txoj kev cog lus nrog Nws haiv neeg uas ceev Nws tej lus txib yuav raug rov ua dua tshiab. ‘Hnub ntawd kuv yuav cog lus rau lawv nrog tej tsiaj qus hauv teb, thiab nrog tej noog saum ntuj, thiab nrog tej tsiaj nkag ntawm hauv av; thiab kuv yuav rhuav hneev nti thiab rab ntaj thiab kev ua tsov rog kom ploj ntawm lub ntiajteb mus, thiab kuv yuav ua kom lawv pw tau ruaj ntseg. Thiab kuv yuav qhaib koj rau kuv mus ib txhis; muaj tseeb, kuv yuav qhaib koj rau kuv hauv kev ncaj ncees, thiab hauv kev txiav txim, thiab hauv kev hlub uas ruaj khov, thiab hauv kev khuv leej. Kuv yeej yuav qhaib koj rau kuv hauv kev ncaj siab; thiab koj yuav paub tus Tswv.’”</w:t>
      </w:r>
    </w:p>
    <w:p>
      <w:pPr>
        <w:pStyle w:val="ArticleScripture"/>
        <w:jc w:val="left"/>
      </w:pPr>
      <w:r>
        <w:rPr>
          <w:rFonts w:ascii="Times New Roman" w:hAnsi="Times New Roman" w:eastAsia="Times New Roman" w:cs="Times New Roman"/>
        </w:rPr>
        <w:t>“‘Thiab yuav muaj li no rau hnub ntawd, kuv yuav mloog, tus Tswv hais tias, kuv yuav mloog lub ntuj, thiab lub ntuj yuav mloog lub ntiajteb; thiab lub ntiajteb yuav mloog cov nplej, thiab cawv txiv hmab, thiab roj; thiab tej no yuav mloog Yexenloos. Thiab kuv yuav tseb nws rau kuv tus kheej rau hauv lub ntiajteb; thiab kuv yuav hlub tshua tus uas tsis tau txais kev hlub tshua; thiab kuv yuav hais rau cov uas tsis yog kuv haiv neeg tias, Koj yog kuv haiv neeg; thiab lawv yuav hais tias, Koj yog kuv tus Vajtswv.’ Hosea 2:14-23.”</w:t>
      </w:r>
    </w:p>
    <w:p>
      <w:pPr>
        <w:pStyle w:val="ArticleScripture"/>
        <w:jc w:val="left"/>
      </w:pPr>
      <w:r>
        <w:rPr>
          <w:rFonts w:ascii="Times New Roman" w:hAnsi="Times New Roman" w:eastAsia="Times New Roman" w:cs="Times New Roman"/>
        </w:rPr>
        <w:t>“‘Hnub ntawd,... cov seem tseg ntawm cov Ixayees, thiab cov uas dim ntawm tsev neeg Yakhauj lawm,... yuav vam khom tus Tswv, tus Dawb Huv ntawm cov Ixayees, hauv qhov tseeb.’ Yaxayas 10:20. Ntawm ‘txhua haiv neeg, thiab txhua xeem, thiab txhua yam lus, thiab txhua pab neeg’ yuav muaj cov uas yuav zoo siab teb rau txoj xov hais tias, ‘Nej cia li ntshai Vajtswv, thiab muab koob meej rau nws; rau qhov lub sijhawm ntawm nws txoj kev txiav txim twb los txog lawm.’ Lawv yuav tig ntawm txhua tus mlom uas khi lawv rau lub ntiajteb no, thiab yuav ‘pe hawm tus uas tsim ntuj, thiab lub ntiajteb, thiab hiav txwv, thiab tej qhov dej txhawv.’ Lawv yuav tso lawv tus kheej dim ntawm txhua txoj kev daig ntxiab, thiab yuav sawv ntawm lub ntiajteb no xub ntiag ua tej cim nco txog Vajtswv txoj kev khuv leej. Vim lawv mloog lus rau txhua yam uas Vajtswv thov tseg, lawv yuav raug cov tubtxib saum ntuj thiab tibneeg lees paub tias yog cov uas ‘ceev Vajtswv tej lus txib, thiab Yexus txoj kev ntseeg.’ Tshwmsim 14:6–7, 12.”</w:t>
      </w:r>
    </w:p>
    <w:p>
      <w:pPr>
        <w:pStyle w:val="ArticleScripture"/>
        <w:jc w:val="left"/>
      </w:pPr>
      <w:r>
        <w:rPr>
          <w:rFonts w:ascii="Times New Roman" w:hAnsi="Times New Roman" w:eastAsia="Times New Roman" w:cs="Times New Roman"/>
        </w:rPr>
        <w:t>“‘Saib seb, hnub yuav los, tus Tswv hais li no, tus laij teb yuav caum cuag tus hlais qoob, thiab tus tsuj txiv hmab yuav caum cuag tus uas tseb noob; tej roob yuav xau cawv qab zib, thiab txhua lub toj yuav yaj ntshis. Thiab kuv yuav coj kuv haiv neeg Ixayees rov qab los ntawm lawv txojkev raug ntiab mus ua qhev, thiab lawv yuav txhim tsa tej nroog uas raug puas tsuaj, thiab nyob hauv lawv; lawv yuav cog vaj txiv hmab, thiab haus cov cawv uas tawm hauv lawv; lawv kuj yuav ua vaj, thiab noj tej txiv hmab txiv ntoo uas tawm hauv lawv. Thiab kuv yuav cog lawv rau saum lawv thaj av, thiab lawv yuav tsis raug muab rho tawm ntawm lawv thaj av uas kuv tau pub rau lawv lawm ntxiv lawm, tus Tswv uas yog koj tus Vajtswv hais li no. Amos 9:13–15.’” Review and Herald, February 26, 1914.</w:t>
      </w:r>
    </w:p>
    <w:p>
      <w:pPr>
        <w:pStyle w:val="ArticleBody"/>
        <w:jc w:val="left"/>
      </w:pPr>
      <w:r>
        <w:rPr>
          <w:rFonts w:ascii="Times New Roman" w:hAnsi="Times New Roman" w:eastAsia="Times New Roman" w:cs="Times New Roman"/>
        </w:rPr>
        <w:t>Thaum Yelemis hais tias “tom qab cov hnub ntawd,” cov “hnub” uas ua ntej txoj hauj lwm uas Khetos sawv cev los ntawm Nws txoj kev los tam sim ntawd rau hauv Nws lub tuam tsev los ntxuav nws, yog cov sijhawm cev Vajtswv lus uas xaus rau xyoo 1798 thiab 1844. Qhov xaus ntawm cov hnub cev Vajtswv lus ntawd (cov sijhawm ntawd), tau cim tseg plaub caug rau xyoo uas Khetos tsa lub tuam tsev Millerite, thiab thaum Nws los tam sim ntawd rau hnub Kaum Hli 22, 1844 Nws tab tom ua kom tiav Malakis tshooj peb, uas Nws kuj tau ua kom tiav thaum Nws ntxuav lub tuam tsev thaum pib thiab thaum xaus ntawm Nws tes haujlwm.</w:t>
      </w:r>
    </w:p>
    <w:p>
      <w:pPr>
        <w:pStyle w:val="ArticleScripture"/>
        <w:jc w:val="left"/>
      </w:pPr>
      <w:r>
        <w:rPr>
          <w:rFonts w:ascii="Times New Roman" w:hAnsi="Times New Roman" w:eastAsia="Times New Roman" w:cs="Times New Roman"/>
        </w:rPr>
        <w:t>“Hauv kev ntxuav lub tuam tsev kom huv ntawm cov neeg yuav thiab cov neeg muag ntawm lub ntiajteb no, Yexus tau tshaj tawm Nws tes hauj lwm kom ntxuav lub siab kom dim ntawm kev qias tuaj ntawm txoj kev txhaum,—ntawm tej kev ntshaw hauv ntiajteb, tej kev xav phem ntawm kev qia dub, thiab tej cwj pwm phem, uas ua rau tus ntsuj plig puas tsuaj. Malakhi 3:1–3 hais los.” The Desire of Ages, 161.</w:t>
      </w:r>
    </w:p>
    <w:p>
      <w:pPr>
        <w:pStyle w:val="ArticleBody"/>
        <w:jc w:val="left"/>
      </w:pPr>
      <w:r>
        <w:rPr>
          <w:rFonts w:ascii="Times New Roman" w:hAnsi="Times New Roman" w:eastAsia="Times New Roman" w:cs="Times New Roman"/>
        </w:rPr>
        <w:t>Thiab “tom qab cov hnub ntawd,” Khetos npaj siab los ntxuav lub tuam tsev uas Nws tau tsa los, uas yog tus sawv cev rau Nws txoj hauj lwm hauv kev ntxuav Nws haiv neeg lub siab kom dawb huv ntawm kev qias neeg ntawm kev txhaum, los yog raws li Yelemi hais tias sau Nws txoj kevcai rau saum lawv lub siab thiab hauv lawv tej sab hauv.</w:t>
      </w:r>
    </w:p>
    <w:p>
      <w:pPr>
        <w:pStyle w:val="ArticleScripture"/>
        <w:jc w:val="left"/>
      </w:pPr>
      <w:r>
        <w:rPr>
          <w:rFonts w:ascii="Times New Roman" w:hAnsi="Times New Roman" w:eastAsia="Times New Roman" w:cs="Times New Roman"/>
        </w:rPr>
        <w:t>Vim yog nrhiav tau qhov txhaum hauv lawv, Nws thiaj hais tias, Saib maj, hnub yuav los txog, tus Tswv hais tias, thaum Kuv yuav tsim ib txoj kev cog lus tshiab nrog tsev neeg Ixayees thiab nrog tsev neeg Yudas: tsis raws li txoj kev cog lus uas Kuv tau cog nrog lawv cov yawg koob hnub uas Kuv tuav lawv tes coj lawv tawm hauv tebchaws Iyi tebchaws; vim lawv tsis nyob ruaj hauv Kuv txoj kev cog lus, thiab Kuv tsis quav ntsej lawv lawm, tus Tswv hais li ntawd. Rau qhov no yog txoj kev cog lus uas Kuv yuav tsim nrog tsev neeg Ixayees tom qab cov hnub ntawd, tus Tswv hais tias; Kuv yuav muab Kuv tej kevcai tso rau hauv lawv lub siab xav, thiab sau cia rau hauv lawv lub siab: thiab Kuv yuav ua lawv tus Vajtswv, thiab lawv yuav ua Kuv haiv neeg. Henplais 8:8–10.</w:t>
      </w:r>
    </w:p>
    <w:p>
      <w:pPr>
        <w:pStyle w:val="ArticleBody"/>
        <w:jc w:val="left"/>
      </w:pPr>
      <w:r>
        <w:rPr>
          <w:rFonts w:ascii="Times New Roman" w:hAnsi="Times New Roman" w:eastAsia="Times New Roman" w:cs="Times New Roman"/>
        </w:rPr>
        <w:t>Cov lus “cov hnub ntawd” yog Daniel cov “kawg ntawm cov hnub,” uas xaus rau xyoo 1798 thiab 1844. Kab ke ntawm lub hwj Protestant uas pib rau xyoo 1798, hauv nqe plaub caug ntawm Daniel kaum ib, tab tom hais kom pom tseeb txog txoj kev sib raug zoo ntawm lo lus cog tseg uas raug tsim tsa nrog ib puas plaub caug plaub txhiab leej. Lo lus Henplais “lot” yog ib lub pob zeb me uas siv los txiav txim ib tug neeg txoj hmoo. Daniel raug hais kom mus thiab so (hauv txoj kev tuag), mus txog “qhov kawg ntawm cov hnub,” thaum, xyoo 1844, txoj kev txiav txim yuav pib thiab nws txoj hmoo yuav raug txiav txim.</w:t>
      </w:r>
    </w:p>
    <w:p>
      <w:pPr>
        <w:pStyle w:val="ArticleScripture"/>
        <w:jc w:val="left"/>
      </w:pPr>
      <w:r>
        <w:rPr>
          <w:rFonts w:ascii="Times New Roman" w:hAnsi="Times New Roman" w:eastAsia="Times New Roman" w:cs="Times New Roman"/>
        </w:rPr>
        <w:t>Tiamsis koj txojkev mus kom txog hnub kawg: rau qhov koj yuav tau so, thiab sawv hauv koj feem thaum kawg ntawm cov hnub. Daniel 12:13.</w:t>
      </w:r>
    </w:p>
    <w:p>
      <w:pPr>
        <w:pStyle w:val="ArticleBody"/>
        <w:jc w:val="left"/>
      </w:pPr>
      <w:r>
        <w:rPr>
          <w:rFonts w:ascii="Times New Roman" w:hAnsi="Times New Roman" w:eastAsia="Times New Roman" w:cs="Times New Roman"/>
        </w:rPr>
        <w:t>Cov “hnub” ntawm “hnub kawg ntawm cov hnub,” sawv cev rau cov lus faj lem txog lub sijhawm uas tau xaus rau xyoo 1844, vim tom qab ntawd yuav tsis muaj lub sijhawm yaj saub ntxiv lawm. Ob txhiab peb puas xyoo, uas yog lub zeem muag marah, txhais hais tias Khetos tshwm sim tam sid hauv Nws lub tuam tsev dawb huv, ces kuj xaus lawm, thiab ob txhiab tsib puas nees nkaum xyoo ntawm qhov kev chim kawg kuj xaus ib yam nkaus, raws li cov hnub ntawm thawj qhov kev chim tau xaus lawm thaum lub sijhawm kawg xyoo 1798. “Tom qab cov hnub ntawd,” raws li Yelemi hais txog, tom qab ntawd Povlauj thiaj hais ntxiv txog. Povlauj hais txog Yelemi lo lus “tom qab cov hnub ntawd,” ob zaug, rau qhov Povlauj tsis yog tsuas hais txog txoj kev cog lus uas yuav raug tsa los “tom qab cov hnub ntawd,” xwb, tiam sis qhov tseem ceeb dua yog nws tab tom qhia txog txoj hauj lwm ntawm Khetos ua Tus Pov Thawj Hlob.</w:t>
      </w:r>
    </w:p>
    <w:p>
      <w:pPr>
        <w:pStyle w:val="ArticleScripture"/>
        <w:jc w:val="left"/>
      </w:pPr>
      <w:r>
        <w:rPr>
          <w:rFonts w:ascii="Times New Roman" w:hAnsi="Times New Roman" w:eastAsia="Times New Roman" w:cs="Times New Roman"/>
        </w:rPr>
        <w:t>Vim tias los ntawm tib qho kev txi xwb nws tau ua kom cov uas raug dawb huv tiav tag mus ib txhis. Thiab Vaj Ntsuj Plig Dawb Huv kuj ua tim khawv rau peb thiab; rau qhov tom qab uas nws twb tau hais ua ntej lawm tias, Tus Tswv hais tias, Nov yog txoj kev cog lus uas kuv yuav tsim nrog lawv tom qab cov hnub ntawd, kuv yuav muab kuv tej kevcai tso rau hauv lawv lub siab, thiab yuav sau tej ntawd rau hauv lawv lub tswv yim; Thiab lawv tej kev txhaum thiab lawv tej kev tsis ncaj kuv yuav tsis nco txog lawm ntxiv. Nim no, qhov chaw uas muaj kev zam txim rau tej no lawm, ces tsis muaj kev txi rau kev txhaum ntxiv lawm. Yog li ntawd, cov kwv tij, vim peb muaj siab tawv nkag mus rau hauv qhov chaw Dawb Huv Tshaj Plaws los ntawm Yexus cov ntshav, Los ntawm ib txoj kev tshiab thiab muaj sia, uas nws tau qhib tseg rau peb, hla daim ntaub thaiv, uas yog hais txog nws cev nqaij daim tawv; Thiab vim peb muaj ib tug Pov Thawj Hlob kav saum Vajtswv tsev. Hebrews 10:14–21.</w:t>
      </w:r>
    </w:p>
    <w:p>
      <w:pPr>
        <w:pStyle w:val="ArticleBody"/>
        <w:jc w:val="left"/>
      </w:pPr>
      <w:r>
        <w:rPr>
          <w:rFonts w:ascii="Times New Roman" w:hAnsi="Times New Roman" w:eastAsia="Times New Roman" w:cs="Times New Roman"/>
        </w:rPr>
        <w:t>Ob puas nees nkaum xyoo uas txuas txoj lus faj lem ntawm marah zaj yog toog txog Khetos txoj kev tshwm sim, nrog rau txoj lus faj lem ob txhiab tsib puas nees nkaum xyoo ntawm chazon zaj yog toog txog keeb kwm faj lem, khi ua ke, los sis txuas pib ntawm ob ntu sijhawm faj lem ntawd, los ntawm ib qho cim sawv cev uas sawv cev rau kev sib txuas ua ke ntawm tib neeg nrog Vajtswv, uas yog txoj hauj lwm Khetos ua kom tiav hauv txoj kev ntxuav uas muaj tshwm sim thaum lub sij hawm kev txav ntawm tus tim tswv thib peb, thiab ua rau muaj txoj kev cog lus uas Nws ua nrog ib puas plaub caug plaub txhiab leej.</w:t>
      </w:r>
    </w:p>
    <w:p>
      <w:pPr>
        <w:pStyle w:val="ArticleBody"/>
        <w:jc w:val="left"/>
      </w:pPr>
      <w:r>
        <w:rPr>
          <w:rFonts w:ascii="Times New Roman" w:hAnsi="Times New Roman" w:eastAsia="Times New Roman" w:cs="Times New Roman"/>
        </w:rPr>
        <w:t>Lub zeem muag ntawm **chazon**, uas piav txog kev raug tsuj ntxias ntawm lub tuam tsev, yog lub zeem muag hais txog tibneeg uas tau raug kev txhaum tsuj ntxias txij thaum Adas txoj kev tawm tsam hauv Lub Vaj Edees los lawm; thiab lub zeem muag ntawm **marah**, uas piav txog Khetos txoj hauj lwm ntawm kev kho dua tshiab thiab kev ntxuav lub tuam tsev, ob qho tib si tau tiav rau hnub Kaum Hli 22, 1844. Muaj ob txoj lus faj lem ntawm ob txhiab tsib puas nees nkaum xyoo hais txog Vajtswv txoj kev chim, uas sawv cev rau kev raug tsuj ntxias ntawm pab tub rog thiab lub tuam tsev.</w:t>
      </w:r>
    </w:p>
    <w:p>
      <w:pPr>
        <w:pStyle w:val="ArticleBody"/>
        <w:jc w:val="left"/>
      </w:pPr>
      <w:r>
        <w:rPr>
          <w:rFonts w:ascii="Times New Roman" w:hAnsi="Times New Roman" w:eastAsia="Times New Roman" w:cs="Times New Roman"/>
        </w:rPr>
        <w:t>Ob qho lus faj lem ntawd sawv cev rau kev raug tsuj nqes ntawm noob neej, uas yuav raug rov kho dua los ntawm lub zeem muag ntawm marah. Ob qhov kev chim ntawm Vajtswv rau Nws haiv neeg ntawd sawv cev rau txoj kev chim uas poob rau saum noob neej uas twb poob lawd, uas tsuas yuav dim thiab raug rov kho tau xwb los ntawm txoj hauj lwm ntawm Khetos hauv kev tsim dua thiab ntxuav kom huv lub tuam tsev uas twb poob lawd.</w:t>
      </w:r>
    </w:p>
    <w:p>
      <w:pPr>
        <w:pStyle w:val="ArticleBody"/>
        <w:jc w:val="left"/>
      </w:pPr>
      <w:r>
        <w:rPr>
          <w:rFonts w:ascii="Times New Roman" w:hAnsi="Times New Roman" w:eastAsia="Times New Roman" w:cs="Times New Roman"/>
        </w:rPr>
        <w:t>Ob txoj kev chim ob yam no sawv cev rau tibneeg sab ntuj siab dua thiab sab ntuj qis dua. Thaum Adas poob rau kev txhaum lawm, sab ntuj qis dua tau los kav sab ntuj siab dua, hos Khetos lub hom phiaj rau tibneeg yog kom sab ntuj siab dua kav sab ntuj qis dua. Thaum Adas poob rau kev txhaum lawm, sab ntuj siab dua tau poob rau hauv sab ntuj qis dua txoj kev ntshaw phem, thiab Vajtswv lub hom phiaj tau raug ntxeev rov qab. Qhov no yog yam uas phau Vajlugkub hu ua “kev hloov siab los ntseeg.” Kev hloov siab los ntseeg txhais hais tias sab ntuj siab dua raug tsa rov qab los nyob rau hauv nws txoj hauj lwm kav sab ntuj qis dua. Hloov siab los ntseeg txhais tias muab tig rov qab, lossis muab ntxeev upside down.</w:t>
      </w:r>
    </w:p>
    <w:p>
      <w:pPr>
        <w:pStyle w:val="ArticleBody"/>
        <w:jc w:val="left"/>
      </w:pPr>
      <w:r>
        <w:rPr>
          <w:rFonts w:ascii="Times New Roman" w:hAnsi="Times New Roman" w:eastAsia="Times New Roman" w:cs="Times New Roman"/>
        </w:rPr>
        <w:t>Txojkev chim thawj zaug tawm tsam rau lub nceeg vaj sab qaum teb, yog txojkev chim tawm tsam rau tus yam ntxwv qis dua uas tau muab tus yam ntxwv siab dua tso rau hauv qab thaum lub caij poob. Txojkev chim ntawd los ua ntej, rau qhov Khetos tau txais txoj hauj lwm ntawm kev txhiv dim pib kiag ntawm qhov chaw uas nws xub pib thawj zaug, thiab nws pib nrog txojkev ntshaw ntawm tus yam ntxwv qis dua, uas yog txojkev ntshaw ntawm kev qab los noj. Khetos pib Nws txoj hauj lwm nrog plaub caug hnub ntawm kev yoo mov.</w:t>
      </w:r>
    </w:p>
    <w:p>
      <w:pPr>
        <w:pStyle w:val="ArticleScripture"/>
        <w:jc w:val="left"/>
      </w:pPr>
      <w:r>
        <w:rPr>
          <w:rFonts w:ascii="Times New Roman" w:hAnsi="Times New Roman" w:eastAsia="Times New Roman" w:cs="Times New Roman"/>
        </w:rPr>
        <w:t>“Khetos paub tias kom thiaj li nqa tau txoj hau kev cawm dim mus rau pem hauv ntej kom vam meej, Nws yuav tsum pib tes dej num txhiv neeg rov qab kiag ntawm qhov chaw uas kev puastsuaj tau pib los. Adas poob vim kev txaus siab rau txoj kev ntshaw noj haus. Kom txhaj rau neeg lub siab txog nws tej luag hauj lwm yuav tsum mloog Vajtswv txoj kevcai lus, Khetos pib Nws txoj hauj lwm txhiv dim los ntawm kev kho tshiab rau tib neeg tej cwj pwm ntawm lub cev. Kev nqis qis hauv kev tsim txiaj thiab kev qias zuj zus ntawm tib neeg haiv neeg feem coob yog tsim los ntawm kev tso siab rau txoj kev ntshaw noj haus uas twb raug ntxeev lawm lawm.” Testimonies, volume 3, 486.</w:t>
      </w:r>
    </w:p>
    <w:p>
      <w:pPr>
        <w:pStyle w:val="ArticleBody"/>
        <w:jc w:val="left"/>
      </w:pPr>
      <w:r>
        <w:rPr>
          <w:rFonts w:ascii="Times New Roman" w:hAnsi="Times New Roman" w:eastAsia="Times New Roman" w:cs="Times New Roman"/>
        </w:rPr>
        <w:t>Qhov kev chim siab zaum ob yog tawm tsam tus cwj pwm siab dua, uas lub tebchaws yav qab teb sawv cev, qhov chaw uas Yeluxalees nyob, uas yog lub nroog Vajtswv tau xaiv los tso Nws lub npe rau ntawd. Hnub Kaum Hli tim 22, 1844 txoj haujlwm uas Khetos npaj siab yuav ua, thiab txoj haujlwm uas tam sim no Nws tab tom ua tiav, raug sawv cev los ntawm Exekees ob tug pas.</w:t>
      </w:r>
    </w:p>
    <w:p>
      <w:pPr>
        <w:pStyle w:val="ArticleBody"/>
        <w:jc w:val="left"/>
      </w:pPr>
      <w:r>
        <w:rPr>
          <w:rFonts w:ascii="Times New Roman" w:hAnsi="Times New Roman" w:eastAsia="Times New Roman" w:cs="Times New Roman"/>
        </w:rPr>
        <w:t>Thaum Exekees ob tug pas raug txuas ua ke los ua ib tug pas nkaus mus ib txhis, qhov ntawd qhia txog txoj kev cog lus uas Khetos tshem kev txhaum ntawm Nws haiv neeg mus ib txhis, thiab tias yam xeeb ceem siab dua thiab yam xeeb ceem qis dua raug muab rov qab los rau hauv txoj kev txiav txim raws qib uas tsim nyog, thiab tib neeg rov qab los ua neeg tiav dua ib zaug ntxiv. Nyob hauv lub xeev uas tseem tsis tau hloov siab los ntseeg, yam xeeb ceem qis ntawm tib neeg, uas sawv cev los ntawm thawj qhov kev chim, kav saum yam xeeb ceem siab dua ntawm tib neeg uas sawv cev los ntawm qhov kev chim kawg. Yog li ntawd, thawj qhov kev chim ntawd yog tawm tsam lub nceeg vaj qaum teb, uas raws thaj chaw ces nyob “saum” lub nceeg vaj qab teb.</w:t>
      </w:r>
    </w:p>
    <w:p>
      <w:pPr>
        <w:pStyle w:val="ArticleBody"/>
        <w:jc w:val="left"/>
      </w:pPr>
      <w:r>
        <w:rPr>
          <w:rFonts w:ascii="Times New Roman" w:hAnsi="Times New Roman" w:eastAsia="Times New Roman" w:cs="Times New Roman"/>
        </w:rPr>
        <w:t>Ob puas nees nkaum xyoo uas txuas ob lub zeem muag ntawm marah thiab chazon nrog Vajtswv thiab tib neeg, hauv lawv tej kev pib sib raug, ob qho tib si los sib koom ua ib tug pas thaum Khetos ua tiav txoj hauj lwm ntawm tus tim tswv thib peb nrog ib puas plaub caug plaub txhiab leej. Qhov no yog zaj lus faj lem ntawm txoj kev chim kawg tawm tsam lub nceeg vaj sab qab teb uas raug txuas nrog zaj lus faj lem ntawm qhov kev tshwm sim nyob rau xyoo 1844, rau qhov kev khi lus muab ib lub siab tshiab thaum hloov siab los ntseeg, tiam sis lub cev tshiab (lub nceeg vaj sab qaum teb) tsuas yog raug txum tim rov qab thaum txoj kev los zaum ob, ib pliag ib ntsais muag xwb.</w:t>
      </w:r>
    </w:p>
    <w:p>
      <w:pPr>
        <w:pStyle w:val="ArticleBody"/>
        <w:jc w:val="left"/>
      </w:pPr>
      <w:r>
        <w:rPr>
          <w:rFonts w:ascii="Times New Roman" w:hAnsi="Times New Roman" w:eastAsia="Times New Roman" w:cs="Times New Roman"/>
        </w:rPr>
        <w:t>Nqe plaub caug kaum ntawm Daniyees tshooj kaum ib, qhia meej txog ob lub sijhawm kawg, thiab los ntawm qhov ntawd nws hais kom pom tseeb txog ib txoj kab keeb kwm yav tom ntej sab hauv thiab sab nraud nyob rau hauv keeb kwm ntawm tus tsiaj txhu hauv ntiajteb raws li Tshwmsim tshooj kaum peb. Cov tseeb uas raug qhib lub foob nyob rau hauv nqe no sawv cev rau ob txoj kab tseeb sab hauv thiab sab nraud uas Khetos tau los qhia kom paub thiab ua kom tiav nyob hauv Nws haiv neeg. Qhov tseeb tias tib neeg thaum koom nrog Vajtswv tus yam ntxwv lawm tsis txhaum, raug sawv cev nyob rau hauv qhov kaj uas txuas nrog cov txiaj ntsig ntawm kev qhib lub foob ntawm kev paub, thiab sawv cev rau qhov tseeb sab hauv ntawm Vajtswv haiv neeg nyob rau hnub kawg. Qhov kaj uas raug sawv cev los ntawm kev ua rog ntawm cov hwjchim uas coj lub ntiajteb mus rau Armageddon yog qhov tseeb sab nraud ntawm Vajtswv haiv neeg nyob rau hnub kawg.</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Lo lus ntawm tus Tswv rov los cuag kuv dua, hais tias, Tsis tas li ntawd, koj tus tub ntawm neeg, cia li muab ib tug pas rau koj, thiab sau rau saum nws tias, Rau Yudas, thiab rau cov me nyuam Yixayee uas yog nws cov phoojywg: ces muab dua ib tug pas ntxiv, thiab sau rau saum nws tias, Rau Yauxej, tus pas ntawm Efa-i, thiab rau tag nrho tsev neeg Yixayee uas yog nws cov phoojywg: Thiab muab nkawd txuas ua ke, ib tug rau ib tug, ua ib tug pas xwb; thiab nkawd yuav los ua ib tug nyob hauv koj txhais tes. Thiab thaum cov me nyuam ntawm koj haiv neeg yuav hais rau koj tias, Koj puas yuav tsis qhia rau peb tias tej no txhais li cas? Ces hais rau lawv tias, Tus Tswv Vajtswv hais li no; Saib maj, Kuv yuav muab tus pas ntawm Yauxej, uas nyob hauv txhais tes ntawm Efa-i, thiab cov xeem ntawm Yixayee uas yog nws cov kwvtij nrog nws, thiab yuav muab lawv los nrog nws, yog nrog tus pas ntawm Yudas, thiab ua kom lawv ua ib tug pas xwb, thiab lawv yuav ua ib tug nyob hauv Kuv txhais tes. Thiab cov pas uas koj sau ntawv rau saum lawv yuav nyob hauv koj txhais tes rau ntawm lawv lub xub ntiag. Thiab hais rau lawv tias, Tus Tswv Vajtswv hais li no; Saib maj, Kuv yuav coj cov me nyuam Yixayee tawm hauv cov teb chaws lwm haiv neeg, qhov chaw uas lawv tau mus lawm, thiab yuav sau lawv los ntawm txhua sab, thiab coj lawv los rau hauv lawv lub teb chaws: Thiab Kuv yuav ua kom lawv ua ib haiv neeg hauv lub teb chaws saum cov roob ntawm Yixayee; thiab yuav muaj ib tug vajntxwv ua vajntxwv kav lawv sawv daws tib si: thiab lawv yuav tsis ua ob haiv neeg ntxiv lawm, thiab lawv yuav tsis raug faib ua ob lub nceeg vaj ntxiv lawm li: Lawv yuav tsis ua kom lawv tus kheej qias tsis huv ntxiv lawm nrog lawv tej mlom, los yog nrog lawv tej yam qias neeg ntxub ntxaug, los yog nrog ib qho twg ntawm lawv tej kev ua txhaum cai: tiam sis Kuv yuav cawm lawv tawm hauv lawv txhua qhov chaw nyob, qhov chaw uas lawv tau ua txhaum, thiab Kuv yuav ntxuav kom lawv huv: ces lawv yuav yog Kuv haiv neeg, thiab Kuv yuav yog lawv tus Vajtswv. Thiab Daviv Kuv tus qhev yuav ua vajntxwv kav lawv; thiab lawv sawv daws yuav muaj ib tug yug yaj xwb: lawv kuj yuav taug kev hauv Kuv tej kev txiav txim, thiab yuav khaws Kuv tej kab ke, thiab ua raws li ntawd. Thiab lawv yuav nyob hauv lub teb chaws uas Kuv tau muab rau Yakhauj Kuv tus qhev, qhov chaw uas nej cov yawg koob tau nyob; thiab lawv yuav nyob hauv ntawd, yog lawv, thiab lawv cov me nyuam, thiab lawv cov me nyuam cov me nyuam mus ib txhis li: thiab Daviv Kuv tus qhev yuav ua lawv tus thawj mus ib txhis. Tsis tas li ntawd, Kuv yuav cog lus txog kev thaj yeeb nrog lawv; nws yuav yog ib daim ntawv cog lus nyob mus ib txhis nrog lawv: thiab Kuv yuav tsa lawv ruaj khov, thiab ua kom lawv muaj coob zuj zus, thiab yuav tsa Kuv lub chaw dawb huv rau hauv lawv nruab nrab mus ib txhis. Kuv lub tsev ntaub kuj yuav nrog lawv nyob thiab: muaj tseeb, Kuv yuav yog lawv tus Vajtswv, thiab lawv yuav yog Kuv haiv neeg. Thiab cov lwm haiv neeg yuav paub tias Kuv yog tus Tswv uas ua kom Yixayee dawb huv, thaum Kuv lub chaw dawb huv yuav nyob hauv lawv nruab nrab mus ib txhis. Exekees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 Nees Nkaum Tsib</dc:title>
  <dc:subject>Qhib Qhov Tseem Ceeb Hauv Yaj Saub Tej Lus Qhia: Txhais Daniel 11:40 thiab Tej Kev Cuam Tshuam Uas Nws Muaj Rau Kev Ntseeg Khetos Niaj Hnub No</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