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Ib Puas Nees Nkaum Rau</w:t>
      </w:r>
    </w:p>
    <w:p>
      <w:pPr>
        <w:pStyle w:val="ArticleSubtitle"/>
        <w:jc w:val="left"/>
      </w:pPr>
      <w:r>
        <w:rPr>
          <w:rFonts w:ascii="Arial" w:hAnsi="Arial" w:eastAsia="Arial" w:cs="Arial"/>
        </w:rPr>
        <w:t>Qhia Qhov Zaj Lus Qhia Yaj Saub Tshwm Sim: Kev Kawm Txog Daniel Tshooj Kaum Ib thiab Cov Xwm Txheej Niaj Hnub 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Nqe plaub caug ntawm Daniyees tshooj kaum ib, txuas keeb kwm ntawm lub kub Protestant ntawm tus tsiaj nyaum hauv ntiajteb nrog lub kub Republican ntawm tus tsiaj nyaum hauv ntiajteb. Ob lub kub no pib xyoo 1798, thiab lawv tej lus tim khawv txuas mus txog rau txoj cai Hnub Caiv uas yuav los sai sai hauv Tebchaws Meskas. Ob lub kub no tau txais ib daim ntawv ob ntu los ntawm Vajtswv uas yuav tsum siv los sim txhua lub kub. Phau Vajlugkub King James (Phau Qub thiab Phau Tshiab) yog muab los sim lub kub kev ntseeg ntawm tus tsiaj nyaum hauv ntiajteb, hos Daim Ntawv Tshaj Tawm Kev Ywj Pheej, thiab Txoj Cai Lij Choj ntawm Tebchaws Meskas, yog muab los sim lub kub kev nom kev tswv ntawm tus tsiaj nyaum hauv ntiajteb. Nqe plaub caug yog keeb kwm ntawm tus tsiaj nyaum hauv ntiajteb, thiab nws tej lus tim khawv raws keeb kwm pib xyoo 1776, thiab txog xyoo 1798, nws pib ua kom tiav nws lub luag hauj lwm ua lub nceeg vaj thib rau ntawm Vajlugkub tej lus faj lem.</w:t>
      </w:r>
    </w:p>
    <w:p>
      <w:pPr>
        <w:pStyle w:val="ArticleBody"/>
        <w:jc w:val="left"/>
      </w:pPr>
      <w:r>
        <w:rPr>
          <w:rFonts w:ascii="Times New Roman" w:hAnsi="Times New Roman" w:eastAsia="Times New Roman" w:cs="Times New Roman"/>
        </w:rPr>
        <w:t>Yexus ib txwm siv qhov kawg los qhia los ntawm qhov pib, thiab qhov kawg ntawm Tebchaws Meskas twb raug sawv cev hauv nws keeb kwm thaum pib lawm. Lub sijhawm ntawm qhov kawg ntawm Tebchaws Meskas twb raug sawv cev nyob hauv Daniel kaum ib nqe ob, raws li nqe ntawd nthuav tawm txog rau tus thawj tswj hwm, pib nrog Ronald Reagan. Reagan yog tus thawj tswj hwm thawj zaug hauv lub sijhawm kawg ntawm keeb kwm cev yaj hauv yaj saub. Lub sijhawm ntawd tau pib thaum lub sijhawm kawg xyoo 1989. Tiamsis nqe ob tsuas hais txog Reagan, Bush thawj, Clinton, Bush ob, Obama thiab Trump xwb. Yuav tsum muaj lwm cov kab ntxiv thiaj ua tiav tau keeb kwm uas ncav mus txog txoj cai Sunday uas yuav los sai no. Xyoo 1989 mus txog txoj cai Sunday uas yuav los sai no yog ib kab tshwjxeeb nyob hauv Daniel kaum ib nqe ob.</w:t>
      </w:r>
    </w:p>
    <w:p>
      <w:pPr>
        <w:pStyle w:val="ArticleBody"/>
        <w:jc w:val="left"/>
      </w:pPr>
      <w:r>
        <w:rPr>
          <w:rFonts w:ascii="Times New Roman" w:hAnsi="Times New Roman" w:eastAsia="Times New Roman" w:cs="Times New Roman"/>
        </w:rPr>
        <w:t>Xyoo 1798 cim qhia txog qhov pib, thiab txoj cai Sunday cim qhia txog qhov kawg, ntawm keeb kwm yaj saub ntawm tus tsiaj qus hauv ntiajteb no raws li lub nceeg vaj thib rau hauv yaj saub Vajlugkub; thiab xyoo 1798 yog nws qhov pib. Ob puas nees nkaum xyoo uas tau pib xyoo 1776 yog ib txoj kab yaj saub ntxiv ntawm tus tsiaj qus hauv ntiajteb no, uas txheeb ib ntu sij hawm pib xyoo 1776 thiab xaus xyoo 1996, thaum zaj lus ntawm txoj kev paub uas tau qhib tawm hauv xyoo 1989 raug muab tsim kom muaj raws cai. Lub sijhawm ob puas nees nkaum xyoo ntawd qhia txog yav tom ntej rau America, thaum thaum pib kev ywj pheej ntawm txoj kev tswj hwm ntawm cov vaj ntxwv European thiab ntawm txoj kev tswj hwm ntawm pawg ntseeg Catholicism uas tau tshaj tawm xyoo 1776, yuav raug tshem tawm thaum txoj cai Sunday uas yuav los sai sai no. Xyoo 1776 txog 1989 yog ib txoj kab tshwj xeeb hauv keeb kwm yaj saub ntawm tus tsiaj qus hauv ntiajteb no.</w:t>
      </w:r>
    </w:p>
    <w:p>
      <w:pPr>
        <w:pStyle w:val="ArticleBody"/>
        <w:jc w:val="left"/>
      </w:pPr>
      <w:r>
        <w:rPr>
          <w:rFonts w:ascii="Times New Roman" w:hAnsi="Times New Roman" w:eastAsia="Times New Roman" w:cs="Times New Roman"/>
        </w:rPr>
        <w:t>Peb caug xyoo txij xyoo 508 mus txog 538 sawv cev rau ib lub sijhawm yaj saub ua ntej txoj kev kav papacy raug tsa los ua lub nceeg vaj thib tsib ntawm vaj lug kub cov yaj saub hauv xyoo 538. Tebchaws Meskas tsim kom tiav ib daim duab ntawm tus tsiaj nyaum thaum txoj cai Hnub Caiv uas yuav los sai. Lub sijhawm peb caug xyoo ntawm kev npaj rau kev tsa papacy hauv xyoo 538 yog ib feem ntawm daim duab ntawm tus tsiaj nyaum papal. Muaj ib lub sijhawm npaj ua ntej mus txog xyoo 1798, thaum tus tsiaj nyaum hauv ntiajteb txais lub zwm txwv los ua lub nceeg vaj thib rau ntawm vaj lug kub cov yaj saub. Lub sijhawm txij xyoo 1776 mus txog 1798 sib haum nrog lub sijhawm txij 508 mus txog 538.</w:t>
      </w:r>
    </w:p>
    <w:p>
      <w:pPr>
        <w:pStyle w:val="ArticleBody"/>
        <w:jc w:val="left"/>
      </w:pPr>
      <w:r>
        <w:rPr>
          <w:rFonts w:ascii="Times New Roman" w:hAnsi="Times New Roman" w:eastAsia="Times New Roman" w:cs="Times New Roman"/>
        </w:rPr>
        <w:t>Yexus qhia txog qhov xaus ntawm ib yam los ntawm nws qhov pib; yog li ntawd lub caij nyoog yaj saub uas sawv cev nyob hauv keeb kwm ntawm 1776 mus txog 1798, uas raug ua tim khawv los ntawm lub caij nyoog yaj saub ntawm 508 mus txog 538, muab ob tug tim khawv. Ob lub caij nyoog ntawd muab ob tug tim khawv rau qhov tseeb tias muaj ib lub caij nyoog yaj saub tshwj xeeb uas los ua ntej kev tsa ib lub nceeg vaj ntawm Vajlugkub zaj yaj saub rau saum lub zwm txwv. Ua ke, nkawd txhim tsa tias lub caij nyoog txij lub sijhawm kawg hauv 1989 mus txog txoj cai Hnub Caiv aligns nrog ob lub caij nyoog uas tau los ua ntej 538 thiab 1798.</w:t>
      </w:r>
    </w:p>
    <w:p>
      <w:pPr>
        <w:pStyle w:val="ArticleBody"/>
        <w:jc w:val="left"/>
      </w:pPr>
      <w:r>
        <w:rPr>
          <w:rFonts w:ascii="Times New Roman" w:hAnsi="Times New Roman" w:eastAsia="Times New Roman" w:cs="Times New Roman"/>
        </w:rPr>
        <w:t>Keeb kwm yaj saub txij li lub caij xaus rau xyoo 1989 mus txog rau hnub Sunday txoj cai hauv nqe plaub caug-ib ntawm Daniel kaum ib, tau raug ua qauv piv txwv los ntawm lub sijhawm peb caug xyoo txij 508 mus txog 538, thiab kuj tau raug ua qauv piv txwv los ntawm nees nkaum-ob xyoos txij 1776 mus txog 1798.</w:t>
      </w:r>
    </w:p>
    <w:p>
      <w:pPr>
        <w:pStyle w:val="ArticleBody"/>
        <w:jc w:val="left"/>
      </w:pPr>
      <w:r>
        <w:rPr>
          <w:rFonts w:ascii="Times New Roman" w:hAnsi="Times New Roman" w:eastAsia="Times New Roman" w:cs="Times New Roman"/>
        </w:rPr>
        <w:t>Nqe ob ntawm Daniel kaum ib qhia tias thaum Trump, tus nplua nuj tshaj plaws ntawm tag nrho cov thawj tswj hwm nyob rau hauv lub caij yaj saub no, los txog, nws yuav “stir up,” uas txhais tias “ua kom tsim dheev sawv” tag nrho lub ntiaj teb kom paub txog tej hom phiaj ntawm cov globalists, uas thaum ntawd tab tom sim rov teeb tsa tus qauv ntawm lub ntiaj teb mus ua ib txoj kab ke ob-theem, uas cov elites kav hla lawv cov worker drones. Tus “great reset” raws li lawv hu nws, lawv qhov tseem ceeb tshaj plaws thawj zaug yog tshem tawm cov neeg nruab nrab chav kawm, xwv kom cov elites, uas keeb kwm sawv cev los ntawm cov neeg keeb kwm xws li Marie Antoinette, raug cais tseg thiab raug tiv thaiv ntawm cov peons uas tau tsim nws cov mov ci me zoo nkauj.</w:t>
      </w:r>
    </w:p>
    <w:p>
      <w:pPr>
        <w:pStyle w:val="ArticleBody"/>
        <w:jc w:val="left"/>
      </w:pPr>
      <w:r>
        <w:rPr>
          <w:rFonts w:ascii="Times New Roman" w:hAnsi="Times New Roman" w:eastAsia="Times New Roman" w:cs="Times New Roman"/>
        </w:rPr>
        <w:t>Kev ntseeg ntawm cov globalist yog kev ntsuj plig tshiab caij nyoog, thiab lawv cov tswv yim ntawm woke-ism thiab Kev Muaj Ntau Haiv Neeg, Kev Ncaj Ncees thiab Kev Koom Nrog, ua ke nrog txoj kev xav phem uas raug xeb ntawm Critical Race Theory, nrog rau yam hu ua kev tshawb fawb uas yog cuav ntawm kev sov hlob thoob ntiaj teb, ntxiv rau lawv tej kev dag ntxias zais cia ntawm kev tswj pejxeem uas yog kev tua neeg kom ploj ib haiv neeg, tau tshwm los meej tseeb thaum Trump los txog rau hauv keeb kwm los “txhawb kom sawv” tag nrho lub tebchaws tawm tsam Grecia.</w:t>
      </w:r>
    </w:p>
    <w:p>
      <w:pPr>
        <w:pStyle w:val="ArticleBody"/>
        <w:jc w:val="left"/>
      </w:pPr>
      <w:r>
        <w:rPr>
          <w:rFonts w:ascii="Times New Roman" w:hAnsi="Times New Roman" w:eastAsia="Times New Roman" w:cs="Times New Roman"/>
        </w:rPr>
        <w:t>Kev tuaj txog ntawm Trump xyoo 2016, cim txog kev tuaj txog ntawm ib qho kev sawv tsim cuav (stir up), ib qho kev dag ntxias uas Xatas tau npaj tsim los, kom ua kom tsis muaj zog ua ntej rau kev sawv ntawm cov nkauj xwb hauv Mathais nees nkaum tsib. Cov neeg thoob ntiaj teb tswj hwm, txawm yog nyob saum theem ntiaj teb, los yog nyob hauv Tebchaws Meskas, raug sawv cev raws li tej lus faj lem tias yog tus zaj. Lawv yog kaum tus vajntxwv, cov tuam txhab nyiaj txiag ntiaj teb, cov tub lag luam nplua nuj tshaj plaws thoob ntiaj teb, cov free-masons thiab lwm yam koom haum zais ntshis.</w:t>
      </w:r>
    </w:p>
    <w:p>
      <w:pPr>
        <w:pStyle w:val="ArticleBody"/>
        <w:jc w:val="left"/>
      </w:pPr>
      <w:r>
        <w:rPr>
          <w:rFonts w:ascii="Times New Roman" w:hAnsi="Times New Roman" w:eastAsia="Times New Roman" w:cs="Times New Roman"/>
        </w:rPr>
        <w:t>Cov hwjchim zaj thoob ntiajteb uas zoo li zaj, yog cov uas txawj tshaj plaws hauv kev siv txoj cai ua tsov ua rog (kev sib ntaus los ntawm txoj cai), ib yam li feem ntau Xatas raug nthuav tawm hauv cov lus sib cav raws cai hauv Vajtswv Txojlus. Thaum Vajtswv ceeb toom ua ntej rau Nws cov neeg ncaj ncees txog txoj kev tsim txom uas ib txwm nrog nraim cov uas ua neej raws li kev dawb huv, Nws tau cog lus tias lawv yuav raug coj mus rau hauv tej tsev hais plaub hauv tebchaws kom ua timkhawv. Xatas yog lub cim ntawm cov kws txiav txim uas twb xiam tag lawm, cov Kws Lij Choj General uas twb xiam tag lawm uas tam sim no muaj coob zuj zus thoob plaws hauv lub tebchaws uas Trumpism tau tsim kom kub ntxhov, thiab cov tsev hais plaub thiab cov kws lij choj uas twb xiam tag lawm ntawd yeej ib txwm txhawb nqa cov koom haum uas txhawb thiab tsim kev hloov tawm tsam thiab kev tsis muaj cai kav, uas yog ib lub cim tseem ceeb ntawm Xatas thoob plaws keeb kwm.</w:t>
      </w:r>
    </w:p>
    <w:p>
      <w:pPr>
        <w:pStyle w:val="ArticleBody"/>
        <w:jc w:val="left"/>
      </w:pPr>
      <w:r>
        <w:rPr>
          <w:rFonts w:ascii="Times New Roman" w:hAnsi="Times New Roman" w:eastAsia="Times New Roman" w:cs="Times New Roman"/>
        </w:rPr>
        <w:t>Lub Koom Haum Soviet yog ib lub cim yaj saub ntawm tus zaj, vim hais tias, nyob hauv lwm yam thiab, kev tsis ntseeg Vajtswv ntawm Falau yog ib tug yam ntxwv tseem ceeb ntawm tus zaj. Vajntxwv sab qab teb hauv nqe plaub caug yog vajntxwv ntawm lo lus Henplais “negev,” uas txhais hais tias Iyiv, thiab hauv nqe ntawd raug txhais ua “sab qab teb.” Falau yog lub cim hauv phau Vajlugkub rau kev tsis ntseeg Vajtswv ntawm Fabkis, uas yog vajntxwv sab qab teb hauv “lub sijhawm kawg” xyoo 1798, thiab kuj yog rau Lub Koom Haum Soviet hauv “lub sijhawm kawg” xyoo 1989 thiab. Ob leeg yog hwjchim ntawm tus zaj, thiab ob leeg nqis los ntawm lub nceeg vaj ntawm tus zaj, uas yog Loos pagan.</w:t>
      </w:r>
    </w:p>
    <w:p>
      <w:pPr>
        <w:pStyle w:val="ArticleBody"/>
        <w:jc w:val="left"/>
      </w:pPr>
      <w:r>
        <w:rPr>
          <w:rFonts w:ascii="Times New Roman" w:hAnsi="Times New Roman" w:eastAsia="Times New Roman" w:cs="Times New Roman"/>
        </w:rPr>
        <w:t>Tebchaws Meskas yog lub cim nyob rau hnub kawg ntawm txoj Kev Ntseeg Protestant uas tau thim kev ntseeg lawm, thiab txoj kev kav papacy tau siv txoj kev sib ntaus sib tua ntawm txoj Kev Ntseeg Protestant uas tau thim kev ntseeg lawm thiab tus zaj ntawm Soviet Union los kov yeej thawj qhov ntawm peb txoj kev thaiv uas nws kov yeej thaum nws rov qab los rau lub zwm txwv ntawm lub ntiajteb. Qhov kev thaiv tom ntej yog txoj Kev Ntseeg Protestant uas tau thim kev ntseeg lawm nws tus kheej, uas nws yuav kov yeej hauv txoj cai Sunday uas yuav los sai no.</w:t>
      </w:r>
    </w:p>
    <w:p>
      <w:pPr>
        <w:pStyle w:val="ArticleBody"/>
        <w:jc w:val="left"/>
      </w:pPr>
      <w:r>
        <w:rPr>
          <w:rFonts w:ascii="Times New Roman" w:hAnsi="Times New Roman" w:eastAsia="Times New Roman" w:cs="Times New Roman"/>
        </w:rPr>
        <w:t>Lub zog thiab hwj chim ntawm Thawj Tswj Hwm Trump tau pib tsa kom muaj kev tsim dheev txog tej kev phom sij ntawm kev ntiaj teb ib leeg tswj (globalism) uas tau nce mus txog rau ib qho kev sib ntaus thoob ntiaj teb nruab nrab ntawm tus zaj thiab Protestantism uas tau thim txoj kev ntseeg lawm. Lub papacy tab tom siv ib qho kev sib ntaus ntawm ob lub hwj chim qub ntawd—tus zaj thiab Protestantism uas tau thim txoj kev ntseeg lawm—los tsim ib puag ncig kom rhuav tshem tau qhov chaw thaiv thaj av thib ob ib yam li nws tau ua kom rhuav tshem tau qhov chaw thaiv thaj av thib ib. Nyob ntawd yog lub laj thawj ntawm qhov uas vim li cas lub nceeg vaj thib xya ntawm Koom Haum Tebchaws United Nations (uas yog lub hwj chim ntawm tus zaj) thiaj li tso nws lub nceeg vaj rau tus tsiaj qus sai ua luaj thaum txoj cai Hnub Caiv Sunday uas yuav los sai no los txog. Nws ua li ntawd vim nws twb yog ib tug yeeb ncuab uas raug swb lawm txij xyoo 1989 los.</w:t>
      </w:r>
    </w:p>
    <w:p>
      <w:pPr>
        <w:pStyle w:val="ArticleBody"/>
        <w:jc w:val="left"/>
      </w:pPr>
      <w:r>
        <w:rPr>
          <w:rFonts w:ascii="Times New Roman" w:hAnsi="Times New Roman" w:eastAsia="Times New Roman" w:cs="Times New Roman"/>
        </w:rPr>
        <w:t>Nyob rau ib theem, qhov no yog tib txoj kev tawm tsam uas lub papacy tau siv los rhuav tus zaj ntawm lub Soviet Union xyoo 1989, tiam sis txoj kev tawm tsam tam sim no ntawm progressive woke-ism tawm tsam apostate Protestantism txoj MAGA-ism, raug tsim los kom kov yeej apostate Protestantism, tsis yog tus zaj. Qhov kev ua rog no yeej tseem ceeb tau pib xyoo 2016, thiab tom qab ntawd xyoo 2020, tus zaj, uas nyob hauv Vajluskub yog leej txiv ntawm tej lus dag, tau nyiag qhov kev xaiv tsa, yog li ntawd thiaj ua rau Trump thiab Republican MAGA movement raug “tua” nyob rau hauv txoj kev nom tswv. Hauv Phau Ntawv Qhia Tshwm tshooj kaum ib, tus tsiaj nyaum tawm hauv lub qhov tob uas tsis muaj qab, uas yog tus tsiaj nyaum ntawm atheism, tua ob tug tim khawv, thiab nkawd raug tso tseg rau ntawm txoj kev, mus txog thaum nkawd rov muaj sia dua ib zaug ntxiv. William Miller cov cai qhia meej tias cov cim yaj saub muaj ntau dua ib daim ntawv siv.</w:t>
      </w:r>
    </w:p>
    <w:p>
      <w:pPr>
        <w:pStyle w:val="ArticleBody"/>
        <w:jc w:val="left"/>
      </w:pPr>
      <w:r>
        <w:rPr>
          <w:rFonts w:ascii="Times New Roman" w:hAnsi="Times New Roman" w:eastAsia="Times New Roman" w:cs="Times New Roman"/>
        </w:rPr>
        <w:t>Raws li tam sim no peb tab tom tshuaj xyuas txog kev sib ntaus ntawm tus zaj thiab cov Protestant uas tau thim txoj kev ntseeg, uas coj tus tsiaj qus hauv ntiajteb mus txog nws qhov xaus, ob tug timkhawv ntawd yog ob tug kub ntawm tus tsiaj qus hauv ntiajteb. Lub kub Republican raug tua lawm hauv xyoo 2020, los ntawm lub hwjchim hauv Vajlugkub uas nws txiv yog leej txiv ntawm tej lus dag. Peb nyob hauv nruab nrab kiag ntawm qhov kev sib ntaus ntawd hauv keeb kwm tam sim no no. Hauv nqe plaub caug ib ntawm Daniyee kaum ib, txoj cai Sunday uas yuav los sai no raug yuam siv, thiab raws li txoj kev tshoov siab, nws yuav yog cov Protestant uas tau thim txoj kev ntseeg uas ua tiav txoj hauj lwm Xatas ntawd.</w:t>
      </w:r>
    </w:p>
    <w:p>
      <w:pPr>
        <w:pStyle w:val="ArticleScripture"/>
        <w:jc w:val="left"/>
      </w:pPr>
      <w:r>
        <w:rPr>
          <w:rFonts w:ascii="Times New Roman" w:hAnsi="Times New Roman" w:eastAsia="Times New Roman" w:cs="Times New Roman"/>
        </w:rPr>
        <w:t>“Cov ntseeg Protestant ntawm Tebchaws Meskas yuav yog cov nyob tom hauv ntej tshaj plaws uas ncab tes hla lub kwjdeg tob kom mus tuav tes nrog Kev Ntseeg Dab; lawv yuav ncav tes hla lub qhov tob tsis muaj qab kom sib tuav tes nrog lub hwjchim Loos; thiab nyob hauv kev cuam tshuam ntawm txoj kev sib koom ua peb fab no, lub tebchaws no yuav taug raws li Loos tej kaujruam hauv kev tsuj hwm cov cai ntawm lub siab dawb paug.” The Great Controversy, 588.</w:t>
      </w:r>
    </w:p>
    <w:p>
      <w:pPr>
        <w:pStyle w:val="ArticleBody"/>
        <w:jc w:val="left"/>
      </w:pPr>
      <w:r>
        <w:rPr>
          <w:rFonts w:ascii="Times New Roman" w:hAnsi="Times New Roman" w:eastAsia="Times New Roman" w:cs="Times New Roman"/>
        </w:rPr>
        <w:t>Kev sib txuam sib txawv uas nyuab to taub ntawm tej xwm txheej tib neeg raug sawv cev nyob hauv txoj kev tawm tsam uas tau pib xyoo 2016. Yuav kom ntsuam xyuas tau kom raug tej hwj chim uas nyob hauv txoj kev tawm tsam ntawd, tseem ceeb heev uas yuav tsum meej txog yam uas txhua lub hwj chim hauv peb lub uas coj lub ntiaj teb mus rau Armageddon sawv cev, rau qhov txhua lub nyias muaj nws tej yam ntxwv yaj saub tshwj xeeb. Phau ntawv Qhia Tshwm ib txwm khaws cia raws li kab ke no: tus zaj, tom qab ntawd yog tus tsiaj qus, ces yog tus yaj saub cuav; yog li ntawd peb yuav pib txheeb xyuas tej yam ntxwv yaj saub ntawm tus zaj, tom qab ntawd yog tus tsiaj qus, thiab thaum kawg yog tus yaj saub cuav ntawm cov Protestants uas tau thim kev ntseeg lawm.</w:t>
      </w:r>
    </w:p>
    <w:p>
      <w:pPr>
        <w:pStyle w:val="ArticleBody"/>
        <w:jc w:val="left"/>
      </w:pPr>
      <w:r>
        <w:rPr>
          <w:rFonts w:ascii="Times New Roman" w:hAnsi="Times New Roman" w:eastAsia="Times New Roman" w:cs="Times New Roman"/>
        </w:rPr>
        <w:t>Cov neeg Democrat uas hu ua neeg nce qib tsis yog cov Protestant uas thim txoj kev ntseeg ntawm Tebchaws Meskas; lawv yog cov sawv cev raws li yaj saub lus faj lem ntawm kev thoob ntiaj teb ib yam nkaus thiab ntawm tus zaj. Ua ntej txoj cai Hnub Caiv uas yuav los sai sai no, pawg Republican yuav tsum rov qab los tuav hwjchim kom thiaj ua tiav tau zaj dab neeg faj lem. Falau, uas yog ib lub cim ntawm lub hwjchim zaj, thiab lub hwjchim zaj ntawm Loos teev dab mlom hauv lub sijhawm Khetos, muab ob tug tim khawv qhia tias nyob rau hnub kawg no lub hwjchim zaj yog lub hwjchim uas txhawb nqa kom tua menyuam mos, ib yam li tau tshwm sim nyob rau lub sijhawm Mauxes thiab lub sijhawm Khetos.</w:t>
      </w:r>
    </w:p>
    <w:p>
      <w:pPr>
        <w:pStyle w:val="ArticleBody"/>
        <w:jc w:val="left"/>
      </w:pPr>
      <w:r>
        <w:rPr>
          <w:rFonts w:ascii="Times New Roman" w:hAnsi="Times New Roman" w:eastAsia="Times New Roman" w:cs="Times New Roman"/>
        </w:rPr>
        <w:t>Hnub kawg, yog hnub nyoog ntawm ib puas plaub caug plaub txhiab leej, cov uas hu zaj nkauj ntawm Mauxes thiab ntawm tus Menyuam Yaj tib si; thiab nyob hauv keeb kwm ntawm Mauxes thiab ntawm tus Menyuam Yaj tib si, lub hwj chim zaj nrhiav tua cov me nyuam mos. Lawv tau ua li ntawd, vim Xatas paub tias tus Tswv twb yuav tsa tus cawm dim Mauxes, thiab tus Txhiv Dim Khetos sawv los. Nyob hauv hnub kawg, zaj nqes los nrog txoj kev npau taws loj heev, vim nws paub tias nws lub sij hawm tshuav luv lawm; thiab lub hwj chim zaj yog tus txhawb kom muab cov me nyuam mos tua pov tseg, yog ib txoj kev sim rhuav tshem cov uas yog cov tsim nyog yuav nyob nrog ib puas plaub caug plaub txhiab leej. Cov Democrats uas yog cov txav mus tom ntej, thoob ntiaj teb, thiab ntseeg kev koom sawv daws tswj hwm, TSIS YOG cov uas yog “ua ntej tshaj” hauv kev ruaj khov rau txoj kev sib koom tes peb npaug uas yuav muaj thaum txoj cai Hnub Caiv Sunday los txog sai sai no, rau qhov Democrats yog lub hwj chim zaj, tsis yog tus yaj saub cuav.</w:t>
      </w:r>
    </w:p>
    <w:p>
      <w:pPr>
        <w:pStyle w:val="ArticleScripture"/>
        <w:jc w:val="left"/>
      </w:pPr>
      <w:r>
        <w:rPr>
          <w:rFonts w:ascii="Times New Roman" w:hAnsi="Times New Roman" w:eastAsia="Times New Roman" w:cs="Times New Roman"/>
        </w:rPr>
        <w:t>“Los ntawm txoj cai txib uas yuam kom tsa lub koom haum Papacy, uas yog kev ua txhaum rau txoj kevcai ntawm Vajtswv, peb lub tebchaws yuav txiav nws tus kheej kom plam tag nrho ntawm txoj kev ncaj ncees. Thaum Protestantism yuav ncab nws txhais tes hla lub hav tob kom tuav tes nrog lub hwjchim Roman, thaum nws yuav ncav hla lub qhov tsua tob kom sib cog tes nrog Kev Ntseeg Dab, thaum, nyob hauv kev cuam tshuam ntawm txoj kev koom tes peb npaug no, peb lub tebchaws yuav tsis lees txais txhua lub ntsiab cai hauv nws Txoj Cai Lij Choj raws li ib lub tseemfwv Protestant thiab Republican, thiab yuav npaj kev txhawb rau kev nthuav dav ntawm papal tej lus cuav thiab tej kev dag ntxias, ces peb thiaj yuav paub tias lub sijhawm tau los txog rau Xatas txoj haujlwm ua hwjchim uas txaus xav tsis thoob, thiab tias qhov kawg twb nyob ze lawm.” Testimonies, volume 5, 451.</w:t>
      </w:r>
    </w:p>
    <w:p>
      <w:pPr>
        <w:pStyle w:val="ArticleBody"/>
        <w:jc w:val="left"/>
      </w:pPr>
      <w:r>
        <w:rPr>
          <w:rFonts w:ascii="Times New Roman" w:hAnsi="Times New Roman" w:eastAsia="Times New Roman" w:cs="Times New Roman"/>
        </w:rPr>
        <w:t>Yam ntxwv yaj saub ntawm txhua lub hwj chim peb pab uas coj lub ntiaj teb mus rau Armageddon raug cim tseg meej kawg nkaus hauv Vajtswv Txojlus. Lub hwj chim zaj txhawb nqa tej kev cai lij choj uas qhib kev rau kev tua menyuam mos rau lub sijhawm uas Vajtswv npaj siab yuav tsa ib haiv neeg sawv los uas Mauxes thiab Khetos tau ua duab ntxoov ntxoo sawv cev rau lawm. Cov Liberal Democrats yog lub hwj chim zaj nyob hauv qhov kev tawm tsam uas muaj nyob hauv Tebchaws Meskas, uas tshwm sim ua ntej thiab ua ib daim duab piv txwv rau tib qho kev tawm tsam ntawd saum lub theem ntiaj teb tom qab txoj cai Hnub Caiv uas yuav los txog sai sai hauv Tebchaws Meskas. Zaj yog leej txiv ntawm kev dag, thiab cov liberal progressive globalists muaj npe nrov rau kev dag.</w:t>
      </w:r>
    </w:p>
    <w:p>
      <w:pPr>
        <w:pStyle w:val="ArticleScripture"/>
        <w:jc w:val="left"/>
      </w:pPr>
      <w:r>
        <w:rPr>
          <w:rFonts w:ascii="Times New Roman" w:hAnsi="Times New Roman" w:eastAsia="Times New Roman" w:cs="Times New Roman"/>
        </w:rPr>
        <w:t>Vim li cas nej thiaj tsis to taub kuv tej lus? Yog vim nej tsis muaj peev xwm mloog kuv tej lus. Nej yog los ntawm nej txiv uas yog dab ntxwg nyoog, thiab nej xav ua raws nej txiv tej kev ntshaw. Nws yog ib tug tua neeg txij thaum chiv keeb los, thiab tsis nyob ruaj hauv qhov tseeb, vim qhov tseeb tsis nyob hauv nws. Thaum nws hais lus dag, nws hais raws li nws tus kheej tej yam: rau qhov nws yog ib tug neeg dag, thiab yog leej txiv ntawm tej lus dag. Yauhas 8:43, 44.</w:t>
      </w:r>
    </w:p>
    <w:p>
      <w:pPr>
        <w:pStyle w:val="ArticleBody"/>
        <w:jc w:val="left"/>
      </w:pPr>
      <w:r>
        <w:rPr>
          <w:rFonts w:ascii="Times New Roman" w:hAnsi="Times New Roman" w:eastAsia="Times New Roman" w:cs="Times New Roman"/>
        </w:rPr>
        <w:t>Dab ntxwg nyoog, uas yog Xatas thiab tus zaj, yog ib tug tua neeg (rho menyuam) thiab yog tus dag txij thaum chiv keeb los. Thaum cov Yudais uas sib cav sib ceg nrog Pilaj tau sib cav nrog nws, lawv tau tshaj tawm ua siab tawv tias lawv tsis muaj vajntxwv dua li Xixaj; thiab Xixaj yog ib lub cim ntawm Loos uas pe dab qhuas, uas yog ib lub hwjchim zaj.</w:t>
      </w:r>
    </w:p>
    <w:p>
      <w:pPr>
        <w:pStyle w:val="ArticleScripture"/>
        <w:jc w:val="left"/>
      </w:pPr>
      <w:r>
        <w:rPr>
          <w:rFonts w:ascii="Times New Roman" w:hAnsi="Times New Roman" w:eastAsia="Times New Roman" w:cs="Times New Roman"/>
        </w:rPr>
        <w:t>“Yog li ntawd, thaum tus zaj, qhov tseem ceeb tshaj plaws, sawv cev rau Xatas, nws kuj yog, nyob rau hauv ib txoj kev txhais thib ob, ib lub cim ntawm Loos pagan.” The Great Controversy, 439.</w:t>
      </w:r>
    </w:p>
    <w:p>
      <w:pPr>
        <w:pStyle w:val="ArticleBody"/>
        <w:jc w:val="left"/>
      </w:pPr>
      <w:r>
        <w:rPr>
          <w:rFonts w:ascii="Times New Roman" w:hAnsi="Times New Roman" w:eastAsia="Times New Roman" w:cs="Times New Roman"/>
        </w:rPr>
        <w:t>Ib txhia xav tsis thoob tias vim li cas cov Yudais niaj hnub no ho yog cov qhib dav thiab txhawb kev tswj hwm thoob ntiaj teb, thaum cov neeg txhawb kev tswj hwm thoob ntiaj teb tseem ntxub cov Yudais niaj hnub no ua luaj? Vim lawv tau xaiv kom tus vajntxwv ntawm Loos uas teev dab qhuas yog lawv tib tug vajntxwv xwb. Txawm hais tias coob leej hauv haiv Henplais muaj tswv yim ntse npaum li cas los xij, lawv txoj kev xaiv thaum ub uas tsis kam lees tus Mexiyas ua lawv tus Vajntxwv tau kaw lawv cia rau hauv pab yaj ntawm tus zaj.</w:t>
      </w:r>
    </w:p>
    <w:p>
      <w:pPr>
        <w:pStyle w:val="ArticleScripture"/>
        <w:jc w:val="left"/>
      </w:pPr>
      <w:r>
        <w:rPr>
          <w:rFonts w:ascii="Times New Roman" w:hAnsi="Times New Roman" w:eastAsia="Times New Roman" w:cs="Times New Roman"/>
        </w:rPr>
        <w:t>Tiamsis lawv qw nrov hais tias, Cia li muab nws tshem mus, muab nws tshem mus, muab nws ntsia rau saum tus ntoo khaublig. Pilate hais rau lawv tias, Kuv puas yuav ntsia nej tus Vajntxwv rau saum tus ntoo khaublig? Cov thawj pov thawj teb tias, Peb tsis muaj vajntxwv li tsuas yog Caesar xwb. Yauhas 19:15.</w:t>
      </w:r>
    </w:p>
    <w:p>
      <w:pPr>
        <w:pStyle w:val="ArticleBody"/>
        <w:jc w:val="left"/>
      </w:pPr>
      <w:r>
        <w:rPr>
          <w:rFonts w:ascii="Times New Roman" w:hAnsi="Times New Roman" w:eastAsia="Times New Roman" w:cs="Times New Roman"/>
        </w:rPr>
        <w:t>Cov vaj ntxwv ntawm Tebchaws Europe yog cov uas tau ua kom tiav txoj kev tsim txom rau lub hwjchim papacy, thiab yog kaum tus vaj ntxwv hauv Tshwmsim kaum xya, cov uas yuav ua rog nrog tus Menyuam Yaj, thiab lawv ua li ntawd los ntawm kev tua nws cov thwjtim.</w:t>
      </w:r>
    </w:p>
    <w:p>
      <w:pPr>
        <w:pStyle w:val="ArticleScripture"/>
        <w:jc w:val="left"/>
      </w:pPr>
      <w:r>
        <w:rPr>
          <w:rFonts w:ascii="Times New Roman" w:hAnsi="Times New Roman" w:eastAsia="Times New Roman" w:cs="Times New Roman"/>
        </w:rPr>
        <w:t>Cov no yuav ua rog tawm tsam tus Menyuam Yaj, thiab tus Menyuam Yaj yuav kov yeej lawv; rau qhov nws yog Tus Tswv ntawm cov tswv, thiab Vajntxwv ntawm cov vajntxwv; thiab cov uas nrog nws nyob yog cov uas raug hu, thiab raug xaiv, thiab ncaj ncees. Tshwmsim 17:14.</w:t>
      </w:r>
    </w:p>
    <w:p>
      <w:pPr>
        <w:pStyle w:val="ArticleBody"/>
        <w:jc w:val="left"/>
      </w:pPr>
      <w:r>
        <w:rPr>
          <w:rFonts w:ascii="Times New Roman" w:hAnsi="Times New Roman" w:eastAsia="Times New Roman" w:cs="Times New Roman"/>
        </w:rPr>
        <w:t>Cov cwj pwm yaj saub uas yog ntawm lub hwj chim zaj qhia meej tias lawv yog cov uas ua tes hauj lwm ncaj qha hauv kev tua cov me nyuam mos, thiab tua cov Khixatia hauv hnub kawg, raws li tau sawv cev ntawm tus ntoo khaub lig, thiab ntawm lub Coliseum hauv keeb kwm ntawm Loos pagan. Cov vaj ntxwv zaj ntawd yog cov uas hauv Lub Sijhawm Tsaus Ntuj tau siv Kev Tshawb Nrhiav Kev Ntseeg los ua kom tiav tej dej ntshav rau Loos papal. Lawv yog cov uas tua cov me nyuam mos thiab lawv yog cov dag ntxias uas sawv saum toj kawg nkaus. Adolph Hitler yog lub cim niaj hnub no ntawm ib tug neeg tua neeg coob coob, thiab yog ib tug neeg dag. Hitler yog ib tug social Democrat.</w:t>
      </w:r>
    </w:p>
    <w:p>
      <w:pPr>
        <w:pStyle w:val="ArticleBody"/>
        <w:jc w:val="left"/>
      </w:pPr>
      <w:r>
        <w:rPr>
          <w:rFonts w:ascii="Times New Roman" w:hAnsi="Times New Roman" w:eastAsia="Times New Roman" w:cs="Times New Roman"/>
        </w:rPr>
        <w:t>Cov neeg txhawb kev ywj pheej vam meej ua raws li tus hneev taw ntawm Adolph Hitler uas yog tus thawj coj ntawm National Socialist German Workers’ Party, uas feem ntau hu ua Nazi Party. Nyob hauv nws txoj kev coj, Nazi Party tau tsim ib txoj kev tswj hwm tag nrho txoj cai thiab tau muaj lub luag hauj lwm rau ntau yam kev lim hiam loj, suav nrog Holocaust. Hitler pawg neeg feem ntau raug txuas nrog kev hlub teb chaws heev dhau, kev ntxub ntxaug haiv neeg, kev ntxub cov Yudais, thiab kev tswj hwm nruj los ntawm ib tus thawj coj. Joseph Goebbels, uas yog Minister of Propaganda hauv Nazi Germany thaum Tsov Rog Ntiaj Teb Zaum II, tau hais tias, “Yog koj hais ib lo lus dag loj txaus thiab pheej rov hais nws tas li, thaum kawg tib neeg yuav los ntseeg nws.”</w:t>
      </w:r>
    </w:p>
    <w:p>
      <w:pPr>
        <w:pStyle w:val="ArticleBody"/>
        <w:jc w:val="left"/>
      </w:pPr>
      <w:r>
        <w:rPr>
          <w:rFonts w:ascii="Times New Roman" w:hAnsi="Times New Roman" w:eastAsia="Times New Roman" w:cs="Times New Roman"/>
        </w:rPr>
        <w:t>Ib txoj kev dag uas niaj hnub no cov Democrat siab vam meej thiab ywj pheej tshaj tawm dav heev yog hais tias, hauv tiam niaj hnub no, yog pab Republican sab xis uas khaws txoj kev txuag qub uas raug ua piv txwv los ntawm cov Nazi hauv lub sijhawm Hitler. Lawv zaj lus keeb kwm cuav yeej qhia raug tias Hitler pawg yog pawg sab xis heev hauv nws lub caij nyoog, tiam sis lawv ib txwm tseg qhov tseeb ntawd tawm mus tias Hitler tsuas yog “sab xis heev” xwb thaum muab piv rau cov Communist uas yog nws cov yeeb ncuab sab laug hauv nws cov kev tawm tsam nom tswv thaum chiv thawj. Hauv daim kab ke kev nom kev tswv ntawm Tebchaws Meskas, cov Republican yeej nyob sab xis dua cov Democrat tiag tiag, tab sis txhua lwm yam cwj pwm ntawm Nazi Yelemes hauv lub sijhawm Hitler sawv cev rau tej yam ntxwv yaj saub ntawm pawg Democrat.</w:t>
      </w:r>
    </w:p>
    <w:p>
      <w:pPr>
        <w:pStyle w:val="ArticleBody"/>
        <w:jc w:val="left"/>
      </w:pPr>
      <w:r>
        <w:rPr>
          <w:rFonts w:ascii="Times New Roman" w:hAnsi="Times New Roman" w:eastAsia="Times New Roman" w:cs="Times New Roman"/>
        </w:rPr>
        <w:t>Phau Vajlugkub qhia meej tias nej yuav paub lawv los ntawm lawv tej txiv, tsis yog los ntawm tus qauv ntsuas uas swb mus rau sab xis los yog sab laug hauv daim kab ke nom tswv. Txoj kev haiv-neeg siab tshaj plaws kawg nkaus hauv Hitler keeb kwm tsis yog yam qhia txog kev hlub teb chaws ntawm txoj kev txav MAGA. Hitler txoj kev haiv-neeg siab tshaj plaws kawg nkaus raug cim tseg los ntawm nws txoj kev txheeb ib haiv neeg ua haiv neeg tswv kav, thiab qhov ntawd qhia txog cov neeg thoob ntiaj teb txoj kev rau siab los tsim ib txoj kev faib ua ob txheej chav kawm hauv Tebchaws Meskas, thiab hauv lub ntiaj teb. Cov neeg thoob ntiaj teb ntawd, yeej pom tseeb tias lawv saib lawv tus kheej nyob rau txheej saum toj kawg nkaus hauv txoj kab ke ntawd, raws li daim qauv uas raug sawv cev los ntawm Hitler haiv neeg tswv kav.</w:t>
      </w:r>
    </w:p>
    <w:p>
      <w:pPr>
        <w:pStyle w:val="ArticleBody"/>
        <w:jc w:val="left"/>
      </w:pPr>
      <w:r>
        <w:rPr>
          <w:rFonts w:ascii="Times New Roman" w:hAnsi="Times New Roman" w:eastAsia="Times New Roman" w:cs="Times New Roman"/>
        </w:rPr>
        <w:t>Txoj kev txawj dag, muab liam cuav rau lwm tus, thiab cev lus iab liam yog ib qho cwj pwm ntawm tus zaj, thiab ib qho piv txwv qub txeeg qub teg ntawm txoj kev siv tswv yim no yog kev liam rau lwm tus txog tej kev ua lossis tej txoj hauj lwm uas qhov tseeb yog koj tus kheej tab tom txhawb nqa thiab ua kom tiav. Qhov no tshwm sim txhua hnub hauv Asmeskas, thiab hauv lub ntiaj teb niaj hnub no, thiab nws yog ib qho cim ntawm dab ntxwg nyoog, rau qhov nws yog “tus uas liam cov kwv tij”.</w:t>
      </w:r>
    </w:p>
    <w:p>
      <w:pPr>
        <w:pStyle w:val="ArticleScripture"/>
        <w:jc w:val="left"/>
      </w:pPr>
      <w:r>
        <w:rPr>
          <w:rFonts w:ascii="Times New Roman" w:hAnsi="Times New Roman" w:eastAsia="Times New Roman" w:cs="Times New Roman"/>
        </w:rPr>
        <w:t>Thiab tus zaj loj heev raug muab ntiab tawm lawm, yog tus nab qub ntawd, hu ua Dab Ntxwg Nyoog, thiab Xatas, tus uas dag ntxias tag nrho lub ntiajteb no; nws raug muab ntiab mus rau hauv lub ntiajteb, thiab nws cov timtswv kuj raug muab ntiab tawm nrog nws thiab. Thiab kuv hnov ib lub suab nrov nrov hais saum ntuj ceeb tsheej tias, Nimno txoj kev cawm dim, thiab lub hwjchim, thiab lub nceeg vaj ntawm peb tus Vajtswv, thiab lub hwjchim kav ntawm Nws tus Khetos twb los txog lawm; rau qhov tus foob liam peb cov kwvtij raug muab txo nqes lawm, tus uas foob liam lawv nyob ntawm peb tus Vajtswv xubntiag nruab hnub thiab hmo ntuj. Tshwm Sim 12:9, 10.</w:t>
      </w:r>
    </w:p>
    <w:p>
      <w:pPr>
        <w:pStyle w:val="ArticleBody"/>
        <w:jc w:val="left"/>
      </w:pPr>
      <w:r>
        <w:rPr>
          <w:rFonts w:ascii="Times New Roman" w:hAnsi="Times New Roman" w:eastAsia="Times New Roman" w:cs="Times New Roman"/>
        </w:rPr>
        <w:t>Lub teb chaws Yelemees ntawm Hitler, uas yog ib qho piv txwv cev Vajlugkub raws lus faj lem sib txig nrog cov neeg ntiaj teb kev vam meej thoob qab ntuj ntawm peb tiam no, tau muaj ib lub tshuab tshaj xov cuav tsim los nrog lub hom phiaj meej; ib yam li cov neeg ywj pheej vam meej niaj hnub no kuj muaj ib yam li ntawd. Thiab nyob rau ntawd, qhov kev rov hais dua ntawm tej lus dag loj, uas Joseph Goebbels, tus Minister of Propaganda hauv Nazi Germany, tau txheeb tseg, tab tom raug rov ua dua niaj hnub no nrog qhov raug nraim zoo li lej ntawm cov txheej txheem algorithm hauv computer thoob plaws ntau txoj kev sib txuas lus ncig lub ntiaj teb. (CNN, MSNBC, BBC, NPR, Google, Facebook thiab ntxiv mus tsis kawg).</w:t>
      </w:r>
    </w:p>
    <w:p>
      <w:pPr>
        <w:pStyle w:val="ArticleBody"/>
        <w:jc w:val="left"/>
      </w:pPr>
      <w:r>
        <w:rPr>
          <w:rFonts w:ascii="Times New Roman" w:hAnsi="Times New Roman" w:eastAsia="Times New Roman" w:cs="Times New Roman"/>
        </w:rPr>
        <w:t>Hluav Taws Reichstag yog ib qho xwm txheej tseem ceeb hauv keeb kwm Yelemees uas coj mus txog rau Ntiaj Teb Tsov Rog Zaum II. Nws muab ib qho kev piav qhia qauv qub txog tej lus dag uas cov neeg vam meej ywj pheej thoob ntiaj teb ua kom tiav hauv lawv txoj kev sim coj los tsa ib lub tseem fwv ib leeg kav thoob qab ntuj. Nws tau tshwm sim rau hmo ntuj tim 27 Lub Ob Hlis, 1933, thaum lub tsev Reichstag hauv Berlin, uas yog qhov chaw nyob ntawm pawg sab laj tsim cai lij choj German (sib thooj nrog cov tsev Capitol ntawm Tebchaws Meskas hnub tim 6 Lub Ib Hlis, 2020), raug muab taws hlawv.</w:t>
      </w:r>
    </w:p>
    <w:p>
      <w:pPr>
        <w:pStyle w:val="ArticleBody"/>
        <w:jc w:val="left"/>
      </w:pPr>
      <w:r>
        <w:rPr>
          <w:rFonts w:ascii="Times New Roman" w:hAnsi="Times New Roman" w:eastAsia="Times New Roman" w:cs="Times New Roman"/>
        </w:rPr>
        <w:t>Qhov hluav taws raug xam tias yog kev muab hluav taws kub txhob txwm, thiab nws tau muab ib qho laj thawj rau tsoom fwv Nazi, nyob hauv kev coj ntawm Adolf Hitler thiab Hermann Göring, los thawb kom muaj Reichstag Fire Decree. Daim ntawv txib no, uas Thawj Tswj Hwm ntawm Lub Tebchaws Yelemees Paul von Hindenburg tau kos npe, tau ncua kev ywj pheej pej xeem thiab tso cai rau kev ntes thiab kaw tseg cov neeg tawm tsam kev nom kev tswv. Qhov no tau cim ib kauj ruam tseem ceeb hauv kev sib sau thiab ruaj khov ntawm lub hwj chim Nazi thiab kev puas tsuaj zuj zus ntawm cov koom haum kev tswj hwm raws li kev ywj pheej hauv lub tebchaws Yelemees.</w:t>
      </w:r>
    </w:p>
    <w:p>
      <w:pPr>
        <w:pStyle w:val="ArticleBody"/>
        <w:jc w:val="left"/>
      </w:pPr>
      <w:r>
        <w:rPr>
          <w:rFonts w:ascii="Times New Roman" w:hAnsi="Times New Roman" w:eastAsia="Times New Roman" w:cs="Times New Roman"/>
        </w:rPr>
        <w:t>Taws hluav taws ntawd, uas feem coob ntawm cov neeg sau keeb kwm ncaj ncees lees paub tias yog Hitler cov neeg tau muab tua, yog ib qho piv txwv ua ntej ntawm tej xwm txheej ntawm Lub Ib Hlis 6, 2020, thiab ntawm kev rhuav tshem tom qab ntawd ntawm cov cai raws Txoj Cai Lij Choj ntawm cov neeg uas tsis tau ua ib yam dab tsi uas tsis raug tso cai tag nrho raws li tej ntsiab cai muaj nyob hauv Txoj Cai Lij Choj, tshwj xeeb tshaj yog thaum muab piv rau kev tsis muaj kev cai lij choj thiab kev rhuav tshem uas raug coj los los ntawm cov kev txav Black Life Matters thiab Antifa, cov kev txav uas cov neeg liberal vam meej qhuas thiab txhawb nqa. Lub Ib Hlis 6 yog txiv ntawm tus zaj, thiab nws twb raug ua piv txwv ua ntej los ntawm cov Nazi hauv Hitler teb chaws Yelemees lawm.</w:t>
      </w:r>
    </w:p>
    <w:p>
      <w:pPr>
        <w:pStyle w:val="ArticleBody"/>
        <w:jc w:val="left"/>
      </w:pPr>
      <w:r>
        <w:rPr>
          <w:rFonts w:ascii="Times New Roman" w:hAnsi="Times New Roman" w:eastAsia="Times New Roman" w:cs="Times New Roman"/>
        </w:rPr>
        <w:t>Cov Democratic hauv Tebchaws Meskas uas coj raws li kev xav nom tswv xauslaj pheej rov hais dua tas li tias Trump yog lub cim sawv cev rau Hitler, rau qhov lub hauv paus ntsiab cai uas lawv ua raws yog tias yog koj hais ib lo lus dag loj txaus, thiab rov hais nws tsis tu ncua los ntawm lawv lub tshuab tshaj xov xwm dag ntxias, ces cov tub qhe ntawm Marie Antoinette thaum kawg yuav ntseeg nws.</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Nej cov nej tus kheej, nej haiv neeg sawv daws, thiab nej yuav raug muab tsoo tawg ua tej thooj; thiab mloog, nej txhua tus uas nyob hauv tej teb chaws nyob deb: npaj nej tus kheej, thiab nej yuav raug muab tsoo tawg ua tej thooj; npaj nej tus kheej, thiab nej yuav raug muab tsoo tawg ua tej thooj. Sib tham tswv yim ua ke, thiab nws yuav ploj mus tsis muaj nqis; hais ib lo lus tawm mus, thiab nws yuav tsis nyob ruaj: vim Vajtswv nrog nraim peb. Rau qhov tus Tswv tau hais li no rau kuv nrog ib txhais tes muaj hwj chim, thiab tau qhuab qhia kuv kom kuv tsis txhob taug txoj kev ntawm haiv neeg no, hais tias, Nej tsis txhob hais tias, Kev koom tes, rau txhua tus uas haiv neeg no yuav hais tias, Kev koom tes; thiab nej tsis txhob ntshai yam uas lawv ntshai, thiab tsis txhob poob siab ntshai. Nej cia li tsa tus Tswv uas muaj txhua pab tub rog ua tus dawb huv; thiab cia nws ua nej txoj kev ntshai, thiab cia nws ua nej txoj kev txaus ntshai. Thiab nws yuav yog ib qho chaw dawb huv; tiam sis yog ib lub pob zeb ua rau dawm, thiab yog ib lub pob tsuas ua rau ua txhaum rau ob lub tsev ntawm Ixayees, yog ib lub cuab thiab yog ib lub vas rau cov neeg nyob hauv Yeluxalees. Thiab coob leej nyob hauv lawv yuav dawm, thiab poob, thiab raug tsoo tawg, thiab raug dai cuab, thiab raug ntes. Qhwv daim tim khawv cia, muab txoj kevcai kaw ruaj rau hauv kuv cov thwjtim. Yaxayas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Ib Puas Nees Nkaum Rau</dc:title>
  <dc:subject>Qhia Qhov Zaj Lus Qhia Yaj Saub Tshwm Sim: Kev Kawm Txog Daniel Tshooj Kaum Ib thiab Cov Xwm Txheej Niaj Hnub No</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