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Nees Xya Caum Xya</w:t>
      </w:r>
    </w:p>
    <w:p>
      <w:pPr>
        <w:pStyle w:val="ArticleSubtitle"/>
        <w:jc w:val="left"/>
      </w:pPr>
      <w:r>
        <w:rPr>
          <w:rFonts w:ascii="Arial" w:hAnsi="Arial" w:eastAsia="Arial" w:cs="Arial"/>
        </w:rPr>
        <w:t>Qhia Tawm Txog Cov Yam Ntxwv Yaj Saub ntawm Lub Koom Haum Phem: Kev Pom Los ntawm Yaxayas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Tus yam ntxwv cev lus faj lem ntawm tus zaj yog kev sib koom ua ib pab pawg, raws li Yaxayas tau qhia tseg.</w:t>
      </w:r>
    </w:p>
    <w:p>
      <w:pPr>
        <w:pStyle w:val="ArticleScripture"/>
        <w:jc w:val="left"/>
      </w:pPr>
      <w:r>
        <w:rPr>
          <w:rFonts w:ascii="Times New Roman" w:hAnsi="Times New Roman" w:eastAsia="Times New Roman" w:cs="Times New Roman"/>
        </w:rPr>
        <w:t>Nej cov pej xeem, thiab nej yuav raug tsoo ua tej daim me me; nej txhua tus uas nyob hauv tej tebchaws deb, cia li mloog: npaj nej tus kheej, thiab nej yuav raug tsoo ua tej daim me me; npaj nej tus kheej, thiab nej yuav raug tsoo ua tej daim me me. Sib tham tswv yim ua ke los, los yuav ploj mus tsis muaj qab hau; hais lus txib tawm mus los, los yuav tsis sawv ruaj: vim Vajtswv nrog nraim peb. Rau qhov tus Tswv tau hais li no rau kuv nrog ib txhais tes muaj hwjchim, thiab tau qhuab qhia kuv kom kuv txhob taug txojkev ntawm haiv neeg no, hais tias, Nej txhob hais tias, Kev koom tes, rau txhua tus uas haiv neeg no yuav hais tias, Kev koom tes; thiab nej txhob ntshai yam uas lawv ntshai, txhob poob siab ntshai. Nej cia li fij tus Tswv uas muaj ntau pab tub rog ua tus dawb huv; thiab cia Nws ua nej txojkev ntshai, thiab cia Nws ua nej yam uas nej yuav tshee hawm. Thiab Nws yuav yog ib qho chaw dawb huv; tiamsis kuj yuav yog ib lub pob zeb uas ua rau dawm thiab yog ib lub pob tsuas uas ua rau chim siab rau ob lub tsev neeg Ixayees tib si, yog ib lub vas thiab yog ib lub cuab rau cov neeg nyob hauv Yeluxalees. Thiab coob leej hauv lawv yuav dawm, thiab poob, thiab raug tsoo, thiab raug cuab, thiab raug ntes. Cia li khi daim timkhawv cia, muab txojcai ntim ruaj rau hauv kuv cov thwjtim. Yaxayas 8:9–16.</w:t>
      </w:r>
    </w:p>
    <w:p>
      <w:pPr>
        <w:pStyle w:val="ArticleBody"/>
        <w:jc w:val="left"/>
      </w:pPr>
      <w:r>
        <w:rPr>
          <w:rFonts w:ascii="Times New Roman" w:hAnsi="Times New Roman" w:eastAsia="Times New Roman" w:cs="Times New Roman"/>
        </w:rPr>
        <w:t>Nyob rau hnub kawg, hauv lub sijhawm muab lub cim rau ib puas plaub caug plaub txhiab leej, thaum Yaxayas hais tias, “Qhwv cia zaj lus tim khawv, muab lub kevcai ntim cia rau hauv kuv cov thwjtim,” muaj ib qho “kev sib koom ua phem” nyob saum nplaimteb no. Nws yog yam tseem ceeb yuav tsum to taub tias keeb kwm ntawm Tebchaws Meskas uas coj mus txog txoj cai Hnub Caiv hnub Sunday ntawd yog ib daim duab ua ntej qhia txog tib yam xwm txheej ntawd nyob rau theem thoob ntiajteb.</w:t>
      </w:r>
    </w:p>
    <w:p>
      <w:pPr>
        <w:pStyle w:val="ArticleScripture"/>
        <w:jc w:val="left"/>
      </w:pPr>
      <w:r>
        <w:rPr>
          <w:rFonts w:ascii="Times New Roman" w:hAnsi="Times New Roman" w:eastAsia="Times New Roman" w:cs="Times New Roman"/>
        </w:rPr>
        <w:t>“Lwm tebchaws txawv yuav raws li tus qauv ntawm Tebchaws Meskas. Txawm yog nws pib ua thawj coj los xij, los tib qho teebmeem ntawd yuav los raug peb haivneeg nyob hauv txhua cheeb tsam ntawm lub ntiajteb.” Testimonies, volume 6, 395.</w:t>
      </w:r>
    </w:p>
    <w:p>
      <w:pPr>
        <w:pStyle w:val="ArticleBody"/>
        <w:jc w:val="left"/>
      </w:pPr>
      <w:r>
        <w:rPr>
          <w:rFonts w:ascii="Times New Roman" w:hAnsi="Times New Roman" w:eastAsia="Times New Roman" w:cs="Times New Roman"/>
        </w:rPr>
        <w:t>Muam White tau hais meej faj seeb tias “kev sib koom tes phem” yog leej twg, thiab nws sawv cev rau txoj kev ywj pheej vam meej uas nce mus zuj zus ntawm cov neeg ntiaj teb no uas txhawb kev tswj hwm thoob qab ntuj niaj hnub no. Thaum nws ua li ntawd, nws rov hais ntau zaus cov nqe Vajlugkub ua ntej hauv Yaxayas, uas qhia txog ib txoj kev sib koom tes phem nyob rau lub sijhawm muab lub cim ntim ntawm ib puas plaub caug plaub txhiab leej.</w:t>
      </w:r>
    </w:p>
    <w:p>
      <w:pPr>
        <w:pStyle w:val="ArticleScripture"/>
        <w:jc w:val="left"/>
      </w:pPr>
      <w:r>
        <w:rPr>
          <w:rFonts w:ascii="Times New Roman" w:hAnsi="Times New Roman" w:eastAsia="Times New Roman" w:cs="Times New Roman"/>
        </w:rPr>
        <w:t>“Tus Tswv tshaj tawm los ntawm tus yaj saub Yaxayas hais tias: Yaxayas 8:9–13 quoted.”</w:t>
      </w:r>
    </w:p>
    <w:p>
      <w:pPr>
        <w:pStyle w:val="ArticleScripture"/>
        <w:jc w:val="left"/>
      </w:pPr>
      <w:r>
        <w:rPr>
          <w:rFonts w:ascii="Times New Roman" w:hAnsi="Times New Roman" w:eastAsia="Times New Roman" w:cs="Times New Roman"/>
        </w:rPr>
        <w:t>“Muaj ib txhia nug tias puas yog rau cov Khixatia los koom nrog Free Masons thiab lwm pab koom haum zais ntshis. Cia txhua tus zoo li ntawd xav txog cov Vajlugkub uas nyuam qhuav raug hais tseg. Yog peb yog Khixatia tiag tiag, ces peb yuav tsum yog Khixatia nyob txhua qhov chaw, thiab yuav tsum xav txog thiab mloog lus rau tej lus ntuas uas tau muab los ua kom peb yog Khixatia raws li tus qauv ntawm Vajtswv Txojlus.” Evangelism, 617, 618.</w:t>
      </w:r>
    </w:p>
    <w:p>
      <w:pPr>
        <w:pStyle w:val="ArticleBody"/>
        <w:jc w:val="left"/>
      </w:pPr>
      <w:r>
        <w:rPr>
          <w:rFonts w:ascii="Times New Roman" w:hAnsi="Times New Roman" w:eastAsia="Times New Roman" w:cs="Times New Roman"/>
        </w:rPr>
        <w:t>Lub koom haum phem hauv hnub kawg muaj kev cuam tshuam nrog cov Freemasons, thiab lwm cov zej zog zais cia. Nws txoj kev ntseeg yog kev sib txuas lus nrog dab, thiab nws yog tsim los ntawm cov neeg tuav nyiaj hauv ntiaj teb thiab cov tub lag luam nplua nuj kawg ntawm lub ntiaj teb, cov uas “sau ua ke tag nrho nyiaj txiag thiab hwj chim ntawm lub ntiaj teb,” thiab cov uas txhawb tej kev txav xws li Antifa thiab Black Lives Matter kom qhib “tus ntsuj plig ntawm kev tsis tus, ntawm kev kub ntxhov thiab kev los ntshav” rau ntawm ib “theem thoob ntiaj teb,” hauv ib qho kev sim kom rov tsim dua qhov kev tsis muaj cai tswj hwm ntawm “Fabkis Kev Tawm Tsam.”</w:t>
      </w:r>
    </w:p>
    <w:p>
      <w:pPr>
        <w:pStyle w:val="ArticleScripture"/>
        <w:jc w:val="left"/>
      </w:pPr>
      <w:r>
        <w:rPr>
          <w:rFonts w:ascii="Times New Roman" w:hAnsi="Times New Roman" w:eastAsia="Times New Roman" w:cs="Times New Roman"/>
        </w:rPr>
        <w:t>“Kev Ntseeg Txog Dab qhuab hais tias tibneeg yog ib nrab vajtswv uas tsis tau poob; tias ‘txhua lub siab yuav txiav txim rau nws tus kheej;’ tias ‘kev paub tseeb tso tibneeg nyob saum txhua txoj kevcai;’ tias ‘txhua txoj kev txhaum uas tau ua yog yam tsis muaj txhaum;’ rau qhov ‘yam twg muaj, yam ntawd yog yog lawm,’ thiab ‘Vajtswv tsis txiav txim rau txim.’ Tus tibneeg uas qias neeg tshaj plaws los nws nthuav tawm tias nyob saum ntuj ceeb tsheej, thiab raug tsa kom siab kawg nyob ntawd. Yog li ntawd nws tshaj tawm rau txhua tus tibneeg tias, ‘Tsis tseem ceeb li koj ua dabtsi; cia li nyob raws li koj siab nyiam, saum ntuj ceeb tsheej yog koj lub tsev.’ Coob leej coob tus thiaj raug coj mus ntseeg tias kev ntshaw yog txoj kevcai siab tshaj plaws, tias kev tso cai rau tus kheej yog kev ywj pheej, thiab tias tibneeg tsuas yog lav ris rau nws tus kheej xwb.”</w:t>
      </w:r>
    </w:p>
    <w:p>
      <w:pPr>
        <w:pStyle w:val="ArticleScripture"/>
        <w:jc w:val="left"/>
      </w:pPr>
      <w:r>
        <w:rPr>
          <w:rFonts w:ascii="Times New Roman" w:hAnsi="Times New Roman" w:eastAsia="Times New Roman" w:cs="Times New Roman"/>
        </w:rPr>
        <w:t>“Thaum tej kev qhia zoo li no raug muab rau txij thaum pib ntawm lub neej kiag, thaum lub siab xav muaj zog tshaj plaws, thiab thaum qhov kev hu kom tswj tus kheej thiab kom dawb huv yog qhov ceev tshaj plaws, ces cov kev tiv thaiv ntawm kev tsim txiaj nyob qhov twg? Dab tsi yuav txwv tsis pub lub ntiaj teb no dhau los ua ib lub Xaudoo zaum ob? Tib lub sijhawm ntawd, kev tsis mloog cai tab tom nrhiav kom rhuav tshem txhua txoj cai, tsis yog tsuas yog txoj cai saum ntuj xwb, tiam sis txoj cai tib neeg thiab. Kev sau nyiaj txiag thiab hwj chim los ua ke rau hauv nruab nrab; tej kev sib koom ua ke loj heev kom nplua nuj rau ob peb leeg los ntawm kev txi ntawm coob leej; tej kev sib koom ua ke ntawm cov chav kawm txom nyem dua los tiv thaiv lawv tej kev txaus siab thiab lawv tej lus thov; tus ntsuj plig ntawm kev tsis tus yees, ntawm kev kub ntxhov thiab kev txeev ntshav; kev nthuav tawm thoob qab ntuj ntawm tib cov kev qhia uas tau coj mus rau Kev Tawm Tsam Fab Kis—tag nrho tej no tab tom coj kom tag nrho lub ntiaj teb nkag mus rau hauv ib qho kev tawm tsam zoo ib yam li qhov uas tau ua rau Fab Kis tshee hnyo.” Education, 227, 228.</w:t>
      </w:r>
    </w:p>
    <w:p>
      <w:pPr>
        <w:pStyle w:val="ArticleBody"/>
        <w:jc w:val="left"/>
      </w:pPr>
      <w:r>
        <w:rPr>
          <w:rFonts w:ascii="Times New Roman" w:hAnsi="Times New Roman" w:eastAsia="Times New Roman" w:cs="Times New Roman"/>
        </w:rPr>
        <w:t>Tus neeg twg uas muaj kev xav tob yuav tsum nug nws tus kheej tias tej yam dab tsi tshwm sim hauv tej rooj sib tham zoo li qhov uas nyuam qhuav muaj nyob rau Davos, qhov chaw uas tibneeg nthuav qhia lawv tej kev npaj rau lub ntiajteb no yam tsis quav ntsej txog cov pejxeem seem ntawm lub ntiajteb? Tej yam zais ntshis twg tau raug sib tham nyob ntawd? Tseeb tiag, Davos tsuas yog ib qho ntawm ob peb lub rooj sib tham zais ntshis uas txwv tseg rau cov neeg nplua nuj kawg nkaus hauv ntiajteb, cov tub txhab nyiaj, cov nom tswv uas raug kev qias tsis ncaj, thiab cov txiv neej uas kev coj ncaj ncees twb raug ntxeev, uas tsim lawv tej kev npaj siab loj rau lub ntiajteb no.</w:t>
      </w:r>
    </w:p>
    <w:p>
      <w:pPr>
        <w:pStyle w:val="ArticleScripture"/>
        <w:jc w:val="left"/>
      </w:pPr>
      <w:r>
        <w:rPr>
          <w:rFonts w:ascii="Times New Roman" w:hAnsi="Times New Roman" w:eastAsia="Times New Roman" w:cs="Times New Roman"/>
        </w:rPr>
        <w:t>“Hauv cov hnub kawg no, tej kev dag ntxias txawv txawv thiab tej kev xav uas neeg tsim los tab tom sawv los, uas Vajtswv tshaj tawm tias yuav raug muab tsoo ua tej daim. Tus ntsuj plig ntawm kev ntshaw nyiaj txiag tau coj tib neeg mus nrhiav qhov txiaj ntsig ntawm lub ntiaj teb no, thiab los ntawm kev siv nyiaj nplua mias thiab kev nthuav qhuas, lawv tau sim zais lawv tej kev phem uas lawv tau ua kom mus txog lawv lub hom phiaj. Cov neeg uas nyob hauv tej hauj lwm siab uas muaj kev tso siab rau lawv tau qhia tawm qhov kev ntshaw tsis raug cai no rau kev khwv tau; lawv tau xyaum kev nyiag nyiaj thiab kev tub sab, thiab tau ua kom tej kev phem kev ntshaw hauv lawv lub siab txaus, mus txog thaum peb tej nroog raug qias tuaj vim lawv txoj kev phem. Vajtswv tau tshaj tawm tias Nws yuav nthuav tawm tej hauj lwm ntawm kev dag ntxias thiab kev tub sab no los ntawm lawv tus kheej txoj kev ua. Qee kis, Vajtswv tej kev txiav txim twb poob los hnyav rau saum tej nroog no lawm.”</w:t>
      </w:r>
    </w:p>
    <w:p>
      <w:pPr>
        <w:pStyle w:val="ArticleScripture"/>
        <w:jc w:val="left"/>
      </w:pPr>
      <w:r>
        <w:rPr>
          <w:rFonts w:ascii="Times New Roman" w:hAnsi="Times New Roman" w:eastAsia="Times New Roman" w:cs="Times New Roman"/>
        </w:rPr>
        <w:t>“Yaxayas 8:8–12 raug hais.” Review and Herald, Lub Xya Hli 18, 1907.</w:t>
      </w:r>
    </w:p>
    <w:p>
      <w:pPr>
        <w:pStyle w:val="ArticleBody"/>
        <w:jc w:val="left"/>
      </w:pPr>
      <w:r>
        <w:rPr>
          <w:rFonts w:ascii="Times New Roman" w:hAnsi="Times New Roman" w:eastAsia="Times New Roman" w:cs="Times New Roman"/>
        </w:rPr>
        <w:t>Cov nroog tau raug ua kom puv kev qias tuaj, raws li tau raug yaj saub hais tseg hauv nqe dhau los, thiab qhov kev qias ntawd yog raug coj los txog los ntawm lub koom haum phem uas hais nyob hauv Yaxayas tshooj yim. Lawv tau raug ua kom puv kev qias tuaj los ntawm, “cov neeg nyob hauv tej hauj lwm siab uas sawv hauv txoj kev ntseeg siab” uas “tau qhia tawm” lawv “txoj kev ntshaw kom tau txiaj ntsig uas txhaum cai.” Cov nroog uas raug ua kom qias tuaj ntawd pom tau yooj yim hauv tej xeev uas lawv cov attorney general tau raug xaiv tsa los ntawm cov nyiaj txiag ntawm cov communist xws li George Soros. Qhov no kuj pom tau thaum tej kevcai uas twb muaj lawm tsis raug coj los siv los ntawm cov nom tswv uas qias tuaj hauv Washington, DC. Nws kuj pom tau los ntawm tej kevcai uas tsuas raug siv tawm tsam cov neeg uas nyob sab tod ntawm txoj kab kev xav nom tswv, raws li tau muab ua piv txwv los ntawm cov neeg xws li Nancy Pelosi thiab Adam Schiff.</w:t>
      </w:r>
    </w:p>
    <w:p>
      <w:pPr>
        <w:pStyle w:val="ArticleScripture"/>
        <w:jc w:val="left"/>
      </w:pPr>
      <w:r>
        <w:rPr>
          <w:rFonts w:ascii="Times New Roman" w:hAnsi="Times New Roman" w:eastAsia="Times New Roman" w:cs="Times New Roman"/>
        </w:rPr>
        <w:t>Hauv kev ua txhaum thiab hais lus dag tawm tsam tus Tswv, thiab tig ncaim ntawm peb tus Vajtswv mus, hais txog kev tsim txom thiab kev tawm tsam, xeeb thiab tshaj tawm hauv lub siab tej lus cuav. Thiab txoj kev txiav txim raug tig rov qab mus, thiab kev ncaj ncees sawv deb heev: rau qhov qhov tseeb poob rau hauv txoj kev, thiab txoj kev ncaj tsis muaj peev xwm nkag los. Muaj tseeb tiag, qhov tseeb ploj lawm; thiab tus uas ncaim ntawm kev phem ua rau nws tus kheej dhau los ua neeg raug tsim txom: thiab tus Tswv pom qhov ntawd, thiab nws tsis txaus siab tias tsis muaj kev txiav txim. Yaxayas 59:13–15.</w:t>
      </w:r>
    </w:p>
    <w:p>
      <w:pPr>
        <w:pStyle w:val="ArticleBody"/>
        <w:jc w:val="left"/>
      </w:pPr>
      <w:r>
        <w:rPr>
          <w:rFonts w:ascii="Times New Roman" w:hAnsi="Times New Roman" w:eastAsia="Times New Roman" w:cs="Times New Roman"/>
        </w:rPr>
        <w:t>Hauv zaj uas dhau los no los ntawm *Review and Herald*, cov txiv neej uas tuav tej haujlwm siab uas yuav tsum muaj kev ntseeg siab, qhia txog cov nom tswv uas twb raug kev qias neeg lawm, uas lawv cov ntaub ntawv peev nyiaj hauv Wall Street ib txwm tshaj txhua yam txiaj ntsig zoo tshaj uas yuav ua tau, vim yog lawv txoj haujlwm tsim cai lij choj los ua kom “insider trading” raug cai rau lawv tus kheej, thiab tsis pub rau lwm tus li. Rov tshuaj xyuas keeb kwm ntawm Martha Stewart. Cov nroog hauv zaj ntawd raug kev qias neeg vim lawv txoj kev phem, thiab qhov no tshwj xeeb pom tseeb hauv cov nroog thiab cov xeev uas cov Democrats uas txhawb kev tswj hwm ntiaj teb kav.</w:t>
      </w:r>
    </w:p>
    <w:p>
      <w:pPr>
        <w:pStyle w:val="ArticleBody"/>
        <w:jc w:val="left"/>
      </w:pPr>
      <w:r>
        <w:rPr>
          <w:rFonts w:ascii="Times New Roman" w:hAnsi="Times New Roman" w:eastAsia="Times New Roman" w:cs="Times New Roman"/>
        </w:rPr>
        <w:t>Kev kev sib koom siab phem nyob rau hnub kawg muaj tus zaj, tus tsiaj nyaum, thiab tus yaj saub cuav nyob hauv; thiab tus tsiaj nyaum nrog tus yaj saub cuav kuj muaj lawv tus kheej tej yam ntxwv phem raws li yaj saub qhia, tabsis tej yam ntxwv uas pom tseeb heev hauv kev thoob ntiaj teb ywj pheej ntawd yog tej cwj pwm ntawm tus zaj.</w:t>
      </w:r>
    </w:p>
    <w:p>
      <w:pPr>
        <w:pStyle w:val="ArticleScripture"/>
        <w:jc w:val="left"/>
      </w:pPr>
      <w:r>
        <w:rPr>
          <w:rFonts w:ascii="Times New Roman" w:hAnsi="Times New Roman" w:eastAsia="Times New Roman" w:cs="Times New Roman"/>
        </w:rPr>
        <w:t>“Qhia Tshwm 17:13–14 raug hais los. ‘Cov no muaj tib lub siab.’ Yuav muaj ib txoj kev sib koom ua ke thoob qab ntuj, ib txoj kev sib haum xeeb loj, ib lub koom haum ntawm Xatas cov quab yuam. ‘Thiab lawv yuav muab lawv lub hwj chim thiab zog rau tus tsiaj nyaum.’ Yog li ntawd thiaj raug nthuav tawm tib lub hwj chim uas txiav txim raws siab nyiam thiab tsim txom tawm tsam kev ywj pheej ntawm txoj kev ntseeg, txoj kev ywj pheej los pe hawm Vajtswv raws li lub siab dawb paug qhia, ib yam li tau raug nthuav tawm los ntawm papacy, thaum yav tag los nws tsim txom cov uas muaj siab tawv tsis kam ua raws li cov kab ke thiab tej kab lig kev cai ntawm Romanism.</w:t>
      </w:r>
    </w:p>
    <w:p>
      <w:pPr>
        <w:pStyle w:val="ArticleScripture"/>
        <w:jc w:val="left"/>
      </w:pPr>
      <w:r>
        <w:rPr>
          <w:rFonts w:ascii="Times New Roman" w:hAnsi="Times New Roman" w:eastAsia="Times New Roman" w:cs="Times New Roman"/>
        </w:rPr>
        <w:t>“Hauv kev sib ntaus rog uas yuav raug ua hauv cov hnub kawg no, txhua lub hwj chim phem uas tau thim kev ncaj ncees ntawm lawv txoj kev mloog lus rau Yehauvas txoj kevcai yuav koom ua ke tawm tsam Vajtswv haiv neeg. Hauv qhov kev sib ntaus rog no, Hnub Xanpataus ntawm lo lus txib plaub yuav yog lub ntsiab lus loj uas muaj kev sib cav; vim nyob hauv lo lus txib txog Hnub Xanpataus ntawd, tus Tsim Kevcai loj qhia kom paub tias Nws yog tus Tsim lub ntuj thiab lub ntiajteb.” The Seventh-day Adventist Bible Commentary, 983.</w:t>
      </w:r>
    </w:p>
    <w:p>
      <w:pPr>
        <w:pStyle w:val="ArticleBody"/>
        <w:jc w:val="left"/>
      </w:pPr>
      <w:r>
        <w:rPr>
          <w:rFonts w:ascii="Times New Roman" w:hAnsi="Times New Roman" w:eastAsia="Times New Roman" w:cs="Times New Roman"/>
        </w:rPr>
        <w:t>Peb yuav los tshuaj xyuas cov yam ntxwv uas yog lus faj lem ntawm tus tsiaj nyaum thiab Protestantism uas tau thim txoj kev ntseeg hauv cov ntawv tom qab no. Nws yog ib qho tseem ceeb kom txheeb kom meej tias yam uas twb raug tshwm tawm lawm hais txog tog nom tswv twg yog tus tab tom coj ua ntej thiab rub cov hlua hauv kev yuam kom siv txoj cai Hnub Sunday. Tseeb tiag, ob tog tib si (Democrat thiab Republican) sib koom los txog rau ntawm qhov teeb meem txoj cai Hnub Sunday, ib yam li cov Falixais thiab cov Xadukais tau sib koom los ntawm tus ntoo khaub lig, tiam sis tsis muaj ib qho laj thawj twg uas tsim nyog los hais tias daim npe Protestant los yog Protestant uas tau thim txoj kev ntseeg yuav muab txuas nrog tog Democratic tau, rau qhov nws yog lub hwj chim zaj uas pom tseeb.</w:t>
      </w:r>
    </w:p>
    <w:p>
      <w:pPr>
        <w:pStyle w:val="ArticleBody"/>
        <w:jc w:val="left"/>
      </w:pPr>
      <w:r>
        <w:rPr>
          <w:rFonts w:ascii="Times New Roman" w:hAnsi="Times New Roman" w:eastAsia="Times New Roman" w:cs="Times New Roman"/>
        </w:rPr>
        <w:t>Keeb kwm ntawm txoj hauj lwm muab lub cim rau ib puas plaub caug plaub txhiab yog keeb kwm uas nyob ntawd qhov kev koom tes phem ntawm Yaxayas tshooj yim raug txheeb qhia tawm. Keeb kwm ntawd pib rau hnub tim 11 Lub Cuaj Hli, 2001, thaum tus thawj tswj hwm thib plaub, Bush tus thib ob, tseem tuav hwj chim. Nyob hauv keeb kwm ntawd tus thawj tswj hwm thib rau yuav los txog rau xyoo 2016, thiab nws yuav tsa (txhib kom sawv) tag nrho lub tebchaws Grecia sawv, rau qhov nws yuav tsa lub ntiaj teb sawv kom pom txoj kev tawm tsam ntawm lub hwj chim zaj thiab cov Protestants uas tau thim txoj kev ntseeg, uas ua tiav txoj hauj lwm ntawm kev tsa tus tsiaj rov qab los rau saum lub zwm txwv ntawm lub ntiaj teb.</w:t>
      </w:r>
    </w:p>
    <w:p>
      <w:pPr>
        <w:pStyle w:val="ArticleBody"/>
        <w:jc w:val="left"/>
      </w:pPr>
      <w:r>
        <w:rPr>
          <w:rFonts w:ascii="Times New Roman" w:hAnsi="Times New Roman" w:eastAsia="Times New Roman" w:cs="Times New Roman"/>
        </w:rPr>
        <w:t>Txoj kev ntxub Trump uas dig muag thiab tsis muaj laj thawj ntawd, coob leej txheeb xyuas tias yog ib hom kev vwm, rau qhov nws tsa los saum kev tsis ncaj ncees thiab kev xav uas tsis muaj txiaj ntsig raws laj thawj. Lub ntiaj teb sim piav kom meej txog txoj kev ntxub Trump uas tsis muaj ib qho kev tsim nyog li ntawd, tiam sis qhov tseeb yog tias nws tsis yog ib qho kev vwm tib neeg uas nkag siab tau ncaj qha nyob rau sab ntawm cov globalists, nws yog qhov kev tshwm sim saum ntuj ceeb tsheej ntawm kev ua tiav raws li lus faj lem nyob rau hauv keeb kwm ntawm kev muab lub cim rau ib puas plaub caug plaub txhiab leej.</w:t>
      </w:r>
    </w:p>
    <w:p>
      <w:pPr>
        <w:pStyle w:val="ArticleScripture"/>
        <w:jc w:val="left"/>
      </w:pPr>
      <w:r>
        <w:rPr>
          <w:rFonts w:ascii="Times New Roman" w:hAnsi="Times New Roman" w:eastAsia="Times New Roman" w:cs="Times New Roman"/>
        </w:rPr>
        <w:t>“Au, yog hais tias Vajtswv haiv neeg muaj kev to taub txog txoj kev puastsuaj uas tab tom los txog rau ntau txhiab lub nroog, uas nim no twb yuav luag raug muab rau kev pe dab pe mlom lawm! Tiamsis coob leej ntawm cov uas tsim nyog yuav tsum tshaj tawm qhov tseeb tseem tab tom liam thiab txiav txim rau lawv cov kwvtij. Thaum Vajtswv lub hwjchim hloov siab los txog rau saum tibneeg lub siab xav, yuav muaj ib txoj kev hloov uas pom tseeb heev. Tibneeg yuav tsis muaj lub siab xav thuam thiab rhuav tshem lawm. Lawv yuav tsis sawv hauv ib txoj hauj lwm uas txwv tsis pub qhov kaj ci ntsa iab mus rau lub ntiajteb. Lawv txoj kev thuam, lawv txoj kev liam, yuav xaus mus. Cov hwjchim ntawm tus yeeb ncuab tab tom sib sau los npaj ua rog. Tej kev tawm tsam hnyav hnyav nyob tom hauv ntej peb. Kuv cov kwvtij thiab cov muam, cia li sib sau kom ze, cia li sib sau kom ze. Cia li khi nej tus kheej nrog Khetos. ‘Tsis txhob hais tias, Ib pab koom tes,... thiab nej tsis txhob ntshai yam uas lawv ntshai, los tsis txhob ntshai li. Cia li ua kom tus Tswv uas kav ib tsoom tub rog dawb huv rau nej; thiab cia nws ua nej tus uas nej ntshai, thiab cia nws ua nej tus uas nej yuav txhawj ntshai. Thiab nws yuav ua chaw dawb huv; tiamsis ua ib lub pob zeb uas ua rau ntog thiab ua ib lub pob zeb loj uas ua rau poob ntsej muag rau ob lub tsev ntawm cov Yixalayees, ua ib lub cuab thiab ua ib lub vas rau cov neeg nyob hauv Yeluxalees. Thiab coob leej hauv lawv yuav dawm, thiab poob, thiab tawg ntsoog, thiab raug ntxias rau hauv cuab, thiab raug ntes.’”</w:t>
      </w:r>
    </w:p>
    <w:p>
      <w:pPr>
        <w:pStyle w:val="ArticleScripture"/>
        <w:jc w:val="left"/>
      </w:pPr>
      <w:r>
        <w:rPr>
          <w:rFonts w:ascii="Times New Roman" w:hAnsi="Times New Roman" w:eastAsia="Times New Roman" w:cs="Times New Roman"/>
        </w:rPr>
        <w:t>“Lub ntiajteb no yog ib lub chaw ua yeeb yam. Cov neeg ua yeeb yam, uas yog nws cov neeg nyob, tab tom npaj ua lawv feem hauv zaj ua yeeb yam loj kawg. Vajtswv twb ploj ntawm lawv qhov muag lawm. Ntawm cov neeg coob coob hauv noob neej tsis muaj kev sib haum xeeb, tsuas yog thaum tibneeg koom ua ib pab kom ua tiav lawv tej hom phiaj qia dub xwb. Vajtswv tab tom ntsia ntsoov. Nws tej hom phiaj hais txog nws cov neeg uas ntxeev siab yuav tsum ua kom tiav. Lub ntiajteb no tsis tau muab cob rau hauv tibneeg txhais tes, txawm Vajtswv tab tom pub kom tej ntsiab ntawm kev kub ntxhov thiab kev tsis muaj kev txiav txim kav ib ntus. Muaj ib lub hwjchim los hauv qab tab tom ua haujlwm kom coj los txog cov xwm txheej loj kawg hauv zaj ua yeeb yam no,—Xatas los zoo li Khetos, thiab ua haujlwm nrog txhua yam kev dag ntxias ntawm kev tsis ncaj ncees hauv cov uas tab tom khi lawv tus kheej ua ke hauv tej koom haum zais ntshis. Cov uas tab tom zwm rau txoj kev ntshaw koom ua pab yog tab tom ua raws li tus yeeb ncuab tej phiaj xwm. Lub hauv paus yuav raug raws los ntawm qhov tshwm sim.”</w:t>
      </w:r>
    </w:p>
    <w:p>
      <w:pPr>
        <w:pStyle w:val="ArticleScripture"/>
        <w:jc w:val="left"/>
      </w:pPr>
      <w:r>
        <w:rPr>
          <w:rFonts w:ascii="Times New Roman" w:hAnsi="Times New Roman" w:eastAsia="Times New Roman" w:cs="Times New Roman"/>
        </w:rPr>
        <w:t>“Kev txhaum cai twb yuav txog nws lub ciam lawm. Kev ntxhov siab puv thoob plaws lub ntiajteb, thiab ib qho kev ntshai loj yuav los txog rau tibneeg sai no. Qhov kawg twb los ze heev lawm. Peb cov uas paub qhov tseeb yuav tsum npaj rau yam uas yuav sai no los poob rau saum lub ntiajteb no ib yam li ib qho kev ceeb loj uas dhau kev tiv tsis taus.” Review and Herald, September 10, 1903.</w:t>
      </w:r>
    </w:p>
    <w:p>
      <w:pPr>
        <w:pStyle w:val="ArticleBody"/>
        <w:jc w:val="left"/>
      </w:pPr>
      <w:r>
        <w:rPr>
          <w:rFonts w:ascii="Times New Roman" w:hAnsi="Times New Roman" w:eastAsia="Times New Roman" w:cs="Times New Roman"/>
        </w:rPr>
        <w:t>Kev ntseeg Islam ntawm qhov kev txom nyem thib peb tab tom yuav los ntaus “txhiab txhiab lub nroog,” thiab txoj kev ntseeg Adventist hauv lub caij Laodicea tsis muaj ib qho kev hnov txog txoj kev puas tsuaj tab tom los uas yuav tshwm sim sai no. Nyob rau lub sijhawm uas Yaxayas txoj kev koom tes phem tab tom ua tiav nws txoj hauj lwm, muaj ib lub hwj chim dab ntxwg nyoog “los hauv qab tuaj” uas “tab tom ua hauj lwm kom coj txog cov xwm txheej kawg kawg hauv zaj yeeb yam no,” thiab tej no los txog raws li “ib qho kev ceeb loj tshaj plaws.” Txoj kev vwm uas raug siv tawm tsam Trump yog tsim los ntawm ib lub hwj chim los hauv qab tuaj. Nws yog ib feem ntawm cov xwm txheej kawg ntawm keeb kwm ntiaj teb.</w:t>
      </w:r>
    </w:p>
    <w:p>
      <w:pPr>
        <w:pStyle w:val="ArticleBody"/>
        <w:jc w:val="left"/>
      </w:pPr>
      <w:r>
        <w:rPr>
          <w:rFonts w:ascii="Times New Roman" w:hAnsi="Times New Roman" w:eastAsia="Times New Roman" w:cs="Times New Roman"/>
        </w:rPr>
        <w:t>Qhov no yuav tsum tsis txhob to taub tias yog kev txhawb nqa Trump; nws tsuas yog Vajtswv Txojlus xwb, uas yeej tsis muaj hnub poob hlo li. Thaum lub sij hawm muab lub cim rau ib puas plaub caug plaub txhiab leej ntawd, Vajtswv tab tom nchuav Nws lub hwjchim saum ntuj los, thaum Xatas tab tom siv nws lub hwjchim hauv qab los.</w:t>
      </w:r>
    </w:p>
    <w:p>
      <w:pPr>
        <w:pStyle w:val="ArticleScripture"/>
        <w:jc w:val="left"/>
      </w:pPr>
      <w:r>
        <w:rPr>
          <w:rFonts w:ascii="Times New Roman" w:hAnsi="Times New Roman" w:eastAsia="Times New Roman" w:cs="Times New Roman"/>
        </w:rPr>
        <w:t>“Yog peb xav kom muaj tus ntsuj plig thiab lub hwj chim ntawm tus timtswv peb cov lus, peb yuav tsum nthuav qhia txoj cai thiab txoj moo zoo ua ke, vim nkawd mus ua ke ib txhis. Raws li ib lub hwj chim hauv qab tab tom kub ntxhov cov me nyuam uas tsis mloog lus kom rhuav tshem Vajtswv txoj cai, thiab kom tsuj hneev qhov tseeb tias Khetos yog peb txoj kev ncaj ncees, ib lub hwj chim saum toj tab tom ua hauj lwm rau hauv lub siab ntawm cov uas muab siab npuab, kom tsa txoj cai kom siab, thiab kom tsa Yexus ua tus Cawm Seej tiav txhij txhua. Yog tsis coj lub hwj chim los saum ntuj los rau hauv Vajtswv haiv neeg txoj kev paub dhau los, tej kev qhuab qhia cuav thiab tej tswv yim cuav yuav txeeb tau lub siab, Khetos thiab Nws txoj kev ncaj ncees yuav raug tshem tawm hauv coob leej txoj kev paub dhau los, thiab lawv txoj kev ntseeg yuav tsis muaj hwj chim thiab tsis muaj sia.” Gospel Workers, 161.</w:t>
      </w:r>
    </w:p>
    <w:p>
      <w:pPr>
        <w:pStyle w:val="ArticleBody"/>
        <w:jc w:val="left"/>
      </w:pPr>
      <w:r>
        <w:rPr>
          <w:rFonts w:ascii="Times New Roman" w:hAnsi="Times New Roman" w:eastAsia="Times New Roman" w:cs="Times New Roman"/>
        </w:rPr>
        <w:t>Kev tshwm sim ntawm Xatas lub hwj chim uas muaj tshwm sim ua ntej, thiab coj mus txog rau txoj cai Hnub Caiv yuav los sai no, yog ib yam piv txwv txog txoj haujlwm kawg nkaus uas ua lub mom rau saum Xatas lub hwj chim, uas tshwm sim thaum txoj cai Hnub Caiv yuav los sai no.</w:t>
      </w:r>
    </w:p>
    <w:p>
      <w:pPr>
        <w:pStyle w:val="ArticleScripture"/>
        <w:jc w:val="left"/>
      </w:pPr>
      <w:r>
        <w:rPr>
          <w:rFonts w:ascii="Times New Roman" w:hAnsi="Times New Roman" w:eastAsia="Times New Roman" w:cs="Times New Roman"/>
        </w:rPr>
        <w:t>“Thaum txoj cai txib yuam kom tsa lub koom haum Vaj Qhia Kav ntawm Poob tsim tsa nyob rau hauv kev ua txhaum txoj kevcai ntawm Vajtswv, peb haiv tebchaws yuav txiav nws tus kheej kom ploj kiag ntawm txoj kev ncaj ncees. Thaum Protestantism yuav ncab nws txhais tes hla lub qhov dej tob cais kom tuav tes nrog lub hwjchim Loos, thaum nws yuav ncav hla lub qhov tsua tob kom sib tuav tes nrog Kev Ntseeg Ntsujplig Cuav, thaum, nyob hauv kev cuam tshuam ntawm txoj kev sib koom peb npaug no, peb lub tebchaws yuav tsis lees txhua lub hauv paus ntsiab lus ntawm nws Txoj Cai Lij Choj raws li ib lub tseemfwv Protestant thiab koom pheej, thiab yuav npaj kev txhawb rau kev nthuav tawm tej lus cuav thiab tej kev dag ntxias ntawm papacy, ces peb thiaj yuav paub tias lub sijhawm rau Xatas txoj hauj lwm txaus ntshai kawg thiab txawv tshaj plaws twb los txog lawm thiab tias qhov kawg twb nyob ze lawm.” Testimonies, volume 5, 451.</w:t>
      </w:r>
    </w:p>
    <w:p>
      <w:pPr>
        <w:pStyle w:val="ArticleBody"/>
        <w:jc w:val="left"/>
      </w:pPr>
      <w:r>
        <w:rPr>
          <w:rFonts w:ascii="Times New Roman" w:hAnsi="Times New Roman" w:eastAsia="Times New Roman" w:cs="Times New Roman"/>
        </w:rPr>
        <w:t>Lub zog txhawb uas tam sim no tab tom tawm hauv qab los, thiab tab tom nthuav qhia nws tej kev ua hauv cov neeg sawv cev ntiaj teb-ib-nrab ntawm tus zaj hauv Tebchaws Meskas, yuav raug rov ua dua hauv cov haiv neeg ntawm lub ntiaj teb tom qab txoj cai Hnub Caiv tuaj txog. Txawm yog tam sim no los, cov haiv neeg ntawm lub ntiaj teb twb tab tom nthuav qhia tib yam kev vwm tshaj ntuj hais txog Trump.</w:t>
      </w:r>
    </w:p>
    <w:p>
      <w:pPr>
        <w:pStyle w:val="ArticleScripture"/>
        <w:jc w:val="left"/>
      </w:pPr>
      <w:r>
        <w:rPr>
          <w:rFonts w:ascii="Times New Roman" w:hAnsi="Times New Roman" w:eastAsia="Times New Roman" w:cs="Times New Roman"/>
        </w:rPr>
        <w:t>“Lwm haiv neeg txawv teb chaws yuav ua raws li tus qauv piv txwv ntawm Tebchaws Meskas. Txawm yog nws yog tus coj tawm ua ntej los xij, los tib yam kev kub ntxhov ntawd yuav los raug peb haiv neeg nyob rau txhua feem hauv ntiajteb.” Testimonies, volume 6, 395.</w:t>
      </w:r>
    </w:p>
    <w:p>
      <w:pPr>
        <w:pStyle w:val="ArticleBody"/>
        <w:jc w:val="left"/>
      </w:pPr>
      <w:r>
        <w:rPr>
          <w:rFonts w:ascii="Times New Roman" w:hAnsi="Times New Roman" w:eastAsia="Times New Roman" w:cs="Times New Roman"/>
        </w:rPr>
        <w:t>Yam uas cov Koom Haum Republican hauv Tebchaws Meskas txhais tias yog kev vwm nyob rau sab ntawm cov Democrat hauv lawv txoj kev tawm tsam Trump uas tsis raws li txujci thiab laj thawj, qhov tseeb yog ib qho kev tshwm sim saum ntuj ceeb tsheej ntawm Xatas lub hwjchim, uas yog kev ua kom tiav ntawm Daniyees tshooj kaum ib, nqe ob. Trump, tus thawj tswj hwm thib rau txij thaum lub sij hawm kawg xyoo 1989 los, yuav tsum “tsa kom sawv” (tsa kom tsim dheev), cov neeg ntiaj teb thoob qab ntuj uas txhawb txoj kev coj ua neeg sawv daws sib npaug raws kev socialism thiab kev tswj hwm thoob ntiaj teb. Kev ntxub ntxaug tawm tsam nws yog yam saum ntuj ceeb tsheej, thiab nws ua ib daim duab qhia ua ntej txog kev tshwm sim ntawm Xatas lub hwjchim uas yuav los txog nrog lub zog loj dua thaum txoj cai Hnub Caiv yuav los txog sai no.</w:t>
      </w:r>
    </w:p>
    <w:p>
      <w:pPr>
        <w:pStyle w:val="ArticleBody"/>
        <w:jc w:val="left"/>
      </w:pPr>
      <w:r>
        <w:rPr>
          <w:rFonts w:ascii="Times New Roman" w:hAnsi="Times New Roman" w:eastAsia="Times New Roman" w:cs="Times New Roman"/>
        </w:rPr>
        <w:t>Kev tshwm sim ntawm lub hwj chim los hauv qab, raws li Niam Tij White tau hais tseg, tshwm sim thaum muaj kev koom tes ntawm kev phem, uas Yaxayas ceeb toom txog nyob rau tshooj yim, thiab nyob rau lub sijhawm ntawd kev muab cim rau Vajtswv haiv neeg tab tom muaj tshwm sim.</w:t>
      </w:r>
    </w:p>
    <w:p>
      <w:pPr>
        <w:pStyle w:val="ArticleScripture"/>
        <w:jc w:val="left"/>
      </w:pPr>
      <w:r>
        <w:rPr>
          <w:rFonts w:ascii="Times New Roman" w:hAnsi="Times New Roman" w:eastAsia="Times New Roman" w:cs="Times New Roman"/>
        </w:rPr>
        <w:t>Khi txoj lus tim khawv cia ua ke, muab txoj kevcai khi ruaj rau hauv kuv cov thwjtim. Yaxayas 8:16.</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“Tej xwm txaus ntshai uas muaj yam ntxwv tshaj ntuj tsim yuav tsis ntev no raug nthuav tawm saum ntuj, ua ib lub cim qhia txog lub hwj chim ntawm cov dab uas ua txujci tseem ceeb. Cov ntsujplig ntawm cov dab phem yuav tawm mus cuag cov vajntxwv hauv ntiajteb thiab cuag tag nrho lub ntiajteb, kom khi lawv ruaj rau hauv kev dag ntxias, thiab txhib lawv kom koom tes nrog Xatas hauv nws txoj kev tawmtsam kawg tawm tsam kev tswj hwm saum ntuj ceeb tsheej. Los ntawm tej cuab tam no, ob leeg—cov uas kav thiab cov uas nyob hauv qab kev kav—yuav raug dag ntxias ib yam nkaus. Yuav muaj tej neeg sawv los ua txuj tias yog Khetos Nws Tus Kheej, thiab lees tias lub npe thiab txoj kev pe hawm uas yog tsim nyog rau Tus Cawmseej ntawm lub ntiajteb. Lawv yuav ua tej txujci tseem ceeb uas txaus xav kawg hauv kev kho mob, thiab lawv yuav tshaj tawm tias lawv tau txais tej kev tshwm sim saum ntuj ceeb tsheej uas tawm tsam nqe lus timkhawv ntawm Vajluskub.”</w:t>
      </w:r>
    </w:p>
    <w:p>
      <w:pPr>
        <w:pStyle w:val="ArticleScripture"/>
        <w:jc w:val="left"/>
      </w:pPr>
      <w:r>
        <w:rPr>
          <w:rFonts w:ascii="Times New Roman" w:hAnsi="Times New Roman" w:eastAsia="Times New Roman" w:cs="Times New Roman"/>
        </w:rPr>
        <w:t>“Ua yog txoj hauj lwm kawg uas muab lub kaus mom rau hauv zaj yeeb yam loj ntawm kev dag ntxias, Xatas nws tus kheej yuav los ua txuj sawv cev ua Khetos. Lub koom txoos tau ntev los lawm tshaj tawm tias nws tab tom tos ntsoov tus Cawm Seej txoj kev rov los ua tiav kawg ntawm nws tej kev cia siab. Nim no tus dag loj yuav ua kom zoo li Khetos twb los txog lawm. Nyob hauv ntau qhov chaw ntawm lub ntiaj teb, Xatas yuav tshwm sim rau ntawm tib neeg ua ib tug muaj hwjchim loj thiab muaj yeeb koob ci ntsa iab heev, zoo ib yam li daim duab piav txog Vajtswv Leej Tub uas Yauhas tau muab tseg rau hauv Tshwmsim. Tshwmsim 1:13–15. Lub hwjchim ci ntsa iab uas nyob ib puag ncig nws zoo tshaj txhua yam uas qhov muag neeg txawj tuag tau pom dua los. Lub suab qw ntawm kev yeej ncha thoob plaws saum huab cua: ‘Khetos twb los lawm! Khetos twb los lawm!’ Cov neeg txhos caug pe hawm ntawm nws xub ntiag, thaum nws tsa nws ob txhais tes thiab hais lus foom koob hmoov rau lawv, ib yam li Khetos tau foom koob hmoov rau Nws cov thwjtim thaum Nws tseem nyob hauv ntiaj teb. Nws lub suab mos muag thiab nqig, los tseem puv npo suab paj nruag qab zib. Hauv tej lus mos muag thiab muaj kev khuv leej, nws nthuav tawm qee yam ntawm tib cov lus tseeb saum ntuj uas puv npo txoj kev tshav ntuj uas tus Cawm Seej tau hais; nws kho cov neeg tej mob nkeeg, ces tom qab ntawd, hauv tus yam ntxwv Khetos uas nws hnav los dag ntawd, nws hais tias nws twb hloov hnub Xanpataus mus ua hnub Sunday lawm, thiab txib kom sawvdaws hwm hnub uas nws tau foom koob hmoov rau ntawd kom dawb huv. Nws tshaj tawm tias cov uas tseem pheej tuav hnub xya cia ua hnub dawb huv yog tab tom thuam nws lub npe, vim lawv tsis kam mloog nws cov timtswv saum ntuj uas raug xa tuaj rau lawv nrog qhov kaj thiab qhov tseeb. Qhov no yog txoj kev dag ntxias muaj zog heev, yuav luag kov yeej tsis taus li. Ib yam li cov neeg Xamalis uas raug Ximoos Magus dag, cov neeg coob coob, txij tus tsawg tshaj mus txog tus loj tshaj, mloog tej txuj ci dag no, thiab hais tias: Nov yog ‘Vajtswv lub hwjchim loj.’ Tubtxib Tes Haujlwm 8:10.”</w:t>
      </w:r>
    </w:p>
    <w:p>
      <w:pPr>
        <w:pStyle w:val="ArticleScripture"/>
        <w:jc w:val="left"/>
      </w:pPr>
      <w:r>
        <w:rPr>
          <w:rFonts w:ascii="Times New Roman" w:hAnsi="Times New Roman" w:eastAsia="Times New Roman" w:cs="Times New Roman"/>
        </w:rPr>
        <w:t>“Tiamsis cov neeg ntawm Vajtswv yuav tsis raug dag yuam kev. Cov lus qhuab qhia ntawm tus Khetos cuav no tsis raws li Vaj Lug Kub. Nws tej koob hmoov raug tshaj tawm rau saum cov uas pe hawm tus tsiaj qus thiab nws daim duab, yog tib pab neeg uas Phau Vajlugkub tshaj tawm tias Vajtswv txoj kev chim uas tsis muaj dab tsi sib xyaw yuav raug nchuav los rau saum lawv.”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Nees Xya Caum Xya</dc:title>
  <dc:subject>Qhia Tawm Txog Cov Yam Ntxwv Yaj Saub ntawm Lub Koom Haum Phem: Kev Pom Los ntawm Yaxayas</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