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Ib Puas Peb Caug Peb</w:t>
      </w:r>
    </w:p>
    <w:p>
      <w:pPr>
        <w:pStyle w:val="ArticleSubtitle"/>
        <w:jc w:val="left"/>
      </w:pPr>
      <w:r>
        <w:rPr>
          <w:rFonts w:ascii="Arial" w:hAnsi="Arial" w:eastAsia="Arial" w:cs="Arial"/>
        </w:rPr>
        <w:t>Qhib Daim Ntaub Qhia Yav Tom Ntej: Kev To Taub Txog Lub Sijhawm Muab Lub Cim Ntim Rau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Tag nrho cov yaj saub puav leej sib haum xeeb, thiab lawv txhua tus ua tim khawv tshwj xeeb dua txog lub sijhawm kawg ntawm lub ntiajteb no tshaj li txog tej hnub uas lawv tau nyob. Lawv zaj lus tim khawv yuav tsum muab coj los siv rau hauv lub sijhawm yaj saub ntawm lub caij muab lub foob rau ib puas plaub caug plaub txhiab leej, vim qhov ntawd yog qhov uas qhov txiaj ntsig ntawm txhua lub zeem muag tshwm sim. Yaxayas, hauv tshooj rau, hauv ib lub zeem muag tau raug tso cai kom ntsia mus rau hauv Qhov Chaw Dawb Huv Tshaj Plaws, thaum lub sijhawm ntawm lub caij muab lub foob rau ib puas plaub caug plaub txhiab leej, qhov chaw uas nws tau pom Vajtswv lub hwjchim ci ntsa iab. Peb paub tias qhov ntawd yog tom qab Cuaj Hlis 11, 2001, vim nyob hauv nqe peb nws tau hnov cov timtswv tshaj tawm tias lub ntiajteb thaum ntawd twb puv nkaus Nws lub hwjchim ci ntsa iab lawm.</w:t>
      </w:r>
    </w:p>
    <w:p>
      <w:pPr>
        <w:pStyle w:val="ArticleScripture"/>
        <w:jc w:val="left"/>
      </w:pPr>
      <w:r>
        <w:rPr>
          <w:rFonts w:ascii="Times New Roman" w:hAnsi="Times New Roman" w:eastAsia="Times New Roman" w:cs="Times New Roman"/>
        </w:rPr>
        <w:t>“Thaum Vajtswv tab tom yuav xa Yaxayas mus nrog ib txoj xov mus rau Nws haiv neeg, Nws xub pub tus cev Vajtswv lus ntawd pom hauv yog toog mus rau hauv qhov chaw Dawb Huv Tshaj Plaws hauv lub chaw dawb huv. Dheev rooj vag thiab daim ntaub thaiv sab hauv ntawm lub tuam tsev zoo li raug tsa los yog rub qhib tawm, thiab nws raug pub kom ntsia tau mus rau sab hauv, rau hauv qhov chaw Dawb Huv Tshaj Plaws, qhov chaw uas txawm yog tus cev Vajtswv lus ko taw los kuj tsis tsim nyog nkag mus. Muaj ib qho yog toog sawv los nyob ntawm nws xub ntiag txog Yehauvas zaum saum ib lub zwm txwv siab thiab tsa nto, thaum lub hwjchim ci ntsa iab uas raws Nws qab puv nkaus lub tuam tsev. Nyob ib ncig ntawm lub zwm txwv muaj serafim, zoo li cov neeg zov puag ncig tus Vaj Ntxwv loj, thiab lawv rov ci tawm lub hwjchim ci ntsa iab uas nyob ib ncig ntawm lawv. Thaum lawv tej nkauj qhuas nrov tawm tuaj nrog suab tob tob ntawm kev pe hawm, tej ncej ntawm rooj vag kuj tshee hnyo, zoo li raug av qeeg co. Nrog daim di ncauj uas tsis tau raug kev txhaum ua kom qias, cov tim tswv no nchuav tawm tej lus qhuas Vajtswv. Lawv qw tias, ‘Dawb huv, dawb huv, dawb huv, yog tus Tswv uas kav txhua pab tub rog,’; ‘tag nrho lub ntiajteb puv nkaus ntawm Nws lub hwjchim ci ntsa iab.’ [Saib Yaxayas 6:1–8.]”</w:t>
      </w:r>
    </w:p>
    <w:p>
      <w:pPr>
        <w:pStyle w:val="ArticleScripture"/>
        <w:jc w:val="left"/>
      </w:pPr>
      <w:r>
        <w:rPr>
          <w:rFonts w:ascii="Times New Roman" w:hAnsi="Times New Roman" w:eastAsia="Times New Roman" w:cs="Times New Roman"/>
        </w:rPr>
        <w:t>Cov xalaselaus nyob ib ncig ntawm lub zwm txwv puv npo nrog txoj kev ntshai hwm tob kawg nkaus thaum lawv ntsia pom Vajtswv lub hwjchim ci ntsa iab, yog li ntawd lawv tsis txawm ib pliag saib lawv tus kheej nrog kev qhuas. Lawv txoj kev qhuas yog rau tus Tswv uas kav cov tub rog saum ntuj. Thaum lawv ntsia mus rau yav tom ntej, thaum tag nrho lub ntiajteb yuav puv nrog Nws lub hwjchim ci ntsa iab, zaj nkauj yeej txiaj ntsig ntawd ncha rov ntawm ib tug mus rau ib tug hauv suab hu qab zib tias, “Dawb huv, dawb huv, dawb huv, yog tus Tswv uas kav cov tub rog saum ntuj.” Lawv txaus siab kawg nkaus rau qhov uas ua kom Vajtswv tau koob meej; nyob ruaj hauv Nws xub ntiag, hauv qab Nws txoj kev luag nyav ntawm kev pom zoo, lawv tsis xav tau dabtsi ntxiv lawm. Hauv kev ris Nws tus yam ntxwv, hauv kev ua raws li Nws tej lus txib, hauv kev pe hawm Nws, lawv txoj kev ntshaw siab tshaj plaws twb raug mus txog lawm. Gospel Workers, 21.</w:t>
      </w:r>
    </w:p>
    <w:p>
      <w:pPr>
        <w:pStyle w:val="ArticleBody"/>
        <w:jc w:val="left"/>
      </w:pPr>
      <w:r>
        <w:rPr>
          <w:rFonts w:ascii="Times New Roman" w:hAnsi="Times New Roman" w:eastAsia="Times New Roman" w:cs="Times New Roman"/>
        </w:rPr>
        <w:t>Nyob hauv kev pom zoo nrog Yaxayas, tus yaj saub Exekees kuj tau raug tso cai kom pom mus rau hauv Qhov Chaw Dawb Huv Tshaj. Exekees zaj yog toog pom tau pib hauv tshooj ib, nqe ib.</w:t>
      </w:r>
    </w:p>
    <w:p>
      <w:pPr>
        <w:pStyle w:val="ArticleScripture"/>
        <w:jc w:val="left"/>
      </w:pPr>
      <w:r>
        <w:rPr>
          <w:rFonts w:ascii="Times New Roman" w:hAnsi="Times New Roman" w:eastAsia="Times New Roman" w:cs="Times New Roman"/>
        </w:rPr>
        <w:t>Tam sim no tau peb caug, hauv lub hli plaub, hnub tim tsib ntawm lub hli, thaum kuv nyob nrog cov neeg raug ntiab mus nyob ntawm ntug dej Khebar, ntuj tau qhib, thiab kuv pom tej yog toog ntawm Vajtswv. Exekees 1:1.</w:t>
      </w:r>
    </w:p>
    <w:p>
      <w:pPr>
        <w:pStyle w:val="ArticleBody"/>
        <w:jc w:val="left"/>
      </w:pPr>
      <w:r>
        <w:rPr>
          <w:rFonts w:ascii="Times New Roman" w:hAnsi="Times New Roman" w:eastAsia="Times New Roman" w:cs="Times New Roman"/>
        </w:rPr>
        <w:t>Nws txojkev yog toog pom tseem txuas mus ntxiv thoob plaws ntau tshooj, thiab nws yog qhov txuas ntxiv ntawm tib txojkev yog toog pom hauv tshooj yim thiab cuaj, uas qhia txog kev muab lub cim rau ib puas plaub caug plaub txhiab leej. Peb paub qhov no los ntawm nws zaj lus tim khawv uas ua tib zoo ceev faj.</w:t>
      </w:r>
    </w:p>
    <w:p>
      <w:pPr>
        <w:pStyle w:val="ArticleScripture"/>
        <w:jc w:val="left"/>
      </w:pPr>
      <w:r>
        <w:rPr>
          <w:rFonts w:ascii="Times New Roman" w:hAnsi="Times New Roman" w:eastAsia="Times New Roman" w:cs="Times New Roman"/>
        </w:rPr>
        <w:t>Thiab tau muaj tias nyob rau xyoo thib rau, hli thib rau, hnub tim tsib ntawm lub hli, thaum kuv zaum hauv kuv lub tsev thiab cov txwj laus hauv Yudas zaum ntawm kuv xub ntiag, ces txhais tes ntawm tus Tswv Vajtswv tau los rau saum kuv nyob ntawd. Ces kuv ntsia saib, thiab saib seb, muaj ib yam zoo li tus yam ntxwv uas zoo li hluav taws: txij ntawm qhov pom zoo li nws lub duav nqes mus, yog hluav taws; thiab txij ntawm nws lub duav nce mus, zoo li qhov ci ntsa iab, zoo li xim ntawm amber. Thiab nws ncav ib yam zoo li txhais tes tawm los, thiab tuav kuv ntawm ib plhu plaub hau ntawm kuv taub hau; thiab tus Ntsuj Plig tau tsa kuv siab rau nruab nrab ntawm lub ntiajteb thiab saum ntuj, thiab coj kuv hauv Vajtswv tej yog toog mus rau Yeluxalees, mus rau ntawm lub qhov rooj ntawm lub rooj vag sab hauv uas tig mus rau sab qaum teb; qhov chaw uas yog lub chaw zaum ntawm tus mlom khib siab, uas ua rau muaj kev khib siab. Thiab saib seb, Vajtswv Yixayee lub yeeb koob nyob ntawd, raws li yog toog uas kuv tau pom hauv lub tiaj. Exekees 8:1–4.</w:t>
      </w:r>
    </w:p>
    <w:p>
      <w:pPr>
        <w:pStyle w:val="ArticleBody"/>
        <w:jc w:val="left"/>
      </w:pPr>
      <w:r>
        <w:rPr>
          <w:rFonts w:ascii="Times New Roman" w:hAnsi="Times New Roman" w:eastAsia="Times New Roman" w:cs="Times New Roman"/>
        </w:rPr>
        <w:t>Txojkev pom hauv tshooj yim thiab tshooj cuaj uas qhia txog ob pab uas raug tsim tsa thaum tab tom muab lub cim rau ib puas plaub caug plaub txhiab leej, yog “raws li txojkev pom uas” Exekees twb pom “hauv lub tiaj.” Txojkev pom uas nws tau pom hauv lub tiaj ntawd raug txheeb qhia nyob rau hauv tshooj peb.</w:t>
      </w:r>
    </w:p>
    <w:p>
      <w:pPr>
        <w:pStyle w:val="ArticleScripture"/>
        <w:jc w:val="left"/>
      </w:pPr>
      <w:r>
        <w:rPr>
          <w:rFonts w:ascii="Times New Roman" w:hAnsi="Times New Roman" w:eastAsia="Times New Roman" w:cs="Times New Roman"/>
        </w:rPr>
        <w:t>Thiab txhais tes ntawm tus Tswv nyob saum kuv rau ntawd; thiab Nws hais rau kuv tias, Cia li sawv tsees, tawm mus rau tom tiaj, thiab kuv yuav hais rau koj nyob ntawd. Ces kuv sawv tsees, thiab tawm mus rau tom tiaj; thiab saib seb, tus Tswv lub hwjchim ci ntsa iab sawv nyob ntawd, ib yam li lub hwjchim ci ntsa iab uas kuv tau pom ntawm ntug dej Kebas; thiab kuv txhos caug ntsej muag rau hauv av. Exekees 3:22, 23.</w:t>
      </w:r>
    </w:p>
    <w:p>
      <w:pPr>
        <w:pStyle w:val="ArticleBody"/>
        <w:jc w:val="left"/>
      </w:pPr>
      <w:r>
        <w:rPr>
          <w:rFonts w:ascii="Times New Roman" w:hAnsi="Times New Roman" w:eastAsia="Times New Roman" w:cs="Times New Roman"/>
        </w:rPr>
        <w:t>Yaxayas lub zeem muag txog “thaj tiaj,” yog ib yam li “lub hwjchim ci ntsa iab uas” Yaxayas “pom ntawm tus dej Kebas,” thiab qhov ntawd yog lub zeem muag hauv tshooj ib, nqe ib. Lub zeem muag hais txog kev muab cim rau hauv tshooj cuaj, thiab lub zeem muag hais txog “thaj tiaj,” tsuas yog kev txuas ntxiv ntawm lub zeem muag ntawm tus dej Kebas xwb. Nws yog ib lub zeem muag txog Vajtswv lub hwjchim ci ntsa iab nyob hauv Chaw Dawb Huv Tshaj Plaws, thaum lub sij hawm muab cim rau ib puas plaub caug plaub txhiab leej, ib yam li Yaxayas lub zeem muag thiab. Yaxayas lub zeem muag qhia kom paub Vajtswv txoj hauj lwm tsa cov tub txib sawv los nyob rau lub sij hawm muab cim, thiab hauv tshooj ob thiab peb, Yaxayas qhia txog tib txoj hauj lwm ntawd kom ntxaws dua li Yaxayas, vim nws piav txog ib tug tub txib uas yuav tsum nqa ib txoj xov mus rau Laodicean Adventism, thiab kom thiaj to taub txoj xov uas nws yuav tsum nqa mus rau cov neeg ntxeev siab uas raug hla dhau, Yaxayas raug txib kom noj phau ntawv me me ntawd, uas nyob hauv tus tim tswv txhais tes thaum Nws nqes los rau lub Cuaj Hlis 11, 2001.</w:t>
      </w:r>
    </w:p>
    <w:p>
      <w:pPr>
        <w:pStyle w:val="ArticleScripture"/>
        <w:jc w:val="left"/>
      </w:pPr>
      <w:r>
        <w:rPr>
          <w:rFonts w:ascii="Times New Roman" w:hAnsi="Times New Roman" w:eastAsia="Times New Roman" w:cs="Times New Roman"/>
        </w:rPr>
        <w:t>Tsis tas li ntawd nws hais rau kuv tias, Me tub ntawm neeg, noj yam uas koj pom; noj daim yob no, thiab mus hais rau tsev neeg Ixayees. Yog li ntawd kuv txawm qhib kuv lub qhov ncauj, thiab nws ua rau kuv noj daim yob ntawd. Thiab nws hais rau kuv tias, Me tub ntawm neeg, cia koj lub plab noj, thiab ua kom koj tej hnyuv puv npo nrog daim yob no uas kuv muab rau koj. Ces kuv txawm noj nws; thiab hauv kuv lub qhov ncauj nws qab zib ib yam li zib ntab. Thiab nws hais rau kuv tias, Me tub ntawm neeg, mus, mus cuag tsev neeg Ixayees, thiab hais kuv cov lus rau lawv. Rau qhov koj tsis raug txib mus rau ib haiv neeg uas hais lus txawv thiab hais lus nyuaj, tiam sis mus rau tsev neeg Ixayees; tsis yog mus rau ntau haiv neeg uas hais lus txawv thiab hais lus nyuaj, cov uas tej lus koj tsis to taub. Muaj tseeb tiag, yog kuv tau txib koj mus cuag lawv, lawv yeej yuav tau mloog koj. Tiamsis tsev neeg Ixayees yuav tsis mloog koj; rau qhov lawv yuav tsis mloog kuv: vim tias tag nrho tsev neeg Ixayees yog neeg tawv ncauj thiab siab tawv. Saib seb, kuv twb ua rau koj lub ntsej muag muaj zog tawm tsam lawv tej ntsej muag, thiab koj lub hauv pliaj muaj zog tawm tsam lawv tej hauv pliaj lawm. Kuv twb ua rau koj lub hauv pliaj tawv dua pob zeb tawv, zoo li pob zeb adamant uas tawv dua pob zeb hluav taws; tsis txhob ntshai lawv, thiab tsis txhob poob siab vim lawv tej ntsej muag, txawm yog lawv yog ib tsev neeg ntxeev siab los xij. Exekhee 3:1–9.</w:t>
      </w:r>
    </w:p>
    <w:p>
      <w:pPr>
        <w:pStyle w:val="ArticleBody"/>
        <w:jc w:val="left"/>
      </w:pPr>
      <w:r>
        <w:rPr>
          <w:rFonts w:ascii="Times New Roman" w:hAnsi="Times New Roman" w:eastAsia="Times New Roman" w:cs="Times New Roman"/>
        </w:rPr>
        <w:t>Ib tug Neeg Lwm Haiv nyob hauv Phau Vajlugkub yog ib tug neeg txawv teb chaws, thiab ib tug neeg txawv teb chaws hais ib yam lus txawv. Exekees raug xa mus rau tsev neeg Ixayees niaj hnub no, uas nyob rau lub sijhawm muab khi ntawd yog pawg ntseeg Xya-hnub Adven-tiv hauv Laodikea, uas tab tom raug hla dhau. Txoj xov thaum lub sijhawm muab khi ntawm ib puas plaub caug plaub txhiab leej ntawd yog rau Vajtswv pawg ntseeg, uas raug txiav txim ua ntej, ces thaum txoj cai Hnub Caiv cuav yuav los sai ntawd, lub suab thib ob ntawm Tshwmsim tshooj kaum yim hu Vajtswv pab yaj ntawm cov Neeg Lwm Haiv tawm hauv Npanpiloo. Thaum Yaxayas, nyob hauv tshooj rau, sawv cev rau cov uas lees txais txoj kev hu kom raug xa mus rau lub tsev uas ntxeev siab nrog txoj xov Laodikea, nws raug ceeb toom ua ntej tias lawv yog ib haiv neeg uas saib los tsis pom tseeb, thiab hnov los tsis to taub. Yaxayas sau tseg txog tus cwj pwm ntawd ntag uas Yexus tau hais tawm hauv Yaxayas tshooj rau, thaum Nws muab tus cwj pwm ntawd ntag rau cov Yudais uas nyiam sib cav thiab tab tom raug hla dhau hauv keeb kwm ntawm Khetos.</w:t>
      </w:r>
    </w:p>
    <w:p>
      <w:pPr>
        <w:pStyle w:val="ArticleBody"/>
        <w:jc w:val="left"/>
      </w:pPr>
      <w:r>
        <w:rPr>
          <w:rFonts w:ascii="Times New Roman" w:hAnsi="Times New Roman" w:eastAsia="Times New Roman" w:cs="Times New Roman"/>
        </w:rPr>
        <w:t>Hauv tshooj kaum ob, Exekees kuj siv tib lo lus qhuab qhia ntawd thiab, yog li nws thiaj li tso tshooj kaum ob ntawd kom meej meej rau hauv lub sij hawm ntawm kev muab lub cim rau ib puas plaub caug plaub txhiab leej.</w:t>
      </w:r>
    </w:p>
    <w:p>
      <w:pPr>
        <w:pStyle w:val="ArticleScripture"/>
        <w:jc w:val="left"/>
      </w:pPr>
      <w:r>
        <w:rPr>
          <w:rFonts w:ascii="Times New Roman" w:hAnsi="Times New Roman" w:eastAsia="Times New Roman" w:cs="Times New Roman"/>
        </w:rPr>
        <w:t>Lo lus ntawm tus Tswv kuj los cuag kuv, hais tias, Leej Tub ntawm neeg, koj nyob hauv nruab nrab ntawm ib lub tsev neeg uas ntxeev siab, uas muaj qhov muag pom los tsis pom; lawv muaj pob ntseg hnov los tsis hnov: rau qhov lawv yog ib lub tsev neeg ntxeev siab. Exekees 12:1, 2.</w:t>
      </w:r>
    </w:p>
    <w:p>
      <w:pPr>
        <w:pStyle w:val="ArticleBody"/>
        <w:jc w:val="left"/>
      </w:pPr>
      <w:r>
        <w:rPr>
          <w:rFonts w:ascii="Times New Roman" w:hAnsi="Times New Roman" w:eastAsia="Times New Roman" w:cs="Times New Roman"/>
        </w:rPr>
        <w:t>Ezekiel tshooj kaum ob tab tom qhia kom paub lub sij hawm muab lub cim rau ib puas plaub caug plaub txhiab leej, thiab thaum ua li ntawd nws hais ncaj rau txoj xov nag lig cuav uas raug muab tawm los ntawm cov neeg qaug cawv ntawm Ephraim uas kav cov neeg hauv Yeluxalees, cov neeg qaug cawv uas nyeem tsis tau phau ntawv uas raug kaw ruaj. Lawv txoj xov nag lig cuav ntawd yog tsim los saum qhov uas muab tej yog toog uas yog Vajtswv Txoj Lus thawb mus deb rau yav tom ntej.</w:t>
      </w:r>
    </w:p>
    <w:p>
      <w:pPr>
        <w:pStyle w:val="ArticleBody"/>
        <w:jc w:val="left"/>
      </w:pPr>
      <w:r>
        <w:rPr>
          <w:rFonts w:ascii="Times New Roman" w:hAnsi="Times New Roman" w:eastAsia="Times New Roman" w:cs="Times New Roman"/>
        </w:rPr>
        <w:t>Hauv nqe peb txog nqe kaum tsib, Exekees raug txib kom ua ib daim duab qhia txog Vajtswv haiv neeg raug coj mus rau hauv kev poob cev qhev hauv Npanpiloo. Kev poob cev qhev hauv Npanpiloo ntawd sawv cev rau txoj cai Hnub Caiv uas yuav los sai sai no, thiab tom qab ntawd hauv nqe kaum rau txog nees nkaum, nws qhia txog kev tshaib kev nqhis uas nrog kev puas tsuaj ntawm tej nroog los, uas pib thaum lub sij hawm ntawm qhov av qeeg loj heev, uas yog txoj cai Hnub Caiv uas yuav los sai sai no. Cov txiaj ntsig ntawm kev nyob tom teb chaws thaum lub caij muaj kev kub ntxhov ntawd kuj raug sawv cev nyob ntawd, thiab tom qab ntawd hauv nqe nees nkaum ib txog nees nkaum yim, peb muaj zaj nqe uas tau raug lees paub tias yog qhov tseeb rau lub sij hawm tam sim no hauv keeb kwm Millerite. Zaj nqe ntawd raug muab hais ib lo lus rau ib lo lus hauv The Great Controversy hauv qhov kev piav txog keeb kwm Millerite nyob hauv phau ntawv ntawd.</w:t>
      </w:r>
    </w:p>
    <w:p>
      <w:pPr>
        <w:pStyle w:val="ArticleScripture"/>
        <w:jc w:val="left"/>
      </w:pPr>
      <w:r>
        <w:rPr>
          <w:rFonts w:ascii="Times New Roman" w:hAnsi="Times New Roman" w:eastAsia="Times New Roman" w:cs="Times New Roman"/>
        </w:rPr>
        <w:t>Thiab lo lus ntawm tus Tswv los txog rau kuv, hais tias, Leej Tub ntawm neeg, lo paj lug ntawd yog dabtsi uas nej muaj nyob hauv lub tebchaws Ixayees, hais tias, Cov hnub raug ncua ntev mus, thiab txhua zaj yog toog tsis muaj nqis? Yog li ntawd cia li hais rau lawv tias, Tus Tswv Vajtswv hais li no; Kuv yuav ua kom lo paj lug no tu nrho mus, thiab lawv yuav tsis siv nws ntxiv lawm ua paj lug hauv Ixayees; tiam sis cia li hais rau lawv tias, Cov hnub twb los ze lawm, thiab qhov uas txhua zaj yog toog qhia ntawd. Rau qhov yuav tsis muaj dua ib zaj yog toog cuav lossis ib txoj kev twv saub qhuas qhuas dag nyob hauv tsev neeg Ixayees. Rau qhov kuv yog tus Tswv: kuv yuav hais, thiab lo lus uas kuv hais ntawd yuav muaj tiav; nws yuav tsis raug ncua ntev ntxiv lawm: rau qhov nyob hauv nej lub caij nyoog no, Au tsev neeg uas ntxeev siab, kuv yuav hais lo lus ntawd, thiab yuav ua kom tiav, tus Tswv Vajtswv hais li ntawd. Thiab dua thiab lo lus ntawm tus Tswv los txog rau kuv, hais tias, Leej Tub ntawm neeg, saib seb, cov uas yog tsev neeg Ixayees hais tias, Zaj yog toog uas nws pom ntawd yog hais txog ntau hnub tom ntej, thiab nws cev lus faj lem txog lub sijhawm uas tseem nyob deb heev. Yog li ntawd cia li hais rau lawv tias, Tus Tswv Vajtswv hais li no; Yuav tsis muaj ib lo lus ntawm kuv raug ncua ntev ntxiv lawm, tiam sis lo lus uas kuv tau hais yuav muaj tiav, tus Tswv Vajtswv hais li ntawd. Exekees 12:21–28.</w:t>
      </w:r>
    </w:p>
    <w:p>
      <w:pPr>
        <w:pStyle w:val="ArticleBody"/>
        <w:jc w:val="left"/>
      </w:pPr>
      <w:r>
        <w:rPr>
          <w:rFonts w:ascii="Times New Roman" w:hAnsi="Times New Roman" w:eastAsia="Times New Roman" w:cs="Times New Roman"/>
        </w:rPr>
        <w:t>Txoj xov cuav ntawm nag lig uas raug nthuav tawm nyob rau lub sij hawm kaw rau ntawm ib puas plaub caug plaub txhiab leej ntawd hais tias, “hnub nyoog raug ncua ntev mus, thiab txhua zaj yog toog pom poob tsis muaj nqis.” Vim hais tias, puas yog cov tub txib uas Mauxes, Eliyas, Exekees, Yaxayas thiab Yauhas sawv cev tsis tau ua tsis tiav hauv lawv txoj kev twv txog hnub tim 18 Lub Xya hli ntuj, 2020? Txoj xov ntawm tus Adventist Laodicea nyob rau lub sij hawm ntawd yog, “zaj yog toog pom uas nws pom ntawd yog rau ntau hnub tom ntej los, thiab nws cev lus faj lem txog tej sij hawm uas nyob deb heev.” Nyob rau hauv zaj keeb kwm ntawd tsis yog tsuas yog txhua zaj yog toog pom yuav muaj tiav xwb, tiam sis tus tub txib kuj yuav tsum hais rau tsev neeg uas ploj lawm ntawm cov Ixayees niaj hnub nim no tias, “Tus Tswv Vajtswv hais li no,” “Kuv yuav ua kom” “paj lug” cuav ntawm txoj kev ntseeg Adventist Laodicea ntawd “tu nrho mus.” Qhia rau lawv tias, “Cov hnub twb los txog lawm, thiab qhov ua tiav ntawm txhua zaj yog toog pom.” “Tsis muaj ib lo lus twg ntawm kuv yuav raug ncua ntxiv lawm, tiam sis lo lus uas kuv tau hais ntawd yuav raug ua kom tiav, tus Tswv Vajtswv hais li ntawd.”</w:t>
      </w:r>
    </w:p>
    <w:p>
      <w:pPr>
        <w:pStyle w:val="ArticleBody"/>
        <w:jc w:val="left"/>
      </w:pPr>
      <w:r>
        <w:rPr>
          <w:rFonts w:ascii="Times New Roman" w:hAnsi="Times New Roman" w:eastAsia="Times New Roman" w:cs="Times New Roman"/>
        </w:rPr>
        <w:t>Txojlus rau Laodicea yuam kom txojlus ntawd qhia meej tias twb txog hnub uas qhov ua tiav ntawm txhua lub zeem muag yuav tshwm sim, thiab cov hnub ntawd yog hnub ntawm kev muab khi rau ib puas plaub caug plaub txhiab leej. Lub ntsiab tseem ceeb uas tsis tsim nyog raug plam hauv nqe lus ntawd yog tias Vajtswv hais ncaj qha tias nyob hauv cov “hnub,” uas sawv cev rau lub sijhawm ntawm kev muab khi, Nws yuav ua kom Laodicean Adventism txoj “zeem muag cuav,” lawv txoj “kev twv txiaj dag uas qhuas nyiam,” thiab lawv txoj “pajlug cuav” tu nrho. Vajtswv ua kom lawv txojlus cuav hais txog nag lig tu nrho ua ntej txoj cai Hnub Caiv uas yuav los sai no, rau qhov Nws ua kom nws tu nrho nyob hauv cov hnub uas Nws tab tom hais txog. Nws ua kom nws tu nrho los ntawm kev lees paub txoj xov nag lig uas yog qhov tseeb thaum Nws tab tom tsa cov uas raug xaiv los ua tus chij thaum txoj cai Hnub Caiv uas yuav los sai no. Cov uas raug xaiv ntawd raug khi ua ntej “av qeeg”.</w:t>
      </w:r>
    </w:p>
    <w:p>
      <w:pPr>
        <w:pStyle w:val="ArticleBody"/>
        <w:jc w:val="left"/>
      </w:pPr>
      <w:r>
        <w:rPr>
          <w:rFonts w:ascii="Times New Roman" w:hAnsi="Times New Roman" w:eastAsia="Times New Roman" w:cs="Times New Roman"/>
        </w:rPr>
        <w:t>Lwm txoj kev uas Nws ua kom zaj pajlug tsis muaj nqis ntawm cov lus cuav hais txog nag lig ntawd tseg mus, yog los ntawm kev los txog ntawm Vajtswv tej kev txiav txim uas tsis tau xav txog thiab nce zuj zus, uas los ua ib qho kev ceeb loj kawg rau cov me nyuam ntawm txoj kev tsaus ntuj, tiam sis yog ib feem ntawm tib cov lus ntawd uas cov me nyuam ntawm txoj kev kaj twb tau tshaj tawm ua ntej lawm. Keeb kwm uas peb tam sim no tab tom nkag mus rau hauv no twb yuav raug Vajtswv tej kev txiav txim los ntsib lawm. Cov kev txiav txim ntawd raug sawv cev rov thiab rov dua hauv Vajtswv Txojlus, thiab lub sij hawm ntawm kev muab khi cia, uas pib rau hnub tim 11 lub Cuaj Hli, 2001, yog qhov chaw uas txhua lub zeem muag, nrog rau cov zeem muag hais txog Vajtswv tej kev txiav txim, yuav tsum los txog, rau qhov Nws Txojlus yeej tsis poob qab li.</w:t>
      </w:r>
    </w:p>
    <w:p>
      <w:pPr>
        <w:pStyle w:val="ArticleBody"/>
        <w:jc w:val="left"/>
      </w:pPr>
      <w:r>
        <w:rPr>
          <w:rFonts w:ascii="Times New Roman" w:hAnsi="Times New Roman" w:eastAsia="Times New Roman" w:cs="Times New Roman"/>
        </w:rPr>
        <w:t>Hauv tej tshooj ntawv uas dhau los lawm peb tau qhia meej tias thawj peb tshooj hauv phau Daniel sawv cev rau peb tug timtswv tej lus hauv Tshwm Sim tshooj kaum plaub. Tshooj ob yog lus ceeb toom ntawm tus timtswv thib ob, thiab yog li ntawd nws yog ib daim duab qhia txog qhov kev sim siab thib ob hauv lub sijhawm muab lub cim ntim. Qhov kev sim siab thawj yog tshooj ib, thiab ntawd yog qhov kev sim txog zaub mov—seb ib tug neeg puas yuav xaiv zaub mov saum ntuj ceeb tsheej los yog zaub mov ntawm Npanpiloo. Tshooj ob raug sawv cev los ntawm qhov tseeb uas raug zais cia hauv Nebuchadnezzar zaj npau suav txog tus pej thuam ntawm tsiaj qus, uas yog tej nceeg vaj.</w:t>
      </w:r>
    </w:p>
    <w:p>
      <w:pPr>
        <w:pStyle w:val="ArticleBody"/>
        <w:jc w:val="left"/>
      </w:pPr>
      <w:r>
        <w:rPr>
          <w:rFonts w:ascii="Times New Roman" w:hAnsi="Times New Roman" w:eastAsia="Times New Roman" w:cs="Times New Roman"/>
        </w:rPr>
        <w:t>Daniyee ob sawv cev rau txoj kev sim ntawm tus duab ntawm tus tsiaj qus thaum lub sij hawm ntawm kev muab lub cim rau ib puas plaub caug plaub txhiab leej, thiab nws muaj ib txoj kev nkag siab uas tau muab zais cia, rau qhov Nebukhanexas tsis muaj peev xwm nco qab zaj npau suav ntawd. Nws sawv cev rau ib qho tseeb uas zais cia uas raug qhib lub cim hauv keeb kwm ntawm ib puas plaub caug plaub txhiab leej, thiab ib qho tseeb uas zais cia hais txog tej nceeg vaj hauv kev faj lem hauv phau Vajlugkub uas raug sawv cev nyob hauv tus duab ntawd. Nws sawv cev rau ib txoj kev sim txog txoj sia lossis txoj kev tuag rau Daniyee thiab peb tug neeg tsim txiaj, thiab kuj rau cov neeg txawj ntse Kaldias uas tau noj cov zaub mov ntawm Npanpiloo.</w:t>
      </w:r>
    </w:p>
    <w:p>
      <w:pPr>
        <w:pStyle w:val="ArticleBody"/>
        <w:jc w:val="left"/>
      </w:pPr>
      <w:r>
        <w:rPr>
          <w:rFonts w:ascii="Times New Roman" w:hAnsi="Times New Roman" w:eastAsia="Times New Roman" w:cs="Times New Roman"/>
        </w:rPr>
        <w:t>Ellen White tau raug qhia tias tus duab ntawm tus tsiaj qus yuav raug tsim “ua ntej lub sijhawm sim neej kaw, vim nws yog txoj kev sim siab loj rau Vajtswv haiv neeg, uas lawv txoj hmoo nyob mus ib txhis yuav raug txiav txim los ntawm nws.” Zaj npau suav zais cia ntawm Nebuchadnezzar sawv cev rau txoj kev sim siab ntawd. Qhov tseeb zais cia ntawm tus duab uas tau raug nthuav tawm rau hnub no, thaum qhov tshwm sim ntawm txhua lub zeem muag tsis raug ncua ntev ntxiv lawm, yog tias Yexus, ua tus Alpha thiab tus Omega, tau qhia meej hauv thawj thiab hauv cov nqe kawg uas hais txog cov tebchaws hauv Vajlugkub txoj lus faj lem tias tus tsiaj qus thib yim yog los ntawm xya tus.</w:t>
      </w:r>
    </w:p>
    <w:p>
      <w:pPr>
        <w:pStyle w:val="ArticleBody"/>
        <w:jc w:val="left"/>
      </w:pPr>
      <w:r>
        <w:rPr>
          <w:rFonts w:ascii="Times New Roman" w:hAnsi="Times New Roman" w:eastAsia="Times New Roman" w:cs="Times New Roman"/>
        </w:rPr>
        <w:t>Tus tsiaj qus thib yim hauv Tshwmsim tshooj kaum xya, uas yog los ntawm xya tus, yog lub hwj chim papal uas twb raug tsa rov qab los rau saum lub zwm txwv ntawm lub ntiajteb, thiab qhov tob dua ntawm txoj kev zais cia uas twb raug nthuav tawm yog tias thaum Tebchaws Meskas tsim ib daim duab ntawm tus tsiaj qus hauv haiv neeg no, nws kuj yuav sawv cev rau qhov tshwm sim ntawm tus thib yim, uas yog los ntawm xya tus. Tus thawj tswj hwm thib rau txij li lub sijhawm kawg hauv 1989 los, uas yog tus thawj tswj hwm nplua nuj uas ua rau tag nrho lub tebchaws ntawm zaj txhav sawv ntxhov, tau txais ib qho kev raug mob nom tswv uas tuag taus ntawm txhais tes ntawm cov neeg thoob ntiajteb kev cai ywj pheej, “woke,” thiab liberal hauv xyoo 2020, raws li tus kub Republican raug tua pov tseg hauv tej kev ntawm tus tsiaj qus tsis ntseeg Vajtswv hauv Tshwmsim tshooj kaum ib.</w:t>
      </w:r>
    </w:p>
    <w:p>
      <w:pPr>
        <w:pStyle w:val="ArticleBody"/>
        <w:jc w:val="left"/>
      </w:pPr>
      <w:r>
        <w:rPr>
          <w:rFonts w:ascii="Times New Roman" w:hAnsi="Times New Roman" w:eastAsia="Times New Roman" w:cs="Times New Roman"/>
        </w:rPr>
        <w:t>Tib lub sij hawm ntawd thiab, txoj kev txav ntawm tus timtswv thib peb tau txais ib lub qhov txhab tuag taus rau hnub Tim 18 Lub Xya Hli, 2020, los ntawm txhais tes ntawm tus tsiaj tsis ntseeg Vajtswv hauv Tshwmsim tshooj kaum ib. Txoj kev txav ntawd tau raug tsim los ntawm cov Xya-Hnub Advens hauv lub xeev Laodicea, thiab xyoo 2023, txoj kev txav ntawd raug tsa sawv los ua txoj kev txav Filadefia ntawm tus timtswv thib peb. Ob lub kub raug tua nyob rau xyoo 2020, thiab ob lub kub ntawd sawv rov los tom qab peb hnub thiab ib nrab hnub cim qhia. Kev tsim tsa daim duab nom tswv ntawm tus tsiaj muaj nyob hauv kev koom ua ke ntawm Tsev Teev Ntuj thiab Lub Xeev hauv Tebchaws Meskas, thiab tus tsiaj uas lawv ua ib daim duab raws li nyob rau hnub kawg yog tus tsiaj thib yim, tus uas yog ntawm xya tus. Thaum tus tsiaj daim duab raug tsim tsa hauv Tebchaws Meskas, nws yuav muaj yam ntxwv cev Vajlugkub los yav tom ntej ntawd ib yam nkaus li tus tsiaj thib yim ntawm Loos.</w:t>
      </w:r>
    </w:p>
    <w:p>
      <w:pPr>
        <w:pStyle w:val="ArticleBody"/>
        <w:jc w:val="left"/>
      </w:pPr>
      <w:r>
        <w:rPr>
          <w:rFonts w:ascii="Times New Roman" w:hAnsi="Times New Roman" w:eastAsia="Times New Roman" w:cs="Times New Roman"/>
        </w:rPr>
        <w:t>Thaum txoj kev sim txog tus duab ntawm tus tsiaj qus raug ua kom tiav los saum lub kub muaj tiag uas yog Protestant, cov uas lees paub tej kev tseeb hauv lus faj lem uas txuas nrog kev tsim tus duab ntawm tus tsiaj qus nyob hauv ob lub kub ntawm tus tsiaj qus hauv ntiajteb, yuav raug muab ntim cai mus ib txhis nrog tus duab ntawm Khetos. Cov nkauj xwb uas ruam uas tau txais txoj kev ua yog toog tsis muaj nqis thiab qhuas dag yuav tau tsim tus duab ntawm tus tsiaj qus mus ib txhis.</w:t>
      </w:r>
    </w:p>
    <w:p>
      <w:pPr>
        <w:pStyle w:val="ArticleScripture"/>
        <w:jc w:val="left"/>
      </w:pPr>
      <w:r>
        <w:rPr>
          <w:rFonts w:ascii="Times New Roman" w:hAnsi="Times New Roman" w:eastAsia="Times New Roman" w:cs="Times New Roman"/>
        </w:rPr>
        <w:t>“Yog qhov no uas tus yaj saub Exekees tau pom thaum tej cim qhia tau raug nthuav tawm rau ntawm nws xub ntiag uas ua rau nws xav tsis thoob, cov cim ntawd qhia tawm txog ib lub Hwjchim uas kav tswj saum tej xwm txheej ntawm cov thawj kav hauv ntiajteb. Cov log sib hla ib leeg tau raug txav los ntawm plaub tug tsiaj muaj sia. Siab dua txhua yam no ‘muaj ib yam zoo li lub zwm txwv, zoo nkaus li pob zeb xiav nqaj; thiab saum qhov zoo li lub zwm txwv ntawd muaj ib yam zoo li tus yam ntxwv ntawm tibneeg daim duab uas zaum nyob ntawd.’ Exekees 1:26, RSV.</w:t>
      </w:r>
    </w:p>
    <w:p>
      <w:pPr>
        <w:pStyle w:val="ArticleScripture"/>
        <w:jc w:val="left"/>
      </w:pPr>
      <w:r>
        <w:rPr>
          <w:rFonts w:ascii="Times New Roman" w:hAnsi="Times New Roman" w:eastAsia="Times New Roman" w:cs="Times New Roman"/>
        </w:rPr>
        <w:t>“Cov log, uas nyuaj ua luaj li tias thaum xub thawj pom mas zoo li nyob hauv kev ntxhov ntxoo, txav mus raws li kev sib haum xeeb zoo kawg nkaus. Tej tsiaj saum ntuj ceeb tsheej yog tus thawb cov log ntawd. Txoj kev txav mus los uas ntxaws thiab nyuaj ntawm tej xwm txheej hauv tibneeg lub neej nyob hauv Vajtswv txoj kev tswj hwm. Nyob nruab nrab ntawm kev sib ceg thiab kev kub ntxhov ntawm txhua haiv neeg, Nws tus uas zaum saum cov cherubim tseem coj tej xwm txheej ntawm lub ntiajteb no. Rau txhua haiv neeg thiab txhua tus tibneeg Vajtswv tau tsa ib txoj hauj lwm rau hauv Nws txoj hau kev loj. Hnub no tibneeg thiab tej haiv neeg tab tom txiav txim lawv txoj hmoo raws li lawv tus kheej txoj kev xaiv, thiab Vajtswv tab tom kav hla txhua yam kom Nws lub hom phiaj tiav.”</w:t>
      </w:r>
    </w:p>
    <w:p>
      <w:pPr>
        <w:pStyle w:val="ArticleScripture"/>
        <w:jc w:val="left"/>
      </w:pPr>
      <w:r>
        <w:rPr>
          <w:rFonts w:ascii="Times New Roman" w:hAnsi="Times New Roman" w:eastAsia="Times New Roman" w:cs="Times New Roman"/>
        </w:rPr>
        <w:t>“Cov lus faj lem uas tus loj kawg nkaus KUV YOG tau muab rau hauv Nws Txojlus qhia rau peb tias peb nyob qhov twg hauv txoj kev txav mus txuas ntxiv ntawm txhua tiam. Txhua yam uas tej lus faj lem tau hais tseg txog los txog rau lub sijhawm tam sim no twb raug taug pom nyob rau nplooj ntawv keeb kwm lawm, thiab txhua yam uas tseem yuav los tom ntej no yuav raug ua kom tiav raws li nws txheej txheem.”</w:t>
      </w:r>
    </w:p>
    <w:p>
      <w:pPr>
        <w:pStyle w:val="ArticleScripture"/>
        <w:jc w:val="left"/>
      </w:pPr>
      <w:r>
        <w:rPr>
          <w:rFonts w:ascii="Times New Roman" w:hAnsi="Times New Roman" w:eastAsia="Times New Roman" w:cs="Times New Roman"/>
        </w:rPr>
        <w:t>“Cov cim qhia txog lub sijhawm tshaj tawm tias peb tab tom sawv ntawm ntug kev nkag mus rau tej xwm txheej loj thiab muaj hwjchim ntshai. Txhua yam hauv peb lub ntiajteb tab tom ntxhov nyoos. Tus Cawmseej tau cev lus faj lem txog tej xwm txheej uas yuav los ua ntej Nws txojkev los: ‘Nej yuav hnov tej kev tsov kev rog thiab lus xaiv txog kev tsov kev rog…. Haiv neeg yuav sawv tawm tsam haiv neeg, thiab tebchaws tawm tsam tebchaws: thiab yuav muaj kev tshaib plab, thiab mob kis, thiab av qeeg, nyob hauv ntau qhov chaw.’ Mathais 24:6, 7. Cov thawj coj thiab cov nom tswv xeev lees paub tias muaj ib yam dabtsi loj thiab txiav txim siab tab tom yuav tshwm sim—tias lub ntiajteb tab tom nyob ze ntawm ntug kev kub ntxhov loj kawg nkaus.”</w:t>
      </w:r>
    </w:p>
    <w:p>
      <w:pPr>
        <w:pStyle w:val="ArticleScripture"/>
        <w:jc w:val="left"/>
      </w:pPr>
      <w:r>
        <w:rPr>
          <w:rFonts w:ascii="Times New Roman" w:hAnsi="Times New Roman" w:eastAsia="Times New Roman" w:cs="Times New Roman"/>
        </w:rPr>
        <w:t>“Phau Vajlugkub, thiab tsuas yog Phau Vajlugkub xwb, thiaj muab tau ib qho kev pom raug txog tej xwm txheej uas twb tab tom pov lawv tej duab ntxoov ua ntej lawd, thiab lub suab ntawm lawv txoj kev los ze ua rau lub ntiajteb tshee hnyo thiab tibneeg lub siab qaug zog vim kev ntshai. ‘Saib seb, tus Tswv yuav ua kom lub ntiajteb puam tsuaj thiab ua rau nws nyob qhuav qhawv, thiab Nws yuav ntxeev nws lub ntsej muag thiab ua kom nws cov neeg nyob tawg ua lwj ua liam.’ ‘Vim lawv tau ua txhaum tej kev cai, rhuav tshem tej kab ke, rhuav txoj kev cog lus uas nyob mus ib txhis. Yog li ntawd txoj kev foom phem thiaj nqos lub ntiajteb, thiab nws cov neeg nyob raug txom nyem vim lawv txoj kev txhaum.’ Yaxayas 24:1, 5, 6, RSV.”</w:t>
      </w:r>
    </w:p>
    <w:p>
      <w:pPr>
        <w:pStyle w:val="ArticleScripture"/>
        <w:jc w:val="left"/>
      </w:pPr>
      <w:r>
        <w:rPr>
          <w:rFonts w:ascii="Times New Roman" w:hAnsi="Times New Roman" w:eastAsia="Times New Roman" w:cs="Times New Roman"/>
        </w:rPr>
        <w:t>“‘Au! hnub ntawd loj kawg nkaus, tsis muaj ib hnub twg zoo ib yam li ntawd li: nws yog lub sijhawm uas Yakhauj raug kev txom nyem; tiam sis nws yuav raug cawm dim tawm hauv ntawd.’ Yelemis 30:7.</w:t>
      </w:r>
    </w:p>
    <w:p>
      <w:pPr>
        <w:pStyle w:val="ArticleScripture"/>
        <w:jc w:val="left"/>
      </w:pPr>
      <w:r>
        <w:rPr>
          <w:rFonts w:ascii="Times New Roman" w:hAnsi="Times New Roman" w:eastAsia="Times New Roman" w:cs="Times New Roman"/>
        </w:rPr>
        <w:t>“Vim hais tias koj tau ua rau tus Tswv, uas yog kuv lub chaw nkaum, yog tus Siab Tshaj Plaws, ua koj qhov chaw nyob; yuav tsis muaj ib yam kev phem twg los raug koj, thiab yuav tsis muaj ib yam kab mob kis los ze koj lub tsev nyob li.” Ntawv Nkauj 91:9, 10.</w:t>
      </w:r>
    </w:p>
    <w:p>
      <w:pPr>
        <w:pStyle w:val="ArticleScripture"/>
        <w:jc w:val="left"/>
      </w:pPr>
      <w:r>
        <w:rPr>
          <w:rFonts w:ascii="Times New Roman" w:hAnsi="Times New Roman" w:eastAsia="Times New Roman" w:cs="Times New Roman"/>
        </w:rPr>
        <w:t>“Vajtswv yuav tsis tso Nws pawg ntseeg tseg thaum lub sijhawm uas nws nyob hauv qhov phom sij loj tshaj plaws. Nws tau cog lus tseg txog txoj kev cawm dim. Cov ntsiab cai ntawm Nws lub tebchaws yuav raug txhua tus uas nyob hauv qab lub hnub hwm.” Historical Sketches 277–279.</w:t>
      </w:r>
    </w:p>
    <w:p>
      <w:pPr>
        <w:pStyle w:val="ArticleBody"/>
        <w:jc w:val="left"/>
      </w:pPr>
      <w:r>
        <w:rPr>
          <w:rFonts w:ascii="Times New Roman" w:hAnsi="Times New Roman" w:eastAsia="Times New Roman" w:cs="Times New Roman"/>
        </w:rPr>
        <w:t>“Kev sib txuam nyuab ntawm tej xwm txheej ntawm tibneeg” yog yam uas tau raug sawv cev los ntawm cov log uas sib tshuam nrog cov log hauv Ezekiel txoj kev ua yog toog txog Qhov Chaw Dawb Huv Tshaj, nyob rau lub sij hawm ntawm kev muab cim ntim. Tej xwm txheej ntawd nyob hauv qab kev tswj hwm saum ntuj los, vim tej xwm txheej ntawd yog qhov ua tiav ntawm txhua yam kev ua yog toog hauv Vajtswv Txojlus, uas nrhiav tau lawv qhov tshwm sim kawg thiab zoo tag nrho hauv lub sij hawm ntawm kev muab cim ntim. Muaj ib “lub suab” uas qhia kom paub txog “ib qho kev kub ntxhov loj kawg nkaus” uas “lub ntiajteb tab tom nyob ntawm ntug” uas yuav los paub tseeb. “Lub suab” ntawd ua rau “lub ntiajteb tshee hnyo thiab neeg tej siab qaug vim kev ntshai.” Ob qho tib si, kev tshee hnyo ntawm lub ntiajteb, thiab qhov ua rau neeg tej siab qaug vim kev ntshai, yog cov cim piv txwv txog lub suab ntawm Raj Xyu Xya, thiab Raj Xyu kawg nkaus, uas yog txoj kev txom nyem thib peb.</w:t>
      </w:r>
    </w:p>
    <w:p>
      <w:pPr>
        <w:pStyle w:val="ArticleBody"/>
        <w:jc w:val="left"/>
      </w:pPr>
      <w:r>
        <w:rPr>
          <w:rFonts w:ascii="Times New Roman" w:hAnsi="Times New Roman" w:eastAsia="Times New Roman" w:cs="Times New Roman"/>
        </w:rPr>
        <w:t>Kev ua rau cov tebchaws chim los ntawm Islam ntawm txoj kev txom nyem thib peb, zoo ib yam li ib tug pojniam yug menyuam, yog li no sawv cev rau ib qho kev kub ntxhov uas tab tom nce zuj zus thiab loj hlob ntxiv. Qhov kev kub ntxhov uas nce zuj zus ntawd tau pib rau lub Cuaj Hlis 11, 2001; thiab rau lub Kaum Hli 7, 2023, qhov mob yug menyuam loj kawg tom ntej tau los txog, thiab vim Vajtswv Txojlus yeej tsis swb li, qhov mob yug menyuam tom ntej tab tom yuav los sai heev, thiab nws yuav muaj kev puas tsuaj loj dua qub. Koj puas tseem nyob hauv ib lub nroog?</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“Rau tus yaj saub, lub log nyob hauv ib lub log, thiab yam pom zoo li tej tsiaj muaj sia txuas nrog lawv, txhua yam zoo li ntxaws nyuab thiab piav tsis tau. Tiamsis txhais tes ntawm Txoj Kev Txawj Ntse uas tsis kawg pom muaj nyob hauv tej lub log, thiab kev txiav txim uas zoo tag nrho yog qhov tshwm sim ntawm Nws txoj haujlwm. Txhua lub log, raug Vajtswv txhais tes coj, ua haujlwm sib haum xeeb zoo tag nrho nrog txhua lub log uas seem. Kuv tau raug qhia tias tibneeg tej cuab tam siv tau pheej yuav nrhiav hwjchim ntau dhau thiab sim tswj txoj haujlwm lawv tus kheej. Lawv muab tus Tswv Vajtswv, Tus Ua Haujlwm Muaj Hwjchim Loj, tso tawm ntau dhau ntawm lawv tej txheej txheem thiab tej kev npaj, thiab lawv tsis tso siab rau Nws rau txhua yam uas hais txog kev nce mus ntawm txoj haujlwm. Tsis muaj leejtwg yuav tsum txawm ib pliag xav tias nws muaj peevxwm tswj tau tej yam uas yog tus YAM KUV YOG tus loj. Vajtswv hauv Nws txoj kev saib xyuas tabtom npaj ib txojkev kom txoj haujlwm thiaj ua tau los ntawm tibneeg tej neeg sawv cev. Yog li ntawd cia txhua tus sawv ntawm nws lub chaw haujlwm, ua nws feem rau lub sijhawm no thiab paub tias Vajtswv yog nws tus Qhia.”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Ib Puas Peb Caug Peb</dc:title>
  <dc:subject>Qhib Daim Ntaub Qhia Yav Tom Ntej: Kev To Taub Txog Lub Sijhawm Muab Lub Cim Ntim Rau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