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Ib Puas Peb Caug Tsib</w:t>
      </w:r>
    </w:p>
    <w:p>
      <w:pPr>
        <w:pStyle w:val="ArticleSubtitle"/>
        <w:jc w:val="left"/>
      </w:pPr>
      <w:r>
        <w:rPr>
          <w:rFonts w:ascii="Arial" w:hAnsi="Arial" w:eastAsia="Arial" w:cs="Arial"/>
        </w:rPr>
        <w:t>Cov Suab Yaj Saub ntawm 1776, 1789, thiab 1798: Ib Zaj Qhib Kev rau Kev Muab Foob rau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2024-03-14</w:t>
      </w:r>
    </w:p>
    <w:p>
      <w:pPr>
        <w:pStyle w:val="ArticleBody"/>
        <w:jc w:val="left"/>
      </w:pPr>
      <w:r>
        <w:rPr>
          <w:rFonts w:ascii="Times New Roman" w:hAnsi="Times New Roman" w:eastAsia="Times New Roman" w:cs="Times New Roman"/>
        </w:rPr>
        <w:t>Keeb kwm ntawm xyoo 1776, 1789, thiab 1798, qhia meej txog keeb kwm ntawm kev muab lub cim foob rau ib puas plaub caug plaub txhiab leej. Nyob rau txhua hnub tim ntawd, tus tsiaj nyaum hauv ntiajteb tau hais lus. Peb lub cim tseem ceeb uas raug piv txwv los ntawm peb zaug uas tus tsiaj nyaum hauv ntiajteb tau hais lus, khiav ua ke sib txig nrog peb lub suab ntawm Khetos rau hnub tim Cuaj Hlis 11, 2001, Lub Xya Hli, 2023 thiab txoj cai Hnub Caiv uas yuav los sai.</w:t>
      </w:r>
    </w:p>
    <w:p>
      <w:pPr>
        <w:pStyle w:val="ArticleScripture"/>
        <w:jc w:val="left"/>
      </w:pPr>
      <w:r>
        <w:rPr>
          <w:rFonts w:ascii="Times New Roman" w:hAnsi="Times New Roman" w:eastAsia="Times New Roman" w:cs="Times New Roman"/>
        </w:rPr>
        <w:t>Kuv raug nyob hauv tus Ntsuj Plig rau hnub ntawm tus Tswv, thiab kuv hnov ib lub suab nrov loj nyob tom qab kuv, zoo li suab raj. Tshwmsim 1:10.</w:t>
      </w:r>
    </w:p>
    <w:p>
      <w:pPr>
        <w:pStyle w:val="ArticleBody"/>
        <w:jc w:val="left"/>
      </w:pPr>
      <w:r>
        <w:rPr>
          <w:rFonts w:ascii="Times New Roman" w:hAnsi="Times New Roman" w:eastAsia="Times New Roman" w:cs="Times New Roman"/>
        </w:rPr>
        <w:t>Txhua ntawm peb lub suab ciamcim ntawd qhia kom paub txog qhov kev “nrov tawm” uas tab tom nce zuj zus ntawm txoj kev txom nyem thib peb, uas kuj yog lub xya ceeb toom raj ncha, thiab ib lub raj ncha yog ib lub suab.</w:t>
      </w:r>
    </w:p>
    <w:p>
      <w:pPr>
        <w:pStyle w:val="ArticleScripture"/>
        <w:jc w:val="left"/>
      </w:pPr>
      <w:r>
        <w:rPr>
          <w:rFonts w:ascii="Times New Roman" w:hAnsi="Times New Roman" w:eastAsia="Times New Roman" w:cs="Times New Roman"/>
        </w:rPr>
        <w:t>Quaj nrov nrov, txhob khaws cia, tsa koj lub suab kom nrov ib yam li raj, thiab qhia rau kuv haiv neeg txog lawv txoj kev txhaum, thiab rau tsev neeg Yakhauj txog lawv tej kev txhaum. Yaxayas 58:1.</w:t>
      </w:r>
    </w:p>
    <w:p>
      <w:pPr>
        <w:pStyle w:val="ArticleBody"/>
        <w:jc w:val="left"/>
      </w:pPr>
      <w:r>
        <w:rPr>
          <w:rFonts w:ascii="Times New Roman" w:hAnsi="Times New Roman" w:eastAsia="Times New Roman" w:cs="Times New Roman"/>
        </w:rPr>
        <w:t>Lub suab rau lub tshuab raj ntawm cov Protestan thaum lub Cuaj Hlis 11, 2001 yog lub suab ntawm cov neeg zov hu Laodicean Adventism rov qab mus rau Yelemis txojkev qub, tiam sis pawg txoos ntawm cov neeg thuam luag tsis kam taug hauv ntawd.</w:t>
      </w:r>
    </w:p>
    <w:p>
      <w:pPr>
        <w:pStyle w:val="ArticleScripture"/>
        <w:jc w:val="left"/>
      </w:pPr>
      <w:r>
        <w:rPr>
          <w:rFonts w:ascii="Times New Roman" w:hAnsi="Times New Roman" w:eastAsia="Times New Roman" w:cs="Times New Roman"/>
        </w:rPr>
        <w:t>Tus Tswv hais li no tias, Nej cia li sawv ntawm tej kev, thiab saib, thiab nug txog tej qub kev, saib txoj kev zoo nyob qhov twg, thiab nej cia li taug kev hauv ntawd, ces nej yuav nrhiav tau kev so rau nej tus ntsuj plig. Tiamsis lawv hais tias, Peb yuav tsis taug txoj kev ntawd. Thiab kuv kuj tau tsa cov neeg zov hmoov rau saum nej, hais tias, Nej cia li mloog lub suab raj. Tiamsis lawv hais tias, Peb yuav tsis mloog. Yelemis 6:16, 17.</w:t>
      </w:r>
    </w:p>
    <w:p>
      <w:pPr>
        <w:pStyle w:val="ArticleBody"/>
        <w:jc w:val="left"/>
      </w:pPr>
      <w:r>
        <w:rPr>
          <w:rFonts w:ascii="Times New Roman" w:hAnsi="Times New Roman" w:eastAsia="Times New Roman" w:cs="Times New Roman"/>
        </w:rPr>
        <w:t>Lub suab ntawm Lub Xya Hli, 2023 yog kev sawv rov los ntawm txoj hauj lwm qhuab qhia ntawm Future for America, uas tau nyob ntsiag to txij li thawj qhov kev poob siab thaum Lub Xya Hli 18, 2020. Ib yam li Yauhas txoj kev tshaj tawm txog tus Mexiyas uas tab tom los sai, thiab ib yam li Justinian txoj kev tshaj tawm txog tus antichrist uas tab tom los sai, Future for America tau qhia meej tias yav tom ntej ntawm America tab tom yuav raug hloov mus ib txhis ntawm txoj cai Hnub Caiv uas tab tom los sai, thiab los ntawm kev nrov ntawm tus raj xya thaum lub cim ciam ntawd. Lub suab ntawm ib tug qw nrov hauv tebchaws moj sab qhua yog lub suab ntawm Lub Xya Hli, 2023.</w:t>
      </w:r>
    </w:p>
    <w:p>
      <w:pPr>
        <w:pStyle w:val="ArticleBody"/>
        <w:jc w:val="left"/>
      </w:pPr>
      <w:r>
        <w:rPr>
          <w:rFonts w:ascii="Times New Roman" w:hAnsi="Times New Roman" w:eastAsia="Times New Roman" w:cs="Times New Roman"/>
        </w:rPr>
        <w:t>Lub suab thib ob ntawm Tshwmsim tshooj kaum yim, raug nrov tawm thaum txoj cai Hnub Caiv yuav los txog sai, thaum zaj hais lus los ntawm tus tsiaj qus hauv ntiajteb tshwm sim. Yog nyob rau lub sijhawm ntawd uas “tus nees luav” raug ntaus zaum peb, thiab ces “tus nees luav” yuav hais lus. Tus nees luav raug ntaus tsis ntev tom qab lub Cuaj Hlis 11, 2001, tom qab Lub Kaum Hlis 7, 2023, thiab tom qab ntawd tseem yuav raug ntaus dua thaum txoj cai Hnub Caiv uas yuav los txog sai, qhov uas nws hais lus. Hauv zaj lus timkhawv txog Balaam, nws raug ib tug timtswv tig tawm ntawm txojkev mus, thiab tus timtswv ntawd sawv cev rau plaub tug timtswv uas raug txib kom tuav plaub cua ntawm Islam, tiam sis thaum txog txoj cai Hnub Caiv tus nees luav ntawm Islam hais lus nrog lub suab ntawm lub raj xya, uas kuj yog txoj kev txom nyem thib peb thiab.</w:t>
      </w:r>
    </w:p>
    <w:p>
      <w:pPr>
        <w:pStyle w:val="ArticleBody"/>
        <w:jc w:val="left"/>
      </w:pPr>
      <w:r>
        <w:rPr>
          <w:rFonts w:ascii="Times New Roman" w:hAnsi="Times New Roman" w:eastAsia="Times New Roman" w:cs="Times New Roman"/>
        </w:rPr>
        <w:t>Nyob rau qhov ntawd yog qhov yog toog pom txog Islam, uas tau ncua txij li hnub Tim 18 Lub Xya Hli, 2020, hais tawm, rau qhov thaum ntawd nws yuav tsis ncua ntxiv lawm. Muaj ntau lub suab nyob rau lub sijhawm ntawm kev muab lub cim kaw rau ib puas plaub caug plaub txhiab leej, thiab lub sijhawm ntawd los ua ntej Vajtswv txoj kev txiav txim raws li txoj cai uas pib ntawm txoj cai Hnub Caiv uas yuav los sai no. Vajtswv txoj kev txiav txim raws li txoj cai ntawd yog sawv cev los ntawm xya tus timtswv, nrog xya lub hwj ntim. Lub sijhawm ntawd pib nrog kev nchuav Vaj Ntsuj Plig Dawb Huv tawm los, thiab nws sawv cev rau kev rov muaj dua ntawm Hnub Peetekos, thaum Vaj Ntsuj Plig Dawb Huv raug nchuav tawm thiab nplaim taws hais lus ua timkhawv txog qhov xwm txheej ntawd. Kev nchuav tawm rau lub sijhawm ntawd tsis raug ntsuas ntxiv lawm, rau qhov thaum ntawd Vaj Ntsuj Plig Dawb Huv raug nchuav tawm yam tsis muaj kev ntsuas.</w:t>
      </w:r>
    </w:p>
    <w:p>
      <w:pPr>
        <w:pStyle w:val="ArticleScripture"/>
        <w:jc w:val="left"/>
      </w:pPr>
      <w:r>
        <w:rPr>
          <w:rFonts w:ascii="Times New Roman" w:hAnsi="Times New Roman" w:eastAsia="Times New Roman" w:cs="Times New Roman"/>
        </w:rPr>
        <w:t>“Tus tim tswv uas koom siab hauv kev tshaj tawm txoj xov ntawm tus tim tswv thib peb yuav tsum ua kom tag nrho lub ntiajteb ci ntsa iab los ntawm nws lub yeeb koob. Ntawm no twb tau xub hais ua ntej txog ib txoj hauj lwm uas yuav ncav cuag thoob qab ntuj thiab muaj hwj chim txawv tshaj plaw. Kev txav los txog ntawm xyoo 1840–44 yog ib qho kev tshwm sim muaj yeeb koob ntawm Vajtswv lub hwj chim; txoj xov ntawm tus tim tswv thawj tau raug nqa mus txog txhua lub chaw tub txib tshaj tawm txoj moo zoo hauv lub ntiajteb, thiab nyob hauv qee lub tebchaws kuj tau muaj kev txaus siab txog kev ntseeg loj tshaj plaws uas tau pom nyob hauv ib lub tebchaws twg txij thaum lub Sijhawm Hloov Kho Kev Ntseeg ntawm tiam kaum rau los; tiam sis tej no yuav raug dhau los ntawm txoj kev txav muaj hwj chim loj kawg nkaus nyob hauv qab lo lus ceeb toom kawg ntawm tus tim tswv thib peb.”</w:t>
      </w:r>
    </w:p>
    <w:p>
      <w:pPr>
        <w:pStyle w:val="ArticleScripture"/>
        <w:jc w:val="left"/>
      </w:pPr>
      <w:r>
        <w:rPr>
          <w:rFonts w:ascii="Times New Roman" w:hAnsi="Times New Roman" w:eastAsia="Times New Roman" w:cs="Times New Roman"/>
        </w:rPr>
        <w:t>“Tes haujlwm no yuav zoo ib yam li ntawm Hnub Peetekos. Ib yam li ‘nag xub thawj’ tau muab, hauv txoj kev nchuav tawm ntawm tus Vaj Ntsuj Plig Dawb Huv thaum pib txoj moo zoo, kom ua rau noob uas muaj nqis txi tuaj, li ntawd ‘nag tom qab’ yuav raug muab rau thaum kawg ntawm nws txhawm rau kom qoob loo siav txhij.” The Great Controversy, 611.</w:t>
      </w:r>
    </w:p>
    <w:p>
      <w:pPr>
        <w:pStyle w:val="ArticleBody"/>
        <w:jc w:val="left"/>
      </w:pPr>
      <w:r>
        <w:rPr>
          <w:rFonts w:ascii="Times New Roman" w:hAnsi="Times New Roman" w:eastAsia="Times New Roman" w:cs="Times New Roman"/>
        </w:rPr>
        <w:t>Hnub Cuaj Hlis 11, 2001, kev ntim cim ntawm ib puas plaub caug plaub txhiab leej tau pib, thiab Vaj Ntsuj Plig Dawb Huv tau raug muab nchuav tawm raws li ib qho kev ntsuas. Kev ntsuas ntawm qhov kev nchuav tawm ntawd tau raug sawv cev nyob rau hauv keeb kwm ntawm Hnub Peetekos, pib ntawm Khetos txoj kev sawv hauv qhov tuag rov qab los, qhov uas ib tug tim tswv tau hais tias, “Leej Tub ntawm Vajtswv, tawm los; Leej Txiv hu koj,” ib yam li Yexus tau hu Laxalau tawm hauv lub ntxa los ntawm cov lus no tias, “Laxalau, tawm los.” Nyob rau xyoo 2023, Khetos tau hu cov pob txha tuag qhuav ntawm ob tug tim khawv kom “tawm los.”</w:t>
      </w:r>
    </w:p>
    <w:p>
      <w:pPr>
        <w:pStyle w:val="ArticleBody"/>
        <w:jc w:val="left"/>
      </w:pPr>
      <w:r>
        <w:rPr>
          <w:rFonts w:ascii="Times New Roman" w:hAnsi="Times New Roman" w:eastAsia="Times New Roman" w:cs="Times New Roman"/>
        </w:rPr>
        <w:t>Tom qab Khetos sawv hauv qhov tuag rov los, Nws xub nce mus cuag Nws Leej Txiv, ces Nws nqes los ib yam li Nws tau ua rau hnub tim 11 lub Cuaj Hli, 2001. Tom qab ntawd Nws maj mam qhib kev pom kev rau Nws cov thwj tim, raws li tau sawv cev los ntawm Nws ntsib Maivliag, cov thwj tim uas Nws ntsib thiab qhia rau saum txoj kev mus Emmaus, thiab tom qab ntawd rov tshwm sim rau lwm cov thwj tim. Tau plaub caug hnub Nws qhia cov thwj tim ua ntej Nws qhov kev nce mus zaum kawg, ces tom qab ntxiv kaum hnub, lawv sawv daws tau koom siab thiab nyob hauv tib qho chaw, thiab tus Vaj Ntsuj Plig Dawb Huv raug muab nchuav tawm yam tsis muaj qhov txwv.</w:t>
      </w:r>
    </w:p>
    <w:p>
      <w:pPr>
        <w:pStyle w:val="ArticleScripture"/>
        <w:jc w:val="left"/>
      </w:pPr>
      <w:r>
        <w:rPr>
          <w:rFonts w:ascii="Times New Roman" w:hAnsi="Times New Roman" w:eastAsia="Times New Roman" w:cs="Times New Roman"/>
        </w:rPr>
        <w:t>“Thaum Yexus ntsib nrog Nws cov thwjtim, Nws nco lawv txog cov lus uas Nws tau hais rau lawv ua ntej Nws txoj kev tuag, tias txhua yam uas tau sau tseg hauv Mauxes txoj kevcai, thiab hauv cov yaj saub, thiab hauv Phau Ntawv Nkauj hais txog Nws yuav tsum muaj tiav. ‘Ces Nws qhib lawv txoj kev nkag siab, kom lawv thiaj to taub Vajlugkub, thiab hais rau lawv tias, Raws li tau sau tseg lawm, Khetos yuav tsum raug txom nyem, thiab yuav sawv hauv qhov tuag rov qab los rau hnub peb: thiab kom kev hloov siab lees txim thiab kev zam txim rau tej kev txhaum yuav tsum raug tshaj tawm hauv Nws lub npe rau txhua haiv neeg, pib ntawm Yeluxalees. Thiab nej yog cov timkhawv txog tej no.’” The Desire of Ages, 804.</w:t>
      </w:r>
    </w:p>
    <w:p>
      <w:pPr>
        <w:pStyle w:val="ArticleBody"/>
        <w:jc w:val="left"/>
      </w:pPr>
      <w:r>
        <w:rPr>
          <w:rFonts w:ascii="Times New Roman" w:hAnsi="Times New Roman" w:eastAsia="Times New Roman" w:cs="Times New Roman"/>
        </w:rPr>
        <w:t>Thaum lub Xya hli ntuj xyoo 2023, Yexus lub suab tau tsa ob tug timkhawv uas tuag lawm sawv rov los, thiab pib qhib Nws cov thwjtim txoj kev to taub txog txhua yam uas tau sau cia hauv Mauxes txoj kevcai (cov “xya lub sijhawm”), cov yaj saub (Nexukhanexa tus mlom hais txog cov tsiaj qus), thiab Phau Ntawv Nkauj (Mauxes thiab tus Menyuam Yaj txoj kev dhau los). Nws tes haujlwm ntawm kev qhuab qhia pib thaum Nws sawv hauv qhov tuag rov los, thiab nws nce ntxiv zuj zus hauv plaub caug hnub tom qab ntawd. Nws pib nrog Nws txoj kev thov kom tau noj mov.</w:t>
      </w:r>
    </w:p>
    <w:p>
      <w:pPr>
        <w:pStyle w:val="ArticleScripture"/>
        <w:jc w:val="left"/>
      </w:pPr>
      <w:r>
        <w:rPr>
          <w:rFonts w:ascii="Times New Roman" w:hAnsi="Times New Roman" w:eastAsia="Times New Roman" w:cs="Times New Roman"/>
        </w:rPr>
        <w:t>Thiab thaum lawv tseem tsis tau ntseeg vim kev xyiv fab, thiab tseem xav tsis thoob, nws hais rau lawv tias, Nej puas muaj ib yam mov noj ntawm no? Thiab lawv muab ib daim ntses ci thiab ib daim zib ntab rau nws. Thiab nws txais, ces noj ntawd rau ntawm lawv xub ntiag. Thiab nws hais rau lawv tias, Cov no yog tej lus uas kuv tau hais rau nej thaum kuv tseem nrog nej nyob, tias txhua yam yuav tsum tau ua kom tiav, uas tau sau tseg hauv Mauxes txoj kevcai, thiab hauv cov yaj saub, thiab hauv cov nkauj Ntshiab, hais txog kuv. Luka 24:41–44.</w:t>
      </w:r>
    </w:p>
    <w:p>
      <w:pPr>
        <w:pStyle w:val="ArticleBody"/>
        <w:jc w:val="left"/>
      </w:pPr>
      <w:r>
        <w:rPr>
          <w:rFonts w:ascii="Times New Roman" w:hAnsi="Times New Roman" w:eastAsia="Times New Roman" w:cs="Times New Roman"/>
        </w:rPr>
        <w:t>Kev thov Vajtswv yog ib lub cim taw qhia tseem ceeb hauv keeb kwm uas tab tom txuas ntxiv mus, thiab keeb kwm txij li Khetos sawv hauv qhov tuag rov los mus txog thaum Nws nce mus saum ntuj plaub caug hnub tom qab, tshuav kaum hnub (kaum yog ib qho kev sim), mus txog Hnub Pentekos, thaum Vaj Ntsuj Plig Dawb Huv yuav raug nchuav tawm yam tsis muaj qhov ntsuas. Nws txoj kev sawv rov los, kev nce mus saum ntuj, thiab tom qab ntawd Nws txoj kev nqes los dua, sawv cev rau lub Cuaj Hlis 11, 2001. Lub Xya Hli, 2023 sawv cev rau qhov kawg ntawm plaub caug hnub, thiab kaum hnub uas raws tom qab Lub Xya Hli, 2023 coj mus rau txoj cai Hnub Caiv uas yuav los sai sai no. Nyob rau lub sijhawm kawg ntawd ntawm kaum hnub, kev sib koom siab thiab kev thov Vajtswv yog lub cim taw qhia. Kev sib koom siab ntawd raug sawv cev los ntawm Exekees thawj zaj lus faj lem hauv tshooj peb caug xya, uas coj cov pob txha, cov leeg thiab nqaij los koom ua ke. Exekees zaj lus faj lem thib ob yog txoj pa ntawm plaub sab cua, thiab txoj pa yog ib lub cim ntawm kev thov Vajtswv. Hauv kaum hnub kawg ntawd, ib puas plaub caug plaub txhiab leej raug muab khi ua cim, raws li lawv tau raug ua qauv qhia los ntawm Lasalas.</w:t>
      </w:r>
    </w:p>
    <w:p>
      <w:pPr>
        <w:pStyle w:val="ArticleScripture"/>
        <w:jc w:val="left"/>
      </w:pPr>
      <w:r>
        <w:rPr>
          <w:rFonts w:ascii="Times New Roman" w:hAnsi="Times New Roman" w:eastAsia="Times New Roman" w:cs="Times New Roman"/>
        </w:rPr>
        <w:t>“Qhov no yog vim li cas uas Nws ncua Nws txoj kev mus rau Npe-tha-ni. Txoj txuj ci tseem ceeb uas yog lub kaus mom no, uas yog kev tsa Lasaxus sawv hauv qhov tuag rov los, yuav tsum muab Vajtswv lub cim foob rau saum Nws tes haujlwm thiab rau saum Nws qhov kev thov tias Nws yog Vajtswv.” The Desire of Ages, 529.</w:t>
      </w:r>
    </w:p>
    <w:p>
      <w:pPr>
        <w:pStyle w:val="ArticleBody"/>
        <w:jc w:val="left"/>
      </w:pPr>
      <w:r>
        <w:rPr>
          <w:rFonts w:ascii="Times New Roman" w:hAnsi="Times New Roman" w:eastAsia="Times New Roman" w:cs="Times New Roman"/>
        </w:rPr>
        <w:t>Tsis yog cov nkauj xwb uas muaj tswvyim xwb thiaj raug muab cim tseg thaum txoj txujci tseem ceeb no tab tom ua kom tiav, tiamsis cov nkauj xwb uas ruam kuj raug muab cim tseg rau sab uas yuam kev ntawm qhov teebmeem no thiab.</w:t>
      </w:r>
    </w:p>
    <w:p>
      <w:pPr>
        <w:pStyle w:val="ArticleScripture"/>
        <w:jc w:val="left"/>
      </w:pPr>
      <w:r>
        <w:rPr>
          <w:rFonts w:ascii="Times New Roman" w:hAnsi="Times New Roman" w:eastAsia="Times New Roman" w:cs="Times New Roman"/>
        </w:rPr>
        <w:t>“Qhov txuj ci tseem ceeb uas ua lub kaus mom rau Khetos—yog kev tsa Laxalau sawv hauv qhov tuag rov los—tau muab lub siab txiav txim ruaj khov rau cov pov thawj kom tshem Yexus thiab Nws tej hauj lwm uas txaus hwj chim tawm hauv lub ntiajteb, tej uas tab tom rhuav tshem lawv txoj kev muaj hwj chim saum cov pej xeem sai heev.” Acts of the Apostles, 67.</w:t>
      </w:r>
    </w:p>
    <w:p>
      <w:pPr>
        <w:pStyle w:val="ArticleBody"/>
        <w:jc w:val="left"/>
      </w:pPr>
      <w:r>
        <w:rPr>
          <w:rFonts w:ascii="Times New Roman" w:hAnsi="Times New Roman" w:eastAsia="Times New Roman" w:cs="Times New Roman"/>
        </w:rPr>
        <w:t>Cov suab ntau uas nyob hauv keeb kwm ntawm kev muab lub cim khi rau ib puas plaub caug plaub txhiab mus txog rau txoj cai Hnub Caiv uas yuav los sai sai no yog “kab saum kab,” yog cov suab ntawm Vajtswv Txojlus cev Vajtswv lus, thiab cov suab ntawd nrov tawm hauv lub sijhawm uas “txhua zaj yog toog pom qhov txiaj ntsig” raug ua tiav. Lawv nrov thaum lub xya lub cim qhib.</w:t>
      </w:r>
    </w:p>
    <w:p>
      <w:pPr>
        <w:pStyle w:val="ArticleScripture"/>
        <w:jc w:val="left"/>
      </w:pPr>
      <w:r>
        <w:rPr>
          <w:rFonts w:ascii="Times New Roman" w:hAnsi="Times New Roman" w:eastAsia="Times New Roman" w:cs="Times New Roman"/>
        </w:rPr>
        <w:t>Thiab thaum nws qhib lub foob xya, saum ntuj ceeb tsheej thiaj ntsiag to li ib nrab teev. Thiab kuv pom xya tus tubtxib saum ntuj uas sawv ntawm Vajtswv xub ntiag; thiab tau muab xya lub raj rau lawv. Thiab muaj dua ib tug tubtxib saum ntuj tuaj sawv ntawm lub thaj, tuav ib lub thoob xyab kub; thiab tau muab xyab ntau rau nws, xwv kom nws muab xyeem nrog tej lus thov ntawm txhua tus neeg dawb huv saum lub thaj kub uas nyob ntawm lub zwm txwv xub ntiag. Thiab pa ncho ntawm cov xyab, uas tuaj nrog tej lus thov ntawm cov neeg dawb huv, tau nce mus txog Vajtswv xub ntiag tawm hauv tus tubtxib saum ntuj txhais tes. Thiab tus tubtxib saum ntuj txawm muab lub thoob xyab, puv nkaus hluav taws ntawm lub thaj, thiab muab ntuav rau hauv ntiajteb: ces muaj suab nrov, thiab xob quaj, thiab xob laim, thiab av qeeg. Qhia Tshwm 8:1–5.</w:t>
      </w:r>
    </w:p>
    <w:p>
      <w:pPr>
        <w:pStyle w:val="ArticleBody"/>
        <w:jc w:val="left"/>
      </w:pPr>
      <w:r>
        <w:rPr>
          <w:rFonts w:ascii="Times New Roman" w:hAnsi="Times New Roman" w:eastAsia="Times New Roman" w:cs="Times New Roman"/>
        </w:rPr>
        <w:t>Kev qhib ntawm lub cim xya ua rau muaj kev ntsiag to, rau qhov lub caij ntawd sawv cev rau kev hloov ntawm ib tiam kev faib kev tshwm sim, thiab hauv kev hloov ntawm ib tiam kev faib kev tshwm sim dawb huv, yeej ib txwm muaj kev ntsiag to saum ntuj ceeb tsheej raws li tau muaj pov thawj los ntawm tus ntoo khaub lig thaum cov tim tswv tsum lawv tej suab paj nruag thiab kev qhuas. Kev ntsiag to saum ntuj ceeb tsheej kuj raug lees paub los ntawm tej kev cai uas yuav tsum ua nyob rau Hnub Theej Txhoj, thiab thaum lub Kaum Hli 22, 1844, Habakkuk OB, nqe NEES NKAUM tau txib kom tag nrho lub ntiaj teb nyob twj ywm ntsiag to.</w:t>
      </w:r>
    </w:p>
    <w:p>
      <w:pPr>
        <w:pStyle w:val="ArticleScripture"/>
        <w:jc w:val="left"/>
      </w:pPr>
      <w:r>
        <w:rPr>
          <w:rFonts w:ascii="Times New Roman" w:hAnsi="Times New Roman" w:eastAsia="Times New Roman" w:cs="Times New Roman"/>
        </w:rPr>
        <w:t>“Kuv tau raug qhia txog Vajtswv txoj kev hlub loj kawg nkaus thiab Nws txoj kev txo hwjchim los ntawm kev pub Nws Leej Tub los tuag, kom tibneeg thiaj nrhiav tau kev zam txim thiab muaj txoj sia nyob. Kuv tau raug qhia txog Adas thiab Evas, uas tau txais txoj cai tshwjxeeb los pom lub vaj Edees txoj kev zoo nkauj thiab ntxim nyiam, thiab tau raug tso cai noj tau txhua tsob ntoo hauv lub vaj ntawd tsuas yog ib tsob xwb uas txwv tsis pub noj. Tiamsis tus nab tau ntxias Evas, thiab nws kuj ntxias nws tus txiv, ces nkawd ob leeg tau noj ntawm tsob ntoo uas raug txwv ntawd. Nkawd tau rhuav Vajtswv txoj lus txib, thiab tau los ua neeg txhaum. Cov xov no tau nrov mus thoob plaws saum ntuj ceebtsheej, thiab txhua lub raj nkauj ncas txawm ntsiag to tag. Cov timtswv tau tu siab, thiab ntshai tsam Adas thiab Evas yuav rov ncab tes mus noj ntawm tsob ntoo txojsia thiab los ua neeg txhaum uas tsis txawj tuag. Tiamsis Vajtswv hais tias Nws yuav ntiab cov neeg ua txhaum tawm hauv lub vaj, thiab yuav siv cov kherubees thiab rab ntaj kub lug los zov txojkev mus rau tsob ntoo txojsia, kom tibneeg txhob los cuag tau nws thiab noj tau nws cov txiv, uas ua kom kev tsis txawj tuag nyob mus ib txhis.” Early Writings, 125.</w:t>
      </w:r>
    </w:p>
    <w:p>
      <w:pPr>
        <w:pStyle w:val="ArticleBody"/>
        <w:jc w:val="left"/>
      </w:pPr>
      <w:r>
        <w:rPr>
          <w:rFonts w:ascii="Times New Roman" w:hAnsi="Times New Roman" w:eastAsia="Times New Roman" w:cs="Times New Roman"/>
        </w:rPr>
        <w:t>Saum ntuj ceeb tsheej tau nyob ntsiag to thaum tibneeg los ua neeg txhaum, thiab saum ntuj ceeb tsheej tau nyob ntsiag to thaum Khetos cov ntshav raug muab los txhiv cov neeg txhaum, thiab saum ntuj ceeb tsheej tau nyob ntsiag to thaum Khetos txoj hauj lwm txiav txim pib hauv kev tshem kev txhaum tawm ntawm Nws haiv neeg.</w:t>
      </w:r>
    </w:p>
    <w:p>
      <w:pPr>
        <w:pStyle w:val="ArticleScripture"/>
        <w:jc w:val="left"/>
      </w:pPr>
      <w:r>
        <w:rPr>
          <w:rFonts w:ascii="Times New Roman" w:hAnsi="Times New Roman" w:eastAsia="Times New Roman" w:cs="Times New Roman"/>
        </w:rPr>
        <w:t>“Kev thov pab sawv cev ntawm Khetos rau tibneeg sawv cev nyob rau hauv lub tuam tsev dawb huv saum ntuj ceeb tsheej yog tseem ceeb rau txoj hau kev cawm seej ib yam li Nws txoj kev tuag saum tus ntoo khaublig. Los ntawm Nws txoj kev tuag Nws tau pib txoj haujlwm ntawd; tom qab Nws sawv hauv qhov tuag rov los, Nws thiaj nce mus saum ntuj ceeb tsheej kom ua kom tiav.” The Great Controversy, 489.</w:t>
      </w:r>
    </w:p>
    <w:p>
      <w:pPr>
        <w:pStyle w:val="ArticleBody"/>
        <w:jc w:val="left"/>
      </w:pPr>
      <w:r>
        <w:rPr>
          <w:rFonts w:ascii="Times New Roman" w:hAnsi="Times New Roman" w:eastAsia="Times New Roman" w:cs="Times New Roman"/>
        </w:rPr>
        <w:t>Tes hauj lwm ntawm kev txiav txim tau pib thaum tus timtswv thib peb los txog xyoo 1844, tiamsis Vajtswv haiv neeg tau xaiv tuag hauv tebchaws moj sab qhua, tsis yog los ua ib tug nrog Vajtswv tus yam ntxwv ib txhis mus li. Tus timtswv thib peb rov los txog dua rau lub Cuaj Hlis tim 11, xyoo 2001, thiab ib zaug ntxiv muaj kev ntsiag to saum ntuj ceeb tsheej. Ces Tus Tsov Ntxhuav ntawm xeem Yudas pib tshem daim foob xya, thaum cov timtswv ntsia ntsoov tus timtswv thib peb tuaj txog rau hauv keeb kwm ntawm tiam neeg kawg.</w:t>
      </w:r>
    </w:p>
    <w:p>
      <w:pPr>
        <w:pStyle w:val="ArticleBody"/>
        <w:jc w:val="left"/>
      </w:pPr>
      <w:r>
        <w:rPr>
          <w:rFonts w:ascii="Times New Roman" w:hAnsi="Times New Roman" w:eastAsia="Times New Roman" w:cs="Times New Roman"/>
        </w:rPr>
        <w:t>Xya tus tim tswv txiav txim xya leeg nyob ntawd twb npaj txhij los pib lawv tes haujlwm rhuav tshem lawm, tiam sis tom qab ntawd lawv raug hais kom “Tuav, tuav, tuav, tuav,” thaum ib puas plaub caug plaub txhiab leej tseem tab tom raug muab cim ntim. Ob npaug kev thov Vajtswv ntawm cov ncaj ncees raug xa mus saum ntuj, ua piv txwv los ntawm kaum hnub uas ua ntej Hnub Peetekos thiab pib tom qab plaub caug hnub (ib lub cim ntawm tebchaws moj sab qhua), sawv cev rau peb hnub ib nrab (ib lub cim ntawm tebchaws moj sab qhua) hauv Tshwmsim tshooj kaum ib. Ces ob tug tim khawv raug qhia los ntawm lub suab tawm hauv tebchaws moj sab qhua tias lawv yuav tsum ua kom tiav Daniyees ob lo lus thov. Lo lus thov ntawm Daniyees tshooj ob, uas Daniyees thiab peb tug neeg tsim txiaj tau thov kom tau qhov kaj los nkag siab Nenpukhanesas zaj npau suav zais cia hais txog tus yam ntxwv ntawm tej tsiaj qus, thiab Daniyees lo lus thov hauv tshooj cuaj, uas Daniyees tau thov ib leeg, ua kom tiav tej kev cai uas nyob hauv Levis Kevcai nees nkaum rau lo lus thov.</w:t>
      </w:r>
    </w:p>
    <w:p>
      <w:pPr>
        <w:pStyle w:val="ArticleBody"/>
        <w:jc w:val="left"/>
      </w:pPr>
      <w:r>
        <w:rPr>
          <w:rFonts w:ascii="Times New Roman" w:hAnsi="Times New Roman" w:eastAsia="Times New Roman" w:cs="Times New Roman"/>
        </w:rPr>
        <w:t>Kev thov Vajtswv koom txoos hauv Daniyees tshooj ob yog thov kom muaj qhov kaj txog ib qho zais tsis pub leejtwg paub uas raug zais nyob hauv kab sab nraud ntawm keeb kwm faj lem. Hos kev thov Vajtswv ntiag tug ntawm tus kheej hauv Daniyees tshooj cuaj yog thov txoj kev hlub tshua hais txog ib qho kev xav tau sab hauv. Thaum hluav taws ntawm nag lig pib poob los xyoo 2001, muaj ntau lub suab uas cov neeg to taub txog txoj kev qhia kab zuj zus saum kab zuj zus thiaj hnov tau. Hluav taws tawm ntawm lub thaj txi Ntuj uas raug pov los rau ntiajteb ntawd, yog zaj lus uas ua kom muaj kev cais zaum kawg ntawm cov neeg txawj ntse thiab cov neeg ruam; thiab thaum zaj lus ntawd txuas ntxiv txhim kho mus thoob kaum hnub uas ua cim ntawd, zaj lus ntawd thiaj li meej zuj zus thiab meej zuj zus ntxiv.</w:t>
      </w:r>
    </w:p>
    <w:p>
      <w:pPr>
        <w:pStyle w:val="ArticleBody"/>
        <w:jc w:val="left"/>
      </w:pPr>
      <w:r>
        <w:rPr>
          <w:rFonts w:ascii="Times New Roman" w:hAnsi="Times New Roman" w:eastAsia="Times New Roman" w:cs="Times New Roman"/>
        </w:rPr>
        <w:t>Cov lus ntawd yog qhov teeb meem hnyav zuj zus ntawm txoj kev txom nyem thib peb, uas nyob hauv Ezekiel tshooj peb caug xya, yog ob zaj lus faj lem uas xub ua rau ob tug tim khawv los sib sau ua ke, thiab tom qab ntawd ua rau nkawd sawv los ua ib pab tub rog muaj hwj chim loj. Tom qab ntawd, hauv tshooj peb caug xya, nkawd raug txuas ua ib tug pas xwb, thiab txoj kev sib koom uas raug sawv cev los ntawm kev txuas ua ib tug pas ntawd sawv cev rau kev sib xyaw ntawm txoj kev muaj ntuj ceeb tsheej nrog tib neeg txoj kev muaj, uas raug ua kom tiav nyob rau hauv cov kev txav zaum kawg ntawm kev muab cim rau ib puas plaub caug plaub txhiab leej.</w:t>
      </w:r>
    </w:p>
    <w:p>
      <w:pPr>
        <w:pStyle w:val="ArticleBody"/>
        <w:jc w:val="left"/>
      </w:pPr>
      <w:r>
        <w:rPr>
          <w:rFonts w:ascii="Times New Roman" w:hAnsi="Times New Roman" w:eastAsia="Times New Roman" w:cs="Times New Roman"/>
        </w:rPr>
        <w:t>Thaum Lub Xya hli xyoo 2023 tej lus thov tau pib nce mus saum ntuj, thiab tej ntawd yog tej lus thov hauv Daniyees tshooj cuaj, thiab tshooj ob. Ces tej suab nrov kuj tau hnov, thiab tej xob quaj, thiab tom qab ntawd kuj tau pom tej xob laim. Xob laim thiab xob quaj nrog nag los ua ke, hauv ntuj tsim teb raug thiab hauv tej lus faj lem ib yam nkaus. Nag tau pib poob rau lub Cuaj Hli 11, 2001. Thawj qhov uas hais txog xob laim thiab xob quaj qhia tias nws yog ib txoj xov uas raug npaj los tsim kom muaj kev ntshai Vajtswv.</w:t>
      </w:r>
    </w:p>
    <w:p>
      <w:pPr>
        <w:pStyle w:val="ArticleScripture"/>
        <w:jc w:val="left"/>
      </w:pPr>
      <w:r>
        <w:rPr>
          <w:rFonts w:ascii="Times New Roman" w:hAnsi="Times New Roman" w:eastAsia="Times New Roman" w:cs="Times New Roman"/>
        </w:rPr>
        <w:t>Thiab tau muaj tias, rau hnub peb thaum sawv ntxov, muaj xob quaj thiab xob laim, thiab muaj ib tauv huab tuab saum lub roob, thiab suab raj nrov heev kawg; ua rau txhua tus pej xeem uas nyob hauv lub yeej tshee hnyo. Exodus 19:16.</w:t>
      </w:r>
    </w:p>
    <w:p>
      <w:pPr>
        <w:pStyle w:val="ArticleBody"/>
        <w:jc w:val="left"/>
      </w:pPr>
      <w:r>
        <w:rPr>
          <w:rFonts w:ascii="Times New Roman" w:hAnsi="Times New Roman" w:eastAsia="Times New Roman" w:cs="Times New Roman"/>
        </w:rPr>
        <w:t>Cov xob laim thiab suab nroo ntawd nrog lub “suab” raj nrov ua ke. Lawv nrog los nrog nag, thiab sawv cev rau tej kauj ruam yaj saub los coj Vajtswv haiv neeg kev.</w:t>
      </w:r>
    </w:p>
    <w:p>
      <w:pPr>
        <w:pStyle w:val="ArticleScripture"/>
        <w:jc w:val="left"/>
      </w:pPr>
      <w:r>
        <w:rPr>
          <w:rFonts w:ascii="Times New Roman" w:hAnsi="Times New Roman" w:eastAsia="Times New Roman" w:cs="Times New Roman"/>
        </w:rPr>
        <w:t>Cov huab tau nchuav dej tawm; lub ntuj tau tso suab nrov tawm; koj tej xub kuj ya mus thoob plaws. Lub suab ntawm koj xob quaj nyob saum ntuj; tej xob cig tau ci rau lub ntiajteb; lub ntiajteb tau tshee hnyo thiab co. Koj txojkev nyob hauv hiavtxwv, thiab koj txojkab nyob hauv dej loj, thiab tsis muaj leejtwg paub koj cov hneev taw. Koj tau coj koj haivneeg ib yam li ib pab yaj, los ntawm Mauxes thiab Aloos txhais tes. Ntawv Nkauj 77:17–20.</w:t>
      </w:r>
    </w:p>
    <w:p>
      <w:pPr>
        <w:pStyle w:val="ArticleBody"/>
        <w:jc w:val="left"/>
      </w:pPr>
      <w:r>
        <w:rPr>
          <w:rFonts w:ascii="Times New Roman" w:hAnsi="Times New Roman" w:eastAsia="Times New Roman" w:cs="Times New Roman"/>
        </w:rPr>
        <w:t>Cov xob laim thiab xob quaj yog Vajtswv lub suab, uas tshwm sim thaum lub caij los nag, thiab nyob rau lub sijhawm ntawd, Nws coj Nws tej cua (Islam yog cua tuaj sab hnub tuaj) tawm hauv Nws lub txhab nyiaj.</w:t>
      </w:r>
    </w:p>
    <w:p>
      <w:pPr>
        <w:pStyle w:val="ArticleScripture"/>
        <w:jc w:val="left"/>
      </w:pPr>
      <w:r>
        <w:rPr>
          <w:rFonts w:ascii="Times New Roman" w:hAnsi="Times New Roman" w:eastAsia="Times New Roman" w:cs="Times New Roman"/>
        </w:rPr>
        <w:t>Thaum Nws tsa suab hais tawm, muaj dej coob heev nyob saum ntuj, thiab Nws ua kom pa ncho nce tawm ntawm tej kawg ntiajteb; Nws tsim xob laim nrog nag, thiab coj cua tawm hauv Nws tej txhab. Yelemis 10:13.</w:t>
      </w:r>
    </w:p>
    <w:p>
      <w:pPr>
        <w:pStyle w:val="ArticleBody"/>
        <w:jc w:val="left"/>
      </w:pPr>
      <w:r>
        <w:rPr>
          <w:rFonts w:ascii="Times New Roman" w:hAnsi="Times New Roman" w:eastAsia="Times New Roman" w:cs="Times New Roman"/>
        </w:rPr>
        <w:t>Vajtswv tsa nws lub suab thaum Nws qw nrov ib yam li ib tug tsov ntxhuav, thiab raws li qhov ntawd xya lub xob quaj nrov kuj tsa lawv tej suab tawm, thiab xya lub xob quaj nrov ntawd sawv cev rau Vajtswv tej hneev taw thoob plaws hauv keeb kwm ntawm kev txav Millerite thiab kuj hauv kev txav ntawm tus timtswv thib peb, uas rov los dua rau hnub tim 11 lub Cuaj Hlis, 2001, thaum Nws coj cua tuaj sab hnub tuaj tawm hauv Nws tej chaw khaws cuab tam.</w:t>
      </w:r>
    </w:p>
    <w:p>
      <w:pPr>
        <w:pStyle w:val="ArticleScripture"/>
        <w:jc w:val="left"/>
      </w:pPr>
      <w:r>
        <w:rPr>
          <w:rFonts w:ascii="Times New Roman" w:hAnsi="Times New Roman" w:eastAsia="Times New Roman" w:cs="Times New Roman"/>
        </w:rPr>
        <w:t>Nws ua kom cov huab pa ncho tuaj saum ntuj txij ntawm tej chaw kawg nkaus ntawm lub ntiajteb; nws tsim xob laim rau nag; nws coj cua tawm hauv nws tej tsev khaws cia. Tus uas ntaus cov tub hlob hauv Iyi tebchaws, tsis hais tibneeg lossis tsiaj txhu. Ntawv Nkauj 135:7, 8.</w:t>
      </w:r>
    </w:p>
    <w:p>
      <w:pPr>
        <w:pStyle w:val="ArticleBody"/>
        <w:jc w:val="left"/>
      </w:pPr>
      <w:r>
        <w:rPr>
          <w:rFonts w:ascii="Times New Roman" w:hAnsi="Times New Roman" w:eastAsia="Times New Roman" w:cs="Times New Roman"/>
        </w:rPr>
        <w:t>Nws tau coj cua tawm hauv Nws tej tsev txhab, thaum cov tub hlob ntawm Iyi tebchaws raug ntaus, thiab Hla Dhau tau ua tus qauv qhia txog tus ntoo khaub lig, uas tom qab ntawd yog tus qauv qhia txog kev tuaj txog ntawm tus timtswv thib peb hauv xyoo 1844, uas tom qab ntawd yog tus qauv qhia txog kev rov qab los ntawm tus timtswv thib peb hauv hnub ntawm cua tuaj sab hnub tuaj, rau hnub tim 11 Lub Cuaj Hli, 2001.</w:t>
      </w:r>
    </w:p>
    <w:p>
      <w:pPr>
        <w:pStyle w:val="ArticleBody"/>
        <w:jc w:val="left"/>
      </w:pPr>
      <w:r>
        <w:rPr>
          <w:rFonts w:ascii="Times New Roman" w:hAnsi="Times New Roman" w:eastAsia="Times New Roman" w:cs="Times New Roman"/>
        </w:rPr>
        <w:t>Thaum muab cov xauv raus ntawm phau ntawv uas raug kaw ruaj nrog xya lub xauv, qhov ntawd sawv cev rau qhov kev nthuav tawm zuj zus ntawm qhov tseeb. Kev muab lub xauv thib xya tawm sawv cev rau lub sijhawm muab lub cim rau ib puas plaub caug plaub txhiab leej. Thaum phau ntawv uas raug kaw nrog xya lub xauv raug hais txog thawj zaug, muaj tej xob laim, suab xob quaj thiab tej suab, tiam sis tsis muaj av qeeg.</w:t>
      </w:r>
    </w:p>
    <w:p>
      <w:pPr>
        <w:pStyle w:val="ArticleScripture"/>
        <w:jc w:val="left"/>
      </w:pPr>
      <w:r>
        <w:rPr>
          <w:rFonts w:ascii="Times New Roman" w:hAnsi="Times New Roman" w:eastAsia="Times New Roman" w:cs="Times New Roman"/>
        </w:rPr>
        <w:t>Thiab los ntawm lub zwm txwv ntawd txawm muaj xob laim thiab suab nroo thiab tej suab nrov tawm tuaj; thiab muaj xya lub teeb hluav taws cig ntsa iab nyob rau ntawm xub ntiag lub zwm txwv, uas yog xya Leej Ntsuj Plig ntawm Vajtswv. Qhia Tshwm 4:5.</w:t>
      </w:r>
    </w:p>
    <w:p>
      <w:pPr>
        <w:pStyle w:val="ArticleBody"/>
        <w:jc w:val="left"/>
      </w:pPr>
      <w:r>
        <w:rPr>
          <w:rFonts w:ascii="Times New Roman" w:hAnsi="Times New Roman" w:eastAsia="Times New Roman" w:cs="Times New Roman"/>
        </w:rPr>
        <w:t>Hauv qhov kev hais thawj zaug txog cov suab, tej xob laim, thiab tej xob quaj nroo; nag raug sawv cev los ntawm tus Vaj Ntsuj Plig Dawb Huv, uas yog xya lub teeb roj hluav taws, tiam sis tsis muaj av qeeg. Nws yog thaum muab Lub Cim Xya tshem tawm uas thiaj txheeb pom tau qhov av qeeg ntawm txoj cai Hnub Caiv uas yuav los sai no. Tshooj plaub hauv Phau Ntawv Qhia Tshwm txheeb qhia qhov pib ntawm kev qhib qhov tseeb uas raug ua kom tiav los ntawm Tus Tsov Ntxhuav ntawm xeem Yudas, thiab thaum lub sijhawm muab cim raug txheeb qhia, nws txheeb qhia qhov pib thiab qhov xaus ntawm lub sijhawm ntawd.</w:t>
      </w:r>
    </w:p>
    <w:p>
      <w:pPr>
        <w:pStyle w:val="ArticleBody"/>
        <w:jc w:val="left"/>
      </w:pPr>
      <w:r>
        <w:rPr>
          <w:rFonts w:ascii="Times New Roman" w:hAnsi="Times New Roman" w:eastAsia="Times New Roman" w:cs="Times New Roman"/>
        </w:rPr>
        <w:t>Qhov pib ntawm lub sijhawm tam sim no yog thaum tus timtswv nqes los ua kom lub ntiajteb ci ntsa iab nrog Nws lub yeeb koob rau hnub tim 11 lub Cuaj Hli, 2001; ces hauv Yaxayas rau peb tau raug qhia tias zaj lus uas sawv cev los ntawm “suab, xob laim, nroo, cua thiab nag,” uas xaus rau ntawm txoj cai Hnub Caiv, yuav tsum raug tshaj tawm rau ib haiv neeg uas pom los yuav tsis muaj peev xwm to taub lub ntsiab ntawm cov xob laim ntawd, thiab txawm lawv hnov los lawv yuav tsis muaj peev xwm nkag siab cov suab thiab cov nroo, mus txog thaum qhov av qeeg loj los ntes lawv. Lub sijhawm ntawm kev muab lub cim rau ib puas plaub caug plaub txhiab leej yog lub sijhawm uas qhov txiaj ntsig ntawm txhua zaj yog toog pom raug ua kom tiav.</w:t>
      </w:r>
    </w:p>
    <w:p>
      <w:pPr>
        <w:pStyle w:val="ArticleBody"/>
        <w:jc w:val="left"/>
      </w:pPr>
      <w:r>
        <w:rPr>
          <w:rFonts w:ascii="Times New Roman" w:hAnsi="Times New Roman" w:eastAsia="Times New Roman" w:cs="Times New Roman"/>
        </w:rPr>
        <w:t>Keeb kwm ntawd tsim tawm thiab qhia tawm ob pawg neeg pe hawm. Ib pawg lees paub nag, thiab yog li ntawd thiaj txais nws, vim lawv pom tau xob laim, thiab hnov tau tej suab, nroo thiab cua. Thaum xaus rau lub sijhawm ntawm kev kaw cim, txoj kev av qeeg loj ntawm txoj cai Hnub Caiv cuav uas yuav los sai sai no, ces qhib kev rau Vajtswv cov kev txiav txim uas raug coj los siv.</w:t>
      </w:r>
    </w:p>
    <w:p>
      <w:pPr>
        <w:pStyle w:val="ArticleScripture"/>
        <w:jc w:val="left"/>
      </w:pPr>
      <w:r>
        <w:rPr>
          <w:rFonts w:ascii="Times New Roman" w:hAnsi="Times New Roman" w:eastAsia="Times New Roman" w:cs="Times New Roman"/>
        </w:rPr>
        <w:t>Thiab lub tuam tsev ntawm Vajtswv tau qhib rau saum ntuj lawm, thiab hauv nws lub tuam tsev tau pom lub phij xab ntawm nws txoj kev cog lus tseg; thiab muaj xob laim, thiab suab nrov, thiab xob quaj, thiab av qeeg, thiab lawg loj. Qhia Tshwm 11:19.</w:t>
      </w:r>
    </w:p>
    <w:p>
      <w:pPr>
        <w:pStyle w:val="ArticleBody"/>
        <w:jc w:val="left"/>
      </w:pPr>
      <w:r>
        <w:rPr>
          <w:rFonts w:ascii="Times New Roman" w:hAnsi="Times New Roman" w:eastAsia="Times New Roman" w:cs="Times New Roman"/>
        </w:rPr>
        <w:t>Thaum lub sijhawm av qeeg loj ntawd, cov “xob laim, thiab suab, thiab xob quaj,” muaj nrog “lawg.” “Lawg” sawv cev rau tej kev txiav txim uas xya tug timtswv ceeb tsheej pib nchuav tawm, cov uas twb tab tom npaj yuav ua li ntawd txij thaum pib lub sijhawm kaw cim, thaum lub cim thib xya tab tom raug qhib; ib yam nkaus li lawv tau tab tom tos kom tus timtswv ceeb tsheej hla mus thoob Yeluxalees thiab muab ib lub cim tso rau saum cov neeg uas ntsaj siab quaj ntsuag thiab hu quaj vim tej kev qias vuab tsuab uas tau ua nyob hauv lub tebchaws (sab nraud), thiab nyob hauv pawg ntseeg (sab hauv).</w:t>
      </w:r>
    </w:p>
    <w:p>
      <w:pPr>
        <w:pStyle w:val="ArticleBody"/>
        <w:jc w:val="left"/>
      </w:pPr>
      <w:r>
        <w:rPr>
          <w:rFonts w:ascii="Times New Roman" w:hAnsi="Times New Roman" w:eastAsia="Times New Roman" w:cs="Times New Roman"/>
        </w:rPr>
        <w:t>“Lub lawg” qhia txog lub sijhawm ntawm Vajtswv txoj kev txiav txim rhuav tshem, uas yog ib lub sijhawm ntawm txoj kev khuvleej rau Vajtswv pab yaj lwm pab, uas thaum ntawd tab tom raug hu tawm hauv Npanpiloo, thiab thaum tus kawg ntawm cov neeg coob kawg nkaus tau koom nrog Vajtswv pab yaj lawm, ces lub sijhawm sim siab rau tibneeg raug kaw kiag li.</w:t>
      </w:r>
    </w:p>
    <w:p>
      <w:pPr>
        <w:pStyle w:val="ArticleScripture"/>
        <w:jc w:val="left"/>
      </w:pPr>
      <w:r>
        <w:rPr>
          <w:rFonts w:ascii="Times New Roman" w:hAnsi="Times New Roman" w:eastAsia="Times New Roman" w:cs="Times New Roman"/>
        </w:rPr>
        <w:t>Ces tus tim tswv xya tau nchuav nws lub hwj rau saum huab cua; ces muaj ib lub suab nrov loj tawm hauv lub tuam tsev saum ntuj los, ntawm lub zwm txwv, hais tias, Tiav lawm. Thiab muaj tej suab nrov, thiab xob quaj, thiab laim xob; thiab muaj ib qho av qeeg loj kawg nkaus, yam uas tsis tau muaj txij thaum tib neeg nyob saum lub ntiajteb los, yog ib qho av qeeg uas muaj hwjchim loj ua luaj thiab loj kawg nkaus. Thiab lub nroog loj ntawd tau tawg ua peb feem, thiab tej nroog ntawm cov tebchaws poob tas; thiab Npanpiloo loj tau raug nco ntsoov rau ntawm Vajtswv xub ntiag, kom muab lub khob cawv txiv hmab ntawm qhov kub lug ntawm nws txojkev chim rau nws. Tshwmsim 16:17–19.</w:t>
      </w:r>
    </w:p>
    <w:p>
      <w:pPr>
        <w:pStyle w:val="ArticleBody"/>
        <w:jc w:val="left"/>
      </w:pPr>
      <w:r>
        <w:rPr>
          <w:rFonts w:ascii="Times New Roman" w:hAnsi="Times New Roman" w:eastAsia="Times New Roman" w:cs="Times New Roman"/>
        </w:rPr>
        <w:t>Tus Neeg Nyeem Zoo: Koj puas hnov cov suab thiab xob quaj nroo? Koj puas pom tej laim xob? Koj puas hnov tau cua? Tsis ntev no koj yuav hnov cov suab ntawm cov nkauj xwb ruam thov roj.</w:t>
      </w:r>
    </w:p>
    <w:p>
      <w:pPr>
        <w:pStyle w:val="ArticleBody"/>
        <w:jc w:val="left"/>
      </w:pPr>
      <w:r>
        <w:rPr>
          <w:rFonts w:ascii="Times New Roman" w:hAnsi="Times New Roman" w:eastAsia="Times New Roman" w:cs="Times New Roman"/>
        </w:rPr>
        <w:t>Peb yuav txuas ntxiv txoj kev kawm no nyob rau hauv tsab xov xwm tom ntej.</w:t>
      </w:r>
    </w:p>
    <w:p>
      <w:pPr>
        <w:pStyle w:val="ArticleScripture"/>
        <w:jc w:val="left"/>
      </w:pPr>
      <w:r>
        <w:rPr>
          <w:rFonts w:ascii="Times New Roman" w:hAnsi="Times New Roman" w:eastAsia="Times New Roman" w:cs="Times New Roman"/>
        </w:rPr>
        <w:t>Peb tau nrhiav kev thaj yeeb, tiam sis tsis muaj ib yam zoo los; thiab nrhiav ib lub sijhawm kho zoo, thiab saib seb, muaj kev kub ntxhov! Lub suab tsw qab ntawm nws cov nees tau hnov tawm hauv Dan los: tag nrho lub tebchaws tshee hnyo rau lub suab quaj nrov ntawm nws cov nees muaj zog; rau qhov lawv twb tuaj lawm, thiab tau nqos lub tebchaws, thiab txhua yam uas nyob hauv nws; lub nroog, thiab cov uas nyob hauv ntawd. Rau qhov, saib seb, kuv yuav xa nab, cockatrices, los nyob hauv nej nruab nrab, cov uas yuav tsis raug ntxias tau, thiab lawv yuav tom nej, tus Tswv hais li ntawd. Thaum kuv xav nplij kuv tus kheej tawm tsam kev tu siab, kuv lub siab qaug zog nyob hauv kuv. Saib seb lub suab ntawm txoj kev quaj ntawm tus ntxhais ntawm kuv haiv neeg vim cov uas nyob hauv ib thaj tebchaws deb: Tus Tswv puas tsis nyob hauv Xi-oos? nws tus vajntxwv puas tsis nyob hauv nws? Ua li cas lawv thiaj ua rau kuv chim nrog lawv tej mlom txaug, thiab nrog tej yam tsis muaj nqis txawv tebchaws? Lub caij sau qoob twb dhau lawm, lub caij ntuj sov twb xaus lawm, thiab peb tseem tsis tau dim. Vim qhov raug mob ntawm tus ntxhais ntawm kuv haiv neeg kuv thiaj raug mob; kuv tsaus nti; kev ceeb ntshai loj tau tuav rawv kuv. Puas tsis muaj tshuaj cawm hauv Kile-a? puas tsis muaj kws kho mob nyob ntawd? yog li ntawd ua cas txoj kev kho zoo ntawm tus ntxhais ntawm kuv haiv neeg ho tsis rov qab los? Yelemis 8:15–22.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Ib Puas Peb Caug Tsib</dc:title>
  <dc:subject>Cov Suab Yaj Saub ntawm 1776, 1789, thiab 1798: Ib Zaj Qhib Kev rau Kev Muab Foob rau 144,000</dc:subject>
  <dc:creator>Jeff Pippenger</dc:creator>
  <cp:keywords/>
  <dc:description>Generated by ArticleDigger from daniel\135_daniel.json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