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Daniyees - Ib Puag Peb Caug Rau</w:t>
      </w:r>
    </w:p>
    <w:p>
      <w:pPr>
        <w:pStyle w:val="ArticleSubtitle"/>
        <w:jc w:val="left"/>
      </w:pPr>
      <w:r>
        <w:rPr>
          <w:rFonts w:ascii="Arial" w:hAnsi="Arial" w:eastAsia="Arial" w:cs="Arial"/>
        </w:rPr>
        <w:t>Kev Hloov Chaw Saib Yaj Saub ntawm Republicanism thiab Protestantism: Los Ntawm Kev Tuag Mus Rau Kev Sawv Rov Los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2024-03-14</w:t>
      </w:r>
    </w:p>
    <w:p>
      <w:pPr>
        <w:pStyle w:val="ArticleBody"/>
        <w:jc w:val="left"/>
      </w:pPr>
      <w:r>
        <w:rPr>
          <w:rFonts w:ascii="Times New Roman" w:hAnsi="Times New Roman" w:eastAsia="Times New Roman" w:cs="Times New Roman"/>
        </w:rPr>
        <w:t>Muaj ib qho kev hloov ntawm ob lub kub ntawm tus tsiaj qus hauv ntiajteb, yog lub kub Republican thiab lub kub Protestant tiag, uas tau pib nyob rau xyoo 2020. Lub kub Protestant tiag raug tua thaum Lub Xya hli ntuj 18, 2020, thiab lub kub Republican raug tua thaum Lub Kaum ib hlis 3, 2020. Raws li Tshwm Sim tshooj kaum ib, tom qab peb hnub rhais ib nrab uas yog hnub cim, lawv yuav rov sawv ntsug saum lawv ko taw dua ib zaug. Thaum lawv sawv, lub kub Protestant tiag yuav hloov ntawm cov Laodiceans mus rau cov Philadelphians. Lawv yuav raug coj tawm ntawm ib lub koom txoos, thiab raug coj los rau hauv ib qho kev txav. Lawv raug coj tawm ntawm txoj kev paub dhau ntawm pawg ntseeg xya, mus rau txoj kev paub dhau ntawm pawg ntseeg rau. Lawv tau dhau los ua tus yim, uas yog ntawm xya.</w:t>
      </w:r>
    </w:p>
    <w:p>
      <w:pPr>
        <w:pStyle w:val="ArticleBody"/>
        <w:jc w:val="left"/>
      </w:pPr>
      <w:r>
        <w:rPr>
          <w:rFonts w:ascii="Times New Roman" w:hAnsi="Times New Roman" w:eastAsia="Times New Roman" w:cs="Times New Roman"/>
        </w:rPr>
        <w:t>Kev txav thaum chiv thawj ntawm Adventism yog txoj kev txav Philadelphian, thiab txoj kev txav Philadelphian raug muab kho kom rov muaj dua thaum kawg. Tes haujlwm ntawm peb tug tim tswv hauv Tshwmsim tshooj kaum plaub tau pib los ua ib txoj kev txav, thiab nws yuav xaus los ua ib txoj kev txav. Txoj kev txav Philadelphian, uas raug sawv cev los ntawm pawg ntseeg thib rau ntawm Philadelphia, tau tuag xyoo 1856, thiab pib thaum xaus lub Xya hli ntuj xyoo 2023, tam sim no nws tab tom raug tsa sawv rov qab los ua tus thib yim, uas yog ntawm xya tus.</w:t>
      </w:r>
    </w:p>
    <w:p>
      <w:pPr>
        <w:pStyle w:val="ArticleBody"/>
        <w:jc w:val="left"/>
      </w:pPr>
      <w:r>
        <w:rPr>
          <w:rFonts w:ascii="Times New Roman" w:hAnsi="Times New Roman" w:eastAsia="Times New Roman" w:cs="Times New Roman"/>
        </w:rPr>
        <w:t>Hauv tib zaj keeb kwm no, lub kub ntawm Republican kuj tab tom ntsib ib txoj kev tuag thiab kev sawv rov los uas mus tib seem, thaum tus thawj tswj hwm thib rau txij li Reagan los txog thaum lub sij hawm kawg hauv xyoo 1989 los ua tus thawj tswj hwm thib yim, uas yog los ntawm xya tus ntawd. Txoj txheej txheem ntawm kev hloov mus rau lub kub ntawm Republican raug sawv cev los ntawm nws txoj kev sib koom ua ke nrog lub kub ntawm Protestantism uas tau thim rov qab, uas yog kev ua nkauj ua nraug sab ntsuj plig thiab yog daim duab ntawm tsiaj qus. Lub kub ntawm Republican dhau los ua tus thib yim, uas yog los ntawm xya tus ntawd, vim nws sawv cev rau ib daim duab ntawm tsiaj qus ntawm Catholicism, uas yog lub taub hau thib yim, uas yog los ntawm xya lub taub hau, hauv Tshwmsim tshooj kaum xya, thiab hauv Daniyees tshooj ob.</w:t>
      </w:r>
    </w:p>
    <w:p>
      <w:pPr>
        <w:pStyle w:val="ArticleBody"/>
        <w:jc w:val="left"/>
      </w:pPr>
      <w:r>
        <w:rPr>
          <w:rFonts w:ascii="Times New Roman" w:hAnsi="Times New Roman" w:eastAsia="Times New Roman" w:cs="Times New Roman"/>
        </w:rPr>
        <w:t>Kev hloov mus rau txheej xwm nom tswv ntawm lub kub ntawm Republicanism raug sawv cev nyob hauv lub sijhawm npaj txhij txij xyoo 1776 mus txog 1798. Lub sijhawm yaj saub ntawd yog ib tug yuam sij tsim nyog kom paub txog kev qhib lub zais cia uas tau muab kaw tseg ntawm Nebuchadnezzar tus mlom hais txog cov tsiaj qus. Lub sijhawm npaj txhij ntawd raug sawv cev los ntawm ib lub sijhawm peb caug xyoo ntawm kev npaj txhij rau ob leeg Khetos thiab tus antichrist.</w:t>
      </w:r>
    </w:p>
    <w:p>
      <w:pPr>
        <w:pStyle w:val="ArticleBody"/>
        <w:jc w:val="left"/>
      </w:pPr>
      <w:r>
        <w:rPr>
          <w:rFonts w:ascii="Times New Roman" w:hAnsi="Times New Roman" w:eastAsia="Times New Roman" w:cs="Times New Roman"/>
        </w:rPr>
        <w:t>Lub sijhawm muab lub cim ntim txij thaum lub Cuaj Hlis 11, 2001 mus txog rau txoj cai Sunday uas yuav los sai no yog lub sijhawm cev lus faj lem uas qhov txiaj ntsig ntawm txhua qhov yog toog pom raug ua kom tiav. Nws sawv cev rau lub sijhawm uas xaus nrog kev ua rau lub hwjchim papacy rov qab los zaum saum lub zwm txwv ntawm lub ntiaj teb ua lub nceeg vaj yim, uas yog los ntawm xya lub, thaum lub sijhawm ntawm “av qeeg loj” hauv Tshwmsim tshooj kaum ib. Yog li ntawd, nws twb raug ua piv txwv los ntawm lub sijhawm uas tau los ua ntej thawj zaug uas lub hwjchim papacy raug tsa saum lub zwm txwv hauv xyoo 538. Hauv xyoo 538 lub hwjchim papacy tau tshaj tawm ib txoj cai Sunday hauv Pawg Sablaj ntawm Orleans, qhia txog qhov xaus ntawm peb caug xyoo ntawm kev npaj tseg, thiab ua piv txwv txog txoj cai Sunday uas yuav los sai no. Yexus yeej tsis hloov li, yog li ntawd yuav tsum muaj ib lub sijhawm uas los ua ntej txoj cai Sunday uas qhov txhab tuag taus raug kho zoo, ib yam li thaum thawj zaug lub hwjchim papacy raug tsa saum lub zwm txwv.</w:t>
      </w:r>
    </w:p>
    <w:p>
      <w:pPr>
        <w:pStyle w:val="ArticleBody"/>
        <w:jc w:val="left"/>
      </w:pPr>
      <w:r>
        <w:rPr>
          <w:rFonts w:ascii="Times New Roman" w:hAnsi="Times New Roman" w:eastAsia="Times New Roman" w:cs="Times New Roman"/>
        </w:rPr>
        <w:t>Lub sijhawm ntawd yog sawv cev los ntawm tej keeb kwm uas cuam tshuam nrog cov cim tseem ceeb ntawm xyoo 508, 533 thiab 538. Xyoo 508, lub sijhawm npaj txhij, los sis kev tsa lub hwjchim papacy, tau pib. Lub nceeg vaj thib plaub ntawm Loos teev dab qhuas, uas yog ib lub hwjchim zaj, twb raug txo hwjchim lawm, thiab xyoo 533, Justinian tau tshaj tawm tias papacy yog “lub taub hau ntawm cov koom txoos, thiab kuj yog tus kho kom ncaj cov neeg ntseeg cuav.” Txhua yam uas tseem tshuav kom papacy thiaj li yuav tswj tau tag nrho xyoo 538, yog kev tshem cov Goths tawm hauv Lub Nroog Loos, thiab qhov ntawd tau tshwm sim xyoo 538. Txoj kab keeb kwm peb caug xyoo ntawd khiav mus sib txig nrog kev yug los ntawm Khetos, uas tom qab ntawd muaj raws los ntawm txoj hauj lwm qhuab qhia ntawm Yauhas, uas coj mus rau kev muab hwjchim rau Yexus ua tus Mexiyas thaum Nws ua kevcai raus dej.</w:t>
      </w:r>
    </w:p>
    <w:p>
      <w:pPr>
        <w:pStyle w:val="ArticleBody"/>
        <w:jc w:val="left"/>
      </w:pPr>
      <w:r>
        <w:rPr>
          <w:rFonts w:ascii="Times New Roman" w:hAnsi="Times New Roman" w:eastAsia="Times New Roman" w:cs="Times New Roman"/>
        </w:rPr>
        <w:t>Lub sij hawm npaj hauv keeb kwm ntawm Khetos khiav sib law liag nrog lub sijhawm kaw lub cim, thiab nws hais txog txoj kab sab hauv ntawm tus kub Protestant, hos lub sij hawm npaj rau tus tawm tsam Khetos hais txog txoj kab sab nraud ntawm tus kub Republican. Ob lub sij hawm ntawd muab ob tug tim khawv txog Cuaj Hlis 11, 2001, Kaum Hlis 7, 2023, thiab txoj cai Sunday uas yuav los sai no. Ib lub sij hawm tab tom hais kom pom tseeb txog sab nraud, hos lwm lub tab tom hais txog zaj lus tim khawv sab hauv ntawm lub sijhawm kaw lub cim ntawm ib puas plaub caug plaub txhiab leej.</w:t>
      </w:r>
    </w:p>
    <w:p>
      <w:pPr>
        <w:pStyle w:val="ArticleBody"/>
        <w:jc w:val="left"/>
      </w:pPr>
      <w:r>
        <w:rPr>
          <w:rFonts w:ascii="Times New Roman" w:hAnsi="Times New Roman" w:eastAsia="Times New Roman" w:cs="Times New Roman"/>
        </w:rPr>
        <w:t>Tes haujlwm ntawm Yauhas, uas yog lub suab quaj hauv tebchaws moj sab qhua uas npaj txojkev rau Tus Tubtxib ntawm Txojlus Cog Tseg, yog ib yam sib txig nrog txoj cai txib ntawm Justinian uas npaj txojkev rau tus neeg ntawm kev txhaum, uas yog tus tubtxib ntawm txojlus cog tseg ntawm kev tuag. Lub Kaum Hli 7, 2023 yog qhov kev ceeb toom txog yam uas yuav tshwm sim thaum txoj cai hnub Sunday raug yuam siv, ib yam li tau muaj nyob rau hauv 538. Lub Kaum Hli 7, 2023 sib txig nrog 533 hauv lub sijhawm npaj ua ntej rau thawj zaug uas lub hwjchim papacy raug tsa rau saum lub zwm txwv ntawm lub ntiajteb. Nws yog qhov kev ceeb toom tias nyob rau hauv txoj cai hnub Sunday uas yuav los txog sai, ib yam li nyob rau hauv 538, tus pope yuav rov qab los ua ob yam tib si, yog tus thawj ntawm cov pawg ntseeg, thiab tseem yog tus kho kom raug ntawm cov neeg ntseeg cuav. Nws kuj yog qhov kev ceeb toom txog kev ua rog ntawm Islam uas tab tom hnyav zuj zus ntawm txoj kev ceeb thib peb.</w:t>
      </w:r>
    </w:p>
    <w:p>
      <w:pPr>
        <w:pStyle w:val="ArticleBody"/>
        <w:jc w:val="left"/>
      </w:pPr>
      <w:r>
        <w:rPr>
          <w:rFonts w:ascii="Times New Roman" w:hAnsi="Times New Roman" w:eastAsia="Times New Roman" w:cs="Times New Roman"/>
        </w:rPr>
        <w:t>Nws yog lo lus ceeb toom uas txheeb Islam (xov ntawm sab hnub tuaj), thiab lo lus ceeb toom txog kev rov tsim kho tus pope (xov ntawm sab qaum teb). Lo lus ceeb toom ntawd sib raug nrog tes hauj lwm ntawm tus tubtxib uas npaj txojkev rau hnub kawg, rau tus Tubtxib ntawm Txojlus Cog Tseg, uas yuav los nkag rau hauv txojlus cog tseg nrog ib puas plaub caug plaub txhiab leej.</w:t>
      </w:r>
    </w:p>
    <w:p>
      <w:pPr>
        <w:pStyle w:val="ArticleBody"/>
        <w:jc w:val="left"/>
      </w:pPr>
      <w:r>
        <w:rPr>
          <w:rFonts w:ascii="Times New Roman" w:hAnsi="Times New Roman" w:eastAsia="Times New Roman" w:cs="Times New Roman"/>
        </w:rPr>
        <w:t>Peb lub caij nyoog ntawm kev npaj (peb caug xyoo ntawm Khetos thiab tus antichrist, thiab lub sij hawm ntawm kev muab khi), kuj raug ua qauv qhia los ntawm lub sij hawm txij xyoo 1776 mus txog 1798. Qhov kawg ntawm tus tsiaj qus hauv ntiajteb muaj ib lub sij hawm tshwjxeeb uas los ua ntej nws txoj kev xaus ua lub nceeg vaj thib rau ntawm Vajlugkub tej lus faj lem; yog li ntawd, qhov pib ntawm tus tsiaj qus hauv ntiajteb ua lub nceeg vaj thib rau ntawm Vajlugkub tej lus faj lem kuj yuav tsum muaj ib lub sij hawm faj lem uas los ua ntej qhov pib ntawm lub nceeg vaj ntawd. Alpha thiab Omega ib txwm ua qauv qhia txog qhov kawg ntawm ib yam, nrog rau qhov pib ntawm ib yam.</w:t>
      </w:r>
    </w:p>
    <w:p>
      <w:pPr>
        <w:pStyle w:val="ArticleBody"/>
        <w:jc w:val="left"/>
      </w:pPr>
      <w:r>
        <w:rPr>
          <w:rFonts w:ascii="Times New Roman" w:hAnsi="Times New Roman" w:eastAsia="Times New Roman" w:cs="Times New Roman"/>
        </w:rPr>
        <w:t>1776, 1789 thiab 1798 sawv cev rau Lub Cuaj Hlis 11, 2001, Lub Kaum Hli 7, 2023, thiab txoj cai Hnub Caiv uas tab tom yuav los sai no. Txij xyoo 1776 mus txog 1798, txoj kev npaj raws li yaj saub rau kev tsa lub nceeg vaj thib rau tau ua tiav lawm, ib yam li cov xyoo 508, 533, thiab 538 tau sawv cev rau txoj kev npaj rau kev tsa lub nceeg vaj thib tsib. Lawv yuav tsum muaj tib yam cwj pwm raws li yaj saub no, rau qhov lub nceeg vaj thib rau yuav tsum yog tus duab ntawm lub nceeg vaj thib tsib.</w:t>
      </w:r>
    </w:p>
    <w:p>
      <w:pPr>
        <w:pStyle w:val="ArticleBody"/>
        <w:jc w:val="left"/>
      </w:pPr>
      <w:r>
        <w:rPr>
          <w:rFonts w:ascii="Times New Roman" w:hAnsi="Times New Roman" w:eastAsia="Times New Roman" w:cs="Times New Roman"/>
        </w:rPr>
        <w:t>Peb caug xyoo ntawm Khetos txoj kev npaj txhij uas coj mus txog Nws txoj kev raus dej sawv cev rau tib lub sijhawm ntawd, rau qhov thaum Khetos los lees ruaj rau txoj kev cog lus ib lim tiam, pib ntawm Nws txoj kev raus dej, Nws tab tom tsa Nws lub nceeg vaj ntawm txoj kev tshav ntuj. Hauv kev tsa Nws lub nceeg vaj ntawm txoj kev tshav ntuj ntawd nyob rau hauv xya xyoo ntawd, Nws tau nchuav Nws cov ntshav los lees ruaj lub nceeg vaj ntawd, thiab hauv qhov uas Nws ua li ntawd, Nws tau tso tseg tus qauv piv txwv qhia txog thaum twg Nws yuav tsa Nws lub nceeg vaj ntawm txoj koob meej. Lub nceeg vaj ntawm txoj koob meej ntawd yog lub nceeg vaj ntawm Daniel ob, uas raug sawv cev ua ib lub pob zeb uas raug txiav tawm ntawm ib lub roob tsis yog los ntawm tes. Muam White qhia rau peb tias lub nceeg vaj ntawd raug tsa tsa thaum lub caij nag tom qab, thiab nag tom qab tau pib rau hnub tim 11 lub Cuaj Hlis, 2001.</w:t>
      </w:r>
    </w:p>
    <w:p>
      <w:pPr>
        <w:pStyle w:val="ArticleScripture"/>
        <w:jc w:val="left"/>
      </w:pPr>
      <w:r>
        <w:rPr>
          <w:rFonts w:ascii="Times New Roman" w:hAnsi="Times New Roman" w:eastAsia="Times New Roman" w:cs="Times New Roman"/>
        </w:rPr>
        <w:t>“Cov nag nag lig nram qauj tabtom nqes los rau cov uas dawb huv—thaum ntawd sawvdaws yuav tau txais nws ib yam li yav tas los.</w:t>
      </w:r>
    </w:p>
    <w:p>
      <w:pPr>
        <w:pStyle w:val="ArticleScripture"/>
        <w:jc w:val="left"/>
      </w:pPr>
      <w:r>
        <w:rPr>
          <w:rFonts w:ascii="Times New Roman" w:hAnsi="Times New Roman" w:eastAsia="Times New Roman" w:cs="Times New Roman"/>
        </w:rPr>
        <w:t>“Thaum plaub tug tim tswv tso tes lawm, Khetos yuav tsa Nws lub nceeg vaj. Tsis muaj leejtwg tau txais nag tom qab tsuas yog cov uas tab tom ua txhua yam uas lawv ua tau. Khetos yuav pab peb. Txhua tus yeej muaj peev xwm kov yeej tau los ntawm Vajtswv txoj kev tshav ntuj, los ntawm Yexus cov ntshav. Tag nrho ntuj ceeb tsheej txaus siab rau txoj hauj lwm no. Cov tim tswv txaus siab rau.” Spalding and Magan, 3.</w:t>
      </w:r>
    </w:p>
    <w:p>
      <w:pPr>
        <w:pStyle w:val="ArticleBody"/>
        <w:jc w:val="left"/>
      </w:pPr>
      <w:r>
        <w:rPr>
          <w:rFonts w:ascii="Times New Roman" w:hAnsi="Times New Roman" w:eastAsia="Times New Roman" w:cs="Times New Roman"/>
        </w:rPr>
        <w:t>Thaum lub Cuaj Hlis 11, 2001, plaub cua, uas raug sawv cev ua ib tug nees npau taws (Islam), raug tso tawm, ces raug tuav cia kom txhob txav mus, thaum ib puas plaub caug plaub txhiab tus tab tom raug muab cim. Xyoo 1776, 1789 thiab 1798 sawv cev rau lub sijhawm ntawm kev muab cim rau ib puas plaub caug plaub txhiab tus, thiab peb hnub tim ntawd sawv cev rau tej kev cai lij choj uas coj mus rau kev tsa lub nceeg vaj thib rau ntawm kev cev Vajlugkub los ua tiav. Hnub tim thib ob, 1789, qhia txog Txoj Cai Lij Choj ntawm Tebchaws Meskas, thiab yog li ntawd nws yog txoj xov uas qhia Txoj Cai Lij Choj ntawd tias yog lub hwjchim ob npaug uas yuav los txog hauv 1798, ib yam li 533 yog kev tshaj tawm txog lub hwjchim ob npaug uas yuav los txog hauv 538, thiab ib yam li Yauhas tus Muab Neeg Ua Kev Cai Raus Dej tau tshaj tawm lub hwjchim ob npaug uas yuav los txog thaum Khetos txais kev cai raus dej.</w:t>
      </w:r>
    </w:p>
    <w:p>
      <w:pPr>
        <w:pStyle w:val="ArticleBody"/>
        <w:jc w:val="left"/>
      </w:pPr>
      <w:r>
        <w:rPr>
          <w:rFonts w:ascii="Times New Roman" w:hAnsi="Times New Roman" w:eastAsia="Times New Roman" w:cs="Times New Roman"/>
        </w:rPr>
        <w:t>Ob lub hwjchim uas tsim tsa Khetos lub hwjchim ob npaug ntawd yog Nws tus yam ntxwv ua qauv qhia tias Vajtswv-txoj-kev-ua-ke nrog tibneeg-txoj-kev-ua-ke tsis txhaum. Ob lub hwjchim uas tsim tsa tus antichrist lub hwjchim ob npaug ntawd yog nws txoj kev raug tsa rau saum lub zwm txwv ua taub hau ntawm cov pawg ntseeg, thiab nws txoj kev raug tsa rau saum lub zwm txwv ua tus kho cov neeg cuav-kev ntseeg. Ob lub hwjchim uas tsim tsa lub hwjchim ob npaug ntawm tus tsiaj qus hauv ntiajteb ntawd yog ob tug kub ntawm Republicanism thiab Protestantism.</w:t>
      </w:r>
    </w:p>
    <w:p>
      <w:pPr>
        <w:pStyle w:val="ArticleScripture"/>
        <w:jc w:val="left"/>
      </w:pPr>
      <w:r>
        <w:rPr>
          <w:rFonts w:ascii="Times New Roman" w:hAnsi="Times New Roman" w:eastAsia="Times New Roman" w:cs="Times New Roman"/>
        </w:rPr>
        <w:t>“‘Thiab nws muaj ob tug kub zoo li ib tug yaj.’ Cov kub zoo li yaj ntawd qhia txog hluas, kev dawb huv, thiab kev mos siab muag, uas phim heev rau tus cwj pwm ntawm Tebchaws Meskas thaum tau nthuav tawm rau tus yaj saub tias tab tom ‘sawv tuaj’ rau xyoo 1798. Ntawm cov neeg khiav tawm uas yog Khixatia uas thawj zaug tau khiav mus rau Asmeskas thiab nrhiav chaw nkaum ntawm kev tsim txom los ntawm vajntxwv thiab kev tsis ua siab ntev ntawm cov pov thawj, muaj coob tus uas txiav txim siab tsim tsa ib lub tseemfwv saum lub hauv paus dav ntawm kev ywj pheej ntawm pejxeem thiab kev ntseeg. Lawv tej kev xav tau txais chaw nyob hauv Daim Ntawv Tshaj Tawm Kev Ywj Pheej, uas nthuav tawm qhov tseeb loj tias ‘txhua tus neeg raug tsim los sib npaug’ thiab tau txais txoj cai uas tsis muaj leejtwg txeeb tau mus rau ‘txoj sia, kev ywj pheej, thiab kev nrhiav kev zoo siab.’ Thiab Txoj Cai Lij Choj lav rau cov pejxeem txoj cai tswj hwm lawv tus kheej, los ntawm kev npaj tseg tias cov sawv cev uas raug xaiv los ntawm pejxeem cov suab xaiv tsa yuav tsim thiab tswj cov cai lij choj. Kev ywj pheej ntawm txoj kev ntseeg kuj tau raug pub, txhua tus neeg raug tso cai pe hawm Vajtswv raws li tej lus txib ntawm nws lub siab ntsws. Kev tswj hwm raws li pejxeem thiab Kev Ntseeg Protestant tau los ua tej hauv paus ntsiab lus tseem ceeb ntawm lub tebchaws. Cov hauv paus ntsiab lus no yog qhov zais cia ntawm nws lub hwjchim thiab nws txoj kev vam meej. Cov uas raug tsim txom thiab raug tsuj tsim hauv txhua thaj chaw ntawm lub ntiajteb Khixatia tau tig los saib lub tebchaws no nrog kev txaus siab thiab kev cia siab. Muaj ntau plhom leej tau nrhiav nws tej ntug dej hiav txwv, thiab Tebchaws Meskas tau sawv los txog ib qho chaw nyob hauv cov tebchaws uas muaj hwjchim tshaj plaws hauv ntiajteb.” The Great Controversy, 441.</w:t>
      </w:r>
    </w:p>
    <w:p>
      <w:pPr>
        <w:pStyle w:val="ArticleBody"/>
        <w:jc w:val="left"/>
      </w:pPr>
      <w:r>
        <w:rPr>
          <w:rFonts w:ascii="Times New Roman" w:hAnsi="Times New Roman" w:eastAsia="Times New Roman" w:cs="Times New Roman"/>
        </w:rPr>
        <w:t>1776, 1789 thiab 1798 sawv cev rau peb zaj keeb kwm uas hais kom meej tias tus yim, yog los ntawm tus xya. 1776 sawv cev rau kev tshaj tawm Tsab Ntawv Tshaj Tawm Kev Ywj Pheej, thiab keeb kwm ntawm Rooj Sab Laj Continental thawj thiab ob. 1789 sawv cev rau kev tshaj tawm Txoj Cai Lij Choj thiab keeb kwm ntawm Cov Cai ntawm Kev Koom Tes. 1798 sawv cev rau kev tshaj tawm Cov Cai Alien thiab Sedition, thiab qhov pib ntawm tus tsiaj nyaum hauv ntiajteb ua lub nceeg vaj thib rau ntawm kev yaj saub hauv Phau Vajlugkub.</w:t>
      </w:r>
    </w:p>
    <w:p>
      <w:pPr>
        <w:pStyle w:val="ArticleBody"/>
        <w:jc w:val="left"/>
      </w:pPr>
      <w:r>
        <w:rPr>
          <w:rFonts w:ascii="Times New Roman" w:hAnsi="Times New Roman" w:eastAsia="Times New Roman" w:cs="Times New Roman"/>
        </w:rPr>
        <w:t>Lub Rooj Sib Tham Sab Av Loj Thawj Zaug tau tshwm sim nyob rau xyoo 1774, thiab yog ib lub koom haum tseem ceeb heev hauv keeb kwm thaum ntxov ntawm Tebchaws Meskas, ua haujlwm ua ib pawg thawj coj kav tebchaws thaum lub sijhawm Tsov Rog Kev Tawm Tsam Asmeskas. Cov Rooj Sib Tham Sab Av Loj raug muab faib ua ob ntu yaj saub, yog ntu ntawm lub rooj sib tham thawj zaug thiab ntu ntawm lub rooj sib tham kawg. Lub Rooj Sib Tham Sab Av Loj Thawj Zaug muaj ob tug thawj tswj hwm thiab tau sib koom nyob hauv Philadelphia txij lub Cuaj Hli 5 mus txog lub Kaum Hli 26, 1774. Peyton Randolph yog thawj tus thawj tswj hwm ntawm lub rooj sib tham txij lub Cuaj Hli 5 mus txog lub Kaum Hli 22, thiab tom qab ntawd Henry Middleton tau ua tus coj rau tsib hnub tom ntej mus txog lub Kaum Hli 26, 1774.</w:t>
      </w:r>
    </w:p>
    <w:p>
      <w:pPr>
        <w:pStyle w:val="ArticleBody"/>
        <w:jc w:val="left"/>
      </w:pPr>
      <w:r>
        <w:rPr>
          <w:rFonts w:ascii="Times New Roman" w:hAnsi="Times New Roman" w:eastAsia="Times New Roman" w:cs="Times New Roman"/>
        </w:rPr>
        <w:t>Lub Rooj Sab Laj Loj Thib Ob ntawm Cov Tebchaws hauv Tebchaws Meskas tau muaj txij xyoo 1775 mus txog xyoo 1781. Lub Rooj Sab Laj Loj Thib Ob no muaj rau tus thawj tswj hwm nyob rau lub sijhawm uas nws tseem muaj. Peyton Randolph tau ua tus thawj tswj hwm txij hnub tim 10 lub Tsib Hlis, 1775 mus txog hnub tim 24 lub Tsib Hlis, 1775. Nws yog thawj tus thawj tswj hwm ntawm ob qho tib si, yog Lub Rooj Sab Laj Loj Thib Ib thiab kuj yog Lub Rooj Sab Laj Loj Thib Ob thiab. Muaj tag nrho yim tus thawj tswj hwm nyob rau hauv keeb kwm ntawm Lub Rooj Sab Laj Loj Thib Ib thiab Lub Rooj Sab Laj Loj Thib Ob.</w:t>
      </w:r>
    </w:p>
    <w:p>
      <w:pPr>
        <w:pStyle w:val="ArticleBody"/>
        <w:jc w:val="left"/>
      </w:pPr>
      <w:r>
        <w:rPr>
          <w:rFonts w:ascii="Times New Roman" w:hAnsi="Times New Roman" w:eastAsia="Times New Roman" w:cs="Times New Roman"/>
        </w:rPr>
        <w:t>Tus thawj tswj hwm thib ob ntawm Pawg Rooj Sib Tham Qib Siab Thib Ob ntawm Tebchaws Qab Nruab Nrab yog John Hancock, thiab Hancock tau ua tus thawj kav txij hnub 24 lub Tsib Hlis, 1775 mus txog hnub 31 lub Kaum Hli, 1777. Henry Laurens tau ua tus thawj kav txij hnub 1 lub Kaum Ib Hlis, 1777 mus txog hnub 9 lub Kaum Ob Hlis, 1778. John Jay tau ua tus thawj kav txij hnub 10 lub Kaum Ob Hlis, 1778 mus txog hnub 28 lub Cuaj Hlis, 1779. Samuel Huntington tau ua tus thawj kav txij hnub 28 lub Cuaj Hlis, 1779 mus txog hnub 9 lub Xya Hli, 1781. Thomas McKean tau ua tus thawj kav txij hnub 10 lub Xya Hli, 1781 mus txog hnub 4 lub Kaum Ib Hlis, 1781.</w:t>
      </w:r>
    </w:p>
    <w:p>
      <w:pPr>
        <w:pStyle w:val="ArticleBody"/>
        <w:jc w:val="left"/>
      </w:pPr>
      <w:r>
        <w:rPr>
          <w:rFonts w:ascii="Times New Roman" w:hAnsi="Times New Roman" w:eastAsia="Times New Roman" w:cs="Times New Roman"/>
        </w:rPr>
        <w:t>Peyton Randolph yog thawj tus thawj tswj hwm ntawm ob lub Rooj Sab Laj Loj Kheej thawj thiab zaum ob. Qhov no qhia tias nyob rau hauv ob ntu ntawm cov Rooj Sab Laj Loj Kheej ntawd muaj yim lub sij hawm thawj tswj hwm, tab sis tus thawj tswj hwm uas yog thawj tus thawj tswj hwm ntawm ob ntu ntawd yog tib tug neeg nkaus xwb. Yog li ntawd, txawm tias muaj yim lub sij hawm thawj tswj hwm, tiag tiag tsuas muaj xya tus thawj tswj hwm xwb. Tus thawj tus thawj tswj hwm yog ib tug hauv xya tug txiv neej uas yog thawj tswj hwm, tab sis vim Randolph tau ua tus thawj ob zaug hauv zaj keeb kwm ntawd, nws kuj sawv cev rau tus yim, uas yog tawm hauv xya.</w:t>
      </w:r>
    </w:p>
    <w:p>
      <w:pPr>
        <w:pStyle w:val="ArticleBody"/>
        <w:jc w:val="left"/>
      </w:pPr>
      <w:r>
        <w:rPr>
          <w:rFonts w:ascii="Times New Roman" w:hAnsi="Times New Roman" w:eastAsia="Times New Roman" w:cs="Times New Roman"/>
        </w:rPr>
        <w:t>Nyob rau hauv keeb kwm ntawm Cov Rooj Sib Tham Continental Congresses, Tsov Rog Kev Tawm Tsam raug tswj hwm los ntawm Congress. Vim li no, George Washington yeej tsis tau ua thawj tswj hwm nyob rau lub sijhawm ntawd, rau qhov nws tau raug tsa ua thawj tus Commander and Chief saib xyuas cov tub rog.</w:t>
      </w:r>
    </w:p>
    <w:p>
      <w:pPr>
        <w:pStyle w:val="ArticleBody"/>
        <w:jc w:val="left"/>
      </w:pPr>
      <w:r>
        <w:rPr>
          <w:rFonts w:ascii="Times New Roman" w:hAnsi="Times New Roman" w:eastAsia="Times New Roman" w:cs="Times New Roman"/>
        </w:rPr>
        <w:t>Ua tus thawj tswj hwm thawj ntawm ob lub sijhawm ntawd, Randolph sawv cev rau ob tug tim khawv uas ua hom piv txwv txog tus thawj tswj hwm tiag tiag thawj zaug, uas yog George Washington. Washington raug sawv cev los ntawm Randolph, thiab yog li ntawd Randolph, raws li lub cim ntawm Washington, qhia tawm ob qho tib si tej yam ntxwv yaj saub ntawm Randolph tus thawj tswj hwm thawj, thiab kuj qhia tias Randolph yog tus yim, uas yog tawm hauv xya leej. Vim li no George Washington, raws li tus thawj tswj hwm thawj thiab tus thawj Commander and Chief, kuj yog raws li yaj saub tus yim, thiab yog tawm hauv xya leej.</w:t>
      </w:r>
    </w:p>
    <w:p>
      <w:pPr>
        <w:pStyle w:val="ArticleBody"/>
        <w:jc w:val="left"/>
      </w:pPr>
      <w:r>
        <w:rPr>
          <w:rFonts w:ascii="Times New Roman" w:hAnsi="Times New Roman" w:eastAsia="Times New Roman" w:cs="Times New Roman"/>
        </w:rPr>
        <w:t>Yexus piav txog qhov kawg ntawm ib yam los ntawm qhov pib, yog li ntawd tus thawj tswj hwm kawg thiab tus thawj coj loj kawg yuav yog tus yim, uas yog tawm ntawm xya tus. Qhov tseeb yaj saub no raug tsim tsa nyob hauv keeb kwm ntawm Lub Rooj Sab Laj Continental Thib Ib thiab Thib Ob, uas raug sawv cev los ntawm hnub tim ntawm thawj txoj cim ciam 1776, thiab kev tshaj tawm Tsab Ntawv Tshaj Tawm Kev Ywj Pheej.</w:t>
      </w:r>
    </w:p>
    <w:p>
      <w:pPr>
        <w:pStyle w:val="ArticleBody"/>
        <w:jc w:val="left"/>
      </w:pPr>
      <w:r>
        <w:rPr>
          <w:rFonts w:ascii="Times New Roman" w:hAnsi="Times New Roman" w:eastAsia="Times New Roman" w:cs="Times New Roman"/>
        </w:rPr>
        <w:t>Lub cim cim tseg ntawm 1776 yog ib yam piv txwv txog lub Cuaj Hli 11, 2001, thiab Txoj Cai Patriot Act, thaum kev ywj pheej ntawm Asmeskas raug muab tso rau hauv qab txoj cai ntawm Loos, thiab tsis nyob hauv qab txoj cai Askiv ntxiv lawm. Nws cim txog qhov pib ntawm lub sijhawm cev Vajtswv lus uas npaj txoj kev rau kom lub hwjchim txiv plig Roman rov qab los zaum saum lub zwm txwv ntawm lub ntiaj teb dua ib zaug ntxiv hauv txoj cai Hnub Caiv uas yuav los sai sai no.</w:t>
      </w:r>
    </w:p>
    <w:p>
      <w:pPr>
        <w:pStyle w:val="ArticleBody"/>
        <w:jc w:val="left"/>
      </w:pPr>
      <w:r>
        <w:rPr>
          <w:rFonts w:ascii="Times New Roman" w:hAnsi="Times New Roman" w:eastAsia="Times New Roman" w:cs="Times New Roman"/>
        </w:rPr>
        <w:t>Ib yam nkaus li lub sijhawm cev Vajtswv lus uas 1776 sawv cev, lub sijhawm cev Vajtswv lus ntawd sawv cev rau keeb kwm txij thaum xaus ntawm Second Continental Congress xyoo 1781 mus txog xyoo 1789, uas yog hnub tim uas txheeb tau tus cim-kev taug uas txuas nrog kev luam tawm ntawm Txoj Cai Lij Choj. Hauv keeb kwm ntawd kuj muaj yim tus thawj tswj hwm thiab. Keeb kwm ntawm xyoo 1781 mus txog 1789 yog keeb kwm ntawm Articles of Confederation. Articles of Confederation sawv cev rau thawj Txoj Cai Lij Choj, tiam sis kev tsis muaj zog ntawm Articles of Confederation ua rau nws raug hloov chaw, thiab muaj kev pom zoo lees txais Txoj Cai Lij Choj xyoo 1789.</w:t>
      </w:r>
    </w:p>
    <w:p>
      <w:pPr>
        <w:pStyle w:val="ArticleBody"/>
        <w:jc w:val="left"/>
      </w:pPr>
      <w:r>
        <w:rPr>
          <w:rFonts w:ascii="Times New Roman" w:hAnsi="Times New Roman" w:eastAsia="Times New Roman" w:cs="Times New Roman"/>
        </w:rPr>
        <w:t>Nyob rau lub sij hawm ntawd, yim tug thawj tswj hwm ntawd muaj xya tug thawj tswj hwm uas tsis yog thawj tswj hwm hauv keeb kwm ntawm ob lub Continental Congresses, thiab muaj ib tug uas kuj yog thawj tswj hwm hauv thawj lub sij hawm yaj saub ntawd thiab. John Hancock tau ua hauj lwm nyob rau hauv ob qho tib si lub Continental Congress zaum ob, thiab kuj nyob rau hauv lub sij hawm uas raug sawv cev los ntawm Cov Cai ntawm Kev Koom Tes (Articles of Confederation). Nyob rau theem yaj saub, tsuas muaj xya tus txiv neej xwb uas yog thawj tswj hwm thaum lub sij hawm ob lub Continental Congresses, yog li ntawd raws li yaj saub John Hancock yog ib tug ntawm yim tug nyob rau hauv lub sij hawm ntawm Cov Cai ntawm Kev Koom Tes, tiam sis nws kuj yog ib tug ntawm xya tus txiv neej los ntawm lub sij hawm ua ntej ntawd. Yog li ntawd nws thiaj yog tus yim, uas yog los ntawm xya tug.</w:t>
      </w:r>
    </w:p>
    <w:p>
      <w:pPr>
        <w:pStyle w:val="ArticleBody"/>
        <w:jc w:val="left"/>
      </w:pPr>
      <w:r>
        <w:rPr>
          <w:rFonts w:ascii="Times New Roman" w:hAnsi="Times New Roman" w:eastAsia="Times New Roman" w:cs="Times New Roman"/>
        </w:rPr>
        <w:t>Lub sijhawm cev Vajtswv lus thib ob, uas sawv cev los ntawm 1789, kuj muaj ib tug thawj tswj hwm (Hancock) uas yog tus yim, tiam sis yog ntawm xya, ib yam li Payton Randolph nyob rau hauv thawj lub sijhawm cev Vajtswv lus uas sawv cev los ntawm 1776. 1789 phim raws li thiab sawv cev rau Pelosi cov kev txiav txim plaub thaum Lub Ib Hlis 6, 2021.</w:t>
      </w:r>
    </w:p>
    <w:p>
      <w:pPr>
        <w:pStyle w:val="ArticleScripture"/>
        <w:jc w:val="left"/>
      </w:pPr>
      <w:r>
        <w:rPr>
          <w:rFonts w:ascii="Times New Roman" w:hAnsi="Times New Roman" w:eastAsia="Times New Roman" w:cs="Times New Roman"/>
        </w:rPr>
        <w:t>“Tus Tswv muaj cov neeg zov uas ncaj ncees nyob saum phab ntsa ntawm Xi-oos kom qw nrov nrov thiab tsis txhob tseg li, kom tsa lawv lub suab zoo li raj, thiab qhia rau Nws haiv neeg lawv txoj kev ua txhaum, thiab rau tsev neeg Yakhauj lawv tej kev txhaum. Tus Tswv tau tso cai rau tus yeeb ncuab ntawm qhov tseeb siv zog tawm tsam hnub Xanpataus ntawm lo lus txib thib plaub. Nws npaj los ntawm qhov no kom tsa tau ib qho kev txaus siab ruaj khov rau lo lus nug ntawd uas yog ib qho kev sim rau hnub kawg. Qhov no yuav qhib txoj kev rau kom txoj xov ntawm tus tim tswv thib peb raug tshaj tawm nrog hwj chim.”</w:t>
      </w:r>
    </w:p>
    <w:p>
      <w:pPr>
        <w:pStyle w:val="ArticleScripture"/>
        <w:jc w:val="left"/>
      </w:pPr>
      <w:r>
        <w:rPr>
          <w:rFonts w:ascii="Times New Roman" w:hAnsi="Times New Roman" w:eastAsia="Times New Roman" w:cs="Times New Roman"/>
        </w:rPr>
        <w:t>“Tsis txhob cia tus uas ntseeg qhov tseeb nyob twjywm rau lub sijhawm no. Tsis muaj leejtwg yuav tsum ua lwj ua liam rau lub sijhawm no; cia sawvdaws kub siab thov lawv tej lus thov ntawm lub zwm txwv ntawm txoj kev tshav ntuj, tuav rawv lo lus cog tseg no tias, ‘Nej yuav thov dabtsi hauv kuv lub npe, kuv yuav ua qhov ntawd’ (John 14:13). Nim no yog lub sijhawm txaus ntshai. Yog hais tias lub tebchaws no uas khav tias muaj kev ywj pheej tabtom npaj txi txhua txoj cai hauv paus ntsiab lus uas nyob hauv nws Txoj Kev Cai Lij Choj, muab tej lus txib los txwv kev ywj pheej ntawm kev ntseeg, thiab yuam kom ua raws li papal tej lus dag thiab kev ntxias ntxawm, ces Vajtswv haivneeg yuav tsum coj lawv tej lus thov los ntawm txoj kev ntseeg rau ntawm Tus Tswv Loj Tshaj Plaws. Nyob hauv Vajtswv tej lus cog tseg muaj txhua yam kev txhawb zog rau cov uas tso siab rau Nws. Qhov uas saib rau pem hauv ntej tias tej zaum yuav raug coj mus rau hauv kev phom sij thiab kev txom nyem rau tus kheej, tsis tas yuav ua rau poob siab, tiam sis yuav tsum txhawb kom Vajtswv haivneeg muaj zog dua thiab muaj kev cia siab ntau dua; rau qhov lub sijhawm uas lawv nyob rau hauv kev phom sij yog lub caij uas Vajtswv pub kom lawv pom tseeb dua txog tej kev tshwm sim ntawm Nws lub hwjchim.”</w:t>
      </w:r>
    </w:p>
    <w:p>
      <w:pPr>
        <w:pStyle w:val="ArticleScripture"/>
        <w:jc w:val="left"/>
      </w:pPr>
      <w:r>
        <w:rPr>
          <w:rFonts w:ascii="Times New Roman" w:hAnsi="Times New Roman" w:eastAsia="Times New Roman" w:cs="Times New Roman"/>
        </w:rPr>
        <w:t>“Peb tsis raug zaum ntsiag to tos kev tsim txom thiab kev txom nyem, thiab muab peb ob txhais tes qhwv cia, tsis ua dabtsi li los thim qhov kev phem ntawd. Cia peb tej suab quaj uas koom siab xa nce mus rau saum ntuj. Thov Vajtswv thiab ua haujlwm, thiab ua haujlwm thiab thov Vajtswv. Tiamsis tsis txhob cia leejtwg ua yam maj nroob. Kawm, ntau tshaj txhua lub sijhawm dhau los, tias nej yuav tsum ua neeg mos siab muag thiab txo hwjchim hauv lub siab. Nej tsis txhob coj lus iab liam tawm tsam leejtwg li, tsis hais yog tibneeg ib leeg lossis cov koom txoos. Kawm paub yuav ua haujlwm nrog tej siab ntsws ib yam li Khetos tau ua. Qee zaus yeej yuav tsum hais tej lus ntse thiab ncaj qha; tiamsis nej yuav tsum paub tseeb tias Vajtswv tus Vaj Ntsuj Plig Dawb Huv nyob ruaj hauv nej lub siab ua ntej nej hais qhov tseeb uas txiav nrawm thiab meej; ces cia qhov tseeb ntawd txiav nws txoj kev mus. Nej tsis yog cov yuav ua tus txiav.” Selected Messages, phau 2, 370.</w:t>
      </w:r>
    </w:p>
    <w:p>
      <w:pPr>
        <w:pStyle w:val="ArticleBody"/>
        <w:jc w:val="left"/>
      </w:pPr>
      <w:r>
        <w:rPr>
          <w:rFonts w:ascii="Times New Roman" w:hAnsi="Times New Roman" w:eastAsia="Times New Roman" w:cs="Times New Roman"/>
        </w:rPr>
        <w:t>Txoj kevcim thib ob nyob rau hauv lub sijhawm cev Vajtswv lus ntawm kev npaj, uas sawv cev los ntawm Txoj Cai Lij Choj, qhia meej tias Txoj Cai Lij Choj yuav raug rhuav pov tseg rau ntawm txoj kevcim tom ntej. Txoj kevcim thib ob ntawd tau raug ua tus qauv los ntawm Yauhas tus Muab Neeg Ua Kev Cai Raus Dej, thiab kuj los ntawm txoj cai txib ntawm Justinian, uas ob leeg tau qhia thiab nthuav tawm ib lo lus ceeb toom nyob rau hauv kev txuas nrog kev los txog ntawm qhov xwm txheej kawg uas sawv cev nyob rau hauv lub sijhawm ntawd. Rau Yauhas, nws yog kev muab hwj chim rau Khetos thaum Nws lees paub Nws daim ntawv cog lus ntawm txoj sia nrog Nws cov ntshav muaj nqis; thiab rau Justinian, nws yog kev muab hwj chim rau tus tawm tsam Khetos, tus uas yuav tsum lees cai rau nws daim ntawv cog lus ntawm txoj kev tuag nrog cov ntshav ntawm cov tim khawv tuag vim kev ntseeg.</w:t>
      </w:r>
    </w:p>
    <w:p>
      <w:pPr>
        <w:pStyle w:val="ArticleBody"/>
        <w:jc w:val="left"/>
      </w:pPr>
      <w:r>
        <w:rPr>
          <w:rFonts w:ascii="Times New Roman" w:hAnsi="Times New Roman" w:eastAsia="Times New Roman" w:cs="Times New Roman"/>
        </w:rPr>
        <w:t>Txoj Cai Lij Choj nyob rau xyoo 1789 tau qhia txog kev muab hwjchim rau ob tug kub ntawm tus tsiaj qus hauv ntiajteb, thiab thaum ua li ntawd, xyoo 1789 kuj tau qhia txog kev puas tsuaj uas yuav los sai rau ob tug kub uas yog hwjchim ntawm tus tsiaj qus hauv ntiajteb, raws li tau sawv cev los ntawm Alien and Sedition Acts nyob rau xyoo 1798. Thaum ob tug timkhawv raug tua rau hauv tej kev nyob rau xyoo 2020, lawv tau qhia thiab ceeb toom txog ib qho kev tawm tsam txuas mus ntev rau Txoj Cai Lij Choj uas raug cim los ntawm Pelosi trials hnub tim Lub Ib Hlis 6, 2021.</w:t>
      </w:r>
    </w:p>
    <w:p>
      <w:pPr>
        <w:pStyle w:val="ArticleBody"/>
        <w:jc w:val="left"/>
      </w:pPr>
      <w:r>
        <w:rPr>
          <w:rFonts w:ascii="Times New Roman" w:hAnsi="Times New Roman" w:eastAsia="Times New Roman" w:cs="Times New Roman"/>
        </w:rPr>
        <w:t>Lub Ib Hlis ntuj tim 6, 2021 yog txoj lus ceeb toom txog kev muab hwj chim rau papacy nyob rau hauv txoj cai Hnub Caiv uas yuav los sai no, raws li tau ua piv txwv tseg los ntawm Justinian txoj cai tshaj tawm hauv xyoo 533. Lub Ib Hlis ntuj tim 6, 2021 thiab xyoo 533, ob qho tib si muab lus ceeb toom txog txoj cai Hnub Caiv uas yuav los sai no, raws li tau ua piv txwv tseg los ntawm txoj cai Hnub Caiv hauv xyoo 538 ntawm Council of Orleans, thiab los ntawm Alien and Sedition Acts hauv xyoo 1798, uas tau ua piv txwv txog tus tsiaj qus hauv ntiajteb hais lus zoo li ib tug zaj ntawm txoj cai Hnub Caiv uas yuav los sai no.</w:t>
      </w:r>
    </w:p>
    <w:p>
      <w:pPr>
        <w:pStyle w:val="ArticleBody"/>
        <w:jc w:val="left"/>
      </w:pPr>
      <w:r>
        <w:rPr>
          <w:rFonts w:ascii="Times New Roman" w:hAnsi="Times New Roman" w:eastAsia="Times New Roman" w:cs="Times New Roman"/>
        </w:rPr>
        <w:t>Thaum txog txoj cai Sunday, qhov txhab tuag taus ntawm lub hwj chim papacy yuav raug kho zoo, thiab lub taub hau yim hauv Tshwmsim tshooj kaum xya, uas yog ntawm xya lub taub hau, yuav raug tsa sawv rov qab los. Cov Alien and Sedition Acts ntawm 1798 sawv cev rau tus tsiaj nyaum hauv ntiajteb hais lus zoo li zaj, thaum nws tsis yog tsuas yuam kom pe hawm lub hnub xwb, tiam sis tom qab ntawd tseem yuam kom tag nrho lub ntiajteb txais yuav txoj cai kav ntawm tus tsiaj nyaum hiavtxwv hauv Tshwmsim tshooj kaum peb, raws li lub taub hau yim uas yog ntawm xya lub taub hau. Yog li ntawd, hauv txhua yam ntawm peb lub sijhawm uas raug sawv cev nyob hauv lub sijhawm npaj tseg los ntawm 1776, 1789 thiab 1798, zaj lus zais yav tom ntej hais txog lub taub hau yim, uas yog ntawm xya lub taub hau, raug sawv cev raws li yav tom ntej.</w:t>
      </w:r>
    </w:p>
    <w:p>
      <w:pPr>
        <w:pStyle w:val="ArticleBody"/>
        <w:jc w:val="left"/>
      </w:pPr>
      <w:r>
        <w:rPr>
          <w:rFonts w:ascii="Times New Roman" w:hAnsi="Times New Roman" w:eastAsia="Times New Roman" w:cs="Times New Roman"/>
        </w:rPr>
        <w:t>Ob lub cim thawj ob (1776 thiab 1789), uas txheeb xyuas qhov tsis meej pem, hais txog lo lus txhiaj txhais uas tab tom raug ua kom tiav nyob hauv keeb kwm yaj saub ntawm tus tsiaj qus hauv ntiajteb, thiab lub cim thib peb txheeb xyuas qhov tsis meej pem uas tab tom raug ua kom tiav rau lub hwjchim papal.</w:t>
      </w:r>
    </w:p>
    <w:p>
      <w:pPr>
        <w:pStyle w:val="ArticleBody"/>
        <w:jc w:val="left"/>
      </w:pPr>
      <w:r>
        <w:rPr>
          <w:rFonts w:ascii="Times New Roman" w:hAnsi="Times New Roman" w:eastAsia="Times New Roman" w:cs="Times New Roman"/>
        </w:rPr>
        <w:t>Peb yuav txuas ntxiv qhov kev kawm no hauv tsab ntawv tom ntej.</w:t>
      </w:r>
    </w:p>
    <w:p>
      <w:pPr>
        <w:pStyle w:val="ArticleScripture"/>
        <w:jc w:val="left"/>
      </w:pPr>
      <w:r>
        <w:rPr>
          <w:rFonts w:ascii="Times New Roman" w:hAnsi="Times New Roman" w:eastAsia="Times New Roman" w:cs="Times New Roman"/>
        </w:rPr>
        <w:t>“‘Hais rau cov uas nyob saum lub ntiajteb kom lawv ua ib tug mlom rau tus tsiaj qus.’ Ntawm no qhia meej tseeb txog ib hom kev tswjhwm uas txoj cai tsim muaj hwjchim nyob ntawm cov pejxeem, uas yog ib qho pov thawj pom tseeb tshaj plaws tias Tebchaws Meskas yog haiv neeg uas tau qhia tseg hauv zaj lus faj lem no.</w:t>
      </w:r>
    </w:p>
    <w:p>
      <w:pPr>
        <w:pStyle w:val="ArticleScripture"/>
        <w:jc w:val="left"/>
      </w:pPr>
      <w:r>
        <w:rPr>
          <w:rFonts w:ascii="Times New Roman" w:hAnsi="Times New Roman" w:eastAsia="Times New Roman" w:cs="Times New Roman"/>
        </w:rPr>
        <w:t>“Tiamsis ‘daim duab rau tsiaj nyaum’ yog dabtsi? thiab nws yuav raug tsim li cas? Daim duab ntawd raug ua los ntawm tus tsiaj nyaum muaj ob tug kub, thiab nws yog ib daim duab rau tus tsiaj nyaum. Nws kuj raug hu ua daim duab ntawm tus tsiaj nyaum. Yog li ntawd, kom paub tias daim duab ntawd zoo li cas thiab yuav raug tsim li cas, peb yuav tsum kawm txog tej yam ntxwv ntawm tus tsiaj nyaum ntawd nws tus kheej—yog papacy.</w:t>
      </w:r>
    </w:p>
    <w:p>
      <w:pPr>
        <w:pStyle w:val="ArticleScripture"/>
        <w:jc w:val="left"/>
      </w:pPr>
      <w:r>
        <w:rPr>
          <w:rFonts w:ascii="Times New Roman" w:hAnsi="Times New Roman" w:eastAsia="Times New Roman" w:cs="Times New Roman"/>
        </w:rPr>
        <w:t>“Thaum pawg ntseeg thaum chiv thawj raug ua qias los ntawm kev ncaim ntawm txoj kev yooj yim ntawm txoj moo zoo thiab lees txais tej kab ke thiab kev coj ntawm cov neeg teev dab, nws thiaj poob Vajtswv tus Ntsuj Plig thiab hwj chim; thiab kom tswj tau tej siab ntsws ntawm cov neeg, nws thiaj nrhiav kev txhawb nqa ntawm hwj chim pej xeem. Qhov uas tshwm sim los yog txoj kev kav papas, yog ib pawg ntseeg uas tswj tau lub hwj chim ntawm lub xeev thiab siv nws los txhawb nws tus kheej tej hom phiaj, tshwj xeeb yog rau kev rau txim rau “kev ntseeg cuav.” Yuav kom Tebchaws Meskas tsim tau ib tug duab ntawm tus tsiaj qus, lub hwj chim kev ntseeg yuav tsum tswj tau tsoom fwv pej xeem kom lub xeev txoj cai thiab hwj chim kuj yuav raug pawg ntseeg siv los ua kom tiav nws tus kheej tej hom phiaj.”</w:t>
      </w:r>
    </w:p>
    <w:p>
      <w:pPr>
        <w:pStyle w:val="ArticleScripture"/>
        <w:jc w:val="left"/>
      </w:pPr>
      <w:r>
        <w:rPr>
          <w:rFonts w:ascii="Times New Roman" w:hAnsi="Times New Roman" w:eastAsia="Times New Roman" w:cs="Times New Roman"/>
        </w:rPr>
        <w:t>“Txhua zaus twg pawg ntseeg tau txais hwj chim hauv ntiajteb, nws yeej siv hwj chim ntawd los rau txim rau cov uas tsis pom zoo nrog nws tej lus qhuab qhia. Cov pawg ntseeg Protestant uas tau taug raws li Loos tus qauv los ntawm kev koom tes nrog tej hwj chim hauv ntiajteb, kuj tau qhia tawm ib yam kev ntshaw kom txwv txoj kev ywj pheej ntawm lub siab ntsws. Ib qho piv txwv txog qhov no pom muaj nyob hauv kev tsim txom ntev mus tsis tu ncua rau cov neeg tsis kam ua raws los ntawm Lub Koom Txoos Askiv. Nyob rau tiam kaum rau thiab kaum xya, ntau txhiab tus xibhwb uas tsis ua raws li txoj cai teev ntuj raug yuam kom khiav tawm ntawm lawv tej pawg ntseeg, thiab coob leej, tsis hais xibhwb los yog pejxeem, raug nplua, raug kaw hauv tsev lojcuj, raug tsim txom, thiab raug tua tuag vim lawv txoj kev ntseeg.”</w:t>
      </w:r>
    </w:p>
    <w:p>
      <w:pPr>
        <w:pStyle w:val="ArticleScripture"/>
        <w:jc w:val="left"/>
      </w:pPr>
      <w:r>
        <w:rPr>
          <w:rFonts w:ascii="Times New Roman" w:hAnsi="Times New Roman" w:eastAsia="Times New Roman" w:cs="Times New Roman"/>
        </w:rPr>
        <w:t>“Nws yog kev thim txojkev ntseeg uas tau coj pawg ntseeg thaum chiv thawj mus nrhiav kev pab ntawm tsoom fwv pej xeem, thiab qhov no tau npaj txojkev rau kev loj hlob ntawm lub papacy—tsiaj qus ntawd. Povlauj hais tias: ‘Yuav’ muaj ‘kev poob kev ntseeg, … thiab tus neeg txhaum ntawd yuav raug qhia tawm los.’ 2 Thessalonians 2:3. Yog li ntawd, kev thim txojkev ntseeg hauv pawg ntseeg yuav npaj txojkev rau tus duab ntawm tsiaj qus.”</w:t>
      </w:r>
    </w:p>
    <w:p>
      <w:pPr>
        <w:pStyle w:val="ArticleScripture"/>
        <w:jc w:val="left"/>
      </w:pPr>
      <w:r>
        <w:rPr>
          <w:rFonts w:ascii="Times New Roman" w:hAnsi="Times New Roman" w:eastAsia="Times New Roman" w:cs="Times New Roman"/>
        </w:rPr>
        <w:t>“Phau Vajlugkub tshaj tawm tias ua ntej tus Tswv yuav los, yuav muaj ib lub xeev ntawm kev poob qab hauv kev ntseeg uas zoo ib yam li qhov uas muaj nyob hauv thawj ob peb puas xyoo. ‘Nyob rau hnub kawg yuav muaj tej lub sijhawm txaus ntshai los txog. Rau qhov tib neeg yuav yog cov hlub lawv tus kheej, ntshaw nyiaj txiag, khav theeb, muaj siab hlob, hais lus thuam, tsis mloog niam txiv lus, tsis ua tsaug, tsis dawb huv, tsis muaj kev hlub ntuj tsim, rhuav kev sib cog lus, liam cuav, tsis tswj tau tus kheej, lim hiam, ntxub cov uas zoo, ntxeev siab, ua lwj ua liam, khav siab, hlub kev lom zem tshaj li hlub Vajtswv; muaj tus yam ntxwv zoo li kev hwm Vajtswv, tiamsis tsis lees paub lub hwj chim ntawm qhov ntawd.’ 2 Timautes 3:1–5. ‘Tam sim no tus Ntsuj Plig hais meej meej tias nyob rau tej sijhawm tom qab no, ib txhia yuav ncaim ntawm txoj kev ntseeg, mloog tej ntsuj plig dag ntxias thiab tej lus qhuab qhia ntawm dab phem.’ 1 Timautes 4:1. Xatas yuav ua haujlwm ‘nrog txhua yam hwj chim thiab tej cim thiab tej txuj ci dag cuav, thiab nrog txhua yam kev dag ntxias ntawm kev tsis ncaj ncees.’ Thiab txhua tus uas ‘tsis tau txais txoj kev hlub rau qhov tseeb, kom lawv thiaj yuav dim,’ yuav raug tso tseg kom txais ‘kev yuam kev loj heev, kom lawv ntseeg ib lo lus dag.’ 2 Thexalaunika 2:9–11. Thaum lub xeev ntawm kev tsis hwm Vajtswv no los txog rau qhov ntawd lawm, tib yam txiaj ntsig yuav raws los ib yam li hauv thawj ob peb puas xyoo.” The Great Controversy, 443, 444.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Daniyees - Ib Puag Peb Caug Rau</dc:title>
  <dc:subject>Kev Hloov Chaw Saib Yaj Saub ntawm Republicanism thiab Protestantism: Los Ntawm Kev Tuag Mus Rau Kev Sawv Rov Los</dc:subject>
  <dc:creator>Jeff Pippenger</dc:creator>
  <cp:keywords/>
  <dc:description>Generated by ArticleDigger from daniel\136_daniel.json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