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Peb Caug Cuaj</w:t>
      </w:r>
    </w:p>
    <w:p>
      <w:pPr>
        <w:pStyle w:val="ArticleSubtitle"/>
        <w:jc w:val="left"/>
      </w:pPr>
      <w:r>
        <w:rPr>
          <w:rFonts w:ascii="Arial" w:hAnsi="Arial" w:eastAsia="Arial" w:cs="Arial"/>
        </w:rPr>
        <w:t>Kev Sib Haum Yaj Saub ntawm Daniel 11:40 nrog Tej Kev Muaj Tiag ntawm Kev Nom Kev Tswv Niaj Hnub No: Qhib Qhov Tsis Txawj Paub txog Tus Thawj Tswj Hwm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Peb tab tom xav txog txoj kev sib haum ntawm Daniel tshooj kaum ib nqe plaub caug, nrog nqe ib thiab nqe ob ntawm tib tshooj ntawd. Nqe ib qhia txog lub sij hawm kawg xyoo 1989, thiab nqe plaub caug kuj cim tib lub sij hawm kawg xyoo 1989, nrog rau kev poob tawg ntawm Soviet Union raws li tau sawv cev los ntawm kev rhuav tshem Phab Ntsa Berlin thaum lub Kaum Ib Hlis 9, 1989.</w:t>
      </w:r>
    </w:p>
    <w:p>
      <w:pPr>
        <w:pStyle w:val="ArticleBody"/>
        <w:jc w:val="left"/>
      </w:pPr>
      <w:r>
        <w:rPr>
          <w:rFonts w:ascii="Times New Roman" w:hAnsi="Times New Roman" w:eastAsia="Times New Roman" w:cs="Times New Roman"/>
        </w:rPr>
        <w:t>Nqe ob qhia tias tus thawj tswj hwm thib rau ntawm Tebchaws Meskas tom qab xyoo 1989 yuav yog tus nplua nuj tshaj plaws ntawm txhua tus thawj tswj hwm, thiab yog li ntawd nws taw tes ncaj qha rau Donald Trump. Thaum ua li no, nws qhia tias Trump yuav “txhawb kom sawv” tag nrho Grecia, uas yog lub tebchaws Kili uas yog Alexander tus Loj lub tebchaws nyob hauv nqe peb. Lub tebchaws Kili hauv nqe peb thiab nqe plaub yog lub cim sawv cev rau ib lub nceeg vaj thoob ntiajteb hauv Daniyees tshooj kaum ib.</w:t>
      </w:r>
    </w:p>
    <w:p>
      <w:pPr>
        <w:pStyle w:val="ArticleBody"/>
        <w:jc w:val="left"/>
      </w:pPr>
      <w:r>
        <w:rPr>
          <w:rFonts w:ascii="Times New Roman" w:hAnsi="Times New Roman" w:eastAsia="Times New Roman" w:cs="Times New Roman"/>
        </w:rPr>
        <w:t>William Miller tau hais lo lus no tias, “history and prophecy doth agree,” thiab keeb kwm ntawm Donald Trump muab pov thawj uas tsis muaj leejtwg thim tau tias nws tsis yog tsuas yog tus nplua nuj tshaj plaws ntawm yim tus thawj tswj hwm kawg ntawm Tebchaws Meskas xwb, tiam sis tias cov neeg ntiajtebkev ntawm Tebchaws Meskas, thiab ntawm tag nrho lub ntiajteb, ntxub Donald Trump, nrog ib qho kev ntxub uas tsis muaj laj thawj txog npaum li ntawd uas coob leej txhais nws tias yog kev vwm.</w:t>
      </w:r>
    </w:p>
    <w:p>
      <w:pPr>
        <w:pStyle w:val="ArticleBody"/>
        <w:jc w:val="left"/>
      </w:pPr>
      <w:r>
        <w:rPr>
          <w:rFonts w:ascii="Times New Roman" w:hAnsi="Times New Roman" w:eastAsia="Times New Roman" w:cs="Times New Roman"/>
        </w:rPr>
        <w:t>Tus thawj ntawm yim tus thawj tswj hwm kawg, pib txij xyoo 1989, tau ua ib daim qauv qhia meej txog Trump hauv ntau txoj kev, yog li ntawd txhawb nqa tias tus thawj tswj hwm thib rau hauv nqe ob yuav kawg nkaus yog tus thib yim thiab tus kawg. Reagan, raws li tus thawj hauv ib kab ke yim leej, yuav ua ib daim qauv qhia txog tus thib yim thiab tus kawg, rau qhov Yexus ib txwm siv qhov pib ntawm ib yam los ua duab piv txwv qhia txog qhov kawg ntawm ib yam.</w:t>
      </w:r>
    </w:p>
    <w:p>
      <w:pPr>
        <w:pStyle w:val="ArticleBody"/>
        <w:jc w:val="left"/>
      </w:pPr>
      <w:r>
        <w:rPr>
          <w:rFonts w:ascii="Times New Roman" w:hAnsi="Times New Roman" w:eastAsia="Times New Roman" w:cs="Times New Roman"/>
        </w:rPr>
        <w:t>Zaj lus tim khawv ntawm Ronald Reagan, uas yog tus thawj tswj hwm nyob rau lub sij hawm kawg xyoo 1989, sawv cev raws lus faj lem rau tus thawj tswj hwm uas yuav yog tus kawg ntawm yim tus thawj tswj hwm. Yuav muaj xya tus thawj tswj hwm tom qab Reagan, vim Tebchaws Asmeskas yuav xaus raws li lub nceeg vaj thib rau ntawm Vajlugkub cov lus faj lem thaum txoj cai Sunday uas yuav los sai no los txog, thiab thaum tab tom coj mus txog rau txoj cai Sunday ntawd, Tebchaws Asmeskas tsim ib daim duab ntawm tus tsiaj qus, thiab tus tsiaj qus ntawd yog tus thib yim, uas yog ntawm xya tus tsiaj qus. Reagan yog tus thawj tswj hwm thawj zaug nyob rau lub sij hawm kawg xyoo 1989, thiab tus kawg yuav yog tus thib yim, uas yog ntawm xya tus ntawd.</w:t>
      </w:r>
    </w:p>
    <w:p>
      <w:pPr>
        <w:pStyle w:val="ArticleBody"/>
        <w:jc w:val="left"/>
      </w:pPr>
      <w:r>
        <w:rPr>
          <w:rFonts w:ascii="Times New Roman" w:hAnsi="Times New Roman" w:eastAsia="Times New Roman" w:cs="Times New Roman"/>
        </w:rPr>
        <w:t>Reagan tau hais tias, thaum Lub Rau Hli 12, 1987, nyob rau hauv ib zaj lus hais ntawm lub Rooj Vag Brandenburg nyob ze Phab Ntsa Berlin hauv West Berlin, Lub Tebchaws Yelemees, thaum nws tab tom hais rau Tus Tuav Ntaub Ntawv General ntawm Pawg Neeg Communist ntawm Soviet Union, Mikhail Gorbachev, hais tias, “Tus Tuav Ntaub Ntawv General Gorbachev, yog koj nrhiav kev thaj yeeb, yog koj nrhiav kev vam meej rau Soviet Union thiab Tebchaws Europe Sab Hnub Tuaj, yog koj nrhiav kev qhib kev ywj pheej: Los ntawm no los rau ntawm lub rooj vag no! Yawg Gorbachev, qhib lub rooj vag no! Yawg Gorbachev, rhuav phab ntsa no pov tseg!” Cov kab lus no, uas yog thawj kab lus nto moo tshaj plaws ntawm yim tus thawj tswj hwm kawg no, tau cim tseg txog kev ua tiav ntawm kev rhuav phab ntsa ntawd ob xyoos tom qab, thaum Lub Kaum Ib Hlis 9, 1989.</w:t>
      </w:r>
    </w:p>
    <w:p>
      <w:pPr>
        <w:pStyle w:val="ArticleBody"/>
        <w:jc w:val="left"/>
      </w:pPr>
      <w:r>
        <w:rPr>
          <w:rFonts w:ascii="Times New Roman" w:hAnsi="Times New Roman" w:eastAsia="Times New Roman" w:cs="Times New Roman"/>
        </w:rPr>
        <w:t>Thaum ua li ntawd, Reagan qhov kev hais kom rhuav tshem phab ntsa, yog hais mus rau tus thawj tswj hwm thib yim, uas thaum tab tom sib tw los ua tus thawj tswj hwm thib rau, tau tsa nws txoj kev sib tw rau saum lo lus cog tseg tias “yuav txhim tsa phab ntsa.” Tus thawj ntawm yim tus thawj tswj hwm kawg tau hu kom rhuav tshem phab ntsa, thiab Phab Ntsa Berlin raug rhuav tshem xyoo 1989, nyob rau lub caij kawg. Thaum txoj cai Sunday tab tom yuav los txog sai, “phab ntsa” ntawm kev cais Tsev Teev Ntuj thiab Xeev yuav raug rhuav tshem, raws li tau sawv cev los ntawm qhov pib xyoo 1989. Nyob hauv nruab nrab ntawm lub sijhawm ntawd tus thawj tswj hwm thib rau, uas ua kom cov globalists sawv ntxhov, sim txhim tsa ib phab ntsa uas lawv tsis xav tau, thiab thaum nws rov qab los ua tus thawj tswj hwm thib yim ntawm xya leej dua, lwm “phab ntsa” yuav poob los.</w:t>
      </w:r>
    </w:p>
    <w:p>
      <w:pPr>
        <w:pStyle w:val="ArticleBody"/>
        <w:jc w:val="left"/>
      </w:pPr>
      <w:r>
        <w:rPr>
          <w:rFonts w:ascii="Times New Roman" w:hAnsi="Times New Roman" w:eastAsia="Times New Roman" w:cs="Times New Roman"/>
        </w:rPr>
        <w:t>Tus thawj ntawm yim tug thawj tswj hwm no raug cim los ntawm kev rhuav ib phab ntsa uas cim txog lub caij kawg, raws li tau sawv cev hauv Daniyee kaum ib nqe plaub caug, thiab tus kawg ntawm yim tug thawj tswj hwm no raug cim los ntawm kev rhuav ib “phab ntsa” uas cim txog qhov kawg ntawm lub sij hawm muab lub cim ntim rau ib puas plaub caug plaub txhiab, raws li tau sawv cev hauv Daniyee tshooj kaum ib nqe plaub caug ib.</w:t>
      </w:r>
    </w:p>
    <w:p>
      <w:pPr>
        <w:pStyle w:val="ArticleBody"/>
        <w:jc w:val="left"/>
      </w:pPr>
      <w:r>
        <w:rPr>
          <w:rFonts w:ascii="Times New Roman" w:hAnsi="Times New Roman" w:eastAsia="Times New Roman" w:cs="Times New Roman"/>
        </w:rPr>
        <w:t>Thawj Tswj Hwm Reagan yog ib tug qub Democrat uas tig los ua Republican, ib tug qub hnub qub xov xwm, ib tug neeg uas nto npe vim nws txoj kev hais lus meej tseeb, muaj kev lom zem tob heev, yog ib tug neeg khaws cai nruj rau nyiaj txiag uas tau tawm tsam cov thawj coj tsim txiaj nyob rau Washington, DC, thaum nws tab tom sib tw xaiv tsa. Los yeej txawm hais tias Reagan tau siv lus tawm tsam lub koom haum tsim txiaj (swamp) uas twb cog cag ruaj khov nyob hauv lub teb chaws lub nroog peev thaum nws thawj zaug sib tw xaiv tsa, thaum kawg nws ho tsa ib feem pua siab dua ntawm cov nom tswv globalist uas tau raug lees paub los tuav nws cov haujlwm hauv nws lub txee thawj coj dua li lwm tus thawj tswj hwm niaj hnub no txhua tus mus txog rau lub sijhawm ntawd. Nws tseem mus deb txog qhov uas xaiv George Bush thawj tug los ua nws Tus Lwm Thawj Tswj Hwm, yog ib tug neeg uas nws tsev neeg cov cag keeb kwm ncav mus deb rov qab rau hauv keeb kwm globalist.</w:t>
      </w:r>
    </w:p>
    <w:p>
      <w:pPr>
        <w:pStyle w:val="ArticleBody"/>
        <w:jc w:val="left"/>
      </w:pPr>
      <w:r>
        <w:rPr>
          <w:rFonts w:ascii="Times New Roman" w:hAnsi="Times New Roman" w:eastAsia="Times New Roman" w:cs="Times New Roman"/>
        </w:rPr>
        <w:t>Trump tau tawm suab xaiv tsa los ntawm kev cog lus tias yuav ntxuav kom huv lub hwj chim qub uas nws hu ua “lub pas av nkos,” tiam sis nws keeb kwm hais txog cov txiv neej uas nws tau xaiv los ua haujlwm nyob ze nws tshaj plaws, qhia tawm nws qhov kev qaug zog loj tshaj. Yuav luag tag nrho cov txiv neej ntawd yog cov sawv cev ntawm “lub pas av nkos” uas Trump tawm tsam nrog kev ruaj nrees heev. Trump, ib yam li Reagan, yog ib tug qub neeg Democrat uas tig los ua Republican, ib tug qub hnub qub tshaj xov xwm, ib tug txiv neej uas paub zoo vim nws txoj kev hais lus, muaj kev txawj lom zem tob heev, thiab yog ib tug neeg txuag nyiaj txiag.</w:t>
      </w:r>
    </w:p>
    <w:p>
      <w:pPr>
        <w:pStyle w:val="ArticleBody"/>
        <w:jc w:val="left"/>
      </w:pPr>
      <w:r>
        <w:rPr>
          <w:rFonts w:ascii="Times New Roman" w:hAnsi="Times New Roman" w:eastAsia="Times New Roman" w:cs="Times New Roman"/>
        </w:rPr>
        <w:t>Tus thawj tswj hwm kawg ntawm Tebchaws Meskas yuav yog tus thawj tswj hwm nyob rau lub sijhawm uas tus mlom ntawm lub hwj chim papacy (uas yog tus mlom ntawm tus tsiaj qus) raug tsim tsa hauv Tebchaws Meskas. Yog li ntawd, tus thawj tswj hwm thib yim thiab kawg txij xyoo 1989 los yuav koom tes nrog ib txoj kev ua tsov rog tawm tsam ib lub hwj chim zaj, rau qhov yog nyob hauv ib txoj kev ua rog ntev thiab ncua mus ntev nrog tus zaj uas papacy tau xub raug tsa rau saum lub zwm txwv los ntawm ib lub hwj chim zaj xyoo 538, ces raug tib lub hwj chim zaj ntawd txo tawm ntawm lub zwm txwv xyoo 1798, thiab yuav rov raug tsa rau saum lub zwm txwv dua los ntawm lub hwj chim zaj uas sawv cev los ntawm kaum tus vajntxwv uas pom zoo muab lawv lub nceeg vaj thib xya rau papacy, thiab tom qab ntawd lawv yuav txo tus tsiaj qus papal tawm ntawm lub zwm txwv thaum lawv hlawv nws nrog hluav taws thiab noj nws cev nqaij daim tawv thaum nws los txog nws qhov kawg uas tsis muaj leejtwg pab tau.</w:t>
      </w:r>
    </w:p>
    <w:p>
      <w:pPr>
        <w:pStyle w:val="ArticleBody"/>
        <w:jc w:val="left"/>
      </w:pPr>
      <w:r>
        <w:rPr>
          <w:rFonts w:ascii="Times New Roman" w:hAnsi="Times New Roman" w:eastAsia="Times New Roman" w:cs="Times New Roman"/>
        </w:rPr>
        <w:t>Tus thawj tswj hwm uas yuav yog tus yim, uas yog tawm hauv xya tus ntawd los, kuj yuav yog tus thawj tswj hwm uas koom nrog ib txoj kev ua rog tawm tsam ib lub hwj chim zaj. Txoj kev ua rog ntawd raug txheeb qhia thaum tus thawj tswj hwm thib rau thiab nplua nuj tshaj plaws tsa sawv thiab qhib tag nrho tej hwj chim zaj ntawm cov neeg ntiaj teb ib txwm nrhiav kev tswj hwm thoob qab ntuj. Ntawm yim tus thawj tswj hwm kawg, pib txij xyoo 1989 los, ob tug twb tuag lawm, cia tshuav rau tus thawj tswj hwm uas muaj peev xwm yuav koom nrog ib txoj kev ua rog tawm tsam ib lub hwj chim zaj.</w:t>
      </w:r>
    </w:p>
    <w:p>
      <w:pPr>
        <w:pStyle w:val="ArticleBody"/>
        <w:jc w:val="left"/>
      </w:pPr>
      <w:r>
        <w:rPr>
          <w:rFonts w:ascii="Times New Roman" w:hAnsi="Times New Roman" w:eastAsia="Times New Roman" w:cs="Times New Roman"/>
        </w:rPr>
        <w:t>Ntawm rau txoj kev yuav ua tau ntawd, plaub tug yog cov qhib siab nthuav tawm tias lawv raug tus zaj txhawb zog thiab yog cov ntiaj teb thoob plaws lub tswv yim. Ib tug ntawm rau tug ntawd, ib yam li nws txiv, lees tias nws yog Republican, tiam sis nws tsuas yog Republican raws npe xwb, thiab ib yam li nws txiv, nws yog ib tus sawv cev ntawm lub hwj chim zaj uas txhawb txoj kev ntiaj teb thoob plaws ntawd. Ntawm rau tug thawj tswj hwm uas tseem ciaj sia, tsuas muaj ib tug xwb uas meej tseeb tsis yog tus ntiaj teb thoob plaws lub tswv yim, thiab nws yog tus thawj tswj hwm uas ua rau cov ntiaj teb thoob plaws lub tswv yim sawv ntxhov. Nws yog tib tug nkaus xwb hauv yim tug thawj tswj hwm kawg uas yuav muaj peev xwm ua kom tiav qhov ntsiab ntawm daim duab ntawm lub hwj chim papacy, raws li qhov uas koom tes nrog ib qho kev ua rog tawm tsam ib lub hwj chim zaj.</w:t>
      </w:r>
    </w:p>
    <w:p>
      <w:pPr>
        <w:pStyle w:val="ArticleBody"/>
        <w:jc w:val="left"/>
      </w:pPr>
      <w:r>
        <w:rPr>
          <w:rFonts w:ascii="Times New Roman" w:hAnsi="Times New Roman" w:eastAsia="Times New Roman" w:cs="Times New Roman"/>
        </w:rPr>
        <w:t>Thawj tus thawj tswj hwm Republican thawj zaug tau hais nrov npe ib nqe Vajlugkub hais txog Tsov Rog Hauv Tebchaws Asmeskas uas hais ncaj qha txog qhov tseeb no.</w:t>
      </w:r>
    </w:p>
    <w:p>
      <w:pPr>
        <w:pStyle w:val="ArticleScripture"/>
        <w:jc w:val="left"/>
      </w:pPr>
      <w:r>
        <w:rPr>
          <w:rFonts w:ascii="Times New Roman" w:hAnsi="Times New Roman" w:eastAsia="Times New Roman" w:cs="Times New Roman"/>
        </w:rPr>
        <w:t>Yes Xus paub lawv tej kev xav, thiab hais rau lawv tias, Txhua lub nceeg vaj uas sib cais tawm tsam nws tus kheej yuav raug coj mus rau txoj kev puam tsuaj; thiab txhua lub nroog los yog txhua lub tsev uas sib cais tawm tsam nws tus kheej yuav tsis nyob ruaj khov: Thiab yog tias Xatas ntiab Xatas tawm, nws twb sib cais tawm tsam nws tus kheej lawm; ces nws lub nceeg vaj yuav nyob ruaj tau li cas? Thiab yog tias kuv ntiab dab tawm los ntawm Npe-eeleesebub, nej cov me nyuam ntiab lawv tawm los ntawm leej twg? yog li ntawd lawv yuav yog nej cov txiav txim. Tab sis yog tias kuv ntiab dab tawm los ntawm Vajtswv tus Ntsuj Plig, ces Vajtswv lub nceeg vaj twb los txog rau nej lawm. Mathais 12:25–28.</w:t>
      </w:r>
    </w:p>
    <w:p>
      <w:pPr>
        <w:pStyle w:val="ArticleBody"/>
        <w:jc w:val="left"/>
      </w:pPr>
      <w:r>
        <w:rPr>
          <w:rFonts w:ascii="Times New Roman" w:hAnsi="Times New Roman" w:eastAsia="Times New Roman" w:cs="Times New Roman"/>
        </w:rPr>
        <w:t>Tsov rog ntawm tus zaj tawm tsam tus thawj tswj hwm uas nplua nuj tshaj plaws uas ua kom lub tebchaws Grecia sawv ntxhov, tsuas yog yuav yog nruab nrab ntawm Donald Trump thiab cov globalists xwb, rau qhov tag nrho lwm tsib tus thawj tswj hwm uas tseem muaj sia nyob uas tseem yuav ua tau, yog cov globalists tawm tsam Asmeskas. Thaum Lincoln hais txog cov nqe dhau los ntawd, los hais rau kev sib cais ntawm haiv neeg ua ob lub koomhaum, yog cov txhawb kev ua qhev thiab cov tawm tsam kev ua qhev, nws tau hais rau cov Democrats txhawb kev ua qhev, thiab cov Republicans tawm tsam kev ua qhev; thiab thaum nws ua li ntawd nws kuj tau hais txog tsov rog ntawm hnub kawg nruab nrab ntawm cov Democrats globalists, uas tus thawj tswj hwm Republican kawg tsa kom sawv nrog nws qhov kev txav hu ua MAGA-ism, uas nws sawv cev thiab coj.</w:t>
      </w:r>
    </w:p>
    <w:p>
      <w:pPr>
        <w:pStyle w:val="ArticleBody"/>
        <w:jc w:val="left"/>
      </w:pPr>
      <w:r>
        <w:rPr>
          <w:rFonts w:ascii="Times New Roman" w:hAnsi="Times New Roman" w:eastAsia="Times New Roman" w:cs="Times New Roman"/>
        </w:rPr>
        <w:t>Ua thawj tug thawj tswj hwm Republican, Lincoln ua tus piv txwv txog tus thawj tswj hwm Republican kawg. Tus thawj tswj hwm kawg kuj raug sawv cev los ntawm tus thawj tswj hwm Republican nyob rau lub sijhawm kawg xyoo 1989. Ob tug tim khawv no qhia meej tias tus thawj tswj hwm uas nkawd tab tom ua piv txwv txog yog ib tug Republican. Tus thawj tswj hwm Republican nyob rau lub sijhawm kawg xyoo 1989 tsis yog tsuas yog ib tug Republican xwb, tiamsis nws yog thawj tug ntawm yim tug thawj tswj hwm kawg. Tus thawj tswj hwm kawg kuj yuav raug ua piv txwv los ntawm George Washington, tus thawj tug thawj tswj hwm thiab tus thawj tug Commander-in-Chief.</w:t>
      </w:r>
    </w:p>
    <w:p>
      <w:pPr>
        <w:pStyle w:val="ArticleBody"/>
        <w:jc w:val="left"/>
      </w:pPr>
      <w:r>
        <w:rPr>
          <w:rFonts w:ascii="Times New Roman" w:hAnsi="Times New Roman" w:eastAsia="Times New Roman" w:cs="Times New Roman"/>
        </w:rPr>
        <w:t>Washington, nyeg rov qab, twb raug ua ib daim qauv sawv cev los ntawm thawj tug thawj tswj hwm nyob rau lub sijhawm uas 1776 sawv cev rau, thiab tus thawj tug thawj tswj hwm ntawd (Peyton Randolph), yog ib tug ntawm xya leej txiv neej uas tau ua haujlwm nyob rau hauv yim lub sijhawm uas xya leej txiv neej sawv cev rau. Randolph yog thawj tug ntawm yim tug, thiab yog li ntawd nws sawv cev rau Reagan, uas yog thawj tug ntawm yim tug, thiab nws yog tus thib yim uas yog ntawm xya tus. Yog li ntawd Randolph sawv cev rau Washington (thawj tug thawj tswj hwm), Lincoln (thawj tug thawj tswj hwm Republican), Reagan (thawj tug thawj tswj hwm ntawm yim tug kawg), thiab tus thawj tswj hwm thib yim tom qab xyoo 1989, uas raws li qhov yuav tsum muaj ntawm yaj saub yuav yog tus thib yim, uas yog ntawm xya tus.</w:t>
      </w:r>
    </w:p>
    <w:p>
      <w:pPr>
        <w:pStyle w:val="ArticleBody"/>
        <w:jc w:val="left"/>
      </w:pPr>
      <w:r>
        <w:rPr>
          <w:rFonts w:ascii="Times New Roman" w:hAnsi="Times New Roman" w:eastAsia="Times New Roman" w:cs="Times New Roman"/>
        </w:rPr>
        <w:t>Washington kuj yuav raug piv ua qauv los ntawm Yauhas Hancock thiab, tus uas yog tus thawj tswj hwm hauv zaj keeb kwm uas 1789 sawv cev, thiab tus uas yog, ib yam li Randolph, tus thib yim, uas yog los ntawm xya. Randolph tau piv ua qauv rau Washington lawm; yog li ntawd thaum Hancock koom haum nrog Randolph ua tus thib yim uas yog los ntawm xya, Hancock sawv cev rau tus thawj tswj hwm thib yim tom qab 1989, uas raws li qhov yuav tsum muaj ntawm lus faj lem yuav yog tus thib yim, uas yog los ntawm xya.</w:t>
      </w:r>
    </w:p>
    <w:p>
      <w:pPr>
        <w:pStyle w:val="ArticleBody"/>
        <w:jc w:val="left"/>
      </w:pPr>
      <w:r>
        <w:rPr>
          <w:rFonts w:ascii="Times New Roman" w:hAnsi="Times New Roman" w:eastAsia="Times New Roman" w:cs="Times New Roman"/>
        </w:rPr>
        <w:t>Randolph, Hancock, Washington, Lincoln thiab Reagan txhua tus yog hom duab ua piv txwv txog tus thawj tswj hwm kawg. Ob tug tim khawv hauv lawv no tsa kom muaj tseeb tias tus thawj tswj hwm kawg yuav yog ib tug Republican. Ob tug tsa kom muaj tseeb tias tus thawj tswj hwm kawg yuav yog tus thib yim, uas yog tawm hauv xya tus ntawd los. Tsib tug thawj tswj hwm uas tseem ciaj sia hauv yim tug thawj tswj hwm tom qab lub sij hawm kawg hauv xyoo 1989, qhia meej tias tsuas yog Trump xwb thiaj muaj txoj kev xav nom tswv uas phim rau kev koom nrog ib qho kev ua rog nrog lub hwj chim zaj.</w:t>
      </w:r>
    </w:p>
    <w:p>
      <w:pPr>
        <w:pStyle w:val="ArticleBody"/>
        <w:jc w:val="left"/>
      </w:pPr>
      <w:r>
        <w:rPr>
          <w:rFonts w:ascii="Times New Roman" w:hAnsi="Times New Roman" w:eastAsia="Times New Roman" w:cs="Times New Roman"/>
        </w:rPr>
        <w:t>Lincoln tau los tom qab James Buchanan, ib tug Democrat, uas cov kws sau keeb kwm ncaj ncees lees paub tias yog tus thawj tswj hwm uas ua tsis tau haujlwm tshaj plaws hauv keeb kwm Asmeskas thaum ntxov ntawd, thiab nws txoj kev coj noj coj ua uas tsis muaj txiaj ntsig ntawd yeej yog qhov ua rau muaj Tsov Rog Hauv Tsev ntawm Tebchaws Meskas. Ua ntej Lincoln tau tsa tes cog lus los txais txoj hauj lwm lawm, cov xeev yav qab teb twb pib cais tawm ntawm lub koomhaum lawm, thiab tsuas yog ib hlis tom qab Lincoln txais txoj hauj lwm lawm xwb, thawj cov phom twb pib nrov lawm. Buchanan tau muab tej kev txav ntawd pib mus, uas ua rau muaj ib qho kev tsov rog uas Lincoln raug yuam kom daws.</w:t>
      </w:r>
    </w:p>
    <w:p>
      <w:pPr>
        <w:pStyle w:val="ArticleBody"/>
        <w:jc w:val="left"/>
      </w:pPr>
      <w:r>
        <w:rPr>
          <w:rFonts w:ascii="Times New Roman" w:hAnsi="Times New Roman" w:eastAsia="Times New Roman" w:cs="Times New Roman"/>
        </w:rPr>
        <w:t>Reagan tau raug ua ntej los ntawm tus thawj tswj hwm uas tsis muaj txiaj ntsig tshaj plaws hauv tiam niaj hnub no. Carter, uas yog ib tug Democrat, tau ua rau Tebchaws Meskas poob ntsej muag vim nws tsis muaj peev xwm los teb kom raug rau Islam kev kub ntxhov phem, uas nyob hauv Iran.</w:t>
      </w:r>
    </w:p>
    <w:p>
      <w:pPr>
        <w:pStyle w:val="ArticleBody"/>
        <w:jc w:val="left"/>
      </w:pPr>
      <w:r>
        <w:rPr>
          <w:rFonts w:ascii="Times New Roman" w:hAnsi="Times New Roman" w:eastAsia="Times New Roman" w:cs="Times New Roman"/>
        </w:rPr>
        <w:t>Ua Ntej Trump yog Obama, ib tug Democrat, uas txhob txwm pib tej kev sib cais ntawm sab kab lis kev cai, sab nom tswv thiab sab kev khwv nyiaj txiag uas tsuas yog nce ntxiv txij thaum ntawd los xwb. Nws txoj kev coj uas tsis muaj txiaj ntsig raug ua piv txwv los ntawm Buchanan thiab Carter, tiam sis hauv zaj keeb kwm uas nws ua tus tswj hwm ntawd, Mainstream Media twb pib nthuav qhia nws tus kheej lawm nyob rau hauv kev sib txig nrog Adolph Hitler lub Reich Ministry of Public Enlightenment and Propaganda. Obama tej kev tawm tsam rau cov koom haum kev sib raug zoo, kev nom kev tswv, kev nyiaj txiag thiab kev ntseeg ntawm Tebchaws Meskas raug npog cia, rau cov uas xaiv tsis pom, thiab nws qhov tsis muaj peev xwm raws li ib tug uas tau cog lus los tiv thaiv Txoj Cai Lij Choj raug zais cia kom zoo zoo. Obama ua rau Tebchaws Meskas poob ntsej muag vim nws tsis muaj peev xwm los hais daws radical Islam kom raug, uas nyob hauv Iran.</w:t>
      </w:r>
    </w:p>
    <w:p>
      <w:pPr>
        <w:pStyle w:val="ArticleBody"/>
        <w:jc w:val="left"/>
      </w:pPr>
      <w:r>
        <w:rPr>
          <w:rFonts w:ascii="Times New Roman" w:hAnsi="Times New Roman" w:eastAsia="Times New Roman" w:cs="Times New Roman"/>
        </w:rPr>
        <w:t>Thaum Trump raug xaiv tsa rov los nyob rau xyoo 2024, ua tus thawj tswj hwm thib yim txij Reagan xyoo 1989 los, nws yuav rov qab raug ib tug Democrat uas yog neeg ntiaj teb-ib-ce txhawb los ntawm tus zaj ua ntej nws dua ib zaug ntxiv, tus uas tam sim no tau tuav lub kaus mom ua tus thawj tswj hwm uas tsis muaj txiaj ntsig tshaj plaws hauv keeb kwm, tus uas tau ua kom Tebchaws Meskas poob ntsej muag ntau zaus hauv nws txoj kev sim los daws kev ntseeg Islam hnyav kawg, uas nyob hauv Iran, txawm li ntawd los ib zaug ntxiv cov xov xwm loj niaj hnub no (raws li pom ua qauv los ntawm Reich Ministry of Public Enlightenment and Propaganda) tseem ua haujlwm los npog qhov tseeb uas pom tseeb ntawd.</w:t>
      </w:r>
    </w:p>
    <w:p>
      <w:pPr>
        <w:pStyle w:val="ArticleBody"/>
        <w:jc w:val="left"/>
      </w:pPr>
      <w:r>
        <w:rPr>
          <w:rFonts w:ascii="Times New Roman" w:hAnsi="Times New Roman" w:eastAsia="Times New Roman" w:cs="Times New Roman"/>
        </w:rPr>
        <w:t>Thaum Reagan los tuav txoj haujlwm, muaj ib qho kev kub ntxhov uas tseem tsis tau daws nrog Islam uas txaus ntshai, nyob hauv Iran, uas tus thawj tswj hwm Democrat tau tso cia tsis tau daws. Reagan tam sim ntawd tau ua cov kauj ruam los hloov txoj kev ntawm qhov kev ntxhov siab nruab nrab ntawm Tebchaws Meskas thiab Islam uas txaus ntshai, raws li sawv cev los ntawm Iran. Thaum Trump los tuav txoj haujlwm, muaj ib qho kev kub ntxhov uas tseem tsis tau daws nrog Islam uas txaus ntshai, ib zaug ntxiv nyob hauv Iran, uas tsis yog tsuas yog raug tso cia tsis tau daws xwb, tiam sis tseem raug pab nyiaj los ntawm tus thawj tswj hwm Democrat. Trump tam sim ntawd tau ua cov kauj ruam los hloov txoj kev ntawm qhov kev ntxhov siab nruab nrab ntawm Tebchaws Meskas thiab Islam uas txaus ntshai, raws li sawv cev los ntawm Iran. Tus thawj tswj hwm Democrat tam sim no tau thim rov qab txhua yam kev vam meej uas Trump tau ua tiav, thiab tam sim no tag nrho lub ntiaj teb tab tom raug rub nkag mus rau hauv tsov rog ntiaj teb zaum peb los ntawm Biden txoj kev coj noj coj ua uas tsis muaj txiaj ntsig.</w:t>
      </w:r>
    </w:p>
    <w:p>
      <w:pPr>
        <w:pStyle w:val="ArticleBody"/>
        <w:jc w:val="left"/>
      </w:pPr>
      <w:r>
        <w:rPr>
          <w:rFonts w:ascii="Times New Roman" w:hAnsi="Times New Roman" w:eastAsia="Times New Roman" w:cs="Times New Roman"/>
        </w:rPr>
        <w:t>Qhov ntawd ua tiav tsis yog tsuas yog txoj hauj lwm nrog Islam uas raug sawv cev los ntawm Carter txoj kev tsis muaj peev xwm, thiab Obama txoj kev txhawb Islam xwb, tiam sis kuj yog los ntawm Buchanan txoj hauj lwm hauv kev pib ib qho kev tsov rog, uas tus thawj tswj hwm Republican yuav tsum daws kom tiav.</w:t>
      </w:r>
    </w:p>
    <w:p>
      <w:pPr>
        <w:pStyle w:val="ArticleBody"/>
        <w:jc w:val="left"/>
      </w:pPr>
      <w:r>
        <w:rPr>
          <w:rFonts w:ascii="Times New Roman" w:hAnsi="Times New Roman" w:eastAsia="Times New Roman" w:cs="Times New Roman"/>
        </w:rPr>
        <w:t>Ib yam li thawj tug thawj tswj hwm Republican, Trump raug tej hwj chim zaj ntiaj teb thoob qab ntuj tua pov tseg rau hauv kev nom kev tswv hauv kev xaiv tsa xyoo 2020. Thaum nws raug suav hais tias twb tuag nyob hauv txoj kev lawm, cov neeg ntiaj teb no uas yog tsiaj qus hauv ntiaj teb thiab cov neeg ntiaj teb no thoob plaws lub qab ntuj thiaj pib ua kev zoo siab, raws li tau muaj lus faj lem tseg hauv Tshwmsim tshooj kaum ib.</w:t>
      </w:r>
    </w:p>
    <w:p>
      <w:pPr>
        <w:pStyle w:val="ArticleScripture"/>
        <w:jc w:val="left"/>
      </w:pPr>
      <w:r>
        <w:rPr>
          <w:rFonts w:ascii="Times New Roman" w:hAnsi="Times New Roman" w:eastAsia="Times New Roman" w:cs="Times New Roman"/>
        </w:rPr>
        <w:t>Thaum lawv ua tiav lawv zaj lus tim khawv lawm, tus tsiaj qus uas nce tawm hauv lub qhov tob uas tsis muaj qab yuav ua rog tawm tsam lawv, thiab yuav kov yeej lawv, thiab tua lawv. Thiab lawv tej cev tuag yuav pw nyob hauv txoj kev ntawm lub nroog loj ntawd, uas raws sab ntsuj plig hu ua Xaudoo thiab Iyi, qhov chaw uas peb tus Tswv kuj raug muab ntsia saum ntoo khaub lig. Thiab cov neeg ntawm ntau haiv neeg, ntau xeem, ntau yam lus, thiab ntau lub teb chaws yuav pom lawv tej cev tuag tau peb hnub thiab ib nrab, thiab yuav tsis cia muab lawv tej cev tuag coj mus faus rau hauv qhov ntxa. Thiab cov uas nyob saum lub ntiaj teb yuav zoo siab xyiv fab rau lawv tej kev tuag, thiab ua kev lom zem, thiab yuav sib xa khoom plig rau ib leeg rau ib leeg; vim ob tug yaj saub no tau tsim txom cov uas nyob saum lub ntiaj teb. Thiab tom qab peb hnub thiab ib nrab, tus Ntsuj Plig uas pub txojsia los ntawm Vajtswv nkag mus rau hauv lawv, thiab lawv sawv tsees rau saum lawv ob txhais taw; thiab kev ntshai loj heev poob rau saum cov uas pom lawv. Tshwm Sim 11:7–11.</w:t>
      </w:r>
    </w:p>
    <w:p>
      <w:pPr>
        <w:pStyle w:val="ArticleBody"/>
        <w:jc w:val="left"/>
      </w:pPr>
      <w:r>
        <w:rPr>
          <w:rFonts w:ascii="Times New Roman" w:hAnsi="Times New Roman" w:eastAsia="Times New Roman" w:cs="Times New Roman"/>
        </w:rPr>
        <w:t>Tam sim no twb los txog xyoo 2024 lawm, lub sijhawm uas Trump tab tom sawv ruaj khov rau saum nws ob txhais taw, thiab lub ntiajteb zaj uas tau zoo siab thiab lomzem txij hnub Lub Ib Hlis 6, 2021 los, nim no tab tom raug ntsib los ntawm “kev ntshai loj.” Cov Xov Xwm Loj (MSM) tab tom poob siab ntshai heev. Lawv tus kheej tej ntsiab lus hais tab tom pib ua kom pom lawv txoj kev txhawj xeeb tias, raws li zaj nkauj qub rock and roll hais tias, “tus txiv neej laus nkees nkees uas lawv tau xaiv ua vajntxwv,” tsis muaj peevxwm nyob kom ze txaus rau Trump cov lej kom pub lawv cov tshuab pov npav thawb Biden hla mus txog saum. Cov Xov Xwm Loj tam sim no yog ib lub tshuab tshaj tawm kev dag ntxias ib yam nkaus li Reich Ministry of Public Enlightenment and Propaganda thaum lub sijhawm Hitler.</w:t>
      </w:r>
    </w:p>
    <w:p>
      <w:pPr>
        <w:pStyle w:val="ArticleBody"/>
        <w:jc w:val="left"/>
      </w:pPr>
      <w:r>
        <w:rPr>
          <w:rFonts w:ascii="Times New Roman" w:hAnsi="Times New Roman" w:eastAsia="Times New Roman" w:cs="Times New Roman"/>
        </w:rPr>
        <w:t>Qhov tseeb no twb raug ua pov thawj ntau zaus lawm, dhau txhua txoj kev suav raws lej uas yuav ua tau kom yog lwm yam txawv. Txhua zaus uas ib lub ntsiab lus tshiab ntawm cov neeg thoob ntiajteb kav teb chaws raug coj los nkag rau hauv zej zog dav dav, twb raug sau tseg ntau zaus lawm tias ntau txoj kab kev sib txuas lus uas raug tswj hwm los ntawm tus zaj lub tshuab tshaj tawm dag ntxias ntawd tsim tawm tib cov kab lus ib lo lus rau ib lo lus thaum lawv piav txog qhov xwm txheej no los sis qhov teeb meem ntawd.</w:t>
      </w:r>
    </w:p>
    <w:p>
      <w:pPr>
        <w:pStyle w:val="ArticleBody"/>
        <w:jc w:val="left"/>
      </w:pPr>
      <w:r>
        <w:rPr>
          <w:rFonts w:ascii="Times New Roman" w:hAnsi="Times New Roman" w:eastAsia="Times New Roman" w:cs="Times New Roman"/>
        </w:rPr>
        <w:t>Yog tias nej leejtwg paub txog txoj kev ua si qub rau me nyuam hu ua “xov tooj,” los sis qee zaum hu ua “Chinese whispers,” ces nej yeej paub tias thaum tib neeg zaum ua ib voj voog, thiab raws li txoj kev ua si ntawd, thawj tus txhib lus mos rau hauv pob ntseg tus tom ntej, ces lo lus txhib ntawd raug rov hais txuas mus ib ncig lub voj voog, lo lus txhib thawj zaug uas ncig mus thoob lub voj voog ntawd yeej ib txwm hloov zuj zus mus ua ib yam txawv ntawm yam uas lo lus txhib thawj zaug ntawd tau qhia. Txawm li ntawd los, Cov Xov Xwm Loj tseem cia siab kom lawv cov neeg raws ntseeg tias txhua tus neeg sau xov xwm hauv lub teb chaws no thiab thoob plaws lub ntiaj teb no ua cas ho xaiv tib cov lus thiab cov nqe lus los piav txog tus zaj tus txheej xwm ntawm ib qho ncauj lus lossis ib qho xwm txheej. Pua pua tus uas hu ua neeg sau xov xwm tau saib tib qho xwm txheej ntawd, thiab lawv tsis yog tsuas yog tuaj txog tib qho xaus lus xwb, tiam sis lawv tseem xaiv tib cov lus thiab tib cov nqe lus ib yam nkaus los piav txog qhov xwm txheej ntawd.</w:t>
      </w:r>
    </w:p>
    <w:p>
      <w:pPr>
        <w:pStyle w:val="ArticleBody"/>
        <w:jc w:val="left"/>
      </w:pPr>
      <w:r>
        <w:rPr>
          <w:rFonts w:ascii="Times New Roman" w:hAnsi="Times New Roman" w:eastAsia="Times New Roman" w:cs="Times New Roman"/>
        </w:rPr>
        <w:t>Qhov uas peb tab tom hais txog rau lub sijhawm no tsis yog kev tawm tsam rau lub tshuab tshaj xov xwm dag ntxias ntawm cov neeg ntiaj teb kev tswj hwm thoob qab ntuj, tiam sis tsuas yog kev txheeb kom pom ib qho yam ntxwv cev lus faj lem ntawm kev ua rog sab ntsuj plig uas tam sim no tab tom muaj nyob rau saum npoo ntiaj teb. Nyob rau lub sijhawm uas Khetos nyob, cov Yudais thaum kawg tau xaiv Xixa ua lawv tus vajntxwv rau pej xeem pom tseeb, vim lawv tsis lees txais lawv tus Mexiyas. Hauv lub caij nyoog muaj kev sib cav ntawd, tus pov thawj hlob tau muab ib qho laj thawj rau kev tua Khetos uas yog los ntawm Xatas, thiab raws li kev xav uas muaj qhov yuam kev, los kuj yog qhov tseeb tib lub sijhawm.</w:t>
      </w:r>
    </w:p>
    <w:p>
      <w:pPr>
        <w:pStyle w:val="ArticleScripture"/>
        <w:jc w:val="left"/>
      </w:pPr>
      <w:r>
        <w:rPr>
          <w:rFonts w:ascii="Times New Roman" w:hAnsi="Times New Roman" w:eastAsia="Times New Roman" w:cs="Times New Roman"/>
        </w:rPr>
        <w:t>Thiab ib tug ntawm lawv, hu ua Caiaphas, uas yog tus pov thawj hlob rau xyoo ntawd, tau hais rau lawv tias, Nej tsis paub dab tsi li, thiab nej tsis xav txog tias nws tsim nyog rau peb kom ib tug neeg tuag hloov haiv neeg, kom tag nrho lub teb chaws txhob raug puas tsuaj. Thiab qhov uas nws hais no, nws tsis tau hais ntawm nws tus kheej lub tswv yim; tiam sis vim nws yog tus pov thawj hlob rau xyoo ntawd, nws thiaj tau cev lus faj lem tias Yexus yuav tsum tuag rau haiv neeg ntawd; thiab tsis yog rau haiv neeg ntawd xwb, tiam sis kom nws kuj yuav sau cov me nyuam ntawm Vajtswv uas tawg khiav nyob ntau qhov chaw los koom ua ib tug xwb. Yauhas 11:49–52.</w:t>
      </w:r>
    </w:p>
    <w:p>
      <w:pPr>
        <w:pStyle w:val="ArticleBody"/>
        <w:jc w:val="left"/>
      </w:pPr>
      <w:r>
        <w:rPr>
          <w:rFonts w:ascii="Times New Roman" w:hAnsi="Times New Roman" w:eastAsia="Times New Roman" w:cs="Times New Roman"/>
        </w:rPr>
        <w:t>Khayafas tab tom tsim ib txoj kev xav los tawm tsam Khetos, thiab thaum nws ua li ntawd nws yeej tab tom hais ib lo lus faj lem uas raug tseeb. Nws tsis ntseeg tias Khetos yuav tsum yog noob neej txoj kev txi, nws tsuas yog xav muab Nws tua xwb. Tam sim no tus zaj hwjchim lub Mainstream Media tab tom ua ib yam zoo ib yam no nrog Trump. Lawv tab tom sim cog kev ntshai rau hauv cov pejxeem, tias yog Trump raug xaiv dua, nws yuav dhau los ua ib tug thawj coj kav ib leeg, ib yam li Adolph Hitler. Cov Democrats yog pawg uas txhawb kev ua qhev, thiab muaj tej yam cwj pwm zoo ib yam li pawg Nazi, nrog rau ib lub tshuab tshaj tawm lus dag thoob ntiajteb, tsis yog nyob rau hauv lub tebchaws Yelemees xwb, los lawv tseem hais tias yog Trump raug xaiv, kev tswj hwm raws li pejxeem txoj cai yuav raug rhuav tshem thiab Trump yuav yog ib tug thawj coj kav ib leeg zoo li Adolph Hitler.</w:t>
      </w:r>
    </w:p>
    <w:p>
      <w:pPr>
        <w:pStyle w:val="ArticleBody"/>
        <w:jc w:val="left"/>
      </w:pPr>
      <w:r>
        <w:rPr>
          <w:rFonts w:ascii="Times New Roman" w:hAnsi="Times New Roman" w:eastAsia="Times New Roman" w:cs="Times New Roman"/>
        </w:rPr>
        <w:t>Qhov ntawd yog yam uas Vajtswv Txojlus qhia meej txog tus thawj tswj hwm kawg ntawm Tebchaws Meskas, txawm yog cov xov xwm loj hauv ntiajteb no, ib yam li Kayafas uas tus zaj txhawb siab, tsis nkag siab tias lawv tej lus tshaj tawm ntawd yog lus cev Vajtswv lus thiab yuav muaj tiag raws nraim li ntawd.</w:t>
      </w:r>
    </w:p>
    <w:p>
      <w:pPr>
        <w:pStyle w:val="ArticleScripture"/>
        <w:jc w:val="left"/>
      </w:pPr>
      <w:r>
        <w:rPr>
          <w:rFonts w:ascii="Times New Roman" w:hAnsi="Times New Roman" w:eastAsia="Times New Roman" w:cs="Times New Roman"/>
        </w:rPr>
        <w:t>“Peb lub tebchaws tab tom nyob rau hauv kev phom sij. Lub sijhawm tab tom los ze thaum cov neeg tsim cai lij choj ntawm nws yuav tsis lees txais tej ntsiab cai ntawm Kev Ntseeg Protestant kom txog rau qhov txhawb nqa txoj kev thim txoj kev ntseeg ntawm Loos. Cov neeg uas Vajtswv tau ua haujlwm loj kawg nkaus rau lawv, txhawb kom lawv muab pov tseg lub quab hnyav thiab tsim txom ntawm papacy, yuav los ntawm ib txoj kev txiav txim siab ntawm lub tebchaws pub zog rau txoj kev ntseeg qias neeg ntawm Loos, thiab yog li ntawd yuav tsa kom sawv txoj kev ua phem kav hnyav uas tsuas yog tos ib qho kov xwb thiaj yuav rov pib dua rau hauv kev lim hiam thiab kev kav raws li hwj chim yuam. Peb twb tab tom maj nroos txav los ze rau lub sijhawm no lawm.” The Spirit of Prophecy, volume 4, 410.</w:t>
      </w:r>
    </w:p>
    <w:p>
      <w:pPr>
        <w:pStyle w:val="ArticleBody"/>
        <w:jc w:val="left"/>
      </w:pPr>
      <w:r>
        <w:rPr>
          <w:rFonts w:ascii="Times New Roman" w:hAnsi="Times New Roman" w:eastAsia="Times New Roman" w:cs="Times New Roman"/>
        </w:rPr>
        <w:t>Kuv paub tias thaum kuv txheeb xyuas cov ntsiab uas twb raug qias neeg ntawm pab Democrats hauv Tebchaws Meskas, cov uas lees tias yog Republicans tiamsis qhov tseeb yog cov globalists, thiab cov progressive globalists ntawm lub ntiajteb, ces ib tug nyeem yuav raug coj kom ntseeg tias kuv muaj ib yam kev txhawb nqa los yog kev nyiam nyob rau sab kev nom kev tswv nrog pab Republican, los yog Donald Trump. Qhov ntawd nyob deb heev ntawm qhov tseeb ntawm qhov teeb meem no; tus thawj tswj hwm kawg yuav los ua ib tug dictator, ib yam li Mainstream Media tab tom twv hais, txawm yog lawv tsis paub dab tsi ntxiv txog yam uas lawv tab tom twv tiag tiag dua li Caiaphas tau paub. Peb tsuas yog tab tom txheeb xyuas cov txheej txheem yaj saub uas cuam tshuam nrog “kev sib txuam nyuab ntawm tej xwm txheej tibneeg,” uas raug sawv cev los ntawm Exekees tej log nyob hauv tej log.</w:t>
      </w:r>
    </w:p>
    <w:p>
      <w:pPr>
        <w:pStyle w:val="ArticleBody"/>
        <w:jc w:val="left"/>
      </w:pPr>
      <w:r>
        <w:rPr>
          <w:rFonts w:ascii="Times New Roman" w:hAnsi="Times New Roman" w:eastAsia="Times New Roman" w:cs="Times New Roman"/>
        </w:rPr>
        <w:t>Peb yuav txuas ntxiv txoj kev kawm no hauv tsab xov xwm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Peb Caug Cuaj</dc:title>
  <dc:subject>Kev Sib Haum Yaj Saub ntawm Daniel 11:40 nrog Tej Kev Muaj Tiag ntawm Kev Nom Kev Tswv Niaj Hnub No: Qhib Qhov Tsis Txawj Paub txog Tus Thawj Tswj Hwm Kawg</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