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Kaum Peb</w:t>
      </w:r>
    </w:p>
    <w:p>
      <w:pPr>
        <w:pStyle w:val="ArticleSubtitle"/>
        <w:jc w:val="left"/>
      </w:pPr>
      <w:r>
        <w:rPr>
          <w:rFonts w:ascii="Arial" w:hAnsi="Arial" w:eastAsia="Arial" w:cs="Arial"/>
        </w:rPr>
        <w:t>Qhov Tsis Pub Leejtwg Paub Txog ntawm Hnub Kawg Qab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Daniyee tshooj ob sawv cev rau tus tim tswv thib ob hauv Tshwm Sim tshooj kaum plaub. Yog li ntawd nws sawv cev rau qhov kev sim thib ob hauv peb qhov kev sim, uas raug nthuav tawm ua ib qho kev sim txog zaub mov noj, tom qab ntawd yog ib qho kev sim txog qhov muag pom, thiab xaus nrog ib qho kev sim litmus. Peb yam kev sim ntawd tag nrho, uas kuj yog tej theem cim qhia yav tom ntej, muaj nyob hauv tus tim tswv thawj txoj xov hauv Tshwm Sim tshooj kaum plaub. Ib yam li tus tim tswv thawj hauv Tshwm Sim tshooj kaum plaub, Daniyee tshooj ib kuj muaj txhua yam ntawm peb qhov kev sim ntawd.</w:t>
      </w:r>
    </w:p>
    <w:p>
      <w:pPr>
        <w:pStyle w:val="ArticleBody"/>
        <w:jc w:val="left"/>
      </w:pPr>
      <w:r>
        <w:rPr>
          <w:rFonts w:ascii="Times New Roman" w:hAnsi="Times New Roman" w:eastAsia="Times New Roman" w:cs="Times New Roman"/>
        </w:rPr>
        <w:t>Qhov kev sim siab thib ob, los sis tus tim tswv thib ob txoj xov, pib thaum kawg ntawm qhov kev sim siab thawj. Tshooj ob raws li tshooj ib. Qhov xaus ntawm qhov kev sim siab thib ob qhib qhov kev sim siab thib peb txuas tam sim ntawd. Lub sijhawm uas sawv cev los ntawm qhov kev sim siab thib ob ntawd tau raug ua cim los ntawm xya caum xyoo ntawm Daniel txoj kev poob cev qhev, uas pib nrog kev kov yeej Jehoiakim thiab xaus rau ntawm Cyrus txoj cai tshaj tawm. Thaum kawg ntawm xya caum xyoo ntawd tab tom los ze, Daniel tau paub los ntawm Vajtswv Txoj Lus yaj saub tias qhov kawg twb yuav los txog lawm.</w:t>
      </w:r>
    </w:p>
    <w:p>
      <w:pPr>
        <w:pStyle w:val="ArticleScripture"/>
        <w:jc w:val="left"/>
      </w:pPr>
      <w:r>
        <w:rPr>
          <w:rFonts w:ascii="Times New Roman" w:hAnsi="Times New Roman" w:eastAsia="Times New Roman" w:cs="Times New Roman"/>
        </w:rPr>
        <w:t>Hauv thawj xyoo ntawm Dali-au, uas yog Ahaxawelo tus tub, ntawm Medes caj ces, uas raug tsa ua vajntxwv kav cov neeg Kaldees lub nceeg vaj; hauv thawj xyoo ntawm nws txoj kev kav, kuv Daniyee thiaj to taub raws li tej phau ntawv txog cov xyoo suav, uas tus Tswv lo lus tau los rau tus yaj saub Yelemis, tias Nws yuav ua kom tiav xya caum xyoo hauv Yeluxalees tej kev puam tsuaj. Daniyee 9:1, 2.</w:t>
      </w:r>
    </w:p>
    <w:p>
      <w:pPr>
        <w:pStyle w:val="ArticleBody"/>
        <w:jc w:val="left"/>
      </w:pPr>
      <w:r>
        <w:rPr>
          <w:rFonts w:ascii="Times New Roman" w:hAnsi="Times New Roman" w:eastAsia="Times New Roman" w:cs="Times New Roman"/>
        </w:rPr>
        <w:t>Daniyee tab tom sawv cev rau Vajtswv haiv neeg nyob rau hnub kawg uas lees paub xya caum xyoo kev poob cev qhev lub ntsiab lus ua cim, thiab qhov kev lees paub ntawd tshwm sim tsis ntev ua ntej xya caum xyoo ua cim ntawd xaus. Vajtswv haiv neeg tau to taub kom raug txog xya caum xyoo kev poob cev qhev, tiam sis yam uas Daniyee tab tom sawv cev yog qhov kev nkag siab tias xya caum xyoo ntawd sawv cev rau lub sijhawm yaj saub txij lub Cuaj Hlis 11, 2001 mus txog rau txoj cai Hnub Caiv. Rau Daniyee, cov xyoo ntawd xaus rau ntawm Kai-xala txoj cai tshaj tawm, uas nyob rau hnub kawg sawv cev rau txoj cai Hnub Caiv hauv Tebchaws Meskas.</w:t>
      </w:r>
    </w:p>
    <w:p>
      <w:pPr>
        <w:pStyle w:val="ArticleBody"/>
        <w:jc w:val="left"/>
      </w:pPr>
      <w:r>
        <w:rPr>
          <w:rFonts w:ascii="Times New Roman" w:hAnsi="Times New Roman" w:eastAsia="Times New Roman" w:cs="Times New Roman"/>
        </w:rPr>
        <w:t>Tsis ntev ua ntej txoj cai Hnub Caiv, Vajtswv haiv neeg raug tsa kom tsim dheev paub txog txoj kev to taub yaj saub uas raug sawv cev los ntawm xya caum xyoo ua piv txwv. Cov xyoo ua piv txwv ntawd pib nrog Jehoiakim, uas sawv cev rau lub Cuaj Hlis 11, 2001, thaum uas, nrog rau kev tuaj txog ntawm Islam ntawm txoj Kev Puas Tsuaj thib peb, tus tim tswv muaj hwjchim loj hauv Tshwmsim kaum yim tau nqes los thiab tshaj tawm txog Npanpiloo txoj kev poob. Npanpiloo txoj kev poob sawv cev rau tus tim tswv thib ob txoj xov, thiab rau lub Cuaj Hlis 11, 2001, lub sijhawm sim thib ob tau pib rau cov uas tau noj phau ntawv zais uas nyob hauv tus tim tswv txhais tes. Lub sijhawm ntawd, uas raug sawv cev los ntawm xya caum xyoo ua piv txwv, txuas mus txog ntua txoj cai Hnub Caiv.</w:t>
      </w:r>
    </w:p>
    <w:p>
      <w:pPr>
        <w:pStyle w:val="ArticleBody"/>
        <w:jc w:val="left"/>
      </w:pPr>
      <w:r>
        <w:rPr>
          <w:rFonts w:ascii="Times New Roman" w:hAnsi="Times New Roman" w:eastAsia="Times New Roman" w:cs="Times New Roman"/>
        </w:rPr>
        <w:t>Thaum hnub kawg tab tom los ze, raws li tau ua qauv qhia los ntawm Daniyees nyob rau thawj xyoo ntawm Dali-a, Vajtswv haiv neeg raug tsa kom sawv los ntsib txoj kev sim siab ntawm tus tsiaj nyaum daim duab. Lawv twb tau to taub qee yam tseeb uas cuam tshuam nrog txoj kev sim siab ntawm tus tsiaj nyaum daim duab lawm, tiam sis feem uas lawv los to taub tsuas yog ua ntej kawg ntawm lub sijhawm cev Vajtswv lus ntawm tus tim tswv thib ob, tau raug zais cia hauv qhov tsaus ntuj. Ib yam li Daniyees tau kawm Vajtswv Txojlus cev Vajtswv lus, ces mam paub txog qhov tseem ceeb ntawm xya caum xyoo, nws thiaj raug coj mus rau hauv kev thov Vajtswv, ib yam li yav tas los nws tau raug coj mus thov Vajtswv thaum nws paub txog Nenpukhanexas txoj kev hem thawj txog sia thiab kev tuag hais txog nws daim duab-npau suav. Hauv Daniyees tshooj cuaj, ib yam li hauv Daniyees tshooj ob, thaum Daniyees thov Vajtswv, nws tau txais lub teeb cev Vajtswv lus.</w:t>
      </w:r>
    </w:p>
    <w:p>
      <w:pPr>
        <w:pStyle w:val="ArticleScripture"/>
        <w:jc w:val="left"/>
      </w:pPr>
      <w:r>
        <w:rPr>
          <w:rFonts w:ascii="Times New Roman" w:hAnsi="Times New Roman" w:eastAsia="Times New Roman" w:cs="Times New Roman"/>
        </w:rPr>
        <w:t>Muaj tseeb, thaum kuv tseem tab tom hais lus hauv kev thov Vajtswv, txawm yog tus txivneej Gabriyees, uas kuv tau pom hauv zaj yog toog pom thaum chiv thawj, raug xa kom ya ceev nrooj los chwv kuv thaum txog lub sijhawm fij khoom hlawv yav tsaus ntuj. Thiab nws qhia rau kuv, thiab nrog kuv hais lus, thiab hais tias, Au Daniyees, nim no kuv tau tawm los muab kev txawj ntse thiab kev nkag siab rau koj. Daniyees 9:21, 22.</w:t>
      </w:r>
    </w:p>
    <w:p>
      <w:pPr>
        <w:pStyle w:val="ArticleBody"/>
        <w:jc w:val="left"/>
      </w:pPr>
      <w:r>
        <w:rPr>
          <w:rFonts w:ascii="Times New Roman" w:hAnsi="Times New Roman" w:eastAsia="Times New Roman" w:cs="Times New Roman"/>
        </w:rPr>
        <w:t>“Kev txawj ntse thiab kev nkag siab” uas tau muab rau Daniyees thaum nws thov Vajtswv ntawd, sib haum nrog nws txoj kev thov Vajtswv nyob hauv tshooj ob.</w:t>
      </w:r>
    </w:p>
    <w:p>
      <w:pPr>
        <w:pStyle w:val="ArticleScripture"/>
        <w:jc w:val="left"/>
      </w:pPr>
      <w:r>
        <w:rPr>
          <w:rFonts w:ascii="Times New Roman" w:hAnsi="Times New Roman" w:eastAsia="Times New Roman" w:cs="Times New Roman"/>
        </w:rPr>
        <w:t>Ces Daniyee thiaj mus rau hauv nws lub tsev, thiab qhia zaj xwm ntawd rau Hananiyas, Misha-ee, thiab Axaliyas, nws cov kwv luag, kom lawv thov kev khuv leej ntawm Vajtswv saum ntuj ceeb tsheej txog qhov zais no; xwv kom Daniyee thiab nws cov phoojywg txhob raug puas tsuaj nrog rau lwm cov neeg txawj ntse hauv Npanpiloo. Ces qhov zais ntawd thiaj raug tshwm rau Daniyee hauv ib qho yog toog hmo ntuj. Ces Daniyee thiaj qhuas Vajtswv saum ntuj ceeb tsheej. Daniyee 2:17–19.</w:t>
      </w:r>
    </w:p>
    <w:p>
      <w:pPr>
        <w:pStyle w:val="ArticleBody"/>
        <w:jc w:val="left"/>
      </w:pPr>
      <w:r>
        <w:rPr>
          <w:rFonts w:ascii="Times New Roman" w:hAnsi="Times New Roman" w:eastAsia="Times New Roman" w:cs="Times New Roman"/>
        </w:rPr>
        <w:t>Kab zuj zus, ob zaj lus thov ntawm Daniyee yog tib zaj lus thov xwb. Ob zaj no raug muab nyob rau hauv keeb kwm uas ua cim qhia txog qhov kev sim pom kev ntawm tus tim tswv thib ob, uas tshwm sim nyob nruab nrab ntawm Cuaj Hlis 11, 2001, thiab txoj cai hnub Sunday uas yuav los sai no. Nyob rau hauv qhov kev hem thawj tuag uas Nebukhanexa tab tom yuav ua, thiab nrog rau txoj kev paub txog yav tom ntej ntawm xya caum xyoo ntawm Yelemis thiab lo lus cog tseg ntawm xya zaug ntawm Mauxes, Daniyee thov Vajtswv raws li zaj lus thov hauv Levi Tej Kevcai nees nkaum rau, tib lub sijhawm thov kom Vajtswv qhia rau nws paub qhov zais cia kawg ntawm kev qhia yav tom ntej hauv Phau Vajlugkub. Qhov zais cia uas Yauhas hu tias yog Kev Qhia Tshwm ntawm Yexus Khetos.</w:t>
      </w:r>
    </w:p>
    <w:p>
      <w:pPr>
        <w:pStyle w:val="ArticleBody"/>
        <w:jc w:val="left"/>
      </w:pPr>
      <w:r>
        <w:rPr>
          <w:rFonts w:ascii="Times New Roman" w:hAnsi="Times New Roman" w:eastAsia="Times New Roman" w:cs="Times New Roman"/>
        </w:rPr>
        <w:t>Hauv tshooj cuaj, Daniyees nyob rau ntawm txoj kev hloov ntawm ob lub tebchaws. Npanpiloo nyuam qhuav poob rau cov Mees thiab cov Pawxias, rau qhov ntawd yog thawj xyoo ntawm Daliyus, yog li no muab Vajtswv haiv neeg tso rau hauv hnub kawg ntawm lub sijhawm hloov uas tau raug cim tseg hauv thawj tus timtswv txoj kev txav thiab kuj hauv tus timtswv thib peb txoj kev txav thiab.</w:t>
      </w:r>
    </w:p>
    <w:p>
      <w:pPr>
        <w:pStyle w:val="ArticleBody"/>
        <w:jc w:val="left"/>
      </w:pPr>
      <w:r>
        <w:rPr>
          <w:rFonts w:ascii="Times New Roman" w:hAnsi="Times New Roman" w:eastAsia="Times New Roman" w:cs="Times New Roman"/>
        </w:rPr>
        <w:t>Kev txav Philadelphian Millerite tau hloov mus rau Laodicea xyoo 1856, thiab kev txav Laodicean ntawm Future for America hloov mus rau kev txav Philadelphian thaum kawg ntawm peb hnub ib nrab uas pw tuag hauv txoj kev ntawm Tshwmsim tshooj kaum ib. Qhov kev sim uas tau ua tsis tiav nrog kev txav Philadelphian ntawm cov Millerites txij xyoo 1856 mus txog xyoo 1863, yog hais txog zaj qhuab qhia ntawm “xya zaug.”</w:t>
      </w:r>
    </w:p>
    <w:p>
      <w:pPr>
        <w:pStyle w:val="ArticleBody"/>
        <w:jc w:val="left"/>
      </w:pPr>
      <w:r>
        <w:rPr>
          <w:rFonts w:ascii="Times New Roman" w:hAnsi="Times New Roman" w:eastAsia="Times New Roman" w:cs="Times New Roman"/>
        </w:rPr>
        <w:t>Qhov kev sim rau txoj kev txav Laodicean ntawm Future for America yog hais txog qhov yuav tsum lees paub lawv txoj kev tawg khiav ri niab, thiab tom qab ntawd nkag mus rau hauv txoj kev thov Vajtswv thiab txoj kev paub raws Leviticus nees nkaum rau. Daniel nyob rau lub sijhawm hloov ntawm lub tebchaws Babylon mus rau lub tebchaws Medo-Persian, thiab tam sim ntawd ua ntej qhov kawg ntawm lub sijhawm xya caum xyoo uas raug cim tseg los ntawm txoj cai tshaj tawm ntawm Cyrus. Xya caum xyoo yog lub ntsiab lus puag ncig rau Daniel txoj kev thov Vajtswv, thiab xya caum xyoo sawv cev rau Mauxes “xya zaug.” Ob qho ntawm Daniel tej lus thov Vajtswv sib haum nrog lub sijhawm hloov uas raug cim tseg los ntawm “xya zaug” nyob rau hauv txoj kev txav ntawm tus tim tswv thawj, thiab kuj nyob rau hauv txoj kev txav ntawm tus tim tswv thib peb.</w:t>
      </w:r>
    </w:p>
    <w:p>
      <w:pPr>
        <w:pStyle w:val="ArticleBody"/>
        <w:jc w:val="left"/>
      </w:pPr>
      <w:r>
        <w:rPr>
          <w:rFonts w:ascii="Times New Roman" w:hAnsi="Times New Roman" w:eastAsia="Times New Roman" w:cs="Times New Roman"/>
        </w:rPr>
        <w:t>“Qhov zais” uas raug nthuav tawm rau Daniyees yog qhov kev tshwm sim txog tus mlom ntawm Nenpukhanexas. “Qhov zais” ntawm tus mlom ntawm Nenpukhanexas hauv hnub kawg yog tias nws sawv cev rau yim lub nceeg vaj, tsis yog plaub. Hauv cov zaj lus dhau los uas nyob hauv pawg, “Tus Yim Yog Los Ntawm Tus Xya,” qhov tseeb no twb raug nthuav tawm lawm. Nyob hauv qhov zais ntawd yog qhov kev tshwm sim txog lub ntsiab chaw hloov thaum tus yim los txog, uas yog los ntawm tus xya. “Qhov zais” ntawm tus mlom ntawm Nenpukhanexas yog kev lees paub txog txoj kev sawv rov los ntawm lub kub ntawm Protestantism tseeb thiab lub kub ntawm Republicanism. Ob txoj kev sawv rov los ntawd qhia meej tias txhua lub kub yog tus yim, tiam sis yog los ntawm tus xya; thiab txoj kev hloov ntawm tus rau mus rau tus yim ntawm ob lub kub ntawd tshwm sim nyob hauv lub ntsiab lus yaj saub ntawm ib qho kev sim uas txuas nrog Mauxes cov “xya zaus.” Qhov kev hloov ntawd tshwm sim raws li Daniyees sawv cev, tam sim ua ntej txoj cai tshaj tawm ntawm Khaulas, uas sawv cev rau txoj cai tshaj tawm hnub Xanpataus hauv Tebchaws Meskas. Ces thaum txog txoj cai hnub Xanpataus, nyob hauv tej kev txav sai sai, qhov txhab tuag taus ntawm papacy raug kho zoo, raws li papacy dhau los ua lub taub hau yim uas yog los ntawm tus xya, raws li nws kuj hla dhau ib qho kev hloov yaj saub thiab, ib yam li raug sawv cev los ntawm tus mlom ntawm Nenpukhanexas hauv Daniyees tshooj ob.</w:t>
      </w:r>
    </w:p>
    <w:p>
      <w:pPr>
        <w:pStyle w:val="ArticleScripture"/>
        <w:jc w:val="left"/>
      </w:pPr>
      <w:r>
        <w:rPr>
          <w:rFonts w:ascii="Times New Roman" w:hAnsi="Times New Roman" w:eastAsia="Times New Roman" w:cs="Times New Roman"/>
        </w:rPr>
        <w:t>Vim li ntawd Daniyee thiaj li nkag mus cuag Ali-au, tus uas vajntxwv tau tsa kom tua cov neeg txawj ntse hauv Npanpiloo; nws mus thiab hais li no rau nws tias, Tsis txhob tua cov neeg txawj ntse hauv Npanpiloo: coj kuv mus rau ntawm vajntxwv xubntiag, thiab kuv yuav qhia qhov txhais ntawd rau vajntxwv. Ces Ali-au txawm maj nroos coj Daniyee los rau ntawm vajntxwv xubntiag, thiab hais li no rau nws tias, Kuv tau nrhiav tau ib tug neeg hauv cov neeg raug ntes hauv Yudas, tus uas yuav ua kom vajntxwv paub qhov txhais ntawd. Vajntxwv teb thiab hais rau Daniyee, uas nws lub npe hu ua Npeleshasas, tias, Koj puas muaj peevxwm ua kom kuv paub txog zaj npau suav uas kuv tau pom, thiab qhov txhais thereof? Daniyee 2:24–26.</w:t>
      </w:r>
    </w:p>
    <w:p>
      <w:pPr>
        <w:pStyle w:val="ArticleBody"/>
        <w:jc w:val="left"/>
      </w:pPr>
      <w:r>
        <w:rPr>
          <w:rFonts w:ascii="Times New Roman" w:hAnsi="Times New Roman" w:eastAsia="Times New Roman" w:cs="Times New Roman"/>
        </w:rPr>
        <w:t>Thaum twb muab txoj kev zais ntawd rau Daniyees lawm, ces ob lub npe uas hu nws raug hais tawm tib si, qhia meej tias nws sawv cev rau haiv neeg hauv txoj kev cog lus, uas nyob rau hnub kawg nyuam qhuav hloov mus rau hauv txoj kev txav Filadeefias ntawm ib puas plaub caug plaub txhiab leej. Nws nthuav tawm tus cwj pwm ntawm Vajtswv tus tub qhe los ntawm kev thov kom txhob muaj leej twg raug tua vim lawv tsis muaj peev xwm to taub “txoj kev zais” ntawd. Nws tus cwj pwm raug muab piv nrog Alyau-oo, ib tug tub qhe ntawm Nenpukhanexas, tus uas nrhiav kom tau koob meej ntawm tus vajntxwv rau qhov nws nrhiav tau Daniyees. Daniyees mam li qhia qhov sib txawv ntawm qhov kev tshwm sim yaj saub tseeb thiab qhov ntawm cov neeg txawj ntse hauv Npanpiloo, thaum nws teb Nenpukhanexas lo lus nug nrog ib lo lus nug, thiab tom qab ntawd, tsis zoo li Alyau-oo, nws tsis siv qhov nws to taub “txoj kev zais” ntawd los txhawb nws tus kheej, tiam sis tsa ntuj ceeb tsheej tus Vajtswv kom siab.</w:t>
      </w:r>
    </w:p>
    <w:p>
      <w:pPr>
        <w:pStyle w:val="ArticleScripture"/>
        <w:jc w:val="left"/>
      </w:pPr>
      <w:r>
        <w:rPr>
          <w:rFonts w:ascii="Times New Roman" w:hAnsi="Times New Roman" w:eastAsia="Times New Roman" w:cs="Times New Roman"/>
        </w:rPr>
        <w:t>Daniyee teb rau ntawm tus vajntxwv xubntiag, thiab hais tias, Tej yam zais uas tus vajntxwv tau nug ntawd, cov neeg txawj ntse, cov neeg xam hnub qub, cov neeg khawv koob, thiab cov neeg saib hmoov tsis muaj cuab kav qhia tau rau tus vajntxwv li; Tiamsis muaj ib tug Vajtswv nyob saum ntuj uas nthuav tej yam zais, thiab ua kom vajntxwv Nebukhadnesa paub txog yam uas yuav muaj nyob rau hnub kawg. Koj zaj npau suav, thiab tej yog toog pom ntawm koj lub taubhau thaum koj pw saum txaj, yog li no. Daniel 2:27, 28.</w:t>
      </w:r>
    </w:p>
    <w:p>
      <w:pPr>
        <w:pStyle w:val="ArticleBody"/>
        <w:jc w:val="left"/>
      </w:pPr>
      <w:r>
        <w:rPr>
          <w:rFonts w:ascii="Times New Roman" w:hAnsi="Times New Roman" w:eastAsia="Times New Roman" w:cs="Times New Roman"/>
        </w:rPr>
        <w:t>Daniyee pib nws txoj kev nthuav qhia txog “yam tsis pub leejtwg paub” los ntawm kev txheeb nws tias yog ib “yam tsis pub leejtwg paub” uas piav qhia txog yam uas yuav muaj nyob rau hnub kawg. Yam tsis pub leejtwg paub ntawm keeb kwm uas raug zais ntawm xya lub suab nroo qhia txog yam uas yuav muaj nyob rau hnub kawg. Nebukhadexalaus tus pej thuam yog ib feem ntawm yam tsis pub leejtwg paub rau hnub kawg uas raug qhib lub ntsiab thaum tab tom yuav xaus sij hawm ntawm kev sim siab. Nws raug qhia tawm meej ua ntej sij hawm ntawm kev sim siab xaus, nyob rau lub sijhawm hloov pauv uas ob lub kub ntawm tus tsiaj qus hauv ntiajteb los ua tus yim uas yog ntawm xya, raws li Daniyee tau sawv cev qhia rau xyoo thawj ntawm Dali-us.</w:t>
      </w:r>
    </w:p>
    <w:p>
      <w:pPr>
        <w:pStyle w:val="ArticleScripture"/>
        <w:jc w:val="left"/>
      </w:pPr>
      <w:r>
        <w:rPr>
          <w:rFonts w:ascii="Times New Roman" w:hAnsi="Times New Roman" w:eastAsia="Times New Roman" w:cs="Times New Roman"/>
        </w:rPr>
        <w:t>Vajntxwv koj, Au vajntxwv, thaum koj nyob saum koj lub txaj, tej kev xav tau los rau hauv koj lub siab txog yam uas yuav muaj tshwm sim yav tom ntej; thiab Tus uas nthuav tawm tej yam zais cia tau ua kom koj paub tias yam twg yuav muaj tshwm sim. Tiamsis rau kuv, qhov no tsis yog vim muaj ib qho kev txawj ntse hauv kuv uas tshaj dua txhua tus neeg ciaj sia, uas qhov kev zais no thiaj raug nthuav tawm rau kuv; tiam sis yog rau cov uas yuav ua kom vajntxwv paub txog kev txhais lub ntsiab, thiab kom koj yuav paub tej kev xav hauv koj lub siab. Daniel 2:29, 30.</w:t>
      </w:r>
    </w:p>
    <w:p>
      <w:pPr>
        <w:pStyle w:val="ArticleBody"/>
        <w:jc w:val="left"/>
      </w:pPr>
      <w:r>
        <w:rPr>
          <w:rFonts w:ascii="Times New Roman" w:hAnsi="Times New Roman" w:eastAsia="Times New Roman" w:cs="Times New Roman"/>
        </w:rPr>
        <w:t>Daniyee muab ib zaj lus tim khawv thib ob los txhim tsa qhov tseeb hais tias Npukhanexas tus npau suav yog hais txog hnub kawg, thaum nws hais tias, “tus uas qhia tej yam zais cia ua kom koj paub tias yam twg yuav muaj tshwm sim,” “tom qab no.” Ces Daniyee qhia meej tias txoj kev zais cia ntawd tsis yog muab rau nws, lossis vim nws muaj ib qho kev txawj ntse siab dua lwm tus tibneeg, tiamsis txoj “kev zais cia” ntawd raug muab rau Npukhanexas “rau lawv tus uas yuav ua kom paub txoj kev txhais.” Txoj “kev zais cia” ntawd raug muab rau cov uas yuav nthuav txoj “kev txhais” ntawm tus npau suav rau tus vajntxwv sab ntsuj plig ntawm Npanpiloo hauv hnub kawg. Txoj kev zais cia ntawd raug muab tshwj xeeb rau ib puas plaub caug plaub txhiab leej, vim txoj “kev zais cia” ntawd yog rau cov uas nyob hauv hnub kawg thiab tshaj tawm qhov kev poob kawg nkaus ntawm Npanpiloo. Ces Daniyee thiaj nthuav tawm tus npau suav txog tus pej thuam uas tau muab zais rau hauv qhov tsaus ntuj, thiab uas tau tsim los ua qhov kev sim siab txog txoj sia lossis txoj kev tuag.</w:t>
      </w:r>
    </w:p>
    <w:p>
      <w:pPr>
        <w:pStyle w:val="ArticleScripture"/>
        <w:jc w:val="left"/>
      </w:pPr>
      <w:r>
        <w:rPr>
          <w:rFonts w:ascii="Times New Roman" w:hAnsi="Times New Roman" w:eastAsia="Times New Roman" w:cs="Times New Roman"/>
        </w:rPr>
        <w:t>Koj, Au vajntxwv, tau pom thiab saib seb muaj ib tug pej thuam loj kawg li. Tus pej thuam loj no, uas nws txoj kev ci ntsa iab zoo kawg, sawv ntawm koj xub ntiag; thiab nws lub cev zoo txaus ntshai heev. Tus pej thuam no lub taub hau yog kub ntshiab, nws lub hauv siab thiab nws ob txhais npab yog nyiaj, nws plab thiab nws ob txhais ncej puab yog tooj liab, nws ob txhais ceg yog hlau, nws ob txhais taw ib feem yog hlau thiab ib feem yog av nplaum. Koj ntsia mus txog thaum muaj ib lub pob zeb raug txiav tawm los tsis yog ntawm tes neeg, uas los ntaus tus pej thuam ntawd rau ntawm nws ob txhais taw uas yog hlau thiab av nplaum, thiab tsoo lawv ua tej daim me me. Ces hlau, av nplaum, tooj liab, nyiaj, thiab kub raug tsoo ua tej daim me me ua ke, thiab zoo li cov plua tshauv ntawm lub tshav nplej thaum lub caij ntaus nplej; thiab cua nqa lawv mus lawm, xwv kom nrhiav tsis tau chaw rau lawv li: hos lub pob zeb uas ntaus tus pej thuam ntawd txawm loj hlob ua ib lub roob loj, thiab puv nkaus tag nrho lub ntiajteb. Nov yog zaj npau suav; thiab peb yuav piav nws lub ntsiab rau vajntxwv mloog. Daniel 2:31–36.</w:t>
      </w:r>
    </w:p>
    <w:p>
      <w:pPr>
        <w:pStyle w:val="ArticleBody"/>
        <w:jc w:val="left"/>
      </w:pPr>
      <w:r>
        <w:rPr>
          <w:rFonts w:ascii="Times New Roman" w:hAnsi="Times New Roman" w:eastAsia="Times New Roman" w:cs="Times New Roman"/>
        </w:rPr>
        <w:t>Npexukanesas txojkev npau suav tau txheeb xyuas cov nceeg vaj hauv Vajlugkub tej lus faj lem txij nws lub sijhawm mus txog rau hnub kawg, thaum ib puas plaub caug plaub txhiab leej, uas Daniel sawv cev rau hauv nws txojkev qhia rau Npexukanesas, thiab uas lub pob zeb txiav tawm los tsis yog los ntawm tes sawv cev rau, rhuav tshem tej nceeg vaj hauv ntiajteb uas tus mlom ntawd sawv cev rau, ces lub pob zeb ntawd dhau los ua ib lub roob uas puv thoob plaws lub ntiajteb. Txojkev npau suav ntawd yog hais txog hnub tom kawg, ntawm lub sijhawm hloov chaw raws li lus faj lem, thaum ib puas plaub caug plaub txhiab leej tau txais qhov lus faj lem zais kawg nkaus qhib qhia rau lawv.</w:t>
      </w:r>
    </w:p>
    <w:p>
      <w:pPr>
        <w:pStyle w:val="ArticleBody"/>
        <w:jc w:val="left"/>
      </w:pPr>
      <w:r>
        <w:rPr>
          <w:rFonts w:ascii="Times New Roman" w:hAnsi="Times New Roman" w:eastAsia="Times New Roman" w:cs="Times New Roman"/>
        </w:rPr>
        <w:t>Raws li tus chij sawv cev ntawm lub kub Protestant tseeb, lawv thiaj ris tus tim khawv ntawm tus tim tswv thib peb mus rau ib lub ntiaj teb uas tab tom tuag. Tus tim khawv ntawd loj hlob mus ua ib lub suab quaj nrov thaum txoj cai Hnub Caiv hnub Sunday raug tsa nyob rau hauv Tebchaws Meskas, thaum lub cim ntawm tus tsiaj nyaum raug yuam kom lees txais. Ua ntej daim ntawv txib ntawd, cov uas Daniel sawv cev rau nyob rau hnub kawg yuav tsum raug ntsib nrog txoj kev sim siab ntawm daim duab ntawm tus tsiaj nyaum. Txoj kev sim siab ntawd yog ib txoj kev sim uas pom tau nrog qhov muag, thiab nws yuav tsum kom cov kev txav uas tsim kom muaj daim ntawv txib ntawm txoj cai Hnub Sunday raug pom los ntawm cov uas Daniel sawv cev rau. Lawv raug sim kom paub tias lawv puas tau xaiv tus txheej txheem saum ntuj los uas pub rau lawv pom txoj kev sim siab ntawm daim duab uas raug zais rau hauv qhov tsaus ntuj. Lawv txoj kev sim siab muaj feem txog kev txo hwj chim tus kheej thiab kev lees txim. Nws muaj feem txog kev lees paub tias Daniel tau txais kev nkag siab hauv npau suav thiab hauv yog toog, rau qhov yog lawv tsis kam mloog Daniel lub suab quaj hauv tebchaws moj sab qhua, ces kuj zoo ib yam li cov uas nyob rau hauv Khetos lub sijhawm tau tsis lees txais Yauhas tus Uas Muab Neeg Ua Kev Cai Raus Dej zaj lus tim khawv.</w:t>
      </w:r>
    </w:p>
    <w:p>
      <w:pPr>
        <w:pStyle w:val="ArticleBody"/>
        <w:jc w:val="left"/>
      </w:pPr>
      <w:r>
        <w:rPr>
          <w:rFonts w:ascii="Times New Roman" w:hAnsi="Times New Roman" w:eastAsia="Times New Roman" w:cs="Times New Roman"/>
        </w:rPr>
        <w:t>Niam Tsev White qhia rau peb tias ob phau ntawv Daniel thiab Qhia Tshwm sib txhawb thiab ua kom tiav ib leeg, thiab lo lus “ua kom tiav” uas nws siv txhais hais tias coj mus txog qhov puv npoo. Thaum xaus lub Xya hli ntuj, 2023, Tsov Ntxhuav ntawm xeem Yudas tau pib qhib cov foob ntawm Qhia Tshwm ntawm Yexus Khetos raws li Nws tau cog lus tias yuav ua ntawd ua ntej lub sijhawm sim neej kaw. Hauv qhov Nws ua li ntawd, Nws tau qhia kom paub tej qhov tseeb hauv Vajlugkub uas yav tas los twb tau to taub raug lawm, tiam sis tam sim no yuav tsum raug to taub nyob rau hauv qhov chaw txheej txheem ntawm hnub kawg.</w:t>
      </w:r>
    </w:p>
    <w:p>
      <w:pPr>
        <w:pStyle w:val="ArticleBody"/>
        <w:jc w:val="left"/>
      </w:pPr>
      <w:r>
        <w:rPr>
          <w:rFonts w:ascii="Times New Roman" w:hAnsi="Times New Roman" w:eastAsia="Times New Roman" w:cs="Times New Roman"/>
        </w:rPr>
        <w:t>Ib yam ntawm cov tseeb ntawd yog ob tug timkhawv hauv Tshwm Sim tshooj kaum ib. Lwm yam yog keeb kwm uas yog kev ua tiav zoo kawg nkaus ntawm “xya lub xob quaj” hauv Tshwm Sim tshooj kaum. Nws tau coj cov tseeb tawm los ntawm cov kab kev hloov tshiab dawb huv uas hais txog txoj kev poob siab ntawm Lub Xya hli ntuj 18, 2020. Nws tau siv plaub lub cim ciam teb uas muaj nyob hauv txhua kab kev hloov tshiab dawb huv, uas piav qhia txog keeb kwm ntawm kev txais hwjchim ntawm thawj zaj xov mus txog rau kev txiav txim, hauv ib txoj kev uas yav dhau los tsis tau raug lees paub li. Daniyee tshooj ob coj ntau yam ntawm cov ntsiab no los rau qhov ua tiav zoo kawg nkaus, txawm li ntawd los cov tseeb tob kawg no raug nkaum hauv txoj kev tsaus ntuj rau cov uas tsis kam noj txoj kev siv uas raug txheeb qhia tias yog Alpha thiab Omega.</w:t>
      </w:r>
    </w:p>
    <w:p>
      <w:pPr>
        <w:pStyle w:val="ArticleBody"/>
        <w:jc w:val="left"/>
      </w:pPr>
      <w:r>
        <w:rPr>
          <w:rFonts w:ascii="Times New Roman" w:hAnsi="Times New Roman" w:eastAsia="Times New Roman" w:cs="Times New Roman"/>
        </w:rPr>
        <w:t>Thaum xaus qhov kev kawm no txog Daniyee tshooj ob, peb yuav sau luv thiab txuas qee qhov tseeb thiab cov cim-kev uas raug coj los rau qhov tiav txhij los ntawm Daniyee tshooj ob. Thaum ua li no, peb tab tom qhia meej tias qhov zais cia uas tau raug tshwm sim rau Daniyee hauv zaj yog toog hmo ntuj sawv cev rau cov tseeb no kiag li.</w:t>
      </w:r>
    </w:p>
    <w:p>
      <w:pPr>
        <w:pStyle w:val="ArticleBody"/>
        <w:jc w:val="left"/>
      </w:pPr>
      <w:r>
        <w:rPr>
          <w:rFonts w:ascii="Times New Roman" w:hAnsi="Times New Roman" w:eastAsia="Times New Roman" w:cs="Times New Roman"/>
        </w:rPr>
        <w:t>Peb yuav nthuav tawm cov ntsiab lus sau luv thiab qhov xaus lus hauv zaj lus tom ntej no.</w:t>
      </w:r>
    </w:p>
    <w:p>
      <w:pPr>
        <w:pStyle w:val="ArticleScripture"/>
        <w:jc w:val="left"/>
      </w:pPr>
      <w:r>
        <w:rPr>
          <w:rFonts w:ascii="Times New Roman" w:hAnsi="Times New Roman" w:eastAsia="Times New Roman" w:cs="Times New Roman"/>
        </w:rPr>
        <w:t>“Tus Tswv muaj Nws cov cuab yeej uas Nws tau teem tseg los ntsib tibneeg hauv lawv tej kev yuam kev thiab kev thim rov qab. Nws cov tub txib raug xa mus kom nqa tau ib zaj lus timkhawv ncaj ncees los tsa lawv tawm ntawm lawv txoj kev tsaug zog thiab qhib cov lus muaj nqis ntawm txoj sia, yog Vajluskub Dawb Huv, rau lawv txoj kev nkag siab. Cov neeg no tsis txhob yog cov xibhwb qhia lus xwb, tiam sis yog cov tim khawv, cov nqa lub teeb, cov zov yug uas ncaj ncees, cov uas yuav pom txoj kev phom sij uas raug ceeb toom tseg thiab ceeb toom rau haiv neeg. Lawv yuav tsum zoo ib yam li Khetos hauv lawv txoj kev kub siab uas mob siab tiag, hauv lawv txoj kev txawj siv tswv yim uas xav tob, hauv lawv tej kev ua haujlwm rau tus kheej—luv luv hais, hauv tag nrho lawv txoj hauj lwm qhuab qhia. Lawv yuav tsum muaj kev txuas nrog Vajtswv uas muaj txoj sia, thiab yuav tsum los paub zoo txog tej lus faj lem thiab tej zaj lus qhia siv tau hauv Phau Qub thiab Phau Tshiab, xwv kom lawv thiaj nqa tau tej yam tshiab thiab tej yam qub tawm hauv lub txhab nyiaj ntawm Vajtswv txoj lus.”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Kaum Peb</dc:title>
  <dc:subject>Qhov Tsis Pub Leejtwg Paub Txog ntawm Hnub Kawg Qab kawg</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