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Naj Npawb Ib Puas Plaub Caug Peb</w:t>
      </w:r>
    </w:p>
    <w:p>
      <w:pPr>
        <w:pStyle w:val="ArticleSubtitle"/>
        <w:jc w:val="left"/>
      </w:pPr>
      <w:r>
        <w:rPr>
          <w:rFonts w:ascii="Arial" w:hAnsi="Arial" w:eastAsia="Arial" w:cs="Arial"/>
        </w:rPr>
        <w:t>Qhib Cov Qauv Yaj Saub Kom Pom: Tus Thawj Tswj Hwm Kawg thiab Daim Duab ntawm Tus Tsiaj Qus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Lub thawj lub nceeg vaj hauv Vajlugkub tej lus faj lem yog Npanpiloo, thiab hauv zaj lus tim khawv faj lem hais txog Npanpiloo ntawd, thawj tus vajntxwv thiab tus vajntxwv kawg tau raug siv tshwj xeeb thiab muaj hom phiaj ua cov cim faj lem. Hauv lub nceeg vaj thib ob ntawm Mhedai-Pexiya, thawj ob tug vajntxwv, ib tug ntawm lawv yog tus vajntxwv uas tau tshaj tawm thawj tsab kev cai ntawm peb tsab uas tso cai rau cov Yixayee puag thaum ub rov qab mus rau Yeluxalees, thiab ob tug vajntxwv tom qab uas tau nthuav tawm tsab kev cai thib ob thiab thib peb, tau raug txheeb tseg tshwj xeeb. Ib yam nkaus thiab, tus vajntxwv muaj hwjchim loj uas Alexander the Great sawv cev rau, thiab cov thawj tub rog thiab cov vajntxwv uas tau los tom qab hauv keeb kwm ntawm lub nceeg vaj thib peb ntawm Kilis, tau raug txheeb tseg hauv lo lus faj lem. Lub nceeg vaj thib plaub ntawm Loos uas tseem pe dab mlom hais meej tshwj xeeb txog cov thawj kav thiab cov huab tais kav teb chaws ntawm lub nceeg vaj ntawd.</w:t>
      </w:r>
    </w:p>
    <w:p>
      <w:pPr>
        <w:pStyle w:val="ArticleBody"/>
        <w:jc w:val="left"/>
      </w:pPr>
      <w:r>
        <w:rPr>
          <w:rFonts w:ascii="Times New Roman" w:hAnsi="Times New Roman" w:eastAsia="Times New Roman" w:cs="Times New Roman"/>
        </w:rPr>
        <w:t>Txhua tus vajntxwv txhua tus hauv cov Yixayee, ob lub nceeg vaj qaum teb thiab qab teb, twb raug txheeb qhia lawm, thiab lawv txhua tus yog tej cim nyob hauv Vajtswv txoj lus cev Vajtswv lus, ib yam li cov vajntxwv Axilia thiab cov Falau ntawm Iyi tebchaws. Lub tswv yim uas hais tias Vajtswv txoj lus cev Vajtswv lus yuav hais ncaj qha txog cov thawj tswj hwm ntawm Tebchaws Meskas kuj yuav zoo li yog ib yam deb dhau qhov yuav ntseeg tau rau cov uas muaj qhov muag los tsis pom tseeb, thiab muaj pob ntseg los tsis to taub. Tiamsis qhov tseeb mas nws tseem tsis tsim nyog xav dua yog xav tias Vajtswv yuav tsis hais txog cov thawj tswj hwm ntawm tus tsiaj qus hauv ntiajteb uas muaj nyob hauv Tshwmsim tshooj kaum peb, thaum uas tus ntawd yog qhov chaw siv los ua lub ntsiab lus taw tes tseem ceeb tshaj plaws rau tej lus cev Vajtswv lus ntawm hnub kawg.</w:t>
      </w:r>
    </w:p>
    <w:p>
      <w:pPr>
        <w:pStyle w:val="ArticleBody"/>
        <w:jc w:val="left"/>
      </w:pPr>
      <w:r>
        <w:rPr>
          <w:rFonts w:ascii="Times New Roman" w:hAnsi="Times New Roman" w:eastAsia="Times New Roman" w:cs="Times New Roman"/>
        </w:rPr>
        <w:t>Tus thawj tswj hwm kawg ntawm Tebchaws Meskas, raws li qhov yuav tsum muaj ntawm lus faj lem, yuav tsum raug ua qauv piv txwv los ntawm tus thawj tswj hwm thawj zaug ntawm Tebchaws Meskas. Raws li nws yog tus thawj tswj hwm Republican kawg, raws li qhov yuav tsum muaj ntawm lus faj lem, nws kuj yuav tsum raug ua qauv piv txwv los ntawm tus thawj tswj hwm Republican thawj zaug. Raws li nws yog tus thawj tswj hwm kawg hauv keeb kwm ntawm txoj kev txav kho dua tshiab kawg, nws kuj tau raug ua qauv piv txwv los ntawm tus thawj tswj hwm thawj zaug ntawm lub sijhawm lus faj lem ntawd. Raws li nws yog tus thawj tswj hwm uas yuav kav thaum lub sijhawm tsov rog ntiaj teb zaum kawg thiab zaum peb, nws kuj tau raug ua qauv piv txwv los ntawm cov thawj tswj hwm uas tau kav thaum lub sijhawm tsov rog ntiaj teb zaum ib thiab zaum ob.</w:t>
      </w:r>
    </w:p>
    <w:p>
      <w:pPr>
        <w:pStyle w:val="ArticleBody"/>
        <w:jc w:val="left"/>
      </w:pPr>
      <w:r>
        <w:rPr>
          <w:rFonts w:ascii="Times New Roman" w:hAnsi="Times New Roman" w:eastAsia="Times New Roman" w:cs="Times New Roman"/>
        </w:rPr>
        <w:t>Peb txoj kev tsov rog ntiaj teb uas txhua txoj puav leej tshwm sim nyob rau hauv keeb kwm Asmeskas sawv cev rau ib qho kev siv peb npaug ntawm lus faj lem. Txoj kev tsov rog ntiaj teb thib peb, uas tam sim no Joe Biden tab tom coj lub ntiaj teb no nkag mus rau hauv, twb tau raug ua duab ntxoov ntxoo los ntawm Tsov Rog Ntiaj Teb Zaum I thiab Tsov Rog Ntiaj Teb Zaum II. Tib lub sijhawm ntawd kiag, Biden kuj tab tom coj Tebchaws Meskas nkag mus rau hauv Tsov Rog Hauv Tsev zaum ob. Nyob rau ob peb lub hlis tom ntej no, cov kev txav uas yog lus faj lem uas cuam tshuam nrog Tsov Rog Hauv Tsev zaum ob, thiab txoj kev tsov rog ntiaj teb thib peb yuav tsuas yog nce hnyav zuj zus xwb, ib yam li ib tug pojniam tab tom mob yug menyuam.</w:t>
      </w:r>
    </w:p>
    <w:p>
      <w:pPr>
        <w:pStyle w:val="ArticleBody"/>
        <w:jc w:val="left"/>
      </w:pPr>
      <w:r>
        <w:rPr>
          <w:rFonts w:ascii="Times New Roman" w:hAnsi="Times New Roman" w:eastAsia="Times New Roman" w:cs="Times New Roman"/>
        </w:rPr>
        <w:t>Cov lus hais uas nto moo thaum kev kub ntxhov ntawm Tsov Rog Ntiaj Teb Zaum 2 tab tom nce siab, los ntawm Martin Niemoller, ib tug kws teev ntuj German thiab xibhwb Lutheran, yog li no hais tias, “Ua ntej, lawv tuaj nrhiav cov neeg socialist, thiab kuv tsis tau hais tawm—vim kuv tsis yog ib tug socialist. Tom qab ntawd lawv tuaj nrhiav cov neeg hauv koom haum neeg ua haujlwm, thiab kuv tsis tau hais tawm—vim kuv tsis yog ib tug hauv koom haum neeg ua haujlwm. Tom qab ntawd lawv tuaj nrhiav cov Yudais, thiab kuv tsis tau hais tawm—vim kuv tsis yog ib tug Yudais. Tom qab ntawd lawv tuaj nrhiav kuv—thiab twb tsis tshuav leejtwg hais sawv cev rau kuv lawm.” Raws li lub sij hawm tseem niaj hnub txav mus ntxiv, peb yuav tig saib rov qab los rau zaj keeb kwm tam sim no no thiab pom hais tias tej kev ua uas tam sim no tab tom muaj no yeej yog cov kauj ruam pib ntawm tej tsov rog kawg hauv keeb kwm uas tau raug qhia tseg hauv lus faj lem.</w:t>
      </w:r>
    </w:p>
    <w:p>
      <w:pPr>
        <w:pStyle w:val="ArticleBody"/>
        <w:jc w:val="left"/>
      </w:pPr>
      <w:r>
        <w:rPr>
          <w:rFonts w:ascii="Times New Roman" w:hAnsi="Times New Roman" w:eastAsia="Times New Roman" w:cs="Times New Roman"/>
        </w:rPr>
        <w:t>Hauv lub sij hawm cev Vajtswv lus sawv cev txij xyoo 1776 mus txog xyoo 1798, uas Daim Ntawv Tshaj Tawm Kev Ywj Pheej, Txoj Cai Lij Choj, thiab Cov Cai Alien thiab Sedition yog cov cim taw qhia, ces keeb kwm txij hnub Cuaj Hlis 11, 2001 mus txog thaum Tebchaws Meskas hais lus zoo li ib tug zaj raug sawv cev nyob ntawd. Hnub Cuaj Hlis 11, 2001 yog ib lub ntsiab chaw tig hloov, thiab Daim Ntawv Tshaj Tawm Kev Ywj Pheej sib phim nrog hnub ntawd. Daim Ntawv Tshaj Tawm Kev Ywj Pheej kuj cim tseg txog Tsov Rog Kev Tawm Tsam, thiab qhia tias Patriot Act xyoo 2001 pib ib qho kev rov ua dua tshiab ntawm sab ntsuj plig ntawm tsov rog ntawd. Lo lus “revolution,” txhais tias ua kom tiav ib lub voj voog puv npo.</w:t>
      </w:r>
    </w:p>
    <w:p>
      <w:pPr>
        <w:pStyle w:val="ArticleBody"/>
        <w:jc w:val="left"/>
      </w:pPr>
      <w:r>
        <w:rPr>
          <w:rFonts w:ascii="Times New Roman" w:hAnsi="Times New Roman" w:eastAsia="Times New Roman" w:cs="Times New Roman"/>
        </w:rPr>
        <w:t>Nyob rau lub sijhawm txij xyoo 1776 txog 1798, Tsov Rog Kev Tawm Tsam tau tsis lees txais lub hwj chim vajntxwv ntawm Askiv, thiab tsis lees txais txhua tus vajntxwv feem dav dav. Txoj Cai Lij Choj tau muab kev txwv tsis yog rau lub hwj chim vajntxwv xwb, tiamsis kuj tau txwv tib yam li ntawd rau lub hwj chim papas. Txog xyoo 1798 lub voj voog (kev tawm tsam) twb raug ua kom tiav lawm los ntawm cov cai uas tau raug tsim los muab txoj cai tswj hwm vajntxwv rau ib tug thawj tswj hwm.</w:t>
      </w:r>
    </w:p>
    <w:p>
      <w:pPr>
        <w:pStyle w:val="ArticleBody"/>
        <w:jc w:val="left"/>
      </w:pPr>
      <w:r>
        <w:rPr>
          <w:rFonts w:ascii="Times New Roman" w:hAnsi="Times New Roman" w:eastAsia="Times New Roman" w:cs="Times New Roman"/>
        </w:rPr>
        <w:t>Txoj Cai Patriot qhia txog ib qho kev tawm tsam loj (ib lub log) uas ncav mus txog rau tus tsiaj qus hauv ntiajteb hais lus zoo li ib tug zaj, qhov chaw uas hwjchim papal kuj raug rov kho dua. Lub log thawj, txij xyoo 1776 mus txog 1798, txheeb qhia ib qho kev tawm tsam yaj saub uas coj mus rau kev rov kho dua ntawm hwjchim vajntxwv, thiab qhov kev tawm tsam uas nws ua cim qhia ntawd txheeb qhia ib qho kev tawm tsam uas coj mus rau kev rov kho dua ntawm hwjchim papal. Tsov Rog Kev Tawm Tsam zaum ob twb tab tom khiav mus txij lub Cuaj Hlis 11, 2001 lawm. Yog tsis yog li ntawd, vim li cas thiaj hu nws ua Txoj Cai Patriot?</w:t>
      </w:r>
    </w:p>
    <w:p>
      <w:pPr>
        <w:pStyle w:val="ArticleBody"/>
        <w:jc w:val="left"/>
      </w:pPr>
      <w:r>
        <w:rPr>
          <w:rFonts w:ascii="Times New Roman" w:hAnsi="Times New Roman" w:eastAsia="Times New Roman" w:cs="Times New Roman"/>
        </w:rPr>
        <w:t>Ua ntej peb yuav hais txog cov kev tsov rog uas tshwm sim hauv keeb kwm ntawm tus thawj tswj hwm kawg, peb yuav txuas ntxiv hais txog tej yam ntxwv yaj saub ntawm tus duab ntawm tus tsiaj nyaum. Nws yog ib qho tseem ceeb uas yuav tsum paub txog lub xwm txheej uas muaj nyob rau hauv kev tsim tsa tus duab ntawm tus tsiaj nyaum, thaum lub sijhawm ntawm tus thawj tswj hwm kawg. Tus thawj tswj hwm ntawd yuav tsum yog ib tug thawj tswj hwm Republican uas tab tom nyob hauv ib qho kev tawm tsam nrog tej hwj chim uas cuam tshuam nrog lub hwj chim ntawm tus zaj. Nws yuav tsum yog tus kawg, thiab yog li ntawd yog tus thawj tswj hwm thib yim hauv ib ntu ntawm yim tus thawj tswj hwm. Hauv ob ntu thaum pib ntawm Tebchaws Meskas, uas yog ob lub Continental Congresses, ob ntu ntawd puav leej raug sawv cev los ntawm yim tus thawj tswj hwm, thiab ob ntu ntawd puav leej txheeb ib tug ntawm yim tus thawj tswj hwm tias yog tus uas los ntawm xya tus. Yog li ntawd, raws li ob tug tim khawv thaum chiv keeb, tus thawj tswj hwm kawg yuav tsum yog tus thawj tswj hwm thib yim, uas yog tus uas los ntawm xya tus.</w:t>
      </w:r>
    </w:p>
    <w:p>
      <w:pPr>
        <w:pStyle w:val="ArticleBody"/>
        <w:jc w:val="left"/>
      </w:pPr>
      <w:r>
        <w:rPr>
          <w:rFonts w:ascii="Times New Roman" w:hAnsi="Times New Roman" w:eastAsia="Times New Roman" w:cs="Times New Roman"/>
        </w:rPr>
        <w:t>Tsuas yog Donald Trump thiaj ua tau raws li tej ntsiab lus yaj saub no xwb. Kom to taub tag nrho ib puag ncig yaj saub uas Donald Trump tab tom yuav txais los, yuav tsum to taub tias raws li yaj saub mas ob Tsov Rog Ntiaj Teb thawj zaug raug sawv cev nyob hauv Tsov Rog Ntiaj Teb Zaum Peb, thiab tej yam ntxwv yaj saub ntawm cov tsov rog ntawd kuj hais txog ib puag ncig uas Trump tab tom yuav txais los. Hais li ntawd los, peb tseem tsis tau siv txoj kev siv peb txheej rau peb Tsov Rog Ntiaj Teb no.</w:t>
      </w:r>
    </w:p>
    <w:p>
      <w:pPr>
        <w:pStyle w:val="ArticleBody"/>
        <w:jc w:val="left"/>
      </w:pPr>
      <w:r>
        <w:rPr>
          <w:rFonts w:ascii="Times New Roman" w:hAnsi="Times New Roman" w:eastAsia="Times New Roman" w:cs="Times New Roman"/>
        </w:rPr>
        <w:t>Tsov rog uas nce zuj zus los ntawm Islam coj los, thiab cov teeb meem nyiaj txiag uas raws los tom qab, yog txoj hau kev uas Islam ntawm txoj kev txom nyem thib peb ua kom tiav txoj haujlwm ntawm tus yaj saub cuav hauv kev tsim tus duab ntawm tsiaj qus nyob hauv Tebchaws Meskas. “Tus nees luav”, uas yog tus yaj saub cuav ntawm Islam, nqa tus yaj saub cuav ntawm Tebchaws Meskas mus rau hauv “Yeluxalees”, ib yam li tus nees luav tau nqa Khetos mus rau hauv Yeluxalees. Hauv txoj kev taug ntawd muaj ib qho chaw ib puag ncig raws li yaj saub lus raug tsim los, uas ua rau muaj kev ua tiav ntawm tej lus twv ua ntej yav dhau los. Xyoo 1798, Alien and Sedition Acts raug “hais” nkag rau hauv qhov pib kiag ntawm keeb kwm ntawm tsiaj qus hauv ntiajteb uas yuav pib ua ib tug menyuam yaj, thiab xaus rau kev hais lus zoo li ib tug zaj. Muaj plaub txoj cai sawv cev nyob hauv Alien and Sedition Acts.</w:t>
      </w:r>
    </w:p>
    <w:p>
      <w:pPr>
        <w:pStyle w:val="ArticleBody"/>
        <w:jc w:val="left"/>
      </w:pPr>
      <w:r>
        <w:rPr>
          <w:rFonts w:ascii="Times New Roman" w:hAnsi="Times New Roman" w:eastAsia="Times New Roman" w:cs="Times New Roman"/>
        </w:rPr>
        <w:t>Txoj Cai Hais Txog Kev Lees Ua Neeg Xam Xaj: Txoj cai no tau ncua lub sijhawm yuav tsum nyob ruaj khov ua ntej thiaj li tau txais kev ua pej xeem Meskas.</w:t>
      </w:r>
    </w:p>
    <w:p>
      <w:pPr>
        <w:pStyle w:val="ArticleBody"/>
        <w:jc w:val="left"/>
      </w:pPr>
      <w:r>
        <w:rPr>
          <w:rFonts w:ascii="Times New Roman" w:hAnsi="Times New Roman" w:eastAsia="Times New Roman" w:cs="Times New Roman"/>
        </w:rPr>
        <w:t>Txoj Cai Hais Txog Cov Neeg Txawv Tebchaws Uas Yog Phooj Ywg: Txoj cai no tau muab hwjchim rau tus thawj tswj hwm ntiab tawm cov neeg uas tsis yog pej xeem uas raug suav tias “ua kev phom sij rau kev thaj yeeb thiab kev nyab xeeb ntawm Tebchaws Meskas” thaum lub sijhawm muaj kev thaj yeeb. Nws tau tso cai rau tsoom fwv ntes thiab ntiab tawm cov neeg txawv tebchaws yam tsis muaj kev txiav txim raws li txoj cai tsim nyog.</w:t>
      </w:r>
    </w:p>
    <w:p>
      <w:pPr>
        <w:pStyle w:val="ArticleBody"/>
        <w:jc w:val="left"/>
      </w:pPr>
      <w:r>
        <w:rPr>
          <w:rFonts w:ascii="Times New Roman" w:hAnsi="Times New Roman" w:eastAsia="Times New Roman" w:cs="Times New Roman"/>
        </w:rPr>
        <w:t>Txoj Cai Hais Txog Cov Yeeb Ncuab Neeg Txawv Tebchaws: Txoj cai no tau muab cai rau tus thawj tswj hwm kaw thiab ntiab tawm txhua tus txiv neej pej xeem ntawm ib lub tebchaws yeeb ncuab thaum lub sijhawm ua tsov rog.</w:t>
      </w:r>
    </w:p>
    <w:p>
      <w:pPr>
        <w:pStyle w:val="ArticleBody"/>
        <w:jc w:val="left"/>
      </w:pPr>
      <w:r>
        <w:rPr>
          <w:rFonts w:ascii="Times New Roman" w:hAnsi="Times New Roman" w:eastAsia="Times New Roman" w:cs="Times New Roman"/>
        </w:rPr>
        <w:t>Txoj Cai Sedition: Yog txoj cai uas muaj kev sib cav tshaj plaws hauv plaub txoj cai no, Txoj Cai Sedition tau ua kom nws yog ib qho txhaum cai rau kev luam tawm tej ntawv dag, ua rau poob ntsej muag, lossis muaj siab phem tawm tsam tsoom fwv Meskas lossis nws cov thawj coj. Qhov no, qhov tseeb, tau ua rau kev thuam tsoom fwv dhau los ua txhaum cai.</w:t>
      </w:r>
    </w:p>
    <w:p>
      <w:pPr>
        <w:pStyle w:val="ArticleBody"/>
        <w:jc w:val="left"/>
      </w:pPr>
      <w:r>
        <w:rPr>
          <w:rFonts w:ascii="Times New Roman" w:hAnsi="Times New Roman" w:eastAsia="Times New Roman" w:cs="Times New Roman"/>
        </w:rPr>
        <w:t>Donald Trump txoj kev sib tw xaiv tsa feem ntau tsa los saum nws lo lus cog tseg tias nws yuav ua kom tiav “kev txhim tsa phab ntsa,” uas nws tau pib thaum nws thawj lub sij hawm ua thawj tswj hwm. Nws tau tshaj tawm tias kev ntiab tawm neeg loj tshaj plaws hauv keeb kwm tib neeg yuav tshwm sim thaum nws raug xaiv tsa hauv xyoo 2024. Trump muaj ib qho yam ntxwv ntawm tus kheej uas tsis zoo ib yam li lwm tus nom tswv twg hauv thaj chaw nom tswv Asmeskas. Nws khaws nws cov lus cog tseg thaum sib tw xaiv tsa, los sis yam tsawg kawg nws siv zog khaws lawv. The Alien and Sedition Acts sawv cev rau tej kev cai lij choj uas phim raws nraim li nws lo lus cog tseg txog kev ntiab tawm neeg.</w:t>
      </w:r>
    </w:p>
    <w:p>
      <w:pPr>
        <w:pStyle w:val="ArticleBody"/>
        <w:jc w:val="left"/>
      </w:pPr>
      <w:r>
        <w:rPr>
          <w:rFonts w:ascii="Times New Roman" w:hAnsi="Times New Roman" w:eastAsia="Times New Roman" w:cs="Times New Roman"/>
        </w:rPr>
        <w:t>Ib qho ntawm Trump cov lus liam loj tshaj plaws uas txuas nrog lub koom haum nom tswv ruaj khov hauv DC uas nws hu ua “swamp,” nrog rau tag nrho nws cov nom tswv uas xau kev ncaj ncees, tsis muaj kev coj ncaj ncees thiab raug cuam tshuam, cov tub ceev xwm ua haujlwm raws txoj hauj lwm, cov koom haum hu raws cov tsiaj ntawv luv, thiab cov neeg txiag nyiaj nplua nuj heev, yog “xov xwm cuav” uas raug tsim los ntawm daim qauv niaj hnub no ntawm Hitler lub Reich Ministry of Public Enlightenment and Propaganda, uas niaj hnub no hu ua MSM, Mainstream Media. Cov Alien and Sedition Acts sawv cev rau tej kevcai lij choj uas haum raws nraim rau nws txoj kev ntxub “xov xwm cuav.” Yexus ib txwm siv qhov pib ntawm ib yam los ua qauv qhia txog qhov kawg ntawm ib yam.</w:t>
      </w:r>
    </w:p>
    <w:p>
      <w:pPr>
        <w:pStyle w:val="ArticleBody"/>
        <w:jc w:val="left"/>
      </w:pPr>
      <w:r>
        <w:rPr>
          <w:rFonts w:ascii="Times New Roman" w:hAnsi="Times New Roman" w:eastAsia="Times New Roman" w:cs="Times New Roman"/>
        </w:rPr>
        <w:t>Tus thawj thawj tswj hwm Republican raug yuam kom daws ib Tsov Rog Hauv Tebchaws uas Buchanan, tus thawj coj Democrat uas ua ntej Lincoln, tau tsim los. Hauv kev ua li ntawd, Lincoln tau ncua txoj cai habeas corpus. Habeas corpus yog ib lub hauv paus ntsiab cai kev cai lij choj uas tiv thaiv ib tug neeg txoj cai los tawm tsam lawv txoj kev raug kaw lossis raug txwv kev ywj pheej hauv tsev hais plaub. Nws yog ib txoj cai tseem ceeb hauv kev cai lij choj uas lees tias ib tug neeg tsis raug tuav cia rau hauv kev kaw tseg yam tsis muaj ib qho laj thawj raws cai. Thaum muaj ib daim ntawv writ of habeas corpus raug foob sawv cev rau ib tug neeg raug kaw, nws yuam kom tsoom fwv muab lus pov thawj thiab kev ncaj ncees raws cai txog qhov raug kaw ntawd rau ntawm tsev hais plaub.</w:t>
      </w:r>
    </w:p>
    <w:p>
      <w:pPr>
        <w:pStyle w:val="ArticleBody"/>
        <w:jc w:val="left"/>
      </w:pPr>
      <w:r>
        <w:rPr>
          <w:rFonts w:ascii="Times New Roman" w:hAnsi="Times New Roman" w:eastAsia="Times New Roman" w:cs="Times New Roman"/>
        </w:rPr>
        <w:t>Thaum lub sij hawm Tsov Rog Hauv Tebchaws Meskas, Lincoln tau ncua txoj cai habeas corpus hauv qee thaj chaw ntawm Tebchaws Meskas raws li ib qho kev ntsuas thaum lub caij ua rog. Nws xub ncua habeas corpus hauv Maryland thaum lub Plaub Hlis, 1861, thiab tom qab ntawd mam nthuav txoj kev ncua ntawd mus rau qee qhov chaw hauv cheeb tsam Midwest. Qhov kev nqis tes no tau ua los tswj kom muaj kev ruaj ntseg thiab txwv kev tsis pom zoo hauv cov cheeb tsam uas muaj kev txhawb zog rau kev cais tawm lossis rau Confederate (Democrats), thiab los tiv thaiv kom txhob muaj kev cuam tshuam rau Union txoj kev siv zog hauv tsov rog.</w:t>
      </w:r>
    </w:p>
    <w:p>
      <w:pPr>
        <w:pStyle w:val="ArticleBody"/>
        <w:jc w:val="left"/>
      </w:pPr>
      <w:r>
        <w:rPr>
          <w:rFonts w:ascii="Times New Roman" w:hAnsi="Times New Roman" w:eastAsia="Times New Roman" w:cs="Times New Roman"/>
        </w:rPr>
        <w:t>Lincoln qhov kev ncua txoj cai habeas corpus ua rau muaj kev sib cav heev thiab tsa tau tej lus nug tseem ceeb txog kev cai lij choj hauv paus teb chaws, vim nws yog kev ncua ib ntus ntawm ib txoj kev ywj pheej pej xeem tseem ceeb uas Txoj Cai Lij Choj ntawm Tebchaws Meskas lav tseg. Txoj Cai Lij Choj tso cai rau kev ncua daim ntawv txiav txim habeas corpus “thaum muaj xwm txheej Kev Tawm Tsam lossis Kev Nkag Tebchaws, yog tias kev nyab xeeb ntawm pej xeem yuav tsum kom ua li ntawd” (Article I, Section 9).</w:t>
      </w:r>
    </w:p>
    <w:p>
      <w:pPr>
        <w:pStyle w:val="ArticleBody"/>
        <w:jc w:val="left"/>
      </w:pPr>
      <w:r>
        <w:rPr>
          <w:rFonts w:ascii="Times New Roman" w:hAnsi="Times New Roman" w:eastAsia="Times New Roman" w:cs="Times New Roman"/>
        </w:rPr>
        <w:t>Lincoln tau tiv thaiv nws tej kev nqis tes ntawd tias yog yam tsim nyog rau kev khaws cia Lub Koomhaum Tebchaws kom nyob ruaj thiab rau kev ruaj ntseg ntawm lub tebchaws thaum lub sijhawm ua rog. Congress tau pom zoo txoj cai Habeas Corpus Suspension Act xyoo 1863, uas tau muab cai rov qab siv tau rau Lincoln qhov kev ncua habeas corpus, thiab tau npaj tseg qee yam txheej txheem rau kev kaw neeg raws li tub rog. Habeas corpus tau maj mam raug rov muab siv dua nyob rau hauv cov xyoo tom qab Tsov Rog Sab Hauv Tsev thaum qhov kev tsis sib haum xeeb ntawd tab tom xaus mus, thiab lub tebchaws rov qab los rau hauv ib lub xeev ntawm kev thaj yeeb.</w:t>
      </w:r>
    </w:p>
    <w:p>
      <w:pPr>
        <w:pStyle w:val="ArticleBody"/>
        <w:jc w:val="left"/>
      </w:pPr>
      <w:r>
        <w:rPr>
          <w:rFonts w:ascii="Times New Roman" w:hAnsi="Times New Roman" w:eastAsia="Times New Roman" w:cs="Times New Roman"/>
        </w:rPr>
        <w:t>Xyoo 1871, Thawj Tswj Hwm Ulysses S. Grant (ib tug Republican) kuj tau ncua txoj cai habeas corpus nyob rau hauv cuaj lub county hauv South Carolina thaum lub sij hawm uas Ku Klux Klan (cov Democrats) kav los ntawm kev ntshai heev hauv lub caij Reconstruction Era. Qhov kev ncua no tau tsom rau kev tawm tsam kev ua phem thiab kev tiv thaiv cov cai pej xeem ntawm cov neeg Asmeskas Dub uas nyuam qhuav tau dim kev qhev.</w:t>
      </w:r>
    </w:p>
    <w:p>
      <w:pPr>
        <w:pStyle w:val="ArticleBody"/>
        <w:jc w:val="left"/>
      </w:pPr>
      <w:r>
        <w:rPr>
          <w:rFonts w:ascii="Times New Roman" w:hAnsi="Times New Roman" w:eastAsia="Times New Roman" w:cs="Times New Roman"/>
        </w:rPr>
        <w:t>Xyoo 1942, Thawj Tswj Hwm Franklin D. Roosevelt (ib tug Democrat), thaum Tsov Rog Ntiaj Teb Zaum II tab tom muaj, tau kos npe rau Executive Order 9066, uas tau tso cai rau kev yuam kom cov neeg Asmeskas caj ces Nyijpooj uas nyob ntawm ntug dej hiav txwv sab Hnub Poob raug tsiv mus nyob lwm qhov thiab raug kaw rau hauv cov chaw kaw neeg. Txawm hais tias qhov no tsis yog kev ncua habeas corpus raws li txoj cai tseeb tiag, los nws tau ua rau cov neeg Asmeskas caj ces Nyijpooj raug kaw tseg yam tsis muaj txheej txheem raws cai tsim nyog, thiab lawv tej cai lij choj raug txwv thiab raug rhuav tshem hnyav heev.</w:t>
      </w:r>
    </w:p>
    <w:p>
      <w:pPr>
        <w:pStyle w:val="ArticleBody"/>
        <w:jc w:val="left"/>
      </w:pPr>
      <w:r>
        <w:rPr>
          <w:rFonts w:ascii="Times New Roman" w:hAnsi="Times New Roman" w:eastAsia="Times New Roman" w:cs="Times New Roman"/>
        </w:rPr>
        <w:t>Tom qab ntawd, xyoo 2001, Bush tus kawg (ib tug Republican txhawb kev tswj hwm thoob ntiaj teb), tom qab cov kev tawm tsam phem los ntawm cov neeg ua phem hnub tim Cuaj Hlis 11, tau tso cai rau kev kaw cov neeg raug xam tias yog yeeb ncuab neeg sib tua nyob rau Guantanamo Bay thiab lwm qhov chaw. Kev kaw cov tib neeg no thiab lawv txoj cai raws li txoj cai lij choj tau los ua tej yam raug sib tw hauv tsev hais plaub uas muaj feem txog habeas corpus.</w:t>
      </w:r>
    </w:p>
    <w:p>
      <w:pPr>
        <w:pStyle w:val="ArticleBody"/>
        <w:jc w:val="left"/>
      </w:pPr>
      <w:r>
        <w:rPr>
          <w:rFonts w:ascii="Times New Roman" w:hAnsi="Times New Roman" w:eastAsia="Times New Roman" w:cs="Times New Roman"/>
        </w:rPr>
        <w:t>Tom qab ntawd, xyoo 2021, Pelosi (ib tug Democrat) cov kev txiav txim hais txog Lub Ib Hlis 6, tau txuas ntxiv lub tswv yim ntawm kev ncua habeas corpus, thiab tshem tawm txoj cai due process, thiab siv txoj kev kaw neeg tsis raws Cai Lij Choj. Cov kev txiav txim Pelosi xyoo 2021 muaj qhov tshwj xeeb tias ntawd yog thawj zaug uas cov cai lij choj ntawm cov pej xeem Meskas raug muab tso tseg vim tej hom phiaj nom tswv nkaus xwb. Txhua lwm zaus yeej muaj ib qho kev ua rog tiag tiag lossis kev ntxeev siab uas qhia meej txog cov neeg tshwj xeeb uas yog yeeb ncuab. Cov yeeb ncuab hauv Pelosi cov kev txiav txim tsuas yog cov yeeb ncuab ntawm cov neeg ntiaj teb no uas raug tus zaj txhawb siab. Nws yog ib qho tseem ceeb kom paub txog txoj kev coj raws li yaj saub ntawm cov teeb meem uas cuam tshuam nrog kev rhuav tshem Cai Lij Choj, vim cov no yog tej xwm txheej uas qhia txog kev tsim tsa tus duab ntawm tus tsiaj qus, uas yog txoj kev sim siab loj rau Vajtswv haiv neeg.</w:t>
      </w:r>
    </w:p>
    <w:p>
      <w:pPr>
        <w:pStyle w:val="ArticleBody"/>
        <w:jc w:val="left"/>
      </w:pPr>
      <w:r>
        <w:rPr>
          <w:rFonts w:ascii="Times New Roman" w:hAnsi="Times New Roman" w:eastAsia="Times New Roman" w:cs="Times New Roman"/>
        </w:rPr>
        <w:t>Tsis muaj qhov tseem ceeb hais tias Pelosi yog koj tus poj niam tus qauv qhuas, los yog Trump yog koj tus neeg sawv cev tiv thaiv; qhov tseem ceeb yog tias koj yuav tsum lees paub qhov kev kub ntxhov uas tab tom los ze thiab npaj kom raug raws li tsim nyog. Cov uas yuav kov yeej hauv qhov kev kub ntxhov uas tab tom yuav los ntawd yog cov pej xeem ntawm Yeluxalees saum ntuj ceeb tsheej, thiab txhua lub hwj chim uas tau thim kev ntseeg ntawm Vajtswv txoj kevcai tab tom yuav koom ua ke, ib yam li cov Xadukais (Democrats) thiab cov Falixais (Republicans) tau koom ua ke tawm tsam Vajtswv cov menyuam uas ncaj ncees thaum daim duab ntawm tus tsiaj qus tab tom raug tsim.</w:t>
      </w:r>
    </w:p>
    <w:p>
      <w:pPr>
        <w:pStyle w:val="ArticleBody"/>
        <w:jc w:val="left"/>
      </w:pPr>
      <w:r>
        <w:rPr>
          <w:rFonts w:ascii="Times New Roman" w:hAnsi="Times New Roman" w:eastAsia="Times New Roman" w:cs="Times New Roman"/>
        </w:rPr>
        <w:t>Txoj hauj lwm ntawm kev dag ntxias los ntawm tus yaj saub cuav ntawm Islam hauv Tebchaws Meskas los sis ntawm Protestantism uas tau thim txoj kev ntseeg tseg hauv ntiaj teb no, yog yam uas ua rau muaj kev koom ua ib ke ntawm Pawg Ntseeg thiab Lub Xeev. Muam White qhia meej tias yuav muaj dua ib zaug ntxiv Tsov Rog Hauv Tebchaws, thiab tias qhov no yuav raug coj los muaj los ntawm cov neeg ua lag luam nyiaj txiag thoob ntiaj teb thiab cov neeg nplua nuj tshaj plaws, uas yog cov tub lag tub luam ntawm Babylon niaj hnub no, cov uas raws li lus faj lem yog ib nrab ntawm cov sawv cev ntawm lub hwj chim ntawm tus zaj. Lwm ib nrab yog cov nom tswv ua haujlwm raws kev tshaj lij, cov kws lij choj, cov vajntxwv, thiab cov thawj coj kav tebchaws.</w:t>
      </w:r>
    </w:p>
    <w:p>
      <w:pPr>
        <w:pStyle w:val="ArticleScripture"/>
        <w:jc w:val="left"/>
      </w:pPr>
      <w:r>
        <w:rPr>
          <w:rFonts w:ascii="Times New Roman" w:hAnsi="Times New Roman" w:eastAsia="Times New Roman" w:cs="Times New Roman"/>
        </w:rPr>
        <w:t>“Hauv Is Nrias Teb, Tuam Tshoj, Lavxias, thiab tej nroog hauv Amelikas, ntau txhiab tus txiv neej thiab poj niam tab tom tuag vim kev tshaib nqhis. Cov neeg muaj nyiaj, vim lawv muaj hwj chim, lawv tswj hwm lub khw. Lawv yuav txhua yam uas lawv nrhiav tau ntawm tus nqi qis, thiab tom qab ntawd mam muag dua ntawm tus nqi nce siab heev. Qhov no txhais tau tias kev tshaib nqhis rau cov neeg txom nyem dua, thiab yuav ua rau muaj kev tsov rog hauv teb chaws.” Manuscript Releases, volume 5, 305.</w:t>
      </w:r>
    </w:p>
    <w:p>
      <w:pPr>
        <w:pStyle w:val="ArticleBody"/>
        <w:jc w:val="left"/>
      </w:pPr>
      <w:r>
        <w:rPr>
          <w:rFonts w:ascii="Times New Roman" w:hAnsi="Times New Roman" w:eastAsia="Times New Roman" w:cs="Times New Roman"/>
        </w:rPr>
        <w:t>Tsov Rog Kev Tawm Tsam yog ib tsov rog tiag tiag, tiam sis nws sawv cev rau ib tsov rog kev nom kev tswv uas tau pib thaum lub Cuaj Hli 11, 2001. Tam sim no Tebchaws Meskas yog ib lub tebchaws uas cais ua ob tog kev nom kev tswv, tiam sis Vajtswv Txojlus yeej tsis swb li, thiab Nws Txojlus qhia meej tias Trump yuav raug xaiv rov los ua thawj tswj hwm hauv kev xaiv tsa xyoo 2024. Ib Tsov Rog Hauv Tsev, uas raws li txhua yam tseem ceeb twb raug pib lawm, yuav pib tiag tiag tsis ntev tom qab nws raug xaiv tsa, ib yam li tau tshwm sim nrog Lincoln, thawj tug thawj tswj hwm Republican. Lub laj thawj tob hauv qab ntawm Tsov Rog Hauv Tsev uas nws yuav txais ntawd yuav raug tsim los ntawm cov neeg tuav nyiaj hauv ntiaj teb no thiab cov tub lag luam nplua nuj txhiab vam, uas, nrog rau lwm yam, tau ua hauj lwm tsis tu ncua los qhib kev tsiv teb tsaws chaw coob coob uas tsis muaj kev tswj hwm thoob plaws lub ntiaj teb, kom txhawb lawv txoj kev ntshaw kom tau nyiaj txiag ntau dua, thiab qhov tseem ceeb tshaj yog kom rhuav tshem cov neeg txheej nruab nrab. Cov tub lag luam ntawm Npanpiloos tab tom nrhiav los tsim ib txoj kev faib ua ob chav kawm: cov nplua nuj tshaj plaws thiab cov pluag tshaj plaws.</w:t>
      </w:r>
    </w:p>
    <w:p>
      <w:pPr>
        <w:pStyle w:val="ArticleBody"/>
        <w:jc w:val="left"/>
      </w:pPr>
      <w:r>
        <w:rPr>
          <w:rFonts w:ascii="Times New Roman" w:hAnsi="Times New Roman" w:eastAsia="Times New Roman" w:cs="Times New Roman"/>
        </w:rPr>
        <w:t>Trump yuav yog tus thawj tswj hwm uas kav tswj thaum muaj kev tsa tsaub tus tsiaj qus ntawd, thiab nws yuav yog tus yaj saub cuav ntawm Islam uas yuam kom tsa tsaub ntawd raug tsa los, thiab rau cov uas muaj qhov muag thiab pom tau, thiab cov uas muaj pob ntseg thiab to taub tau, qhov kev tawm tsam ntawm Islam thaum Lub Kaum Hli 7, 2023, uas yog txoj kev ceeb thib peb tawm tsam cov Yixayee tiag tiag, lub Tebchaws Muaj Hwjchim ci ntsa iab thaum ub, yog ib qho kev ua tiav pom tseeb ntawm txoj haujlwm raws Vajtswv txoj kev txiav txim tseg ntawm tus yaj saub cuav ntawm Islam.</w:t>
      </w:r>
    </w:p>
    <w:p>
      <w:pPr>
        <w:pStyle w:val="ArticleBody"/>
        <w:jc w:val="left"/>
      </w:pPr>
      <w:r>
        <w:rPr>
          <w:rFonts w:ascii="Times New Roman" w:hAnsi="Times New Roman" w:eastAsia="Times New Roman" w:cs="Times New Roman"/>
        </w:rPr>
        <w:t>Pab Democratic, uas tsa nws tus kheej ua pab ntawm “Kev Muaj Ntau Haiv, Kev Ncaj Ncees Sib Luag thiab Kev Suav Nrog,” nim no tab tom sau tej txiv ntawm txoj kev xav uas yog Xatas uas lawv tau txhawb nqa. Txij li hnub tim 7 Lub Kaum Hli, 2023 los, kev sib cav tawm tsam Ixayees piv rau kev txhawb Ixayees tab tom ua rau lub zog nom tswv ntawm lawv pab tawg ua tej ntu raws li lawv tab tom los ze rau qhov kev xaiv tsa xyoo 2024. Qhov kev sib cais ntawd tau ua kom muaj kev sib ntaus sib ceg hauv lawv cov neeg raws, txog qib uas lawv cov tshuab pov npav hluav taws xob uas twb qias neeg lawm tej zaum yuav tsis muaj peev xwm ntxiv lawm los tswj hloov tau cov npav txaus kom kov yeej cov npav tiag tiag uas yuav raug pov rau Trump. Kev ua tsov ua rog ntawm tus yaj saub cuav ntawm Islam tab tom tsim tej xwm txheej uas xaiv tsa Trump ua tus thawj tswj hwm thib yim, uas yog ntawm xya leej, txij thaum lub sijhawm kawg xyoo 1989 los, raws li tus tsiaj qus hauv ntiajteb tsim ib tug duab rau tus tsiaj qus hauv hiavtxwv.</w:t>
      </w:r>
    </w:p>
    <w:p>
      <w:pPr>
        <w:pStyle w:val="ArticleBody"/>
        <w:jc w:val="left"/>
      </w:pPr>
      <w:r>
        <w:rPr>
          <w:rFonts w:ascii="Times New Roman" w:hAnsi="Times New Roman" w:eastAsia="Times New Roman" w:cs="Times New Roman"/>
        </w:rPr>
        <w:t>Lub tswv yim phem ntawm Xatas uas hu ua “Diversity, Equity and Inclusion,” yog ib qho ntawm cov platform rau kev luam dua txoj kev ntxeev siab ntawm Sodom thiab Gomorrah los ntawm nws txoj kev txhawb nqa rau txheej txheem LGBTQ+.</w:t>
      </w:r>
    </w:p>
    <w:p>
      <w:pPr>
        <w:pStyle w:val="ArticleScripture"/>
        <w:jc w:val="left"/>
      </w:pPr>
      <w:r>
        <w:rPr>
          <w:rFonts w:ascii="Times New Roman" w:hAnsi="Times New Roman" w:eastAsia="Times New Roman" w:cs="Times New Roman"/>
        </w:rPr>
        <w:t>Ib yam nkaus li kuj tau muaj nyob rau hauv lub caij nyoog ntawm Lauj; lawv noj mov, lawv haus dej haus cawv, lawv yuav, lawv muag, lawv cog, lawv txhim tsa vaj tse; tiam sis tib hnub ntawd uas Lauj tawm hauv Xaudoo mus, hluav taws thiab leej faj tau los nag saum ntuj los, thiab ua kom lawv txhua tus puastsuaj tag. Yuav zoo li ntawd thiab nyob rau hnub uas Leej Tub ntawm Neeg yuav raug muab tshwm sim los. Luka 17:28–30.</w:t>
      </w:r>
    </w:p>
    <w:p>
      <w:pPr>
        <w:pStyle w:val="ArticleBody"/>
        <w:jc w:val="left"/>
      </w:pPr>
      <w:r>
        <w:rPr>
          <w:rFonts w:ascii="Times New Roman" w:hAnsi="Times New Roman" w:eastAsia="Times New Roman" w:cs="Times New Roman"/>
        </w:rPr>
        <w:t>Txoj kev npaj ntawm LGBTQ+, uas kuj raug sawv cev ua Gay Pride, thiab vim li ntawd nws thiaj cim txog txoj kev poob kawg ntawm kev coj ncaj ncees ntawm tus tsiaj qus hauv ntiajteb, thiab tom qab ntawd yog lub ntiajteb.</w:t>
      </w:r>
    </w:p>
    <w:p>
      <w:pPr>
        <w:pStyle w:val="ArticleScripture"/>
        <w:jc w:val="left"/>
      </w:pPr>
      <w:r>
        <w:rPr>
          <w:rFonts w:ascii="Times New Roman" w:hAnsi="Times New Roman" w:eastAsia="Times New Roman" w:cs="Times New Roman"/>
        </w:rPr>
        <w:t>Txoj kev loj ntawm cov neeg ncaj ncees yog kom ncaim ntawm kev phem; tus uas ceev nws txoj kev yuav khaws nws tus ntsuj plig. Kev khav theeb mus ua ntej kev puas tsuaj, thiab tus ntsuj plig siab hlob mus ua ntej kev poob. Zoo dua yog kom muaj tus ntsuj plig txo hwj chim nrog cov neeg qis siab, dua li mus faib tej khoom txeeb nrog cov neeg khav theeb. Paj Lug 16:17–19.</w:t>
      </w:r>
    </w:p>
    <w:p>
      <w:pPr>
        <w:pStyle w:val="ArticleBody"/>
        <w:jc w:val="left"/>
      </w:pPr>
      <w:r>
        <w:rPr>
          <w:rFonts w:ascii="Times New Roman" w:hAnsi="Times New Roman" w:eastAsia="Times New Roman" w:cs="Times New Roman"/>
        </w:rPr>
        <w:t>Kev khav theeb mus ua ntej kev poob, thiab kev khav theeb mus ua ntej kev puam tsuaj. Kev thim kev ntseeg ntawm ib haiv neeg coj los tsim kev puam tsuaj rau ib haiv neeg, thiab lub cim ntawm kev khav theeb thoob ntiajteb, yog lub cim ntawm kev ntxeev siab ntawm Sodom thiab Gomorrah. Kev tshoov siab muab txoj cai Hnub Caiv uas yuav los sai no txuas nrog Lauj qhov nyuam qhuav dim ntawm kev puam tsuaj ntawm Sodom, Gomorrah, thiab cov nroog ntawm thaj tiaj, rau qhov yog Lauj cov xeeb leej xeeb ntxwv (Amoos thiab Mo-a), uas yog lub cim ntawm cov uas dim ntawm txhais tes ntawm txoj kev papal thaum txoj cai Hnub Caiv los.</w:t>
      </w:r>
    </w:p>
    <w:p>
      <w:pPr>
        <w:pStyle w:val="ArticleScripture"/>
        <w:jc w:val="left"/>
      </w:pPr>
      <w:r>
        <w:rPr>
          <w:rFonts w:ascii="Times New Roman" w:hAnsi="Times New Roman" w:eastAsia="Times New Roman" w:cs="Times New Roman"/>
        </w:rPr>
        <w:t>Nws kuj yuav nkag mus rau hauv lub tebchaws uas muaj hwjchim ci ntsa iab, thiab ntau lub tebchaws yuav raug rhuav tshem; tiam sis cov no yuav dim ntawm nws txhais tes, yog Edos, thiab Mo-as, thiab cov thawj ntawm Amoos cov xeeb leej xeeb ntxwv. Daniel 11:41.</w:t>
      </w:r>
    </w:p>
    <w:p>
      <w:pPr>
        <w:pStyle w:val="ArticleBody"/>
        <w:jc w:val="left"/>
      </w:pPr>
      <w:r>
        <w:rPr>
          <w:rFonts w:ascii="Times New Roman" w:hAnsi="Times New Roman" w:eastAsia="Times New Roman" w:cs="Times New Roman"/>
        </w:rPr>
        <w:t>Tam sim no tab tom tawg puas tsuaj rau nws tus kheej, los ntawm nws txhais tes ntiag tug. Kuv tsis quav ntsej txog kev nom kev tswv; kuv tsuas yog muab keeb kwm tam sim no los sib haum nrog zaj lus faj lem xwb. Tam sim no Tog Koom Haum Ywj Pheej tau ua hauj lwm tsis nkees li los qhib ciam teb thoob plaws ntiaj teb, yog li cia kom muaj ib nthwv neeg coob kawg uas tsis tau muaj dua thiab tsis raug tswj hwm nkag los. Cov rooj dej nyab tau raug qhib thoob plaws lub ntiaj teb no los ntawm cov neeg thoob ntiaj teb uas raug tus zaj tshoov siab.</w:t>
      </w:r>
    </w:p>
    <w:p>
      <w:pPr>
        <w:pStyle w:val="ArticleScripture"/>
        <w:jc w:val="left"/>
      </w:pPr>
      <w:r>
        <w:rPr>
          <w:rFonts w:ascii="Times New Roman" w:hAnsi="Times New Roman" w:eastAsia="Times New Roman" w:cs="Times New Roman"/>
        </w:rPr>
        <w:t>Tus nab tawm dej hauv nws lub qhov ncauj ib yam li dej nyab caum raws tus pojniam qab, xwv kom nws raug dej nyab kwv mus. Thiab lub ntiajteb tau pab tus pojniam, thiab lub ntiajteb qhib nws lub qhov ncauj, nqos dej nyab uas tus zaj tau ntuav tawm hauv nws lub qhov ncauj. Thiab tus zaj chim heev rau tus pojniam, ces txawm mus ua rog tawm tsam cov seem uas yog nws cajces, yog cov uas ceev Vajtswv tej lus txib, thiab muaj Yexus Khetos zaj lus tim khawv. Tshwmsim 12:15–17.</w:t>
      </w:r>
    </w:p>
    <w:p>
      <w:pPr>
        <w:pStyle w:val="ArticleBody"/>
        <w:jc w:val="left"/>
      </w:pPr>
      <w:r>
        <w:rPr>
          <w:rFonts w:ascii="Times New Roman" w:hAnsi="Times New Roman" w:eastAsia="Times New Roman" w:cs="Times New Roman"/>
        </w:rPr>
        <w:t>“Cov seem” yog ib puas plaub caug plaub txhiab leej, thiab keeb kwm ntawm ib puas plaub caug plaub txhiab leej yog zaj keeb kwm uas tau pib rau hnub tim 11 Lub Cuaj Hli, 2001. Txij thaum ntawd los, hwj chim ntawm tus zaj tau “ntswg dej tawm hauv nws lub qhov ncauj, zoo li ib nthwv dej loj” mus rau txhua sab. Dej sawv cev rau neeg.</w:t>
      </w:r>
    </w:p>
    <w:p>
      <w:pPr>
        <w:pStyle w:val="ArticleScripture"/>
        <w:jc w:val="left"/>
      </w:pPr>
      <w:r>
        <w:rPr>
          <w:rFonts w:ascii="Times New Roman" w:hAnsi="Times New Roman" w:eastAsia="Times New Roman" w:cs="Times New Roman"/>
        </w:rPr>
        <w:t>Nws nws hais rau kuv tias, Cov dej uas koj tau pom, qhov chaw uas tus pojniam luag pojniam zaum nyob, yog tej haiv neeg, thiab tej pab coob, thiab tej tebchaws, thiab tej yam lus. Tshwm Sim 17:15.</w:t>
      </w:r>
    </w:p>
    <w:p>
      <w:pPr>
        <w:pStyle w:val="ArticleBody"/>
        <w:jc w:val="left"/>
      </w:pPr>
      <w:r>
        <w:rPr>
          <w:rFonts w:ascii="Times New Roman" w:hAnsi="Times New Roman" w:eastAsia="Times New Roman" w:cs="Times New Roman"/>
        </w:rPr>
        <w:t>Cov sawv cev hauv ntiajteb ntawm lub hwjchim zaj (cov neeg txhawb kev tswj hwm thoob ntiajteb), yog cov uas qheb tej rooj dej nyab ntawm kev tsiv teb tsaws chaw tsis raws cai nyob rau lub sijhawm kaw cim ntawm ib puas plaub caug plaub txhiab leej. Tej “dej nyab” ntawm zaj thoob plaws ntiajteb qhia tias tus Tswv tabtom yuav tsa tus chij taw qhia, thaum txoj cai Hnub Caiv Sunday uas yuav los sai no txog. Cov dej nyab ntawm zaj hauv Tshwmsim kaum ob, tau raug tus tsiaj qus hauv ntiajteb nqos tseg thaum pib ntawm Tebchaws Meskas, tiam sis nimno tej dej nyab ntawm zaj twb rov los dua lawm, yog li ntawd thiaj muab lus ceeb toom txog qhov kev kub ntxhov ntawm txoj cai Hnub Caiv Sunday uas tabtom los ze, rau qhov yog thaum tus yeeb ncuab los nkag tuaj yam li dej nyab, Vajtswv thiaj tsa Nws tus qauv.</w:t>
      </w:r>
    </w:p>
    <w:p>
      <w:pPr>
        <w:pStyle w:val="ArticleScripture"/>
        <w:jc w:val="left"/>
      </w:pPr>
      <w:r>
        <w:rPr>
          <w:rFonts w:ascii="Times New Roman" w:hAnsi="Times New Roman" w:eastAsia="Times New Roman" w:cs="Times New Roman"/>
        </w:rPr>
        <w:t>Hauv kev ua txhaum thiab hais lus dag tawm tsam tus Tswv, thiab tig ncaim ntawm peb tus Vajtswv mus, hais tej lus tsim txom thiab kev ntxeev siab, xeeb thiab hais tawm ntawm lub siab tej lus cuav. Thiab kev txiav txim raug thawb rov qab, thiab kev ncaj ncees sawv deb heev: rau qhov qhov tseeb tau poob rau hauv txoj kev, thiab kev ncaj nraim tsis muaj peev xwm nkag tau. Yeej muaj tseeb tiag, qhov tseeb ploj lawm; thiab tus uas ncaim ntawm txoj kev phem ua rau nws tus kheej dhau los ua neeg raug nyiag tua: thiab tus Tswv pom qhov ntawd, thiab nws tsis txaus siab rau nws tias tsis muaj kev txiav txim. Thiab nws pom tias tsis muaj ib tug neeg, thiab xav tsis thoob tias tsis muaj tus sawv cev thov ntuj li ntawd: yog li ntawd nws txhais npab thiaj coj txoj kev cawm dim los rau nws; thiab nws txoj kev ncaj ncees, yog qhov txhawb nqa nws. Rau qhov nws hnav txoj kev ncaj ncees ua daim hlau thaiv hauv siab, thiab ib lub mom hlau ntawm txoj kev cawm dim rau saum nws taub hau; thiab nws hnav tej tsoos tsho ntawm kev pauj kua zaub ntsuab ua ris tsho, thiab raug npog los ntawm kev kub siab ua ib daim tsho loj. Raws li lawv tej haujlwm, nws yuav pauj raws li ntawd, kev npau taws rau nws cov yeeb ncuab tawm tsam, nqi zog rov pauj rau nws cov yeeb ncuab; rau tej koog pov txwv nws yuav rov pauj. Yog li ntawd lawv yuav hwm tus Tswv lub npe txij hnub poob tuaj, thiab nws lub yeeb koob txij hnub tuaj. Thaum tus yeeb ncuab los zoo li dej nyab, tus Tswv tus Ntsuj Plig yuav tsa ib lub chij tawm tsam nws. Thiab tus Txhiv Dim yuav los rau Xi-oos, thiab rau cov uas tig ntawm kev ua txhaum nyob hauv Yakhauj, tus Tswv hais li ntawd. Hos kuv, qhov no yog kuv txoj kev cog lus nrog lawv, tus Tswv hais li no; Kuv tus Ntsuj Plig uas nyob saum koj, thiab kuv tej lus uas kuv tau muab tso rau hauv koj lub qhov ncauj, yuav tsis ncaim ntawm koj lub qhov ncauj, los ntawm koj caj ces lub qhov ncauj, los yog ntawm koj caj ces caj ces lub qhov ncauj, tus Tswv hais li ntawd, txij no mus mus ib txhis li. Yaxayas 59:13–21.</w:t>
      </w:r>
    </w:p>
    <w:p>
      <w:pPr>
        <w:pStyle w:val="ArticleBody"/>
        <w:jc w:val="left"/>
      </w:pPr>
      <w:r>
        <w:rPr>
          <w:rFonts w:ascii="Times New Roman" w:hAnsi="Times New Roman" w:eastAsia="Times New Roman" w:cs="Times New Roman"/>
        </w:rPr>
        <w:t>Tus chij uas raug tsa sawv thaum tus yeeb ncuab tuaj los zoo li dej nyab yog lub cim chij, uas kuj yog ib tug qauv hauv Vajtswv Txojlus thiab. Nyob rau lub sijhawm ua ntej txoj cai Hnub Caiv uas yuav los sai no, tej nthwv dej ntawm kev tsiv teb tsaws chaw txhaum cai yog ib lub cim qhia tias lub sijhawm ntawm kev sim siab yuav luag kaw lawm. Qhov xwm txheej uas Yaxayas qhia txog thaum nws hais txog kev tsa ib tug qauv sawv piav txog ib lub sijhawm uas tsis muaj kev cai lij choj, rau qhov nws hais tias, “judgment is turned away backward, and justice standeth afar off: for truth is fallen in the street, and equity cannot enter. Yea, truth faileth; and he that departeth from evil maketh himself a prey: and the Lord saw it, and it displeased him that there was no judgment. And he saw that there was no man, and wondered that there was no intercessor.” Kev tsis muaj cai tswj fwm uas tau raug txhawb nqa los ntawm cov txiv neej xws li George Soros, thiab tau raug cov nom tswv Democratic tsis quav ntsej, raug piav qhia phim heev los ntawm Muam White nrog rau nqe lus hauv Yaxayas ntawd.</w:t>
      </w:r>
    </w:p>
    <w:p>
      <w:pPr>
        <w:pStyle w:val="ArticleScripture"/>
        <w:jc w:val="left"/>
      </w:pPr>
      <w:r>
        <w:rPr>
          <w:rFonts w:ascii="Times New Roman" w:hAnsi="Times New Roman" w:eastAsia="Times New Roman" w:cs="Times New Roman"/>
        </w:rPr>
        <w:t>“Cov tsev hais plaub ntawm kev ncaj ncees twb qias neeg lawm. Cov thawj kav raug tsav los ntawm kev ntshaw kom tau txiaj ntsig thiab kev hlub rau kev lom zem ntawm cev nqaij daim tawv. Kev tsis tswj tus kheej tau ua rau ntau leej lub peev xwm txiav txim thiab paub tab tsaus ntuj nti, kom Xatas yuav luag tswj tau lawv tag nrho. Cov kws txiav txim plaub raug ntxeev kev ncaj, raug yuav khoom plig, raug dag ntxias. Kev qaug cawv thiab kev lom zem tsis tsim nyog, kev chim siab, kev khib, thiab txhua yam kev tsis ncaj tsis ncaj ncees, raug pom muaj nyob hauv cov uas saib xyuas thiab coj raws li txoj cai. ‘Kev ncaj ncees sawv deb: vim qhov tseeb poob rau hauv txoj kev, thiab kev ncaj nraim nkag tsis tau.’ Yaxayas 59:14.” The Great Controversy, 586.</w:t>
      </w:r>
    </w:p>
    <w:p>
      <w:pPr>
        <w:pStyle w:val="ArticleBody"/>
        <w:jc w:val="left"/>
      </w:pPr>
      <w:r>
        <w:rPr>
          <w:rFonts w:ascii="Times New Roman" w:hAnsi="Times New Roman" w:eastAsia="Times New Roman" w:cs="Times New Roman"/>
        </w:rPr>
        <w:t>Kev tsiv teb tsaws chaw txhaum cai, tej kev txav uas tsis lees paub txoj cai tswj hwm xws li Antifa (cov tawm tsam kev fascism), thiab tej kev txav ua phem xws li Black Lives Matter, uas raug tsa saum tej zaj lus piav keeb kwm uas twb qias neeg lawm xws li Critical Race Theory, tau raug txhawb nqa thiab qhuas los ntawm tus zaj tus kav nom tswv, cov uas raug tsav los ntawm kev hlub nyiaj txiag, thiab tej tsev hais plaub qias neeg thiab cov kws txiav txim plaub ntug qias neeg tau muab qhov tseeb pov rau hauv tib txoj kev uas ob tug tim khawv raug tua nyob hauv Tshwmsim tshooj kaum ib. Txoj kev ntawd nyob hauv lub nroog ntawm kev tsis ntseeg Vajtswv (Egypt) thiab kev tsis dawb huv (Sodom), uas yog tus zaj thiab nws cov sawv cev lub nroog. Ib puag ncig uas sawv cev los ntawm Democratic party tej txiv hmab txiv ntoo raug sawv cev raws li lus faj lem ua ib dej nyab, thiab thaum Xatas, uas yog Vajtswv tus yeeb ncuab, qhib nws tej qhov dej nyab, qhov ntawd yog pov thawj tias Vajtswv tus chij tab tom yuav raug tsa kom sawv.</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“Lub xeev txheej xwm hauv lub ntiajteb qhia tias tej lub sijhawm txaus ntshai twb los ze heev rau peb lawm. Cov ntawv xov xwm niaj hnub puv npo nrog tej yam qhia tias muaj ib qho kev sib ntaus sib tua txaus ntshai yuav los txog tsis ntev tom ntej no. Kev tub sab nyiag ua loj ua luaj tshwm sim ntau zaus. Kev tawm tsam ntawm cov neeg ua haujlwm muaj tshwm sim nquag. Kev tub sab thiab kev tua neeg raug ua nyob txhua txhia qhov chaw. Cov neeg uas dab phem muaj lawv kav yog tab tom txeeb txoj sia ntawm txiv neej, poj niam, thiab me nyuam yaus. Tib neeg twb raug kev phem ntxias kom qaug rau txoj kev txhaum, thiab txhua yam kev phem kuj kav yeej lawm. Tus yeeb ncuab twb ua tiav hauv kev hloov kev ncaj ncees kom qias neeg thiab hauv kev puv tib neeg lub siab nrog txoj kev ntshaw nrhiav txiaj ntsig rau tus kheej. ‘Kev ncaj ncees nyob deb tawm: vim qhov tseeb poob rau hauv txoj kev, thiab txoj kev ncaj tsis muaj cuab kav nkag los tau.’ Yaxayas 59:14. Hauv tej nroog loj muaj neeg coob coob ua neej nyob hauv kev pluag thiab kev txom nyem, yuav luag tsis muaj mov noj, chaw nyob, thiab khaub ncaws; hos hauv tib lub nroog ntawd kuj muaj cov uas muaj ntau tshaj li siab xav tau, uas ua neej nyob nplua nuj, siv lawv tej nyiaj rau tej tsev uas kho kom zoo nkauj nplua mias, rau kev dai kom zoo ntawm tus kheej, los sis qhov phem tshaj ntawd, rau kev txaus siab ntawm kev ntshaw cev nqaij daim tawv, rau dej cawv, luam yeeb, thiab lwm yam uas rhuav tshem lub peev xwm ntawm lub hlwb, ua kom lub siab xav poob kev sib npaug, thiab ua kom tus ntsuj plig qias neeg qis luag. Lub suab quaj ntawm noob neej uas tshaib plab tab tom nce mus cuag Vajtswv, thaum tib neeg ntawm txhua hom kev tsim txom thiab kev txeeb nyiaj txeeb txiaj tab tom khwv sau tej cuab tam loj kawg nkaus ua pawg ua ke.”</w:t>
      </w:r>
    </w:p>
    <w:p>
      <w:pPr>
        <w:pStyle w:val="ArticleScripture"/>
        <w:jc w:val="left"/>
      </w:pPr>
      <w:r>
        <w:rPr>
          <w:rFonts w:ascii="Times New Roman" w:hAnsi="Times New Roman" w:eastAsia="Times New Roman" w:cs="Times New Roman"/>
        </w:rPr>
        <w:t>“Hauv lub caij hmo ntuj kuv raug hu kom saib tej tsev uas tab tom tsa nce ib txheej saum ib txheej mus rau saum ntuj. Lawv tau lees tias tej tsev no tsis kub hnyiab tau, thiab lawv raug tsa kom qhuas cov tswv thiab cov uas ua lawv. Cov tsev no tseem nce siab dua thiab siab dua ntxiv mus, thiab hauv lawv tau siv cov ntaub ntawv uas kim tshaj plaws. Cov uas yog tswv tej tsev no tsis nug lawv tus kheej tias: ‘Peb yuav ua li cas thiaj qhuas tau Vajtswv zoo tshaj plaws?’ Tus Tswv tsis nyob hauv lawv tej kev xav.”</w:t>
      </w:r>
    </w:p>
    <w:p>
      <w:pPr>
        <w:pStyle w:val="ArticleScripture"/>
        <w:jc w:val="left"/>
      </w:pPr>
      <w:r>
        <w:rPr>
          <w:rFonts w:ascii="Times New Roman" w:hAnsi="Times New Roman" w:eastAsia="Times New Roman" w:cs="Times New Roman"/>
        </w:rPr>
        <w:t>“Thaum tej tsev loj siab no raug tsa sawv, cov tswv tsev zoo siab nrog txoj kev khav theeb uas muaj lub siab ntshaw loj, tias lawv muaj nyiaj siv los ua kom yus tus kheej txaus siab thiab ua rau lawv cov neeg nyob ib ncig khib. Feem ntau ntawm cov nyiaj uas lawv tau nqis peev li no, twb raug khwv tau los ntawm kev quab yuam, los ntawm kev nias thiab tsim txom cov neeg pluag. Lawv tsis nco qab tias saum ntuj ceeb tsheej muaj kev khaws cia ib daim ntawv suav txog txhua txoj kev ua lag luam; txhua qhov kev sib cog lus tsis ncaj ncees, txhua txoj kev dag ntxias, raug sau tseg nyob ntawd. Lub sijhawm tab tom los txog thaum hauv lawv txoj kev dag ntxias thiab kev khav xeeb, neeg yuav mus txog ib theem uas tus Tswv yuav tsis pub lawv hla ntxiv lawm, thiab lawv yuav kawm paub tias muaj ib thaj tsam rau Yehauvas txoj kev ua siab ntev.”</w:t>
      </w:r>
    </w:p>
    <w:p>
      <w:pPr>
        <w:pStyle w:val="ArticleScripture"/>
        <w:jc w:val="left"/>
      </w:pPr>
      <w:r>
        <w:rPr>
          <w:rFonts w:ascii="Times New Roman" w:hAnsi="Times New Roman" w:eastAsia="Times New Roman" w:cs="Times New Roman"/>
        </w:rPr>
        <w:t>“Qhov xwm txheej uas dhau los tom ntej no ua ntej kuv yog ib qho kev ceeb ntshai vim hluav taws. Cov neeg ntsia cov tuam tsev siab loj thiab uas xav tias tiv hluav taws tau, thiab hais tias: ‘Cov no muaj kev ruaj ntseg zoo kawg nkaus.’ Tiamsis cov tuam tsev no raug hluav taws kub hnyiab tag ib yam li yog ua los ntawm roj nplaum. Cov tsheb tua hluav taws ua tsis tau ib yam dabtsi los txwv qhov kev puas tsuaj ntawd. Cov neeg tua hluav taws tsis muaj peev xwm siv cov tshuab tua hluav taws.”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Naj Npawb Ib Puas Plaub Caug Peb</dc:title>
  <dc:subject>Qhib Cov Qauv Yaj Saub Kom Pom: Tus Thawj Tswj Hwm Kawg thiab Daim Duab ntawm Tus Tsiaj Qus</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