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Plaub Caug Tsib</w:t>
      </w:r>
    </w:p>
    <w:p>
      <w:pPr>
        <w:pStyle w:val="ArticleSubtitle"/>
        <w:jc w:val="left"/>
      </w:pPr>
      <w:r>
        <w:rPr>
          <w:rFonts w:ascii="Arial" w:hAnsi="Arial" w:eastAsia="Arial" w:cs="Arial"/>
        </w:rPr>
        <w:t>Kev Txhais Lus Txog Vajlugkub Cov Lus Qhia Yav Tom Ntej thiab Tej Xwm Txheej Tam Sim No: Ib Txoj Kev Ntsia Saib Rau Kev Nom Kev Tswv Niaj Hnub No thiab Kev Cim Kev Ntseeg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Kev ntseeg ntawm woke-ism (Sodom) thiab kev nom kev tswv ntawm Communism (Egypt) tau sawv tawm los thaum tus thawj tswj hwm uas nplua nuj tshaj plaws tshaj tawm nws lub hom phiaj los sib tw ua thawj tswj hwm xyoo 2015, thiab tom qab nws tau muab nws zaj lus tim khawv kev nom kev tswv, nws raug tua tuag xyoo 2020. Tus pope raug tua tuag raws li lus faj lem xyoo 1798, tom qab nws tau muab nws zaj lus tim khawv uas yog los ntawm Xatas kav peb hnub rhais raws lus faj lem. Txawm li ntawd los, Vajtswv Txojlus faj lem qhia meej tias tus pope yeej hauv nws txoj kev ua rog nrog tus zaj.</w:t>
      </w:r>
    </w:p>
    <w:p>
      <w:pPr>
        <w:pStyle w:val="ArticleScripture"/>
        <w:jc w:val="left"/>
      </w:pPr>
      <w:r>
        <w:rPr>
          <w:rFonts w:ascii="Times New Roman" w:hAnsi="Times New Roman" w:eastAsia="Times New Roman" w:cs="Times New Roman"/>
        </w:rPr>
        <w:t>Me tub ntawm neeg, tig koj lub ntsej muag tawm tsam Falau, vajntxwv ntawm Iyi tebchaws, thiab cev lus faj lem tawm tsam nws, thiab tawm tsam tag nrho Iyi tebchaws: Hais, thiab hais tias, Tus Tswv Vajtswv hais li no; Saib maj, Kuv tawm tsam koj, Falau vajntxwv ntawm Iyi tebchaws, tus zaj loj uas pw hauv nruab nrab ntawm nws tej dej ntws, tus uas tau hais tias, Kuv tus dej yog kuv li, thiab kuv tau tsim nws rau kuv tus kheej. Exekees 29:2, 3.</w:t>
      </w:r>
    </w:p>
    <w:p>
      <w:pPr>
        <w:pStyle w:val="ArticleBody"/>
        <w:jc w:val="left"/>
      </w:pPr>
      <w:r>
        <w:rPr>
          <w:rFonts w:ascii="Times New Roman" w:hAnsi="Times New Roman" w:eastAsia="Times New Roman" w:cs="Times New Roman"/>
        </w:rPr>
        <w:t>Ejip yog zaj loj nab, thiab txoj kev tsis lees paub Vajtswv ntawm Falau yog ib daim qauv qhia ua ntej txog txoj kev tsis lees paub Vajtswv ntawm Fabkis Kev Tawm Tsam, thiab ntawm txoj kev ntiaj teb-muaj-ib-leej-ib-vaj ntawm tiam nees nkaum ib. Txoj kev ntiaj teb-muaj-ib-leej-ib-vaj ntawd nyob hauv ciam teb ntawm tus tsiaj qus hauv ntiajteb ntawm tiam nees nkaum ib yog sawv cev los ntawm Democratic party. Exekees qhia meej tias Vajtswv tawm tsam Ejip, thiab ntxiv mus hauv tshooj ntawd, Exekees qhia tias Vajtswv yuav muab Ejip rau tus vaj ntxwv sab qaum teb, uas nyob hauv nqe ntawd raug qhia tias yog Nebukhanexas, thiab uas sawv cev rau tus vaj ntxwv sab qaum teb cuav ntawm hnub kawg. Tus vaj ntxwv sab qaum teb cuav ntawd yog lub hwjchim papacy, thiab Vajtswv qhia los ntawm Exekees tias Vajtswv yuav muab Ejip rau tus vaj ntxwv sab qaum teb rau txoj haujlwm uas Nebukhanexas tau ua raws li tus pas nplawm ntawm Nws txoj kev qhuab ntuas. Nws qhia tias Nws yuav muab Ejip rau tus pope nyob rau lub sijhawm thaum nag tom qab los txog.</w:t>
      </w:r>
    </w:p>
    <w:p>
      <w:pPr>
        <w:pStyle w:val="ArticleScripture"/>
        <w:jc w:val="left"/>
      </w:pPr>
      <w:r>
        <w:rPr>
          <w:rFonts w:ascii="Times New Roman" w:hAnsi="Times New Roman" w:eastAsia="Times New Roman" w:cs="Times New Roman"/>
        </w:rPr>
        <w:t>Thiab tau muaj tias, nyob rau xyoo nees nkaum xya, rau thawj lub hli, rau thawj hnub ntawm lub hli, lo lus ntawm tus Tswv tau los cuag kuv, hais tias, Leej Tub ntawm neeg, Nebukhanexa, vajntxwv Npanpiloo, tau ua kom nws pab tub rog ua haujlwm hnyav heev tawm tsam lub nroog Tires; txhua lub taubhau raug ua do hau, thiab txhua lub xub pwg raug txhuam tawv plhuav; los nws thiab nws pab tub rog tsis tau nqi zog dabtsi ntawm Tires, rau txoj haujlwm uas nws tau ua tawm tsam nws ntawd. Yog li ntawd, tus Tswv Vajtswv hais li no tias; Saib seb, kuv yuav muab lub tebchaws Iziv rau Nebukhanexa, vajntxwv Npanpiloo; thiab nws yuav txeeb nws cov pejxeem coob, thiab txeeb nws tej khoom nyiag, thiab txeeb nws tej khoom raug txeeb; thiab qhov ntawd yuav yog nqi zog rau nws pab tub rog. Kuv tau muab lub tebchaws Iziv rau nws ua nqi zog rau nws txoj kev khwv uas nws tau ua tawm tsam nws, vim lawv tau ua haujlwm rau kuv, hais tias tus Tswv Vajtswv. Hnub ntawd kuv yuav ua kom lub kub ntawm tsev neeg Ixayees pib hlav tuaj, thiab kuv yuav pub rau koj kev qhib ncauj nyob hauv lawv nruab nrab; ces lawv yuav paub tias kuv yog tus Tswv. Exekees 29:17–21.</w:t>
      </w:r>
    </w:p>
    <w:p>
      <w:pPr>
        <w:pStyle w:val="ArticleBody"/>
        <w:jc w:val="left"/>
      </w:pPr>
      <w:r>
        <w:rPr>
          <w:rFonts w:ascii="Times New Roman" w:hAnsi="Times New Roman" w:eastAsia="Times New Roman" w:cs="Times New Roman"/>
        </w:rPr>
        <w:t>“Hnub” uas Vajtswv ua rau “tus kub ntawm tsev neeg Ixayees hlav tuaj” yog hnub tim Cuaj Hlis 11, 2001, thaum nag tom qab pib txau. Nyob rau lub sijhawm ntawd tus Tswv tsa cov neeg zov sawv los hais tias, “mloog lub suab raj” ntawm txoj kev txom nyem thib peb, rau qhov Nws tau qhia tias Vajtswv yuav “qhib koj lub qhov ncauj nyob hauv lawv nruab nrab.” Lo lus “hauv nruab nrab” qhia txog lub sijhawm uas nyob nruab nrab ntawm kev txau ntawm nag tom qab uas pib rau hnub tim Cuaj Hlis 11, 2001, thiab uas xaus rau lub sij hawm Sunday law, thaum Vaj Ntsuj Plig Dawb Huv raug nchuav tawm yam tsis muaj kev txwv. Nyob hauv nruab nrab ntawm ob lub cim qhia kev no, ob tug tim khawv, lossis ob tug kub, yuav muab lawv zaj lus tim khawv, mus txog thaum nkawd ob leeg raug tua rau hauv txoj kev hauv xyoo 2020.</w:t>
      </w:r>
    </w:p>
    <w:p>
      <w:pPr>
        <w:pStyle w:val="ArticleBody"/>
        <w:jc w:val="left"/>
      </w:pPr>
      <w:r>
        <w:rPr>
          <w:rFonts w:ascii="Times New Roman" w:hAnsi="Times New Roman" w:eastAsia="Times New Roman" w:cs="Times New Roman"/>
        </w:rPr>
        <w:t>Ua ntej lawv raug tua, lawv tau muab lawv tej lus tim khawv, thiab tom qab lawv raug tua lawm, lawv raug tsa rov ciaj los ua tus yim, uas yog los ntawm xya tus. Lawv raug tua los ntawm lub hwj chim zaj ntawm kev tsis ntseeg Vajtswv (Egypt) thiab kev plees kev yi tsis ncaj ncees (Sodom). Vim txoj hauj lwm uas lawv tau ua rau Vajtswv, Nws tau cog lus yuav muab Egypt rau lawv ua lawv qhov nqi zog. Thaum tus vaj ntxwv sab qaum teb txeeb tau lub teb chaws muaj yeeb koob, yog Tebchaws Meskas, hauv nqe plaub caug ib ntawm Daniel kaum ib, ces nws thiaj txeeb Egypt, rau qhov no yog nws qhov nyiaj them rau txoj hauj lwm uas tau ua raws li Vajtswv txoj hau kev npaj tseg.</w:t>
      </w:r>
    </w:p>
    <w:p>
      <w:pPr>
        <w:pStyle w:val="ArticleScripture"/>
        <w:jc w:val="left"/>
      </w:pPr>
      <w:r>
        <w:rPr>
          <w:rFonts w:ascii="Times New Roman" w:hAnsi="Times New Roman" w:eastAsia="Times New Roman" w:cs="Times New Roman"/>
        </w:rPr>
        <w:t>Au Assilias, tus pas ntawm kuv txoj kev chim, thiab tus neeg ua haujlwm nyob hauv lawv txhais tes yog kuv txoj kev npau taws. Kuv yuav txib nws tawm tsam ib haiv neeg ua ntsej muag dawb huv cuav, thiab tawm tsam cov neeg uas raug kuv txoj kev npau taws kuv yuav muab lus txib rau nws, kom txeeb tau tej khoom nyiag, thiab kom ntes tau tej khoom raug txeeb, thiab kom tsuj lawv nqes ib yam li av nkos hauv tej kev. Yaxayas 10:5, 6.</w:t>
      </w:r>
    </w:p>
    <w:p>
      <w:pPr>
        <w:pStyle w:val="ArticleBody"/>
        <w:jc w:val="left"/>
      </w:pPr>
      <w:r>
        <w:rPr>
          <w:rFonts w:ascii="Times New Roman" w:hAnsi="Times New Roman" w:eastAsia="Times New Roman" w:cs="Times New Roman"/>
        </w:rPr>
        <w:t>Tus Neeg Axilia yog tus vajntxwv qaum teb, uas sawv cev rau txoj kev ua vajntxwv pov thawj Loos, yog tus vajntxwv qaum teb cuav hauv hnub kawg. Axilia thiab Npanpiloo raug siv los coj kev txiav txim los saum cov Yixayee, ob lub tebchaws qaum teb thiab qab teb tib si, vim lawv txoj kev ntxeev siab uas tsis tu ncua.</w:t>
      </w:r>
    </w:p>
    <w:p>
      <w:pPr>
        <w:pStyle w:val="ArticleScripture"/>
        <w:jc w:val="left"/>
      </w:pPr>
      <w:r>
        <w:rPr>
          <w:rFonts w:ascii="Times New Roman" w:hAnsi="Times New Roman" w:eastAsia="Times New Roman" w:cs="Times New Roman"/>
        </w:rPr>
        <w:t>“‘Yog li ntawd cov Yixayee thiaj raug coj mus nyob deb ntawm lawv lub tebchaws mus rau Axilias,’ ‘vim lawv tsis mloog tus Tswv lawv tus Vajtswv lub suab, tiam sis tau ua txhaum Nws txoj kev khi lus, thiab txhua yam uas Mauxes tus Tswv tus tub qhe tau txib.’ 2 Vajntxwv 17:7, 11, 14–16, 20, 23; 18:12.</w:t>
      </w:r>
    </w:p>
    <w:p>
      <w:pPr>
        <w:pStyle w:val="ArticleScripture"/>
        <w:jc w:val="left"/>
      </w:pPr>
      <w:r>
        <w:rPr>
          <w:rFonts w:ascii="Times New Roman" w:hAnsi="Times New Roman" w:eastAsia="Times New Roman" w:cs="Times New Roman"/>
        </w:rPr>
        <w:t>“Hauv txoj kev txiav txim uas txaus ntshai uas raug coj los rau saum kaum xeem neeg ntawd, tus Tswv muaj ib lub hom phiaj uas muaj tswvyim thiab muaj kev hlub tshua. Yam uas Nws tsis muaj peev xwm ua tau ntxiv lawm los ntawm lawv hauv thaj av ntawm lawv tej yawg koob, Nws yuav nrhiav ua kom tiav los ntawm kev muab lawv tawg khiav mus nyob hauv cov neeg txawv teb chaws. Nws lub tswv yim rau txoj kev cawm dim ntawm txhua tus uas yuav xaiv txais yuav kev zam txim los ntawm tus Cawmseej ntawm tibneeg ntiajteb yuav tsum tseem raug ua kom tiav; thiab nyob hauv tej kev txom nyem uas raug coj los rau saum cov Yixayee, Nws tab tom npaj txoj kev kom Nws lub yeeb koob raug tshwm sim rau txhua haiv neeg hauv ntiajteb. Tsis yog txhua tus uas raug ntes mus ua qhev ntawd yog cov uas tsis kam hloov siab lees txim. Hauv lawv muaj qee leej uas tseem nyob ruaj nreb hauv Vajtswv, thiab lwm tus uas tau txo hwjchim rau ntawm Nws xub ntiag. Los ntawm cov no, ‘cov tub ntawm Vajtswv uas muaj sia nyob’ (Hosea 1:10), Nws yuav coj coob leej coob tus hauv tebchaws Axilias kom los paub txog tej yam ntxwv ntawm Nws tus cwj pwm thiab txoj kev ua siab dawb ntawm Nws txoj kevcai.” Prophets and Kings, 292.</w:t>
      </w:r>
    </w:p>
    <w:p>
      <w:pPr>
        <w:pStyle w:val="ArticleBody"/>
        <w:jc w:val="left"/>
      </w:pPr>
      <w:r>
        <w:rPr>
          <w:rFonts w:ascii="Times New Roman" w:hAnsi="Times New Roman" w:eastAsia="Times New Roman" w:cs="Times New Roman"/>
        </w:rPr>
        <w:t>Tus Tswv tau siv cov vajntxwv sab qaum teb ua Nws lub cuab yeej txiav txim, thiab txoj cai hauv phau Vajlugkub uas Nws tau ua raws rau cov vajntxwv sab qaum teb ntawd yog tias lawv yuav tsum tau txais nqi zog rau tej haujlwm uas lawv tau ua.</w:t>
      </w:r>
    </w:p>
    <w:p>
      <w:pPr>
        <w:pStyle w:val="ArticleScripture"/>
        <w:jc w:val="left"/>
      </w:pPr>
      <w:r>
        <w:rPr>
          <w:rFonts w:ascii="Times New Roman" w:hAnsi="Times New Roman" w:eastAsia="Times New Roman" w:cs="Times New Roman"/>
        </w:rPr>
        <w:t>Thiab cia li nyob hauv tib lub tsev ntawd, noj thiab haus yam uas lawv muab rau nej; rau qhov tus uas ua haujlwm tsim nyog tau nws lub nqi zog. Tsis txhob mus ntawm tsev no mus tsev kia. Luka 10:7.</w:t>
      </w:r>
    </w:p>
    <w:p>
      <w:pPr>
        <w:pStyle w:val="ArticleBody"/>
        <w:jc w:val="left"/>
      </w:pPr>
      <w:r>
        <w:rPr>
          <w:rFonts w:ascii="Times New Roman" w:hAnsi="Times New Roman" w:eastAsia="Times New Roman" w:cs="Times New Roman"/>
        </w:rPr>
        <w:t>Tus Tswv siv lub papacy los rau txim rau Tebchaws Meskas thaum lawv puv lawv lub khob ntawm lub sijhawm sim siab rau ntawm txoj cai Hnub Caiv uas yuav los sai sai, thiab Nws txoj kev them nqi yog tias Nws muab tim Egypt rau lub papacy vim tej haujlwm uas tau ua tiav. Vajtswv txoj Lus cev Vajlugkub uas yog yaj saub qhia meej tias tim Egypt raug muab rau lub papacy, thiab nqe plaub caug ob thiab peb ntawm Daniel tshooj kaum ib, lees paub qhov tseeb no. Tus pope txoj kev them nqi rau tej haujlwm uas tau ua tiav yog tias nws los ua lub taub hau uas kaum tus vajntxwv tsa kom siab, thiab tus uas kav saum daim duab ntawm tus tsiaj qus thoob qab ntuj.</w:t>
      </w:r>
    </w:p>
    <w:p>
      <w:pPr>
        <w:pStyle w:val="ArticleBody"/>
        <w:jc w:val="left"/>
      </w:pPr>
      <w:r>
        <w:rPr>
          <w:rFonts w:ascii="Times New Roman" w:hAnsi="Times New Roman" w:eastAsia="Times New Roman" w:cs="Times New Roman"/>
        </w:rPr>
        <w:t>Trump kov yeej cov hwjchim zaj, rau qhov nws yog lub taub hau thib yim, uas yog los ntawm xya lub, nyob rau lub sijhawm ntawm daim duab ntawm tsiaj qus hauv Tebchaws Meskas. Kev vau ntawm Democratic tog, yog lub hwjchim zaj uas tua Trump rau xyoo 2020, tam sim no tab tom muaj tiav. Vajtswv Txojlus yeej tsis swb ib zaug li. “Cov quav nyab uas ua rau tus ntxhuav nraub qaum tawg” rau Democratic tog yog tus yajsaub cuav ntawm Islam. Kev tawm tsam hnub tim 7 Lub Kaum Hli, 2023, tau tso ib rab nplaim cais rau hauv nws lub hauv paus kev txhawb nqa uas tsuas yog raug suav tias yog los ntawm lub luag hauj lwm ntawm Islam ua rau tej tebchaws chim thiab ntxhov siab. Qhov no yuav nrog ntxiv los ntawm lwm yam kev tawm tsam ntxiv, ua rau muaj kev sib cais loj dua, thaum tib lub sijhawm koom ua ib pawg pejxeem ntawm tsiaj qus hauv ntiajteb no, cov uas pom txog txoj kev ruam ntawm dej nyab ntawm kev nkag tebchaws txhaum cai uas tau raug tso tawm los ntawm cov quab yuam ntawm zaj. Qhov no kuj yuav ua kom muaj teebmeem kev khwv nyiaj txiag, txawm yog tias qhov teebmeem ntawd twb nyob ntawm no lawm.</w:t>
      </w:r>
    </w:p>
    <w:p>
      <w:pPr>
        <w:pStyle w:val="ArticleScripture"/>
        <w:jc w:val="left"/>
      </w:pPr>
      <w:r>
        <w:rPr>
          <w:rFonts w:ascii="Times New Roman" w:hAnsi="Times New Roman" w:eastAsia="Times New Roman" w:cs="Times New Roman"/>
        </w:rPr>
        <w:t>“Thiab ces tus neeg ntxias loj yuav qhuab ntuas tibneeg kom ntseeg tias cov uas ua haujlwm rau Vajtswv yog cov ua rau tej kev phem no tshwm sim. Pawg neeg uas tau ua kom Saum Ntuj Ceeb Tsheej tsis txaus siab yuav muab tag nrho lawv tej teeb meem txhaum rau cov uas lawv txoj kev mloog lus rau Vajtswv tej lus txib yog ib qho kev cem tas mus li rau cov neeg ua txhaum txoj kevcai. Yuav muaj lus tshaj tawm tias tibneeg tabtom ua txhaum rau Vajtswv vim lawv ua txhaum hnub Xanpataus Sunday; tias txoj kev txhaum no tau coj kev puas tsuaj los, uas yuav tsis tseg mus txog thaum kev coj hwm hnub Sunday raug yuam kom ceev nrooj thiab nruj kawg; thiab tias cov uas nthuav qhia txoj cai thov ntawm lo lus txib plaub, yog li rhuav tshem kev hwm rau hnub Sunday, yog cov ntxhov siab rau haivneeg, txwv tsis pub lawv rov qab tau Vajtswv txoj kev haum siab thiab kev vam meej hauv lub sijhawm no. Yog li ntawd, txoj kev liam uas puag thaum ub tau tsa tawm tsam Vajtswv tus tub qhe yuav rov raug hais dua thiab yog muab los rau saum cov hauv paus uas zoo ib yam nkaus: ‘Thiab tau muaj li no, thaum Ahaj pom Eliyas, Ahaj thiaj hais rau nws tias, Koj puas yog tus uas ntxhov siab rau Ixayees? Thiab nws teb tias, Kuv tsis tau ntxhov siab rau Ixayees li; tiam sis yog koj, thiab tsev neeg ntawm koj txiv, vim nej tau tso tseg tus Tswv tej lus txib, thiab koj tau raws li cov Npa-as.’ 1 Vajntxwv 18:17, 18. Thaum pejxeem txoj kev chim yuav raug kub ntxhov los ntawm tej lus liam cuav, lawv yuav caum ib txoj kev rau Vajtswv cov tubtxib uas zoo sib xws heev rau txoj kev uas Ixayees uas thim rov qab tau ua rau Eliyas.” The Great Controversy, 590.</w:t>
      </w:r>
    </w:p>
    <w:p>
      <w:pPr>
        <w:pStyle w:val="ArticleBody"/>
        <w:jc w:val="left"/>
      </w:pPr>
      <w:r>
        <w:rPr>
          <w:rFonts w:ascii="Times New Roman" w:hAnsi="Times New Roman" w:eastAsia="Times New Roman" w:cs="Times New Roman"/>
        </w:rPr>
        <w:t>Cov uas ceev Hnub Xanpataus yuav raug txheeb tias yog qhov laj thawj uas “txoj kev pom zoo saum ntuj thiab txoj kev vam meej ib ntus hauv ntiajteb” raug muab tshem tawm lawm. Thaum piav txog lub caij nyoog no uas tab tom yuav los txog pem hauv ntej peb, nws hais txog Eliyas, thiab nws txoj kev sib ntsib nrog Ahab. Lawv ob leeg ib leeg liam ib leeg tau tshwm sim ua ntej Roob Khaumees. Txoj kev vam meej ib ntus hauv ntiajteb thiab txoj kev pom zoo saum ntuj raug muab tshem tawm los ntawm tej kev txiav txim uas hnyav zuj zus, ua ntej txoj cai Hnub Caiv uas yuav los sai no. Nqe lus uas nyuam qhuav raug hais ntawd hais txog ib txheej xwm sib txuas ua ke uas tshwm sim thaum lub sijhawm sim siab ntawm txoj cai Hnub Caiv, tiam sis muaj ob lub sijhawm sim siab. Qhov kev sim siab ntawm tus duab ntawm tus tsiaj qus uas tshwm sim nyob hauv ciam tebchaws Meskas, tom qab ntawd mam rov muaj dua thoob plaws lub ntiajteb. Tag nrho tej xwm txheej uas tau piav hauv nqe lus ntawd nrhiav tau ib txoj kev ua tiav raws li lus faj lem hauv zaj keeb kwm uas coj mus txog rau txoj cai Hnub Caiv uas yuav los sai no, thiab hauv zaj keeb kwm ntawm kev kub ntxhov ntawm txoj cai Hnub Caiv thoob ntiajteb uas raws tuaj tom qab ntawd.</w:t>
      </w:r>
    </w:p>
    <w:p>
      <w:pPr>
        <w:pStyle w:val="ArticleBody"/>
        <w:jc w:val="left"/>
      </w:pPr>
      <w:r>
        <w:rPr>
          <w:rFonts w:ascii="Times New Roman" w:hAnsi="Times New Roman" w:eastAsia="Times New Roman" w:cs="Times New Roman"/>
        </w:rPr>
        <w:t>Nqe lus thawj ntawm Testimonies ntim cuaj, uas pib rau nplooj kaum ib, yog li cim tias NINE-ELEVEN, hais tias: “Peb tab tom nyob hauv lub sijhawm kawg. Cov cim ntawm lub sijhawm uas tab tom ua tiav sai heev tshaj tawm tias Khetos txoj kev los twb nyob ze heev lawm. Cov hnub uas peb nyob no yog hnub muaj kev hnyav thiab muaj qhov tseem ceeb loj. Vaj Ntsuj Plig ntawm Vajtswv tab tom maj mam los los yeej tsis yuam kev raug thim tawm ntawm lub ntiajteb. Tej xwm txheej phem thiab tej kev txiav txim twb tab tom poob los rau saum cov uas saib tsis taus Vajtswv txoj kev tshav ntuj. Tej kev puas tsuaj saum av thiab hiav txwv, lub xeev tsis ruaj tsis khov ntawm zej zog, tej lus ceeb toom txog kev ua rog, yog tej cim ceeb toom loj. Lawv twv qhia ua ntej txog tej xwm txheej tab tom los txog uas muaj qhov loj kawg nkaus.” Thaum zaj lus piav txuas mus ntxiv, peb pom nyob rau nplooj kaum plaub tias, “Tsis muaj coob leej, txawm yog nyob hauv cov kws qhia ntawv thiab cov thawjcoj hauv xeev los xij, uas to taub txog cov hauv paus ua rau muaj lub xeev tam sim no ntawm zej zog. Cov uas tuav hlua kav tebchaws tsis muaj peev xwm daws tau teeb meem ntawm kev phem kev qias hauv kev coj ncaj, kev txom nyem, kev pluag plhis, thiab kev txhaum cai uas tab tom nce ntxiv. Lawv tab tom tawm tsam yam tsis muaj qab hau kom tsa kev lag luam thiab kev ua haujlwm ua lag luam rau saum ib lub hauv paus uas ruaj khov dua. Yog tibneeg yuav mloog lus qhia ntawm Vajtswv Txojlus ntau dua, lawv yuav pom ib txoj kev daws rau tej teeb meem uas ua rau lawv ntxhov siab.”</w:t>
      </w:r>
    </w:p>
    <w:p>
      <w:pPr>
        <w:pStyle w:val="ArticleScripture"/>
        <w:jc w:val="left"/>
      </w:pPr>
      <w:r>
        <w:rPr>
          <w:rFonts w:ascii="Times New Roman" w:hAnsi="Times New Roman" w:eastAsia="Times New Roman" w:cs="Times New Roman"/>
        </w:rPr>
        <w:t>“Phau Vajlugkub piav txog lub xeev ntawm lub ntiajteb ib nyuag ua ntej Khetos txoj kev rov qab los zaum ob. Hais txog cov neeg uas los ntawm kev nyiag thiab kev quab yuam txhaws cia nyiaj txiag nplua nuj loj heev, muaj lus sau tseg tias: ‘Nej twb khaws tej nyiaj txiag cia rau hnub kawg lawm. Saib seb, cov neeg ua haujlwm uas tau sau nej tej liaj teb, cov nyiaj zog uas nej dag ntxias khaws tseg tsis them rau lawv ntawd tabtom quaj qw; thiab tej kev quaj ntawm cov uas tau sau qoob twb nkag mus txog rau hauv tus Tswv ntawm Sabaoth lub pob ntseg lawm. Nej tau nyob hauv lub ntiajteb no hauv kev lom zem thiab kev khav theeb; nej tau pub nej lub siab rog, ib yam li nyob rau hnub tua tsiaj. Nej tau txiav txim rau thiab tua tus ncaj ncees; thiab nws tsis tawm tsam nej li.’ James 5:3–6.”</w:t>
      </w:r>
    </w:p>
    <w:p>
      <w:pPr>
        <w:pStyle w:val="ArticleBody"/>
        <w:jc w:val="left"/>
      </w:pPr>
      <w:r>
        <w:rPr>
          <w:rFonts w:ascii="Times New Roman" w:hAnsi="Times New Roman" w:eastAsia="Times New Roman" w:cs="Times New Roman"/>
        </w:rPr>
        <w:t>Nyob rau hauv hnub kawg no tib neeg “tab tom siv zog yam tsis muaj nqis los tsa kev lag luam kom nyob ruaj khov dua.” Cov Democrats, lawv lub tshuab tshaj xo dag ntxias, thiab cov tub txhab nyiaj thoob ntiajteb uas txhawb kev tswj hwm ntiajteb tab tom siv zog yam tsis muaj nqis, thiab lawv tab tom dag txog qhov tseeb ntawm kev ruaj khov nyiaj txiag uas lawv hais tias tsoom fwv Biden tau ua tiav lawm. Ib qho ntawm cov cim ntawm “lub ntiajteb ua ntej Yexus Khetos rov qab los zaum ob,” yog “cov tib neeg uas los ntawm kev tub sab thiab kev quab yuam” tau “khaws ntau yam nyiaj txiag nplua nuj loj kawg.” Peb nqe Vajlugkub uas nyob ua ntej cov nqe hauv phau ntawv James, uas Muam White tau hais los siv, yog:</w:t>
      </w:r>
    </w:p>
    <w:p>
      <w:pPr>
        <w:pStyle w:val="ArticleScripture"/>
        <w:jc w:val="left"/>
      </w:pPr>
      <w:r>
        <w:rPr>
          <w:rFonts w:ascii="Times New Roman" w:hAnsi="Times New Roman" w:eastAsia="Times New Roman" w:cs="Times New Roman"/>
        </w:rPr>
        <w:t>Tam sim no, nej cov neeg nplua nuj, cia li quaj thiab nyiav vim nej tej kev txom nyem uas yuav los raug nej. Nej tej nyiaj txiag twb puv lwj tas lawm, thiab nej tej tsoos tsho twb raug npauj noj lawm. Nej tej kub thiab nyiaj twb xeb tas lawm; thiab tej xeb ntawd yuav ua tim khawv tawm tsam nej, thiab yuav noj nej tej cev nqaij daim tawv ib yam li hluav taws. Nej twb khaws cia tej cuab tam ua ke rau hnub kawg lawm. Yakaunpaus 5:1–3.</w:t>
      </w:r>
    </w:p>
    <w:p>
      <w:pPr>
        <w:pStyle w:val="ArticleBody"/>
        <w:jc w:val="left"/>
      </w:pPr>
      <w:r>
        <w:rPr>
          <w:rFonts w:ascii="Times New Roman" w:hAnsi="Times New Roman" w:eastAsia="Times New Roman" w:cs="Times New Roman"/>
        </w:rPr>
        <w:t>Ib qho cim yaj saub ntawm “hnub kawg” yog thaum muaj tej neeg uas raug paub vim lawv txoj kev nplua nuj uas txaus ntshai kawg, uas raug tsim los ntawm kev dag ntxias. Cov neeg ntawd nyob hauv xov xwm txhua hnub. Lub sijhawm ntawd twb los txog lawm. Nyob rau lub sijhawm ntawd, kev nplua nuj ntawm cov neeg khaws nyiaj hauv ntiajteb no thiab cov nyiaj txiag ntau txhiab vam leej raug sawv cev ua kub thiab nyiaj, uas tig mus xeb. Nyiaj thiab kub yeej tsis xeb, yog li Vajluskub tab tom qhia ib yam uas tsis muaj leejtwg xav txog kiag li tias yuav tshwm sim rau kev nplua nuj ntawm cov neeg nplua nuj hauv hnub kawg, rau qhov lawv tej kub thiab nyiaj yuav tsum tig mus xeb. Qhov cim ceeb toom ua ntej ntawm qhov kev poob nyiaj txiag ntawd tau tshwm sim nrog kev los txog ntawm qhov kev txom nyem thib peb, rau hnub Cuaj Hli 11, 2001. Islam ntawm qhov Kev Txom Nyem thib Peb yog cua tuaj sab hnub tuaj hauv yaj saub hauv Phau Vajluskub, thiab nyob rau hnub kawg, yog cua sab hnub tuaj no uas ua rau kev khwv nyiaj txiag poob nthav, raws li tau sawv cev los ntawm cov nkoj ntawm Tarshish.</w:t>
      </w:r>
    </w:p>
    <w:p>
      <w:pPr>
        <w:pStyle w:val="ArticleScripture"/>
        <w:jc w:val="left"/>
      </w:pPr>
      <w:r>
        <w:rPr>
          <w:rFonts w:ascii="Times New Roman" w:hAnsi="Times New Roman" w:eastAsia="Times New Roman" w:cs="Times New Roman"/>
        </w:rPr>
        <w:t>Vim saib, cov vajntxwv twb sib sau tuaj lawm; lawv hla mus ua ke. Lawv pom nws, ces lawv thiaj xav tsis thoob; lawv ntxhov siab, thiab maj nroos khiav mus. Kev ntshai tuav rawv lawv nyob ntawd, thiab kev mob kev nyuaj, ib yam li pojniam uas tab tom yug menyuam. Koj rhuav tshem cov nkoj ntawm Tarshish los ntawm cua tuaj sab hnub tuaj. Ntawv Nkauj 48:4–7.</w:t>
      </w:r>
    </w:p>
    <w:p>
      <w:pPr>
        <w:pStyle w:val="ArticleBody"/>
        <w:jc w:val="left"/>
      </w:pPr>
      <w:r>
        <w:rPr>
          <w:rFonts w:ascii="Times New Roman" w:hAnsi="Times New Roman" w:eastAsia="Times New Roman" w:cs="Times New Roman"/>
        </w:rPr>
        <w:t>Cov vajntxwv uas yog cov globalist, cov neeg nplua nuj txog txhiab vam, thiab cov neeg txhab nyiaj raug kev kub ntxhov vim kev ntshai thiab kev mob thaum cua tuaj sab hnub tuaj, uas sawv cev rau txoj kev chim siab ntawm cov haiv neeg uas tab tom nce zuj zus (zoo li ib tug pojniam mob plab yug menyuam), uas yog tsim los ntawm Islam ntawm txoj kev ceeb thib peb, ua rau cov nkoj ntawm Tarshish poob dej. Islam tab tom yuav rhuav tshem kev lag luam hauv zos thiab thoob ntiajteb, thiab tsim kom muaj ib puag ncig kev khwv nyiaj txiag thiab kev nom kev tswv uas haum kawg nkaus rau Trump lub zog, tsis yog rau cov Democrats thiab cov globalist, vim lub hwjchim ntawm tus zaj raug muab rau lub taubhau thib yim, uas yog ntawm xya lub, rau “cov kev pab cuam uas tau ua tiav.” Vajtswv tau siv Trump los ua kom tag nrho thaj tsam ntawm cov Greek sawv ntxhov, rau qhov tam sim no Vajtswv tab tom coj los txog cov xwm txheej uas yuav ua rau tag nrho lub ntiajteb raug faib ua ob pawg.</w:t>
      </w:r>
    </w:p>
    <w:p>
      <w:pPr>
        <w:pStyle w:val="ArticleBody"/>
        <w:jc w:val="left"/>
      </w:pPr>
      <w:r>
        <w:rPr>
          <w:rFonts w:ascii="Times New Roman" w:hAnsi="Times New Roman" w:eastAsia="Times New Roman" w:cs="Times New Roman"/>
        </w:rPr>
        <w:t>Txoj kab ke nyiaj txiag uas tam sim no raug cov neeg txhawb kev tswj hwm ntiaj teb ua tus khiav haujlwm ntawd, thawj zaug raug coj los siv thaum Woodrow Wilson, ib tug Democrat uas raug xaiv tsa los ntawm kev cog lus tias yuav khaws Tebchaws Meskas kom tsis txhob nkag mus rau hauv Tsov Rog Thoob Ntiaj Teb Zaum Ib uas tab tom yuav tshwm sim, tab sis thaum kawg ho dhau los ua tus thawj tswj hwm uas kav tebchaws thaum Tsov Rog Thoob Ntiaj Teb Zaum Ib tab tom muaj. Wilson yog tus uas feem coob paub zoo tshaj vim nws thawb Lub Koom Haum ntawm Cov Tebchaws, uas yog tus ua ntej rau Lub Koom Haum United Nations. Nyob rau hauv nws txoj kev thawj tswj hwm, lub qauv nyiaj txiag ntawm Tebchaws Meskas raug muab cob rau hauv tes ntawm cov neeg txhawb kev tswj hwm ntiaj teb, thaum Wilson muab txoj kev coj nyiaj txiag ntawm lub tebchaws tso rau hauv kev saib xyuas ntawm Federal Reserve System xyoo 1913.</w:t>
      </w:r>
    </w:p>
    <w:p>
      <w:pPr>
        <w:pStyle w:val="ArticleBody"/>
        <w:jc w:val="left"/>
      </w:pPr>
      <w:r>
        <w:rPr>
          <w:rFonts w:ascii="Times New Roman" w:hAnsi="Times New Roman" w:eastAsia="Times New Roman" w:cs="Times New Roman"/>
        </w:rPr>
        <w:t>Cov yam ntxwv uas yog lus faj lem ntawm tus thawj tswj hwm nyob rau lub sijhawm Tsov Rog Thoob Ntiaj Teb Zaum Ib yog nws tej lus cog tseg tias yuav tsis mus ua rog, uas yog lus dag. Nws yog tus thawj coj tseem ceeb hauv keeb kwm uas txhawb nqa tsoom fwv ib leeg rau tag nrho lub ntiaj teb ntawm League of Nations, thiab nws yog tus uas saib xyuas kev muab nyiaj txiag ntawm Tebchaws Meskas rau cov neeg ua tuam txhab nyiaj hauv ntiaj teb. Nws kav txij xyoo 1913 mus txog 1921. Xyoo 1919, tiam thib peb ntawm Adventism, uas raug sawv cev los ntawm kev sib haum xeeb nrog lub ntiaj teb, tau khiav mus ib seem nrog Wilson txoj kev sib haum xeeb nrog lub ntiaj teb, rau qhov ob tug kub muaj ob lub raj khiav mus ib seem nrog rau ib leeg. Hauv tiam thib peb ntawm Laodicean Adventism lawv tau muab kev tswj hwm ntawm lawv tej kab ke kho mob thiab kev kawm cob qhia tso rau hauv tes ntawm cov uas nyob sab nraud lawv txoj kev kav sab ntsuj plig. Tib lub sijhawm ntawd, Wilson tau muab txoj kev muaj hwj chim tswj nyiaj txiag ntawm Tebchaws Meskas rau cov neeg ua tuam txhab nyiaj thoob qab ntuj, thiab nws tau ua haujlwm tsis nkees li, tabsis ua tsis tiav, kom muab txoj kev muaj hwj chim tswj kev nom kev tswv ntawm Tebchaws Meskas rau cov neeg thoob ntiaj teb.</w:t>
      </w:r>
    </w:p>
    <w:p>
      <w:pPr>
        <w:pStyle w:val="ArticleBody"/>
        <w:jc w:val="left"/>
      </w:pPr>
      <w:r>
        <w:rPr>
          <w:rFonts w:ascii="Times New Roman" w:hAnsi="Times New Roman" w:eastAsia="Times New Roman" w:cs="Times New Roman"/>
        </w:rPr>
        <w:t>Wilson, raws li tus thawj tswj hwm thaum Tsov Rog Ntiaj Teb Zaum Ib, sawv cev rau tej yam ntxwv qhia yaj saub uas txheeb tau Tsov Rog Ntiaj Teb Zaum Peb. Nws sawv cev rau ib zaj keeb kwm uas Federal Reserve koom tes hauv kev tswj hwm kev lag luam thoob ntiaj teb mus rau txoj kev uas haum tshaj rau lub hom phiaj ntawm cov neeg txhawb kev tswj ntiaj teb, tsis yog rau kev muaj hwj chim ywj pheej ntawm America. Nws sawv cev rau ib tug thawj tswj hwm uas nyob ntawd thaum New World Order thaum kawg ua tiav nws lub hom phiaj los ua lub nceeg vaj thib xya hauv Vajlugkub tej yaj saub, txawm yog lawv txoj kev kav kav luv luv xwb. Qhov tseeb no raug tsa ruaj rau saum ob tug tim khawv, vim Wilson txoj kev sim uas ua tsis tiav los koom nrog League of Nations tom qab Tsov Rog Ntiaj Teb Zaum Ib, yog ib daim qauv ua ntej ntawm qhov United States koom nrog United Nations tam sim tom qab Tsov Rog Ntiaj Teb Zaum Ob. Saum ob tug tim khawv no, txoj cai Hnub Caiv uas yuav los sai sai no, uas coj kev puam tsuaj rau lub teb chaws raws nws qab, ua rau muaj kev coj los siv ntawm United Nations ua ib tsoom fwv ib ntiaj teb uas cov neeg txhawb kev tswj ntiaj teb tau thawb kom muaj txij thaum Woodrow Wilson ua thawj tswj hwm los.</w:t>
      </w:r>
    </w:p>
    <w:p>
      <w:pPr>
        <w:pStyle w:val="ArticleBody"/>
        <w:jc w:val="left"/>
      </w:pPr>
      <w:r>
        <w:rPr>
          <w:rFonts w:ascii="Times New Roman" w:hAnsi="Times New Roman" w:eastAsia="Times New Roman" w:cs="Times New Roman"/>
        </w:rPr>
        <w:t>Cov cwj pwm yaj saub no yuav tsum muaj nyob hauv kev ua thawj tswj hwm ntawm tus thawj tswj hwm thib yim thiab tus kawg, uas yog los ntawm xya tug. Tom qab Wilson yog Warren Harding, ib tug Republican, uas qhib lub caij nyoog hu ua “the roaring twenties,” uas coj mus rau kev poob ntsoog loj ntawm xyoo 1929, uas coj mus rau Kev Txom Nyem Loj, uas coj mus rau Tsov Rog Ntiaj Teb Zaum Ob. Trump thawj zaug ua thawj tswj hwm yog “the roaring twenties,” thiab Biden tab tom yuav qhib qhov kev txom nyem loj tshaj plaws hauv keeb kwm ntawm tus tsiaj qus hauv ntiaj teb. Qhov kev txom nyem ntawd tau raug ua tus qauv qhia ua ntej los ntawm kev poob ntsoog loj ntawm xyoo 1929, tab sis kuj los ntawm “panic of 1837” hauv Ellen White tiam thiab.</w:t>
      </w:r>
    </w:p>
    <w:p>
      <w:pPr>
        <w:pStyle w:val="ArticleBody"/>
        <w:jc w:val="left"/>
      </w:pPr>
      <w:r>
        <w:rPr>
          <w:rFonts w:ascii="Times New Roman" w:hAnsi="Times New Roman" w:eastAsia="Times New Roman" w:cs="Times New Roman"/>
        </w:rPr>
        <w:t>Kev kev poob nyiaj txiag ntawm xyoo 1830 hauv Tebchaws Meskas feem ntau hu ua “Panic of 1837.” Nws yog ib lub sij hawm kev lag luam poob qis hnyav heev uas kav txij xyoo 1837 mus txog nruab nrab xyoo 1840s, thiab suav nrog feem coob ntawm lub caij kaum xyoo 1830s. Panic of 1837 raug cim tseg los ntawm ib qho kev kub ntxhov nyiaj txiag, kev vau ntawm cov tsev txhab nyiaj, kev poob hauj lwm thoob plaws, thiab ib lub sij hawm ntev ntawm kev txom nyem nyiaj txiag.</w:t>
      </w:r>
    </w:p>
    <w:p>
      <w:pPr>
        <w:pStyle w:val="ArticleBody"/>
        <w:jc w:val="left"/>
      </w:pPr>
      <w:r>
        <w:rPr>
          <w:rFonts w:ascii="Times New Roman" w:hAnsi="Times New Roman" w:eastAsia="Times New Roman" w:cs="Times New Roman"/>
        </w:rPr>
        <w:t>Kev Ceev Nyuaj Siab ntawm xyoo 1837 raug ua kom tshwm sim los ntawm ib qho “npuas kev twv txiaj nqis peev,” ib yam li kev poob nyiaj txiag loj ntawm xyoo 1929. Xyoo 1837, thaum lub npuas ntawd tawg lawm, nws ua rau muaj kev qaug nyiaj txiag dav plaws thiab kev poob nyiaj txiag loj. Muaj ib theem ntawm ntau lub tsev txhab nyiaj poob zuj zus raws tom qab lub npuas kev twv txiaj nqis peev ntawd, ua rau ploj kev ntseeg siab rau hauv txoj kev tswj hwm tsev txhab nyiaj thiab ua rau muaj kev ceeb ntshai nyiaj txiag dav thoob plaws. Kev poob qis ntawm kev lag luam thoob ntiaj teb, uas raug ua kom hnyav ntxiv los ntawm kev nqis qis ntawm kev lag luam thoob teb chaws thiab kev txo qis ntawm kev xav tau rau Asmeskas cov khoom xa tawm, tau pab ntxiv rau kev txom nyem nyiaj txiag hauv Tebchaws Meskas.</w:t>
      </w:r>
    </w:p>
    <w:p>
      <w:pPr>
        <w:pStyle w:val="ArticleBody"/>
        <w:jc w:val="left"/>
      </w:pPr>
      <w:r>
        <w:rPr>
          <w:rFonts w:ascii="Times New Roman" w:hAnsi="Times New Roman" w:eastAsia="Times New Roman" w:cs="Times New Roman"/>
        </w:rPr>
        <w:t>Qhov kev poob ntsoog xyoo 1929, uas cim tias yog qhov pib ntawm Kev Nyuaj Siab Loj (Great Depression), tau muaj ua ntej los ntawm ib lub npuas kev twv khwv hauv Kev Lag Luam Tshuag. Thaum xyoo 1920s, muaj ib lub sijhawm uas kev khwv nyiaj txiag vam meej hauv Tebchaws Meskas, uas hu ua Roaring Twenties, muaj qhov tshwj xeeb los ntawm kev loj hlob sai ntawm kev lag luam tsim khoom, kev tsim kho tshiab hauv tshuab thev naus laus zis, thiab kev cia siab zoo uas nthuav dav thoob plaws. Nyob rau lub sijhawm no, kev twv khwv hauv Kev Lag Luam Tshuag tau nce siab heev, raug txhawb los ntawm kev qiv nyiaj yooj yim, kev yuav muag ntawm ntug paj (margin trading) (yuav cov tshuag los ntawm nyiaj qiv), thiab kev yuav tshuag raws kev twv khwv vim cia siab tias yav tom ntej tus nqi yuav nce, tsis yog raws li tus nqis tseem ceeb uas nyob hauv paus. Cov nqi tshuag tau nce mus txog theem uas tsis muaj peev xwm yuav kav tau ntev, siab tshaj deb ntawm tus nqis tiag tiag ntawm cov tuam txhab uas lawv sawv cev rau.</w:t>
      </w:r>
    </w:p>
    <w:p>
      <w:pPr>
        <w:pStyle w:val="ArticleBody"/>
        <w:jc w:val="left"/>
      </w:pPr>
      <w:r>
        <w:rPr>
          <w:rFonts w:ascii="Times New Roman" w:hAnsi="Times New Roman" w:eastAsia="Times New Roman" w:cs="Times New Roman"/>
        </w:rPr>
        <w:t>Txij lub Peb Hlis, 2000 txog lub Kaum Hli, 2002, lub “dot-com bubble” tawg. Hnub Cuaj Hlis 11, 2001 raug muab ntim rau hauv qhov kev poob nyiaj txiag ntawd. Tom qab ntawd, lub npuas vaj tsev tawg rau xyoo 2008, uas raug hu ua Kev Nyuaj Siab Nyiaj Txiag Thoob Ntiaj Teb los sis Kev Poob Qab Loj.</w:t>
      </w:r>
    </w:p>
    <w:p>
      <w:pPr>
        <w:pStyle w:val="ArticleBody"/>
        <w:jc w:val="left"/>
      </w:pPr>
      <w:r>
        <w:rPr>
          <w:rFonts w:ascii="Times New Roman" w:hAnsi="Times New Roman" w:eastAsia="Times New Roman" w:cs="Times New Roman"/>
        </w:rPr>
        <w:t>Ua ntej mus txog txoj cai Hnub Caiv, kev vam meej ntawm cev nqaij daim tawv ntawm cov pej xeem hauv Tebchaws Meskas raug muab tshem tawm. Kev muab tshem tawm kev vam meej ntawm cev nqaij daim tawv ntawd tshwm sim nyob rau lub sijhawm ntawm kev muab lub cim rau ib puas plaub caug plaub txhiab leej. Tus thawj cim taw qhia ntawm lub sijhawm muab lub cim ntawd raug ntxig tso rau hauv ib qho kev poob lag luam loj. Cuaj Hlis 11, 2001 yog kev muab hwjchim rau tus timtswv thib peb, thiab thaum tib tus timtswv ntawd los txog xyoo 1844, zaj keeb kwm ntawd kuj raug ntxig tso rau hauv ib qho kev poob lag luam loj. Xyoo 1844 yog ib daim qauv qhia ua ntej txog txoj cai Hnub Caiv uas yuav los sai no, thiab Cuaj Hlis 11, 2001 yog qhov pib ntawm lub sijhawm ntawm kev muab lub cim. Yexus ib txwm siv qhov pib ntawm ib yam los ua piv txwv qhia txog qhov kawg ntawm yam ntawd. Kev poob lag luam loj xyoo 1929 tau los ua ntej thiab coj mus rau Tsov Rog Ntiaj Teb Zaum Ob.</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“Muaj ib qho kev tsis quav ntsej tub nkeeg, thiab ib qho kev tsis ntseeg uas txhaum ntawm peb li ib haiv neeg, uas tau tuav peb rov qab tsis pub peb ua txoj hauj lwm uas Vajtswv tau tso rau peb kom ua, uas yog cia peb lub teeb ci tawm mus rau cov uas yog lwm haiv neeg. Muaj ib qho kev ntshai tsis dho mus rau pem hauv ntej thiab txais tej kev pheej hmoo hauv txoj hauj lwm loj no, ntshai tias kev siv nyiaj txiag yuav tsis coj tau ib qho txiaj ntsig rov qab los. Yuav ua li cas yog tias siv nyiaj txiag lawm los peb tseem tsis pom tias muaj tej ntsuj plig raug cawm dim los ntawm qhov ntawd? Yuav ua li cas yog tias muaj kev poob ploj tuag nthi ntawm ib feem ntawm peb tej peev nyiaj? Zoo dua yog ua hauj lwm thiab rau siab ua hauj lwm mus li, tshaj qhov tsis ua dab tsi li. Nej tsis paub tias yam twg yuav vam meej, qhov no los sis qhov ntawd. Tib neeg tseem nqis peev rau hauv tej cai tshwj xeeb ntawm tej cuab yeej tsim tshiab thiab ntsib kev poob nyiaj loj heev, thiab kuj suav tias yog ib yam ib txwm muaj xwb. Tiamsis hauv Vajtswv txoj hauj lwm thiab nws tes dej num, tib neeg ho ntshai tsis kam tawm mus pheej hmoo. Nyiaj txiag zoo li rau lawv tias yog ib qho kev poob ploj tuag nthi yog tias thaum muab nqis peev rau hauv txoj hauj lwm cawm ntsuj plig lawm tsis coj tau txiaj ntsig tam sim ntawd rov qab los. Cov nyiaj txiag ntag uas tam sim no raug nqis peev me me kawg nkaus rau hauv Vajtswv tes dej num, thiab raug khaws cia tseg raws kev qia dub, yuav tsis ntev tom ntej no raug muab pov tseg nrog rau txhua yam mlom rau cov nas khawb av thiab rau cov puav. Tsis ntev no nyiaj txiag yuav poob nqes nqi heev sai sai thaum qhov tseeb ntawm tej xwm txheej nyob mus ib txhis qhib tshwm los rau tib neeg lub siab ntsws.” The True Missionary, January 1,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Plaub Caug Tsib</dc:title>
  <dc:subject>Kev Txhais Lus Txog Vajlugkub Cov Lus Qhia Yav Tom Ntej thiab Tej Xwm Txheej Tam Sim No: Ib Txoj Kev Ntsia Saib Rau Kev Nom Kev Tswv Niaj Hnub No thiab Kev Cim Kev Ntseeg</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