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Daniyees—Zaj Ib Puas Plaub Caug Rau</w:t>
      </w:r>
    </w:p>
    <w:p>
      <w:pPr>
        <w:pStyle w:val="ArticleSubtitle"/>
        <w:jc w:val="left"/>
      </w:pPr>
      <w:r>
        <w:rPr>
          <w:rFonts w:ascii="Arial" w:hAnsi="Arial" w:eastAsia="Arial" w:cs="Arial"/>
        </w:rPr>
        <w:t>Tshawb Cov Xov Txojlus Qhia Yaj Saub: Tus Thawj Tswj Hwm Kawg, Kev Kav Hwjchim Ib Leeg, thiab Txoj Cai Hnub Sunday uas Yuav Los Sai Sai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Peb tab tom txheeb xyuas qhov chaw yaj saub uas muaj nyob rau lub sijhawm tus thawj tswj hwm kawg ntawm Tebchaws Meskas raug muab hwjchim ua ib tug kav tebchaws tawv ncauj hauv keeb kwm uas coj mus rau txoj cai Hnub Xya uas yuav los sai no. Tsis muaj ib yam dabtsi tshwm sim hauv qhov chaw khoob, thiab cov pejxeem ntawm tus tsiaj qus hauv ntiajteb no raug faib ua ob sab yuav luag sib npaug hauv lawv txoj kev ntsuas txog Trump. Cov uas pom zoo rau nws txoj kev xav yeej pom tau yooj yim vim li cas nws thiaj yuav tsum ntxuav lub pas iav qias neeg, thiab vim li cas qhov ntawd yuav luag tsis muaj peevxwm tshwm sim tau yog tsis muaj Trump los tuav lub luag haujlwm ua ib tug kav tebchaws tawv ncauj. Cov thawj kav tebchaws tawv ncauj uas muaj hwjchim tshaj plaws yog cov uas muaj ib feem pua neeg coob txhawb nqa txoj haujlwm uas tus kav tebchaws tawv ncauj ntawd tab tom sim ua. Ua ntej Hitler sawv los tuav hwjchim, yuav tsum siv ib lub laub puv nyiaj thiaj yuav tau ib lub ncuav mov.</w:t>
      </w:r>
    </w:p>
    <w:p>
      <w:pPr>
        <w:pStyle w:val="ArticleBody"/>
        <w:jc w:val="left"/>
      </w:pPr>
      <w:r>
        <w:rPr>
          <w:rFonts w:ascii="Times New Roman" w:hAnsi="Times New Roman" w:eastAsia="Times New Roman" w:cs="Times New Roman"/>
        </w:rPr>
        <w:t>Hitler tau hloov qhov ntawd rov qab, thiab txawm cov neeg German tsis xav lees paub ntau txog zaj keeb kwm ntawd los xij, Hitler yeej tau txais kev txhawb nqa dav heev rau nws txoj haujlwm. Cov teeb meem uas tab tom ntsib Tebchaws Meskas, thiab tag nrho lub ntiaj teb, tab tom tsim kom muaj kev cais txawv ntawm cov pej xeem, thiab tam sim no tej kab twb raug kos lawm. Lub sijhawm txij ntawm Tsov Rog Kev Tawm Tsam mus txog rau xyoo 1798 sawv cev rau ib ntu sijhawm ntawm kev npaj uas sib haum nrog lub sijhawm muab lub cim rau ib puas plaub caug plaub txhiab leej. Txoj Cai Patriot Act tau cim tias yog qhov pib ntawm txoj kev rov ua dua sab ntsuj plig ntawm Tsov Rog Kev Tawm Tsam. Yexus ib txwm siv qhov pib los ua piv txwv qhia txog qhov kawg, thiab tus tsiaj qus ntawm lub ntiajteb tau pib nrog ib Tsov Rog Kev Tawm Tsam, yog li ntawd nws kuj yuav xaus nrog ib zaug thiab. Thawj zaug yog tiag tiag, zaug kawg yog sab ntsuj plig.</w:t>
      </w:r>
    </w:p>
    <w:p>
      <w:pPr>
        <w:pStyle w:val="ArticleBody"/>
        <w:jc w:val="left"/>
      </w:pPr>
      <w:r>
        <w:rPr>
          <w:rFonts w:ascii="Times New Roman" w:hAnsi="Times New Roman" w:eastAsia="Times New Roman" w:cs="Times New Roman"/>
        </w:rPr>
        <w:t>Tsov Rog Hauv Tebchaws Meskas yog ib qho tseeb tiag hauv keeb kwm thiab yuav rov muaj dua nyob rau hnub kawg. Nws tau cim txog kev tuaj txog ntawm thawj tus thawj tswj hwm Republican, tus uas yog ib daim qauv qhia txog tus thawj tswj hwm Republican kawg. Pawg Republican tau sawv los muaj nyob ua ib pawg tawm tsam kev ua qhev, kom tawm tsam pawg Democrats uas tau txhawb kev ua qhev ntev los lawm. Qhov kev sib cav nom tswv ntawd tau yug los ua Tsov Rog Hauv Tebchaws, thiab coj los txog rau Lincoln txoj kev ua thawj tswj hwm. Vim li ntawd, tsis muaj peev xwm cais thawj tus thawj tswj hwm Republican tawm ntawm Tsov Rog Hauv Tebchaws; yog li ntawd, tus thawj tswj hwm Republican kawg yuav txais ib qho kev npaj ua ntej uas tam sim ntawd coj mus rau Tsov Rog Hauv Tebchaws. Yexus tau siv lub ntiajteb pom tau los ua ib daim duab qhia txog lub ntiajteb sab ntsuj plig. Pawg ntawm tus zaj, muaj nws txiv yog leej txiv ntawm kev dag, thiab lub cim qhia tshwj xeeb ntawm pawg Democratic yog kev dag cuav. Ib qho piv txwv nto moo ntawm txoj kev siv tswv yim no yog lawv qhov kev hais tias lawv yog pawg uas muaj kev khuvleej thiab txhawb cov haiv neeg tsawg.</w:t>
      </w:r>
    </w:p>
    <w:p>
      <w:pPr>
        <w:pStyle w:val="ArticleScripture"/>
        <w:jc w:val="left"/>
      </w:pPr>
      <w:r>
        <w:rPr>
          <w:rFonts w:ascii="Times New Roman" w:hAnsi="Times New Roman" w:eastAsia="Times New Roman" w:cs="Times New Roman"/>
        </w:rPr>
        <w:t>Ceev faj txog cov yaj saub cuav, uas tuaj cuag nej hnav khaub ncaws yaj, tiamsis sab hauv lawv yog hma tshaib plab phem heev. Nej yuav paub lawv los ntawm lawv tej txiv. Puas muaj neeg mus khaws txiv hmab ntawm cov pos, lossis txiv cev ntawm cov nroj tsuag pos? Ib yam nkaus ntawd, txhua tsob ntoo zoo txi tau tej txiv zoo; tiamsis tsob ntoo phem txi tau tej txiv phem. Tsob ntoo zoo txi tsis tau tej txiv phem, thiab tsob ntoo phem los txi tsis tau tej txiv zoo. Txhua tsob ntoo uas tsis txi tej txiv zoo raug ntov pov rau hauv hluav taws. Yog li ntawd nej yuav paub lawv los ntawm lawv tej txiv. Mathais 7:15–20.</w:t>
      </w:r>
    </w:p>
    <w:p>
      <w:pPr>
        <w:pStyle w:val="ArticleBody"/>
        <w:jc w:val="left"/>
      </w:pPr>
      <w:r>
        <w:rPr>
          <w:rFonts w:ascii="Times New Roman" w:hAnsi="Times New Roman" w:eastAsia="Times New Roman" w:cs="Times New Roman"/>
        </w:rPr>
        <w:t>Cov cag ntawm ib tsob ntoo txiav txim txog hom txiv uas nws yuav txi, thiab cov cag ntawm pawg Democratic yog lawv txoj kev sawv cev txhawb kev ua cev qhev. Cov cag ntawm pawg Republican yog lawv txoj kev sawv cev tawm tsam kev ua cev qhev.</w:t>
      </w:r>
    </w:p>
    <w:p>
      <w:pPr>
        <w:pStyle w:val="ArticleScripture"/>
        <w:jc w:val="left"/>
      </w:pPr>
      <w:r>
        <w:rPr>
          <w:rFonts w:ascii="Times New Roman" w:hAnsi="Times New Roman" w:eastAsia="Times New Roman" w:cs="Times New Roman"/>
        </w:rPr>
        <w:t>Au tus ncaj ncees, Au tus Tswv, thaum kuv thov nrog Koj; los kuv tseem yuav hais nrog Koj txog Koj tej kev txiav txim: Ua cas txoj kev ntawm cov neeg phem ho vam meej? ua cas txhua tus uas ua lim hiam ntxeev siab heev ho nyob kaj siab? Koj tau cog lawv, muaj tseeb lawv twb cag ruaj lawm; lawv hlob tuaj, muaj tseeb lawv txi txiv; Koj nyob ze hauv lawv lub qhov ncauj, tiam sis nyob deb ntawm lawv lub siab. Yelemis 12:1, 2.</w:t>
      </w:r>
    </w:p>
    <w:p>
      <w:pPr>
        <w:pStyle w:val="ArticleBody"/>
        <w:jc w:val="left"/>
      </w:pPr>
      <w:r>
        <w:rPr>
          <w:rFonts w:ascii="Times New Roman" w:hAnsi="Times New Roman" w:eastAsia="Times New Roman" w:cs="Times New Roman"/>
        </w:rPr>
        <w:t>Tsov Rog Hauv Tebchaws uas yuav los txog no raug muab tso rau hauv lub ntsiab lus dav ntawm cov “neeg muaj nyiaj txiag,” raws li Muam White hu lawv, uas tswj hwm kev ua lag luam kom lawv thiaj li sau tau tej kev nplua nuj ntawm cov haiv neeg, thaum lawv tsuj nias cov neeg pluag.</w:t>
      </w:r>
    </w:p>
    <w:p>
      <w:pPr>
        <w:pStyle w:val="ArticleScripture"/>
        <w:jc w:val="left"/>
      </w:pPr>
      <w:r>
        <w:rPr>
          <w:rFonts w:ascii="Times New Roman" w:hAnsi="Times New Roman" w:eastAsia="Times New Roman" w:cs="Times New Roman"/>
        </w:rPr>
        <w:t>“Hauv Is Nrias teb, Tuam Tshoj, Lavxias, thiab hauv cov nroog hauv Asmeskas, ntau txhiab tus txiv neej thiab poj niam tab tom tuag vim tshaib plab. Cov neeg muaj nyiaj, vim lawv muaj hwj chim, tswj hwm kev ua lag luam. Lawv yuav txhua yam uas lawv yuav tau los ntawm tus nqi qis, ces mam li muag rov qab ntawm tus nqi uas nce siab kawg nkaus. Qhov no txhais tias kev tshaib nqhis rau cov neeg txom nyem, thiab yuav ua rau muaj kev tsov rog hauv tebchaws.” Manuscript Releases, volume 5, 305.</w:t>
      </w:r>
    </w:p>
    <w:p>
      <w:pPr>
        <w:pStyle w:val="ArticleBody"/>
        <w:jc w:val="left"/>
      </w:pPr>
      <w:r>
        <w:rPr>
          <w:rFonts w:ascii="Times New Roman" w:hAnsi="Times New Roman" w:eastAsia="Times New Roman" w:cs="Times New Roman"/>
        </w:rPr>
        <w:t>Tsov Rog Hauv Tsev hauv keeb kwm ntawm Lincoln yog ib qho tiag tiag thiab hais txog kev ua cev qhev tiag tiag. Cov neeg ntiaj teb sib koom uas raug tus zaj tshoov siab tab tom tsim ib qho Tsov Rog Hauv Tsev rau hnub kawg uas yog raws li lawv tej kev siv zog los rhuav tshem pawg neeg nruab nrab, kom tshuav nkaus xwb cov thawj coj nplua nuj tshaj plaws, thiab cov qhev txom nyem tshaj plaws. Yog pawg neeg nruab nrab no uas khaws cia txoj kev ywj pheej hauv zej zog, kev khwv nyiaj txiag thiab kev ntseeg, thiab thaum pawg no raug tshem tawm lawm ces yuav tsis muaj ib qho thaiv ntxiv tiv thaiv kev coj txoj cai feudalism los siv. Qhov kev ua tiav loj tshaj plaws ntawm Kev Tawm Tsam Fab Kis yog tias nws tau xaus txoj kev cai feudalism, uas tam sim no cov neeg ntiaj teb sib koom tab tom nrhiav kom yuam rov los siv dua, los ntawm kev tshem tawm pawg neeg nruab nrab. Txoj kev npaj ntawm cov neeg ntiaj teb sib koom feem ntau yog raws li kev cia cov neeg tsiv teb tsaws chaw tsis raws cai los nyab pawg neeg nruab nrab, uas ua rau kev tsim khoom ntawm kev khwv nyiaj txiag poob qis, txo nyiaj ua hauj lwm, thiab nthuav dav lub xeev txoj kab ke pab nyiaj yug noj yug haus.</w:t>
      </w:r>
    </w:p>
    <w:p>
      <w:pPr>
        <w:pStyle w:val="ArticleBody"/>
        <w:jc w:val="left"/>
      </w:pPr>
      <w:r>
        <w:rPr>
          <w:rFonts w:ascii="Times New Roman" w:hAnsi="Times New Roman" w:eastAsia="Times New Roman" w:cs="Times New Roman"/>
        </w:rPr>
        <w:t>Ua ntej Tsov Rog Ntiaj Teb Zaum Ob, thaum lub caij kev poob lag luam loj heev, Txiv Plig Charles Coughlin, ib tug pov thawj Roman Catholic, tau muaj npe nrov los ntawm nws tej kev tshaj tawm hauv xov tooj cua, uas tau mus txog ntau plhom tus neeg mloog thoob plaws teb chaws. Nws tej kev tshaj tawm hauv xov tooj cua muaj hwj chim zoo ib yam li Rush Limbaugh tau muaj nyob rau yav tsis ntev los no. Coughlin siv nws lub chaw tshaj tawm hauv xov tooj cua los sib tham txog ntau yam ncauj lus dav, xws li kev nom kev tswv, kev khwv nyiaj txiag, thiab teeb meem hauv zej zog. Thaum chiv thawj nws txhawb Thawj Tswj Hwm Franklin D. Roosevelt thiab nws txoj New Deal. Coughlin tej kev tshaj tawm hauv xov tooj cua, uas feem ntau muaj lus kub ntxhov thiab ua rau muaj kev sib cav, tau ua rau nws dhau los ua ib tug neeg uas ua rau muaj kev faib siab hauv kev nom kev tswv Meskas. Txawm yog nws muaj ib pab neeg coob uas ruaj siab raws nws, nws kuj tau ntsib kev thuam thiab kev rau txim ntawm ntau tog ntau qho vim nws tej kev xav uas mus txog qhov kawg heev.</w:t>
      </w:r>
    </w:p>
    <w:p>
      <w:pPr>
        <w:pStyle w:val="ArticleBody"/>
        <w:jc w:val="left"/>
      </w:pPr>
      <w:r>
        <w:rPr>
          <w:rFonts w:ascii="Times New Roman" w:hAnsi="Times New Roman" w:eastAsia="Times New Roman" w:cs="Times New Roman"/>
        </w:rPr>
        <w:t>Cov kev xav thaum pib txog kev nom kev tswv, kev lag luam, thiab kev sib raug zoo ntawm Coughlin tau raug Franklin Roosevelt txais yuav thiab los ua nws daim qauv rau nws cov cai New Deal, uas tau coj los rau qhov kev phem ntawm txoj kev nce loj zuj zus ntawm Social Security system, thiab lub welfare system hauv Tebchaws Meskas. Nws cov cai New Deal tau los ua lub cim tseem ceeb ntawm nws tej qub txeeg qub teg, thiab yog ib qho hauv qhov xwm txheej yaj saub uas tau coj mus rau, thiab tau raws tom qab Tsov Rog Ntiaj Teb Zaum Ob. “By their fruits ye shall know them.” Vim yog kev coj los siv ntawm Roosevelt cov cai New Deal, txoj kev txom nyem loj tau kav ntev dua hauv Tebchaws Meskas tshaj li lwm haiv neeg twg hauv ntiaj teb no.</w:t>
      </w:r>
    </w:p>
    <w:p>
      <w:pPr>
        <w:pStyle w:val="ArticleBody"/>
        <w:jc w:val="left"/>
      </w:pPr>
      <w:r>
        <w:rPr>
          <w:rFonts w:ascii="Times New Roman" w:hAnsi="Times New Roman" w:eastAsia="Times New Roman" w:cs="Times New Roman"/>
        </w:rPr>
        <w:t>Roosevelt yog ib tug Democrat, thiab yog li ntawd nws yog ib tug neeg txhawb kev ua ntiaj teb ib yam raws li tus zaj tshoov siab. Cov cai New Deal uas nws tau nthuav tawm yog ib feem ntawm ib txoj kev npaj ntev kom tsim tau ib haiv pej xeem uas muaj cov nplua nuj tshaj plaws thiab cov pluag tshaj plaws. Kev ua qhev tiag tiag ntawm Tsov Rog Kev Ncaj Ncees sawv cev rau kev ua qhev ntawm sab ntsuj plig thiab sab kev khwv nyiaj txiag uas tam sim no tab tom nrawm zuj zus nrog kev kub ceev tshaj plaws, thaum cov tub lag luam nplua nuj ntau txhiab vam ntawm Npanpiloo niaj hnub no uas ua raws li kev ua ntiaj teb tab tom pab nyiaj rau kev tsiv teb tsaws chaw tsis raws cai uas nthuav dav, uas raug npaj los coj Roosevelt’s New Deal mus rau qhov lawv to taub tias yog kev ua kom tiav zoo tshaj. Tus thawj tswj hwm kawg, uas yuav raug ntsib nrog Tsov Rog Ntiaj Teb Zaum Peb, kuj yuav raug ntsib nrog qhov kev kub ntxhov ntawm txoj haujlwm kev vam khom rau zej tsoom uas tus thawj tswj hwm thaum Tsov Rog Ntiaj Teb Zaum Ob tau teeb tsa cia. Kev tshoov siab qhia meej qhov tseeb no, thiab kuj qhia ntxiv tias cov thawj coj hauv hnub kawg yuav tsis paub yuav daws qhov teeb meem no li cas.</w:t>
      </w:r>
    </w:p>
    <w:p>
      <w:pPr>
        <w:pStyle w:val="ArticleScripture"/>
        <w:jc w:val="left"/>
      </w:pPr>
      <w:r>
        <w:rPr>
          <w:rFonts w:ascii="Times New Roman" w:hAnsi="Times New Roman" w:eastAsia="Times New Roman" w:cs="Times New Roman"/>
        </w:rPr>
        <w:t>“Tsis muaj coob tus, txawm yog nyob hauv cov xibfwb qhia ntawv thiab cov nom tswv xeev tebchaws los, uas nkag siab txog tej yam ua thawj uas nyob hauv qab lub xeev tam sim no ntawm zej zog. Cov uas tuav txoj hlua kav ntawm tsoom fwv tsis muaj peev xwm daws tau qhov teeb meem ntawm kev phem kev qias tsis ncaj, kev txom nyem, kev pluag pluas, thiab kev ua txhaum uas tab tom nce ntxiv. Lawv tab tom siv zog yam tsis muaj nqis kom muab kev ua lag luam thiab kev lag kev luam tsa rau saum ib lub hauv paus uas ruaj ntseg dua. Yog tib neeg yuav ua tib zoo mloog ntxiv rau txoj kev qhia ntawm Vajtswv Txojlus, lawv yuav nrhiav tau ib txoj kev daws rau tej teeb meem uas ua rau lawv ntxhov siab.”</w:t>
      </w:r>
    </w:p>
    <w:p>
      <w:pPr>
        <w:pStyle w:val="ArticleScripture"/>
        <w:jc w:val="left"/>
      </w:pPr>
      <w:r>
        <w:rPr>
          <w:rFonts w:ascii="Times New Roman" w:hAnsi="Times New Roman" w:eastAsia="Times New Roman" w:cs="Times New Roman"/>
        </w:rPr>
        <w:t>“Vaj Lug Kub piav txog lub xeev ntawm lub ntiajteb no ua ntej Yexus Khetos rov los zaum ob. Hais txog cov neeg uas los ntawm kev nyiag thiab kev quab yuam khaws cia tej cuab yeej cuab tam loj kawg, muaj lus sau tseg tias: ‘Nej tau khaws tej nyiaj txiag cia rau hnub kawg. Saib seb, tus nqi zog ntawm cov neeg ua liaj ua teb uas tau sau nej tej teb, uas nej tau dag ntxias tuav cia tsis them rau lawv, tabtom quaj tawm; thiab tej suab quaj ntawm cov uas tau sau qoob loo twb nkag mus txog rau hauv pob ntseg ntawm tus Tswv ntawm Sabaoth lawm. Nej tau ua neej nyob hauv kev lom zem saum npoo ntiajteb, thiab tau ua siab tso plhuav; nej tau txhawb nej lub siab, ib yam li nyob rau hnub tua tsiaj. Nej tau txiav txim rau tus ncaj ncees thiab tua nws lawm; nws tsis tawm tsam nej.’ Yakaunpau 5:3–6.” Testimonies, volume 9, 13.</w:t>
      </w:r>
    </w:p>
    <w:p>
      <w:pPr>
        <w:pStyle w:val="ArticleBody"/>
        <w:jc w:val="left"/>
      </w:pPr>
      <w:r>
        <w:rPr>
          <w:rFonts w:ascii="Times New Roman" w:hAnsi="Times New Roman" w:eastAsia="Times New Roman" w:cs="Times New Roman"/>
        </w:rPr>
        <w:t>Tus thawj tswj hwm kawg yuav “tuav txoj hlua kav teb chaws,” tiam sis nws yuav tsis muaj peev xwm “daws tau qhov teeb meem ntawm kev qias vuab tsuab ntawm kev ncaj ncees, kev txom nyem, kev pluag qhis, thiab kev ua txhaum cai uas nce ntxiv.” Thiab nws kuj yuav tsis muaj peev xwm “tsa kev khiav dej num ntawm kev lag luam kom nyob rau saum ib lub hauv paus ruaj khov dua.” Tag nrho cov teeb meem no muaj kev txuas nrog cov neeg tuav nyiaj hauv tuam txhab thiab cov tub lag luam nyiaj billions ntawm hnub kawg. “Kev pluag qhis,” yog lo lus siv los piav txog lub xeev ntawm cov uas vam khom kev pab rau cov neeg pluag los sis kev noj qab nyob zoo uas tsoom fwv hauv zos los sis cov koom haum siab dawb pub dawb muab. Hauv ntau haiv zej zog, kev pluag qhis tau raug txuas nrog kev txaj muag hauv zej zog thiab feem ntau ua rau cov uas raug kev txom nyem raug thawb tawm ntawm ntug zej zog thiab raug kev ntxub ntxaug. Qhov kev pab cuam hauv keeb kwm Asmeskas uas tau tsim tawm “kev pluag qhis,” yog qhov kev pab cuam uas hais tias yog tsim los pab cov uas raug daig hauv kev txom nyem kom tsa tau lawv tus kheej. Tiam sis, nws tau tsim ib txoj kev txhawb nqa los ntawm tsoom fwv los tuav cov neeg pluag qhis ntawd tseg rau hauv kev qhev nyiaj txiag.</w:t>
      </w:r>
    </w:p>
    <w:p>
      <w:pPr>
        <w:pStyle w:val="ArticleBody"/>
        <w:jc w:val="left"/>
      </w:pPr>
      <w:r>
        <w:rPr>
          <w:rFonts w:ascii="Times New Roman" w:hAnsi="Times New Roman" w:eastAsia="Times New Roman" w:cs="Times New Roman"/>
        </w:rPr>
        <w:t>Tam sim tom qab Tsov Rog Ntiaj Teb Zaum Ob, lub Koom Haum Tebchaws Sib Koom (United Nations) tau pib ua haujlwm. Qhov no tau muab ib tug tim khawv thib ob los ntawm thawj ob zaug tsov rog ntiaj teb tias lub nceeg vaj thib xya (lub Koom Haum Tebchaws Sib Koom) yuav raug tsa rau saum lub zwm txwv ntawm lub ntiaj teb. Tsov Rog Ntiaj Teb Zaum Ib tau qhia kom meej txog tes haujlwm ntawm lub cev nyiaj txiag thoob ntiaj teb uas tau raug lees coj los siv hauv keeb kwm ntawm tsov rog ntiaj teb thawj zaug, thiab txog lub hom phiaj ntawm cov neeg tuav nyiaj txiag thiab cov tub lag tub luam ntawm lub ntiaj teb ntawd kom rov qab mus rau lub txheej txheem feudal, raws li tau sawv cev hauv tsov rog ntiaj teb zaum ob. Txhua yam kev npaj no; tsoom fwv ib lub ntiaj teb, lub txheej txheem kev khwv nyiaj txiag uas cov nplua nuj tshaj plaws kav cov pluag tshaj plaws, thiab lub txheej txheem nyiaj txiag ib lub ntiaj teb uas tsuas pub tus uas nws pom tias tsim nyog thiaj muaj feem koom nrog xwb, tau tawm ntawm tus zaj, uas tab tom ua tsov rog nrog tus thawj tswj hwm thib yim, uas yog ib tug ntawm xya.</w:t>
      </w:r>
    </w:p>
    <w:p>
      <w:pPr>
        <w:pStyle w:val="ArticleBody"/>
        <w:jc w:val="left"/>
      </w:pPr>
      <w:r>
        <w:rPr>
          <w:rFonts w:ascii="Times New Roman" w:hAnsi="Times New Roman" w:eastAsia="Times New Roman" w:cs="Times New Roman"/>
        </w:rPr>
        <w:t>Qhov kev xav uas cov ntsiab no sawv cev qhia meej txog ib tug thawj tswj hwm uas yuav hnov tias nws raug yuam kom tig mus ua tus tswj hwm ib leeg hauv nws txoj kev daws teeb meem. Peb tsuas yog tab tom txheeb xyuas ib puag ncig yaj saub uas Vajtswv Txojlus tau qhia tias yuav nthuav tawm nyob rau hauv keeb kwm ntawm tus thawj tswj hwm kawg ntawm tus tsiaj qus hauv ntiajteb. Nyob rau hauv tsab ntawv dhau los no peb tau hais txog ib nqe lus hauv The Great Controversy uas nws tau qhia tias “kev vam meej ib ntus” yuav raug tshem tawm ua ntej txoj cai Hnub Caiv. Nqe lus ntawd qhia txog ntau yam cwj pwm yaj saub ntawm hnub kawg, thiab cov ntsiab lus uas nws hais txog ntawd nrhiav tau lawv qhov kev ua tiav nyob rau hauv lub sijhawm sim siab ntawm daim duab ntawm tus tsiaj qus, xub hauv Tebchaws Meskas thiab tom qab ntawd thoob qab ntuj. Nws txheeb qhia ob qho teeb meem uas Xatas siv los ntes lub ntiajteb, yog kev ntseeg hu plig thiab kev dawb huv ntawm Hnub Caiv. Thaum hais txog cov txuj ci tseem ceeb ntawm kev kho mob uas Xatas yuav siv, nws kuj txheeb qhia ib qho teeb meem yaj saub ntxiv ntawm peb tiam no.</w:t>
      </w:r>
    </w:p>
    <w:p>
      <w:pPr>
        <w:pStyle w:val="ArticleScripture"/>
        <w:jc w:val="left"/>
      </w:pPr>
      <w:r>
        <w:rPr>
          <w:rFonts w:ascii="Times New Roman" w:hAnsi="Times New Roman" w:eastAsia="Times New Roman" w:cs="Times New Roman"/>
        </w:rPr>
        <w:t>“Los ntawm ob txoj kev yuam kev loj no, yog txoj kev ntseeg tias tus ntsuj plig tsis txawj tuag thiab txoj kev suav hnub Sunday ua hnub dawb huv, Xatas yuav coj cov neeg los nyob rau hauv nws tej kev dag ntxias. Thaum txoj kev yuam kev thawj zaug ntawd muab lub hauv paus rau kev ntseeg nrog tej ntsuj plig, txoj kev yuam kev tom qab no kuj tsim ib txoj kev sib raug zoo hauv kev hnov zoo nrog Loos. Cov Protestants hauv Tebchaws Meskas yuav yog cov nyob rau pem hauv ntej tshaj plaws hauv kev ncab lawv txhais tes hla dhau lub qhov dej tob kom tuav tes nrog kev ntseeg nrog tej ntsuj plig; lawv yuav hla dhau lub hav tob tsis muaj qab kom npuab tes nrog lub hwj chim Loos; thiab nyob rau hauv qhov kev cuam tshuam ntawm qhov kev koom tes peb npaug no, lub tebchaws no yuav taug raws Loos cov kauj ruam hauv kev tsuj hnyo txoj cai ntawm lub siab dawb paug.”</w:t>
      </w:r>
    </w:p>
    <w:p>
      <w:pPr>
        <w:pStyle w:val="ArticleScripture"/>
        <w:jc w:val="left"/>
      </w:pPr>
      <w:r>
        <w:rPr>
          <w:rFonts w:ascii="Times New Roman" w:hAnsi="Times New Roman" w:eastAsia="Times New Roman" w:cs="Times New Roman"/>
        </w:rPr>
        <w:t>“Thaum kev ntseeg dab qhuas los xyaum ua kom zoo ib yam li txoj kev ntseeg Khetos raws npe ntawm lub sijhawm no ntau zuj zus, nws thiaj muaj hwjchim ntau dua los dag ntxias thiab cuab cov tibneeg. Xatas nws tus kheej yuav hloov siab lees txim raws li txoj kab ke tshiab niaj hnub no. Nws yuav tshwm los hauv tus yam ntxwv ntawm ib tug timtswv saum ntuj uas yog timtswv ntawm txoj kev kaj. Los ntawm txoj kev ua haujlwm ntawm kev ntseeg dab qhuas, tej txujci tseem ceeb yuav raug ua, cov neeg mob yuav raug kho kom zoo, thiab ntau yam kev xav tsis thoob uas tsis muaj leejtwg txawj tsis lees paub yuav raug ua tawm los. Thiab vim cov dab yuav lees tias lawv ntseeg phau Vajlugkub, thiab qhia kom pom tias lawv hwm tej koom haum hauv pawg ntseeg, lawv txoj haujlwm yuav raug lees txais tias yog ib qho kev tshwm sim ntawm Vajtswv lub hwjchim.</w:t>
      </w:r>
    </w:p>
    <w:p>
      <w:pPr>
        <w:pStyle w:val="ArticleScripture"/>
        <w:jc w:val="left"/>
      </w:pPr>
      <w:r>
        <w:rPr>
          <w:rFonts w:ascii="Times New Roman" w:hAnsi="Times New Roman" w:eastAsia="Times New Roman" w:cs="Times New Roman"/>
        </w:rPr>
        <w:t>“Txoj kab cais txawv ntawm cov uas lees hu ua neeg ntseeg Khetos thiab cov neeg tsis hwm Vajtswv tam sim no twb nyuaj heev rau kev paub qhov txawv. Cov tswvcuab pawg ntseeg hlub yam uas lub ntiajteb hlub thiab npaj txhij los koom nrog lawv, thiab Xatas txiav txim siab yuav muab lawv koom ua ib lub cev thiab li ntawd txhawb kom nws tes haujlwm muaj zog ntxiv los ntawm kev cheb txhua tus nkag mus rau hauv cov qib ntawm kev ntseeg dab. Cov Papists, uas khav tias tej txujci tseemceeb yog ib lub cim tseeb ntawm pawg ntseeg tiag, yuav raug dag ntxias yooj yim los ntawm lub hwjchim ua txujci no; thiab cov Protestants, vim lawv twb muab daim thaiv ntawm qhov tseeb pov tseg lawm, kuj yuav raug ntxias yuam kev ib yam. Cov Papists, cov Protestants, thiab cov neeg ntiajteb yuav zoo ib yam nkaus li lees txais daim duab ntawm kev hwm Vajtswv uas tsis muaj hwjchim, thiab lawv yuav pom hauv txoj kev koom ua ke no ib qho kev txav loj rau kev hloov siab los ntseeg ntawm lub ntiajteb thiab rau kev coj los txog ntawm txhiab xyoo uas neeg cia siab tos ntev los lawm.”</w:t>
      </w:r>
    </w:p>
    <w:p>
      <w:pPr>
        <w:pStyle w:val="ArticleScripture"/>
        <w:jc w:val="left"/>
      </w:pPr>
      <w:r>
        <w:rPr>
          <w:rFonts w:ascii="Times New Roman" w:hAnsi="Times New Roman" w:eastAsia="Times New Roman" w:cs="Times New Roman"/>
        </w:rPr>
        <w:t>“Los ntawm kev ntseeg nrog dab, Xatas tshwm los zoo li tus pub txiaj ntsig rau tib neeg txhua haiv, kho cov kab mob ntawm cov neeg, thiab tshaj tawm tias nws tab tom nthuav ib txoj kev ntseeg tshiab thiab siab dua; tiamsis tib lub sijhawm ntawd nws ua hauj lwm ua tus rhuav tshem. Nws tej kev ntxias tab tom coj neeg coob coob mus rau kev puam tsuaj. Kev tsis tswj tus kheej muab kev xav txawj xav ntiab tawm ntawm nws lub zwm txwv; kev ntshaw cev nqaij daim tawv, kev sib ceg, thiab kev tua ntshav ua raws los. Xatas zoo siab rau kev ua tsov rog, rau qhov ntawd ua rau tej kev ntshaw phem tshaj plaws hauv tus ntsuj plig kub lug, thiab tom qab ntawd txiav ntais nws cov neeg raug tsim txom uas ntub hauv kev phem thiab ntshav mus rau hauv ib txhis. Nws lub hom phiaj yog kom ntxias cov teb chaws sawv ua rog sib tawm tsam, rau qhov li ntawd nws thiaj hloov tau neeg lub siab tawm ntawm txoj hauj lwm npaj kom sawv tau rau hnub uas yog Vajtswv hnub.” The Great Controversy, 588, 589.</w:t>
      </w:r>
    </w:p>
    <w:p>
      <w:pPr>
        <w:pStyle w:val="ArticleBody"/>
        <w:jc w:val="left"/>
      </w:pPr>
      <w:r>
        <w:rPr>
          <w:rFonts w:ascii="Times New Roman" w:hAnsi="Times New Roman" w:eastAsia="Times New Roman" w:cs="Times New Roman"/>
        </w:rPr>
        <w:t>Xatas zoo li yuav ua tiav nws txoj haujlwm loj tshaj plaws thaum txoj cai Hnub Caiv raug tsa, tsis yog ua ntej ntawd. Nws yog tom qab Tebchaws Meskas hais lus zoo li tus zaj nyob hauv nqe kaum ib, ntawm Tshooj kaum peb hauv Phau Ntawv Qhia Tshwm, uas nyob hauv nqe kaum peb Xatas zoo li hu kom hluav taws nqes saum ntuj los. Qhov no kuj yog yam uas Muam White qhia meej.</w:t>
      </w:r>
    </w:p>
    <w:p>
      <w:pPr>
        <w:pStyle w:val="ArticleScripture"/>
        <w:jc w:val="left"/>
      </w:pPr>
      <w:r>
        <w:rPr>
          <w:rFonts w:ascii="Times New Roman" w:hAnsi="Times New Roman" w:eastAsia="Times New Roman" w:cs="Times New Roman"/>
        </w:rPr>
        <w:t>“Los ntawm txoj cai txiav txim uas yuam kom tsa lub koom haum Papacy sawv los, uas yog ua txhaum txoj cai ntawm Vajtswv, peb lub teb chaws yuav txiav nws tus kheej tawm ntawm txoj kev ncaj ncees tag nrho. Thaum Protestantism yuav ncab nws txhais tes hla lub kwj deg tob mus tuav tes ntawm lub hwj chim Roman, thaum nws yuav ncav dhau lub qhov tob mus sib koom tes nrog Spiritualism, thaum, nyob hauv txoj kev cuam tshuam ntawm txoj kev sib koom ua peb txheej no, peb lub teb chaws yuav tsis lees yuav txhua lub hauv paus ntsiab lus ntawm nws Txoj Cai Lij Choj raws li ib tsoom fwv Protestant thiab republican, thiab yuav npaj kev rau kev nthuav tawm tej kev dag cuav thiab tej kev ntxias dag ntawm papacy, ces peb thiaj paub tau tias lub sijhawm twb los txog rau txoj haujlwm txuj ci tseem ceeb uas Xatas ua, thiab tias qhov kawg twb nyob ze lawm.” Testimonies, volume 5, 451.</w:t>
      </w:r>
    </w:p>
    <w:p>
      <w:pPr>
        <w:pStyle w:val="ArticleBody"/>
        <w:jc w:val="left"/>
      </w:pPr>
      <w:r>
        <w:rPr>
          <w:rFonts w:ascii="Times New Roman" w:hAnsi="Times New Roman" w:eastAsia="Times New Roman" w:cs="Times New Roman"/>
        </w:rPr>
        <w:t>Ua ntej txog txoj cai Sunday, thaum lub sij hawm sim siab ntawm tus yam ntxwv ntawm tus tsiaj qus, uas kuj yog lub sij hawm muab lub cim foob rau ib puas plaub caug plaub txhiab leej, uas kuj yog qhov chaw uas qhov tshwm sim ntawm txhua zaj yog toog pom muaj tiav, yuav muaj ib qho xwm txheej tshwm sim ntawm lub hwj chim zaj, uas sawv cev rau txuj ci tseem ceeb ntawm kev kho mob cuav. Hauv phau Ntawv Qhia Tshwm, tus niam ntiav Npanpiloo raug txheeb tias dag ntxias txhua haiv neeg.</w:t>
      </w:r>
    </w:p>
    <w:p>
      <w:pPr>
        <w:pStyle w:val="ArticleScripture"/>
        <w:jc w:val="left"/>
      </w:pPr>
      <w:r>
        <w:rPr>
          <w:rFonts w:ascii="Times New Roman" w:hAnsi="Times New Roman" w:eastAsia="Times New Roman" w:cs="Times New Roman"/>
        </w:rPr>
        <w:t>Thiab lub teeb ntawm ib tug tswm ciab yuav tsis ci ntxiv lawm nyob hauv koj li; thiab lub suab ntawm tus nraug vauv thiab ntawm tus nkauj nyab yuav tsis hnov ntxiv lawm nyob hauv koj li: rau qhov koj cov tub lag tub luam yog cov neeg loj ntawm lub ntiajteb; rau qhov los ntawm koj tej kev ua khawv koob txhua haiv neeg thiaj raug dag ntxias. Qhia Tshwm 18:23.</w:t>
      </w:r>
    </w:p>
    <w:p>
      <w:pPr>
        <w:pStyle w:val="ArticleBody"/>
        <w:jc w:val="left"/>
      </w:pPr>
      <w:r>
        <w:rPr>
          <w:rFonts w:ascii="Times New Roman" w:hAnsi="Times New Roman" w:eastAsia="Times New Roman" w:cs="Times New Roman"/>
        </w:rPr>
        <w:t>Lo lus “kev ua khawv koob” yog lo lus Kili “pharmakeia” uas txhais hais tias tshuaj kho mob, lossis tsev muag tshuaj. Lo lus no yog los ntawm lo lus Kili G5332, uas txhais hais tias (ib yam tshuaj, uas yog, ib qho dej haus ua kom muaj hwj chim khawv koob); tus muag tshuaj lossis kws ua tshuaj lossis tus muab tshuaj lom. Nyob rau hnub kawg uas coj mus txog rau txoj cai Hnub Caiv, ib yam teeb meem uas yuav pab txhawb rau qhov chaw sib cais thiab kev tsis sib haum uas tus thawj tswj hwm thib yim thiab zaum kawg yuav txais los, yuav yog txoj haujlwm ntawm kev lag luam tshuaj, raws li sawv cev los ntawm Anthony Fauci, thiab tus kab mob Suav.</w:t>
      </w:r>
    </w:p>
    <w:p>
      <w:pPr>
        <w:pStyle w:val="ArticleBody"/>
        <w:jc w:val="left"/>
      </w:pPr>
      <w:r>
        <w:rPr>
          <w:rFonts w:ascii="Times New Roman" w:hAnsi="Times New Roman" w:eastAsia="Times New Roman" w:cs="Times New Roman"/>
        </w:rPr>
        <w:t>Fauci thiab Tuam Tshoj nkawd ob leeg yog cov sawv cev ntawm lub hwjchim zaj, thiab tej pov thawj ntivtes ntawm Fauci yeej taug qab rov mus txog rau qhov kev tsim los ntawm tus kabmob HIV. Kev tswj pejxeem raws li sawv cev los ntawm cov neeg xws li tus neeg nplua nuj loj Bill Gates, yog ib yam ntxwv uas tau tshwm sim nyob rau hauv Falau qhov kev sim rhuav tshem cov menyuam mos nyob rau lub sijhawm Mauxes, thiab Helauj qhov kev siv zog ua ib yam nkaus ntawd nyob rau lub sijhawm Khetos. Ib nrab ntawm cov pejxeem tau raug dag ntxias los ntawm tus kabmob Tuam Tshoj, thiab nej tseem pom tau cov neeg hnav daim npog ntsej muag, uas tsis tiv thaiv tau ib yam kabmob li.</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“Xatas ua hauj lwm dhau ntawm tej yam hauv ntuj tsim thiab, xwv kom sau tau nws cov qoob loo ntawm cov ntsuj plig uas tsis tau npaj txhij. Nws tau kawm paub tej kev zais tob hauv tej chaw kuaj ntawm xwm, thiab nws siv tag nrho nws lub hwj chim los tswj tej yam hauv ntuj tsim raws li Vajtswv pub cai. Thaum nws raug tso cai kom tsim txom Yauj, yaj thiab nyuj, qhev thiab tub qhe, tsev thiab me nyuam, raug rhuav tshem mus sai npaum li cas, ib qho kev txom nyem rov txuas ntxiv ib qho ntxiv, zoo li tshwm sim hauv ib pliag xwb. Yog Vajtswv uas thaiv Nws tej tsim txiaj thiab thaiv lawv kom deb ntawm tus neeg rhuav tshem lub hwj chim. Tiamsis lub ntiaj teb Khixatia tau qhia kev saib tsis taus txoj kevcai ntawm Yehauvas; thiab tus Tswv yuav ua raws nraim li Nws tau tshaj tawm tias Nws yuav ua—Nws yuav rho Nws tej koob hmoov tawm hauv lub ntiaj teb mus thiab yuav tshem Nws txoj kev saib xyuas tiv thaiv tawm ntawm cov uas tab tom ntxeev siab tawm tsam Nws txoj kevcai thiab Nws tej lus qhuab qhia thiab yuam lwm tus kom ua tib yam thiab. Xatas muaj kev tswj hwm saum txhua tus uas Vajtswv tsis tiv thaiv tshwj xeeb. Nws yuav pab thiab pub kom qee leej vam meej kom txhawb nws tus kheej tej hom phiaj, thiab nws yuav coj teeb meem los rau saum lwm tus thiab ua rau neeg ntseeg tias yog Vajtswv uas tab tom tsim txom lawv.”</w:t>
      </w:r>
    </w:p>
    <w:p>
      <w:pPr>
        <w:pStyle w:val="ArticleScripture"/>
        <w:jc w:val="left"/>
      </w:pPr>
      <w:r>
        <w:rPr>
          <w:rFonts w:ascii="Times New Roman" w:hAnsi="Times New Roman" w:eastAsia="Times New Roman" w:cs="Times New Roman"/>
        </w:rPr>
        <w:t>“Thaum nws tshwm sim rau tibneeg li ib tug kws kho mob loj uas muaj peev xwm kho tau tag nrho lawv tej kab mob, nws yuav coj kev mob nkeeg thiab kev puam tsuaj los, mus txog thaum tej nroog uas muaj neeg coob raug txo kom dhau los ua kev puas tsuaj thiab kev qhuav nphob. Txawm tam sim no nws twb tab tom ua haujlwm lawm. Hauv tej xwm txheej raug mob thiab tej kev puas tsuaj hauv hiav txwv thiab saum av, hauv tej hluav taws kub loj heev, hauv tej cua daj cua dub uas chim heev thiab tej cua lawg daus khov uas txaus ntshai, hauv tej cua daj cua dub loj, dej nyab, cua ntsawj xoob, dej hiav txwv sawv nthwv loj, thiab av qeeg, hauv txhua qhov chaw thiab hauv ib txhiab yam qauv, Xatas tab tom siv nws lub hwj chim. Nws cheb tej qoob loo uas tab tom siav kom ploj mus, thiab kev tshaib nqhis nrog kev txom nyem thiaj raws los. Nws muab ib yam pa phem tuag taus nkag rau saum huab cua, thiab ntau txhiab leej tuag vim kab mob sib kis. Tej kev tuaj xyuas no yuav muaj ntau zuj zus thiab puas tsuaj loj zuj zus. Kev rhuav tshem yuav los rau tibneeg thiab tsiaj txhu tib si. ‘Lub ntiajteb quaj ntsuag thiab qhuav nphob mus,’ ‘cov neeg khav theeb … kuj qaug zog mus. Lub ntiajteb kuj raug ua qias neeg nyob hauv qab cov neeg uas nyob saum nws; vim lawv tau ua txhaum tej kevcai, hloov tej kab ke, rhuav txoj kev cog lus uas nyob mus ib txhis.’ Yaxaya 24:4, 5.”</w:t>
      </w:r>
    </w:p>
    <w:p>
      <w:pPr>
        <w:pStyle w:val="ArticleScripture"/>
        <w:jc w:val="left"/>
      </w:pPr>
      <w:r>
        <w:rPr>
          <w:rFonts w:ascii="Times New Roman" w:hAnsi="Times New Roman" w:eastAsia="Times New Roman" w:cs="Times New Roman"/>
        </w:rPr>
        <w:t>“Ces tus tus neeg dag ntxias loj yuav yaum neeg tias cov uas ua haujlwm rau Vajtswv yog cov ua rau tej kev phem no. Cov pab pawg uas tau ua kom Ntuj Ceebtsheej chim yuav muab tag nrho lawv tej kev txom nyem liam rau cov uas mloog Vajtswv tej lus txib, uas yog ib qho kev qhuab ntuas tsis tseg rau cov neeg txhaum cai. Yuav raug tshaj tawm tias tibneeg tabtom ua txhaum rau Vajtswv vim lawv rhuav hnub Xanpataus Hnub Caiv; tias txoj kev txhaum no tau coj kev puas tsuaj los, uas yuav tsis tso tseg mus txog thaum kev coj hnub Sunday yuav raug yuam kom siv nruj nreem; thiab tias cov uas nthuav tawm txoj cai raws li lo lus txib plaub, thiaj li rhuav tshem kev hwm rau hnub Sunday, yog cov uas tabtom ntxhov rau haiv neeg, txwv tsis pub lawv rov qab tau txoj kev haum xeeb nrog Vajtswv thiab txoj kev vam meej hauv lub neej tam sim no. Yog li ntawd, qhov kev liam uas ib txwm tau tsa tawm tsam tus qhev ntawm Vajtswv thaum ub yuav raug rov hais dua, thiab yog ua raws li tib yam laj thawj uas zoo ib yam nkaus: ‘Thiab tau muaj li no tias, thaum Ahaj pom Eliyas, Ahaj thiaj hais rau nws tias, Koj puas yog tus uas ntxhov cov Yixayee? Thiab nws teb tias, Kuv tsis tau ntxhov cov Yixayee; tiamsis yog koj, thiab koj txiv tsev neeg, vim nej tau tso tseg tus Tswv tej lus txib, thiab koj tau mus raws cov Npajalis.’” 1 Vajntxwv 18:17, 18. Thaum tibneeg txoj kev chim yuav raug kub ntxhov los ntawm tej lus liam cuav, lawv yuav ua raws ib txoj kev rau Vajtswv cov tub txib uas zoo ib yam heev li qhov Yixayee uas tau thim txoj kev ntseeg tau ua rau Eliyas.</w:t>
      </w:r>
    </w:p>
    <w:p>
      <w:pPr>
        <w:pStyle w:val="ArticleScripture"/>
        <w:jc w:val="left"/>
      </w:pPr>
      <w:r>
        <w:rPr>
          <w:rFonts w:ascii="Times New Roman" w:hAnsi="Times New Roman" w:eastAsia="Times New Roman" w:cs="Times New Roman"/>
        </w:rPr>
        <w:t>“Lub hwjchim ua txujci tseemceeb uas raug qhia tawm los ntawm kev ntseeg dab yuav siv nws lub hwjchim tawm tsam cov uas xaiv mloog Vajtswv dua li mloog neeg. Tej lus txuas lus los ntawm cov dab yuav tshaj tawm tias Vajtswv tau xa lawv tuaj kom yaum cov uas tsis lees txais Hnub Caiv Sunday txog lawv txoj kev yuam kev, lees tias tej kevcai ntawm lub tebchaws yuav tsum raug mloog raws li Vajtswv txoj kevcai. Lawv yuav quaj ntsuag txog txoj kev phem loj hauv lub ntiajteb thiab txhawb nqa cov lus timkhawv ntawm cov xibhwb kev ntseeg tias lub xeev poob qis ntawm kev coj ncaj ncees yog los ntawm kev saib tsis taus Hnub Sunday. Kev chim siab loj yuav raug tsa tawm tsam txhua tus uas tsis kam lees txais lawv cov lus timkhawv.” The Great Controversy, 589, 590.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Daniyees—Zaj Ib Puas Plaub Caug Rau</dc:title>
  <dc:subject>Tshawb Cov Xov Txojlus Qhia Yaj Saub: Tus Thawj Tswj Hwm Kawg, Kev Kav Hwjchim Ib Leeg, thiab Txoj Cai Hnub Sunday uas Yuav Los Sai Sai</dc:subject>
  <dc:creator>Jeff Pippenger</dc:creator>
  <cp:keywords/>
  <dc:description>Generated by ArticleDigger from daniel\146_daniel.json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