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Daniyees - Zaj Lus Kaum Plaub</w:t>
      </w:r>
    </w:p>
    <w:p>
      <w:pPr>
        <w:pStyle w:val="ArticleSubtitle"/>
        <w:jc w:val="left"/>
      </w:pPr>
      <w:r>
        <w:rPr>
          <w:rFonts w:ascii="Arial" w:hAnsi="Arial" w:eastAsia="Arial" w:cs="Arial"/>
        </w:rPr>
        <w:t>Daniyees Tshooj Ob – Kev Sau Ntsiab Lus thiab Xaus Lus Ntu Ib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2023-12-09</w:t>
      </w:r>
    </w:p>
    <w:p>
      <w:pPr>
        <w:pStyle w:val="ArticleScripture"/>
        <w:jc w:val="left"/>
      </w:pPr>
      <w:r>
        <w:rPr>
          <w:rFonts w:ascii="Times New Roman" w:hAnsi="Times New Roman" w:eastAsia="Times New Roman" w:cs="Times New Roman"/>
        </w:rPr>
        <w:t>“Hauv hauv Phau Ntawv Tshwm Sim txhua phau ntawv hauv Vajlugkub tuaj sib ntsib thiab xaus rau. Ntawm no yog qhov ua kom tiav ntawm phau ntawv Daniyees.” Acts of the Apostles, 585.</w:t>
      </w:r>
    </w:p>
    <w:p>
      <w:pPr>
        <w:pStyle w:val="ArticleBody"/>
        <w:jc w:val="left"/>
      </w:pPr>
      <w:r>
        <w:rPr>
          <w:rFonts w:ascii="Times New Roman" w:hAnsi="Times New Roman" w:eastAsia="Times New Roman" w:cs="Times New Roman"/>
        </w:rPr>
        <w:t>Qhov tseeb uas Yauhas tau qhia tias yog “Yexus Khetos Txoj Kev Qhia Tshwm,” uas Tsov Ntxhuav ntawm xeem Yudas tau qhib nws tej ntxhuab foob rau nws haiv neeg txij li Lub Xya hli ntuj, 2023 los, raug coj mus txog kev zoo tiav thaum phau ntawv Daniyee raug coj los txuas ua ke nrog phau ntawv Qhia Tshwm. Daniyee tshooj ob sawv cev rau tus tim tswv thib ob txoj xov nyob hauv lub ntsiab lus ntawm tus duab ntawm tus tsiaj qus txoj kev sim siab ntawm hnub kawg. Nws qhia kom paub ib txoj txheej txheem ntawm kev sim siab thiab ib lub sijhawm tshwj xeeb ntawm kev sim siab.</w:t>
      </w:r>
    </w:p>
    <w:p>
      <w:pPr>
        <w:pStyle w:val="ArticleBody"/>
        <w:jc w:val="left"/>
      </w:pPr>
      <w:r>
        <w:rPr>
          <w:rFonts w:ascii="Times New Roman" w:hAnsi="Times New Roman" w:eastAsia="Times New Roman" w:cs="Times New Roman"/>
        </w:rPr>
        <w:t>Lub caij nyoog thiab txoj kev sim ntawm Daniyee tshooj ob, uas xam pom los ntawm xya caum xyoo ntawm Daniyee txoj kev raug qhev, yog ib qho piv txwv txog lub caij sim ntawm cov Protestant hauv keeb kwm Millerite. Cov Protestant tsis dhau lawv txoj kev sim, thiab lawv thiaj los ua cov ntxhais ntawm Loos. Hauv lus faj lem, ib tug ntxhais sawv cev rau nws niam; thiab Loos yog ib tug tsiaj nyaum hauv lus faj lem. Lawv txoj kev swb thiab txoj kev hloov tom qab ntawd los ua cov ntxhais ntawm Loos, yog ib qho piv txwv txog txoj kev sim ntawm tus mlom ntawm tus tsiaj nyaum hauv peb keeb kwm tam sim no, rau qhov lawv tau hloov mus ua ib daim duab ntawm tus tsiaj nyaum. Vim li ntawd, peb txoj kev sim tam sim no raug sawv cev los ntawm Daniyee xya caum xyoo ntawm txoj kev raug qhev, thiab kuj raug sawv cev los ntawm keeb kwm ntawm tus tim tswv thib ob txoj xov hauv lub zog txav Millerite.</w:t>
      </w:r>
    </w:p>
    <w:p>
      <w:pPr>
        <w:pStyle w:val="ArticleBody"/>
        <w:jc w:val="left"/>
      </w:pPr>
      <w:r>
        <w:rPr>
          <w:rFonts w:ascii="Times New Roman" w:hAnsi="Times New Roman" w:eastAsia="Times New Roman" w:cs="Times New Roman"/>
        </w:rPr>
        <w:t>Hauv keeb kwm ntawm tus tim tswv thib ob txoj xov uas tau pib rau hnub Cuaj Hlis 11, 2001, muaj ib lub sijhawm tshwj xeeb thiab ib txoj txheej txheem kev sim uas raug sawv cev raws cim qhia ua Nenpukhanexas txoj kev npau suav txog tus pej thuam ntawm tej tsiaj qus; vim nyob hauv Vajluskub txoj lus faj lem, ib lub nceeg vaj kuj yog ib tug tsiaj qus thiab. Nenpukhanexas thiab cov thawj coj kev cai dab qhuas Kaldeas sawv cev rau cov uas swb qhov kev sim ntawd, hos Daniyees thiab peb tug neeg muaj nqis sawv cev rau cov uas dhau qhov kev sim ntawd. Tej zaum yuav zoo li txawv li ntawd, tiamsis Nenpukhanexas txoj kev swb raug lees paub meej nyob hauv Daniyees tshooj peb.</w:t>
      </w:r>
    </w:p>
    <w:p>
      <w:pPr>
        <w:pStyle w:val="ArticleBody"/>
        <w:jc w:val="left"/>
      </w:pPr>
      <w:r>
        <w:rPr>
          <w:rFonts w:ascii="Times New Roman" w:hAnsi="Times New Roman" w:eastAsia="Times New Roman" w:cs="Times New Roman"/>
        </w:rPr>
        <w:t>Hauv txoj kev sim siab, uas raug sawv cev nyob rau hauv Daniel tshooj ib thiab ob, muaj tej cim taw qhia tshwj xeeb hauv kev cev Vajlugkub uas haum raws nraim nrog tej qhov tseeb uas tsis ntev no tau raug nthuav tawm nyob rau hauv phau Ntawv Qhia Tshwm. Hauv tshooj ib, “kaum hnub” sawv cev rau lub sijhawm sim siab uas coj mus rau Daniel qhia tawm ib daim duab zoo nkauj dua thiab rog dua vim nws tau noj tej zaub mov saum ntuj ceeb tsheej, thaum lwm pawg poj koob yawm txwv txiav qau ntawd qhia tawm daim duab ntawm cov uas tau noj huab tais tej zaub mov. Hauv kev cev Vajlugkub, ib tug huab tais yog ib lub nceeg vaj, thiab hauv kev cev Vajlugkub ib tug huab tais lossis ib lub nceeg vaj kuj yog ib tug tsiaj qus thiab. Cov uas lawv lub ntsej muag qhia tawm tej txiaj ntsig ntawm kev noj huab tais tej zaub mov, tau qhia tawm daim duab ntawm tus tsiaj qus.</w:t>
      </w:r>
    </w:p>
    <w:p>
      <w:pPr>
        <w:pStyle w:val="ArticleBody"/>
        <w:jc w:val="left"/>
      </w:pPr>
      <w:r>
        <w:rPr>
          <w:rFonts w:ascii="Times New Roman" w:hAnsi="Times New Roman" w:eastAsia="Times New Roman" w:cs="Times New Roman"/>
        </w:rPr>
        <w:t>Hauv Daniyee tshooj ob, Daniyee tab tom thov Vajtswv kom nkag siab txog “tsis pub lwm tus paub” uas zais nyob hauv Npexukhanexas tus duab npau suav. Nws yuav tsum paub tias txoj npau suav ntawd yog dab tsi, thiab kuj yog nws txhais li cas thiab. Nws sawv cev rau cov nyob rau hnub kawg uas tab tom nrhiav kom to taub tej yam tsis pub lwm tus paub uas txuas nrog rau kev qhib cov ntsaws ruaj ntawm Yexus Khetos Txoj Kev Tshwm Sim, vim qhov kev qhib cov ntsaws ruaj ntawm Yexus Khetos Txoj Kev Tshwm Sim yog “tsis pub lwm tus paub” cev lus faj lem kawg uas raug qhib ua ntej lub sijhawm ntawm txoj kev sim siab kaw. Tag nrho cov cev lus faj lem, nrog rau Daniyee, tab tom qhia txog hnub kawg. Daniyee txoj kev rau siab kom nkag siab txog qhov “tsis pub lwm tus paub” ntawd yog ib txoj kev rau siab uas cuam tshuam txog txoj sia thiab txoj kev tuag, ib yam li qhov kev sim siab txog tus tsiaj nyaum tus duab rau Vajtswv haiv neeg nyob rau hnub kawg.</w:t>
      </w:r>
    </w:p>
    <w:p>
      <w:pPr>
        <w:pStyle w:val="ArticleScripture"/>
        <w:jc w:val="left"/>
      </w:pPr>
      <w:r>
        <w:rPr>
          <w:rFonts w:ascii="Times New Roman" w:hAnsi="Times New Roman" w:eastAsia="Times New Roman" w:cs="Times New Roman"/>
        </w:rPr>
        <w:t>“Tus Tswv tau qhia kuv kom meej tias tus mlom ntawm tus tsiaj qus yuav raug tsim tsa ua ntej lub sijhawm sim siab xaus; vim qhov no yuav yog txoj kev sim siab loj rau Vajtswv haiv neeg, uas los ntawm no lawv txoj hmoo nyob mus ib txhis yuav raug txiav txim.” Manuscript Releases, volume 15, 15.</w:t>
      </w:r>
    </w:p>
    <w:p>
      <w:pPr>
        <w:pStyle w:val="ArticleBody"/>
        <w:jc w:val="left"/>
      </w:pPr>
      <w:r>
        <w:rPr>
          <w:rFonts w:ascii="Times New Roman" w:hAnsi="Times New Roman" w:eastAsia="Times New Roman" w:cs="Times New Roman"/>
        </w:rPr>
        <w:t>Kev thov Vajtswv ntawm Daniyees, thaum nws nrhiav kom to taub “yam zais,” sawv cev rau ib lub cim qhia kev taug tshwjxeeb hauv keeb kwm ntawm Vajtswv haiv neeg nyob rau hnub kawg. Phau ntawv Daniyees muab ob tug timkhawv uas tsa lub cim qhia kev taug ntawm “kev thov Vajtswv” rau hnub kawg. Lub cim qhia kev taug ntawd nyob hauv lub caij nyoog uas raug sawv cev los ntawm zaj lus thib ob ntawm txhua txoj kab kev hloov tshiab.</w:t>
      </w:r>
    </w:p>
    <w:p>
      <w:pPr>
        <w:pStyle w:val="ArticleBody"/>
        <w:jc w:val="left"/>
      </w:pPr>
      <w:r>
        <w:rPr>
          <w:rFonts w:ascii="Times New Roman" w:hAnsi="Times New Roman" w:eastAsia="Times New Roman" w:cs="Times New Roman"/>
        </w:rPr>
        <w:t>Qhov chaw yaj saub ntawm ob qho kev thov Vajtswv no yog xya caum xyoo ntawm txoj kev raug ntes mus ua qhev, uas raws li ib lub cim sawv cev rau “xya zaug” hauv Leviticus nees nkaum rau. Hauv Daniel ob, hauv nqe ib, lub npe “Nebuchadnezzar” raug rov hais ob zaug, thiab qhov kev rov hais ib lo lus ob zaug hauv Vajlugkub yog ib lub cim ntawm tus tim tswv thib ob txoj xov.</w:t>
      </w:r>
    </w:p>
    <w:p>
      <w:pPr>
        <w:pStyle w:val="ArticleBody"/>
        <w:jc w:val="left"/>
      </w:pPr>
      <w:r>
        <w:rPr>
          <w:rFonts w:ascii="Times New Roman" w:hAnsi="Times New Roman" w:eastAsia="Times New Roman" w:cs="Times New Roman"/>
        </w:rPr>
        <w:t>Muaj ntau qhov kev hais tseg hauv cov ntawv sau ntawm Sister White uas qhia tias Daniyees tshooj peb yog ib lub cim ntawm txoj kevcai hnub Sunday. Daniyees tshooj ib muaj txhua yam cwj pwm uas yog ntawm thawj tus timtswv txoj xov, thiab peb raug ceeb toom tias nej tsis tuaj yeem muaj ib txoj xov thib peb (Daniyees tshooj peb) yog tsis muaj thawj thiab txoj xov thib ob.</w:t>
      </w:r>
    </w:p>
    <w:p>
      <w:pPr>
        <w:pStyle w:val="ArticleBody"/>
        <w:jc w:val="left"/>
      </w:pPr>
      <w:r>
        <w:rPr>
          <w:rFonts w:ascii="Times New Roman" w:hAnsi="Times New Roman" w:eastAsia="Times New Roman" w:cs="Times New Roman"/>
        </w:rPr>
        <w:t>Qhov kev sim txog daim duab ntawm tus tsiaj qus tau raug Ellen White txhais tseg tias yog qhov kev sim uas peb yuav tsum dhau ua ntej lub sij hawm ntawm txoj kev sim siab yuav kaw, thiab ua ntej peb raug muab cim khi. Thaum suab nkauj pib nrov hauv Daniel tshooj peb, lub sij hawm ntawm txoj kev sim siab tau kaw ua ib qho cim qhia yav tom ntej, rau qhov tshooj peb sawv cev rau txoj cai Hnub Caiv. Nebuchadnezzar cov suab paj nruag sawv cev rau zaj suab seev uas tus niam ntiav ntawm Tyre mam li pib hu rau cov vaj ntxwv hauv ntiaj teb thaum kawg ntawm xya caum xyoo ua cim uas nws tau raug hnov qab.</w:t>
      </w:r>
    </w:p>
    <w:p>
      <w:pPr>
        <w:pStyle w:val="ArticleScripture"/>
        <w:jc w:val="left"/>
      </w:pPr>
      <w:r>
        <w:rPr>
          <w:rFonts w:ascii="Times New Roman" w:hAnsi="Times New Roman" w:eastAsia="Times New Roman" w:cs="Times New Roman"/>
        </w:rPr>
        <w:t>Thiab yuav muaj tias nyob rau hnub ntawd, lub nroog Tyre yuav raug hnov qab tau xya caum xyoo, raws li lub sij hawm ntawm ib tug vajntxwv: tom qab xya caum xyoo tas lawm, Tyre yuav hu nkauj ib yam li ib tug niam ntiav. Cia li nqa ib rab nkauj ntaus, mus ncig lub nroog, koj tus niam ntiav uas luag twb hnov qab lawm; ua suab paj nruag kom qab zib, hu ntau zaj nkauj, xwv kom luag yuav nco txog koj. Thiab yuav muaj tias tom qab xya caum xyoo tas lawm, tus Tswv yuav tuaj xyuas Tyre, thiab nws yuav rov qab mus txais nws txoj nqi zog, thiab yuav ua nkauj ua nraug nrog txhua lub tebchaws hauv ntiajteb saum npoo av. Yaxayas 23:15–17.</w:t>
      </w:r>
    </w:p>
    <w:p>
      <w:pPr>
        <w:pStyle w:val="ArticleBody"/>
        <w:jc w:val="left"/>
      </w:pPr>
      <w:r>
        <w:rPr>
          <w:rFonts w:ascii="Times New Roman" w:hAnsi="Times New Roman" w:eastAsia="Times New Roman" w:cs="Times New Roman"/>
        </w:rPr>
        <w:t>Muam White qhia tias peb tus tim tswv tej xov yog peb qhov kev sim.</w:t>
      </w:r>
    </w:p>
    <w:p>
      <w:pPr>
        <w:pStyle w:val="ArticleScripture"/>
        <w:jc w:val="left"/>
      </w:pPr>
      <w:r>
        <w:rPr>
          <w:rFonts w:ascii="Times New Roman" w:hAnsi="Times New Roman" w:eastAsia="Times New Roman" w:cs="Times New Roman"/>
        </w:rPr>
        <w:t>“Muaj coob leej uas tau tawm mus ntsib tus Nraug Vauv raws li tej lus tshaj tawm ntawm tus tim tswv thawj thiab tus tim tswv ob, tsis kam txais tus tim tswv peb, uas yog zaj lus sim siab kawg uas yuav tsum muab rau ntiajteb no, thiab yuav muaj ib yam li ntawd raug coj los sawv thaum hu zaum kawg raug tshaj tawm.” Review and Herald, Lub Kaum Hli 31, 1899.</w:t>
      </w:r>
    </w:p>
    <w:p>
      <w:pPr>
        <w:pStyle w:val="ArticleBody"/>
        <w:jc w:val="left"/>
      </w:pPr>
      <w:r>
        <w:rPr>
          <w:rFonts w:ascii="Times New Roman" w:hAnsi="Times New Roman" w:eastAsia="Times New Roman" w:cs="Times New Roman"/>
        </w:rPr>
        <w:t>Raws li muaj ntau tus timkhawv, Daniyees tshooj ob yog txoj xov ntawm tus timtswv thib ob. Keeb kwm ntawm kev txhawb zog rau tus timtswv thawj mus txog rau txoj kev txiav txim, yog keeb kwm uas sawv cev los ntawm xya caum xyoo ntawm Daniyees txoj kev poob cev qhev. Qhov xwm txheej uas Daniyees cov lus thov Vajtswv nyob hauv tshooj ob raug tsa cia, tshwm sim nyob hauv xya caum xyoo ntawd, uas yog ib lub cim ntawm “xya zaug”.</w:t>
      </w:r>
    </w:p>
    <w:p>
      <w:pPr>
        <w:pStyle w:val="ArticleBody"/>
        <w:jc w:val="left"/>
      </w:pPr>
      <w:r>
        <w:rPr>
          <w:rFonts w:ascii="Times New Roman" w:hAnsi="Times New Roman" w:eastAsia="Times New Roman" w:cs="Times New Roman"/>
        </w:rPr>
        <w:t>Zaj lus thov nyob rau hauv tshooj cuaj pib nrog ib qho kev hais ncaj qha txog xya caum xyoo. Qhov chaw-keeb kwm yaj saub ntawm ob zaj lus thov no zoo ib yam nkaus. Nkawd sawv cev rau ntau yam sib txawv ntawm tib zaj lus thov ntawd, tiam sis nkawd ob leeg raug muab tso rau hauv tib qho chaw-keeb kwm ntawm “xya zaug,” thiab nkawd ob leeg phim raws li tus cim-kev ntawm “kev thov Vajtswv” uas nyob hauv keeb kwm ntawm ib puas plaub caug plaub txhiab tus ntawm hnub kawg.</w:t>
      </w:r>
    </w:p>
    <w:p>
      <w:pPr>
        <w:pStyle w:val="ArticleBody"/>
        <w:jc w:val="left"/>
      </w:pPr>
      <w:r>
        <w:rPr>
          <w:rFonts w:ascii="Times New Roman" w:hAnsi="Times New Roman" w:eastAsia="Times New Roman" w:cs="Times New Roman"/>
        </w:rPr>
        <w:t>Thaum Daniyee thov Vajtswv nyob rau hauv tshooj cuaj, nws nyob hauv ib lub sij hawm faj lem uas yog “lub caij hloov chaw” ntawm lub nceeg vaj Npanpiloo mus rau lub nceeg vaj ntawm cov Mees thiab cov Pawxias. Qhov chaw hloov ntawd kuj yog ib lub cim taw qhia thiab, thiab nws kuj sib haum nrog tib qho chaw hloov hauv txoj kev txav ntawm tus tim tswv thib peb, thaum Vajtswv haiv neeg tuag hauv txoj kev ua “Laodiceans”, thiab sawv tawm hauv qhov ntxa los ua “Philadelphians”. Qhov chaw hloov rau txoj kev txav ntawm tus tim tswv thawj kuj sib haum nrog ob qho tib si, yog Daniyee qhov chaw hloov thiab txoj kev txav ntawm tus tim tswv thib peb, thiab tag nrho peb qho no txuas ncaj qha nrog “xya lub sij hawm” hauv Leviticus nees nkaum-rau. Kev hloov ntawm Philadelphia mus rau Laodicea hauv txoj kev txav Millerite tau tshwm sim nrog kev tuaj txog ntawm “lub teeb tshiab” hais txog “xya lub sij hawm” hauv 1856, thiab tom qab ntawd yog kev tsis lees txais “xya lub sij hawm” ntawd kiag li hauv 1863. Daniyee hauv tshooj cuaj, txoj kev txav ntawm tus tim tswv thawj hauv lub sij hawm Millerite, thiab txoj kev txav ntawm tus tim tswv thib peb hauv peb lub sij hawm, txhua tus puav leej muaj ib qho chaw hloov uas sib haum rau ib leeg, thiab peb qho chaw hloov ntawd puav leej raug teem cia nyob hauv lub ntsiab lus ntawm “xya lub sij hawm”.</w:t>
      </w:r>
    </w:p>
    <w:p>
      <w:pPr>
        <w:pStyle w:val="ArticleBody"/>
        <w:jc w:val="left"/>
      </w:pPr>
      <w:r>
        <w:rPr>
          <w:rFonts w:ascii="Times New Roman" w:hAnsi="Times New Roman" w:eastAsia="Times New Roman" w:cs="Times New Roman"/>
        </w:rPr>
        <w:t>Hauv hauv keeb kwm ntawm txoj kev sim siab, Daniel sawv cev rau tus tubtxib uas tau txais qhov kaj uas nws xub qhia rau nws peb tug khub, yog li ua piv txwv txog txoj hauj lwm yaj saub ntawm “Elijah”, uas yog “lub suab quaj hauv roob moj sab qhua”.</w:t>
      </w:r>
    </w:p>
    <w:p>
      <w:pPr>
        <w:pStyle w:val="ArticleBody"/>
        <w:jc w:val="left"/>
      </w:pPr>
      <w:r>
        <w:rPr>
          <w:rFonts w:ascii="Times New Roman" w:hAnsi="Times New Roman" w:eastAsia="Times New Roman" w:cs="Times New Roman"/>
        </w:rPr>
        <w:t>“Qhov zais” ntawm Daniyee tshooj ob qhia kom paub tias lub nceeg vaj thib yim hauv Vajlugkub cov lus faj lem yog “ntawm xya” lub nceeg vaj. Vim nws yog thawj daim sawv cev ntawm cov nceeg vaj hauv Vajlugkub cov lus faj lem, yog li ntawd nws txuas nrog daim sawv cev kawg ntawm cov nceeg vaj hauv Vajlugkub cov lus faj lem uas pom muaj nyob hauv Tshwmsim tshooj kaum xya. Lub nceeg vaj thib yim, uas yog “ntawm xya” lub nceeg vaj yav dhau los, tab tom hais txog lub ntsiab chaw hloov uas tsim tsa Npanpiloo niaj hnub no ua kev sib koom peb chav ntawm tus zaj, tus tsiaj qus, thiab tus yaj saub cuav. Nebukhadexalees zaj npau suav txog tus pej thuam thaum kawg yog qhia kom paub txog lub nceeg vaj hauv ntiajteb thib yim hauv keeb kwm ntawm cov lus faj lem.</w:t>
      </w:r>
    </w:p>
    <w:p>
      <w:pPr>
        <w:pStyle w:val="ArticleBody"/>
        <w:jc w:val="left"/>
      </w:pPr>
      <w:r>
        <w:rPr>
          <w:rFonts w:ascii="Times New Roman" w:hAnsi="Times New Roman" w:eastAsia="Times New Roman" w:cs="Times New Roman"/>
        </w:rPr>
        <w:t>Ib lub nceeg vaj yog ib tug tsiaj qus hauv Vajlugkub tej lus faj lem, yog li ntawd qhov tseeb uas Nebuchadnezzar tus npau suav txog tus pej thuam sawv cev rau ntawd yog thawj qhov kev hais txog tus tsiaj qus kawg nkaus, ib yam li kuj raug txheeb qhia hauv Tshwm Sim tshooj kaum xya. Yog li ntawd, Nebuchadnezzar tus npau suav thaum kawg yog tus npau suav txog tus duab ntawm tus tsiaj qus yim thiab tus kawg nkaus. Nws yog tus npau suav txog “tus duab ntawm tus tsiaj qus”.</w:t>
      </w:r>
    </w:p>
    <w:p>
      <w:pPr>
        <w:pStyle w:val="ArticleBody"/>
        <w:jc w:val="left"/>
      </w:pPr>
      <w:r>
        <w:rPr>
          <w:rFonts w:ascii="Times New Roman" w:hAnsi="Times New Roman" w:eastAsia="Times New Roman" w:cs="Times New Roman"/>
        </w:rPr>
        <w:t>Qhov ntawd nws tus kheej twb yog qhov kev lees paub txog qhov tseem ceeb ntawm kev paub qhov chaw hloov uas tshwm sim nyob rau hauv kev txav mus los ntawm tus tim tswv thib peb lawm, tiam sis “yam zais” kuj yog tus yawm sij uas coj los sib sau ua ke thiab tsa kom ruaj khov ntau yam ntawm yam uas cov ntawv dhau los tau tab tom qhia txog keeb kwm uas tau ua raws tom qab Lub Xya hli ntuj 18, 2020. Hauv cov ntawv ntawd, twb tau nthuav tawm tias plaub lub cim ciam teb ntawm txhua qhov kev txav kho dua tshiab uas dawb huv, uas raug sawv cev los ntawm Daniyee xya caum xyoo ntawm kev poob cev qhev, ib txwm muaj tib lub ntsiab lus.</w:t>
      </w:r>
    </w:p>
    <w:p>
      <w:pPr>
        <w:pStyle w:val="ArticleBody"/>
        <w:jc w:val="left"/>
      </w:pPr>
      <w:r>
        <w:rPr>
          <w:rFonts w:ascii="Times New Roman" w:hAnsi="Times New Roman" w:eastAsia="Times New Roman" w:cs="Times New Roman"/>
        </w:rPr>
        <w:t>Plaub txoj kev cim ciam ntawd nyob rau hauv lub sijhawm Khetos tau raug tsa nyob rau hauv lub ntsiab lus ntawm “kev tuag thiab kev sawv rov los.” Txoj kev cim ciam thawj, uas sawv cev rau kev txhawb zog ntawm thawj zaj lus, yog Khetos txoj kev ua kevcai raus dej, uas yog lub cim ntawm kev tuag thiab kev sawv rov los. Txoj kev cim ciam thib ob, uas sawv cev rau thawj qhov kev poob siab hauv zaj keeb kwm ntawd, yog Laxalau txoj kev tuag thiab kev sawv rov los. Txoj kev cim ciam thib peb yog txoj kev nkag mus rau hauv Yeluxalees nrog yeej koob meej, uas sawv cev rau Kev Quaj Nruab Nrab Hmo Ntuj. Khetos tab tom mus rau Nws txoj kev tuag thiab kev sawv rov los, thiab Laxalau, tus sawv cev ciaj sia ntawm kev tuag thiab kev sawv rov los, tau coj txoj kab kev ntawd. Laxalau kuj tsim kom pom tseeb tias thaum muaj kev tshaj tawm txog Kev Quaj Nruab Nrab Hmo Ntuj, Vajtswv haiv neeg raug “muab cim khi.”</w:t>
      </w:r>
    </w:p>
    <w:p>
      <w:pPr>
        <w:pStyle w:val="ArticleScripture"/>
        <w:jc w:val="left"/>
      </w:pPr>
      <w:r>
        <w:rPr>
          <w:rFonts w:ascii="Times New Roman" w:hAnsi="Times New Roman" w:eastAsia="Times New Roman" w:cs="Times New Roman"/>
        </w:rPr>
        <w:t>“Qhov txuj ci tseem ceeb uas yog lub kaus mom no, yog kev tsa Laxalau sawv hauv qhov tuag rov los, yog yuav muab Vajtswv lub cim lees rau saum Nws tes hauj lwm thiab rau saum Nws qhov kev thov tias Nws yog Vajtswv.” The Desire of Ages, 529.</w:t>
      </w:r>
    </w:p>
    <w:p>
      <w:pPr>
        <w:pStyle w:val="ArticleBody"/>
        <w:jc w:val="left"/>
      </w:pPr>
      <w:r>
        <w:rPr>
          <w:rFonts w:ascii="Times New Roman" w:hAnsi="Times New Roman" w:eastAsia="Times New Roman" w:cs="Times New Roman"/>
        </w:rPr>
        <w:t>Qhov cim ciam teb thib plaub ntawm txoj kev txiav txim yog tus ntoo khaub lig, uas kuj yog ib txoj kev tuag thiab kev sawv rov los. Lub caij nyoog ntawm plaub lub cim ciam teb ntawd raug sawv cev los ntawm Danias xya caum xyoo ntawm kev poob cev qhev.</w:t>
      </w:r>
    </w:p>
    <w:p>
      <w:pPr>
        <w:pStyle w:val="ArticleBody"/>
        <w:jc w:val="left"/>
      </w:pPr>
      <w:r>
        <w:rPr>
          <w:rFonts w:ascii="Times New Roman" w:hAnsi="Times New Roman" w:eastAsia="Times New Roman" w:cs="Times New Roman"/>
        </w:rPr>
        <w:t>Hauv keeb kwm Millerite, lub ntsiab lus yog “txoj cai ib hnub sawv cev ib xyoos,” thiab lub Yim Hli 11, 1840 yog qhov kev lees paub ntawm txoj cai ntawd. Qhov kev poob siab thawj zaug yog qhov tshwm sim los ntawm kev siv “txoj cai ib hnub sawv cev ib xyoos” tsis raug. Txoj Kev Qw Ib Tag Hmo yog qhov kev ua kom “txoj cai ib hnub sawv cev ib xyoos” tiav zoo kawg nkaus nyob rau hauv kev txuas nrog zaj lus faj lem ob txhiab peb puas xyoo thiab zaj lus faj lem ob txhiab tsib puas nees nkaum xyoo, thiab tom qab ntawd Kev Txiav Txim Tshawb Nrhiav tau pib thaum cov lus faj lem ib hnub-sawv-cev-ib-xyoos ntawd tau tiav rau lub Kaum Hli 22, 1844. Lub ntsiab lus ntawm tag nrho plaub lub waymarks hauv keeb kwm Millerite yog “txoj cai ib hnub sawv cev ib xyoos.” Lub sijhawm ntawm plaub lub waymarks ntawd raug sawv cev los ntawm Daniel xya caum xyoo ntawm kev poob cev qhev.</w:t>
      </w:r>
    </w:p>
    <w:p>
      <w:pPr>
        <w:pStyle w:val="ArticleBody"/>
        <w:jc w:val="left"/>
      </w:pPr>
      <w:r>
        <w:rPr>
          <w:rFonts w:ascii="Times New Roman" w:hAnsi="Times New Roman" w:eastAsia="Times New Roman" w:cs="Times New Roman"/>
        </w:rPr>
        <w:t>Nyob rau hnub nyoog ntawm vajntxwv Davi, lub ntsiab yog “lub phij xab ntawm Vajtswv.” Thaum Davi tau txais hwjchim lawm, nws thiaj txiav txim siab coj lub phij xab los rau hauv lub nroog ntawm Davi.</w:t>
      </w:r>
    </w:p>
    <w:p>
      <w:pPr>
        <w:pStyle w:val="ArticleScripture"/>
        <w:jc w:val="left"/>
      </w:pPr>
      <w:r>
        <w:rPr>
          <w:rFonts w:ascii="Times New Roman" w:hAnsi="Times New Roman" w:eastAsia="Times New Roman" w:cs="Times New Roman"/>
        </w:rPr>
        <w:t>Daviv tseem mus ntxiv, thiab loj hlob zuj zus, thiab tus Tswv Vajtswv ntawm cov tub rog nrog nraim nws. 2 Xamuyee 5:10.</w:t>
      </w:r>
    </w:p>
    <w:p>
      <w:pPr>
        <w:pStyle w:val="ArticleBody"/>
        <w:jc w:val="left"/>
      </w:pPr>
      <w:r>
        <w:rPr>
          <w:rFonts w:ascii="Times New Roman" w:hAnsi="Times New Roman" w:eastAsia="Times New Roman" w:cs="Times New Roman"/>
        </w:rPr>
        <w:t>Qhov kev poob siab thawj zaug yog thaum Uzzah tau ua txhaum los ntawm kev kov lub phij xab. Txoj cim ciam teb thib peb yog thaum David to taub tias tus Tswv tau foom koob hmoov rau tsev neeg ntawm Obededom tus Gittite, qhov chaw uas tau khaws lub phij xab txij li Uzzah txoj kev ntxeev siab. Ces David thiaj mus nqa lub phij xab rov qab los rau nws txoj kev nkag mus hauv Yeluxalees uas muaj yeej (tsuas yog kom nws tus poj niam thiaj qhia kev chim siab tsis tsim nyog thiab “kev poob siab” rau David txoj kev nkag los). Txhua yam ntawm plaub txoj cim ciam teb ntawd raug sawv cev los ntawm lub phij xab. Lub sijhawm ntawm plaub txoj cim ciam teb ntawd raug sawv cev los ntawm Daniyees xya caum xyoo ntawm kev raug ntes mus nyob txawv teb chaws.</w:t>
      </w:r>
    </w:p>
    <w:p>
      <w:pPr>
        <w:pStyle w:val="ArticleBody"/>
        <w:jc w:val="left"/>
      </w:pPr>
      <w:r>
        <w:rPr>
          <w:rFonts w:ascii="Times New Roman" w:hAnsi="Times New Roman" w:eastAsia="Times New Roman" w:cs="Times New Roman"/>
        </w:rPr>
        <w:t>Hnub Cuaj Hlis 11, 2001, Islam ntawm “qhov Kev Puas Tsuaj thib peb” raug tso tawm, ces raug txwv tseg. Hnub Xya Hli 18, 2020, yog ib qho lus twv ua tsis tiav txog lub luag hauj lwm ntawm Islam. Txoj xov uas coj cov pob txha qhuav uas tuag lawm rov los muaj sia los ntawm “plaub cua,” uas yog ib lub cim ntawm Islam thiab sawv cev rau txoj xov Midnight Cry. Qhov kev puastsuaj ntawm teb chaws uas los tom qab qhov kev thim txoj kev ntseeg ntawm teb chaws vim txoj cai Sunday nyob hauv Tebchaws Meskas raug coj los txog los ntawm Islam ntawm “qhov Kev Puas Tsuaj thib peb.” Lub sijhawm ntawm plaub lub waymark ntawd raug sawv cev los ntawm Daniel xya caum xyoo ntawm kev poob cev qhev.</w:t>
      </w:r>
    </w:p>
    <w:p>
      <w:pPr>
        <w:pStyle w:val="ArticleBody"/>
        <w:jc w:val="left"/>
      </w:pPr>
      <w:r>
        <w:rPr>
          <w:rFonts w:ascii="Times New Roman" w:hAnsi="Times New Roman" w:eastAsia="Times New Roman" w:cs="Times New Roman"/>
        </w:rPr>
        <w:t>Kev txav mus los ntawm thawj tus timtswv sawv cev rau kev txav mus los ntawm tus timtswv peb, thiab zaj lus tshaj tawm txog Ib Tag Hmo hauv keeb kwm Millerite yog ib qho kev kho rau qhov kev twv ua tsis tiav uas ua rau muaj thawj qhov kev chim siab.</w:t>
      </w:r>
    </w:p>
    <w:p>
      <w:pPr>
        <w:pStyle w:val="ArticleScripture"/>
        <w:jc w:val="left"/>
      </w:pPr>
      <w:r>
        <w:rPr>
          <w:rFonts w:ascii="Times New Roman" w:hAnsi="Times New Roman" w:eastAsia="Times New Roman" w:cs="Times New Roman"/>
        </w:rPr>
        <w:t>“Cov uas raug kev chim siab tau pom hauv Vajluskub tias lawv nyob hauv lub sijhawm ncua, thiab tias lawv yuav tsum ua siab ntev tos kom yog toog pom ntawd tiav. Tib qho pov thawj uas tau coj lawv kom tos ntsoov lawv tus Tswv hauv 1843, kuj tau coj lawv kom cia siab tos Nws hauv 1844.” Early Writings, 247.</w:t>
      </w:r>
    </w:p>
    <w:p>
      <w:pPr>
        <w:pStyle w:val="ArticleBody"/>
        <w:jc w:val="left"/>
      </w:pPr>
      <w:r>
        <w:rPr>
          <w:rFonts w:ascii="Times New Roman" w:hAnsi="Times New Roman" w:eastAsia="Times New Roman" w:cs="Times New Roman"/>
        </w:rPr>
        <w:t>Cov pov thawj tib yam ntawm ib qho kev tawm tsam Islam rau Nashville, yog cov pov thawj ntawm ib qho kev tawm tsam rau Nashville uas yuav tshwm sim los teb rau kev yuam kom pe hawm hnub Sunday. Cov ntawv sau ntawm tus Ntsuj Plig ntawm Kev Qhia Yaj Saub tsis txawj poob li. Qhov kev twv ua ntej txog ib qho kev tawm tsam rau Nashville raug nthuav tawm hauv cov ntawv sau ntawm tus Ntsuj Plig ntawm Kev Qhia Yaj Saub. Qhov kev twv ua ntej txog Nashville yuav raug ua kom tiav, tiam sis qhov kev twv ua ntej ntawm qhov kev tawm tsam rau Nashville yuav raug tsa los ntawm ib qho kev kho kom raug ntawm qhov kev twv ua ntej uas yav tas los poob lawm, ib yam li tau muaj nyob hauv keeb kwm Millerite. Nws raug ua kom tiav ntawm lub cim ciam thib plaub, uas yog lub cim ciam sawv cev rau “kev txiav txim”.</w:t>
      </w:r>
    </w:p>
    <w:p>
      <w:pPr>
        <w:pStyle w:val="ArticleBody"/>
        <w:jc w:val="left"/>
      </w:pPr>
      <w:r>
        <w:rPr>
          <w:rFonts w:ascii="Times New Roman" w:hAnsi="Times New Roman" w:eastAsia="Times New Roman" w:cs="Times New Roman"/>
        </w:rPr>
        <w:t>Yexus ib txwm siv qhov pib los ua piv txwv qhia txog qhov kawg, thiab thawj txoj kev cim ntawm Cuaj Hlis 11, 2001, yog ib qho kev tawm tsam los ntawm Islam, yog li ntawd thaum los txog rau txoj kev txiav txim ntawm txoj cai Hnub Caiv, yuav muaj ib qho kev tawm tsam ntawm Islam tawm tsam Nashville. Tej zaum kuj yuav muaj xws li lwm qhov chaw uas yog lub hom phiaj thiab, tab sis zaj lus ntawm Lub Suab Quaj Thaum Ib Tag Hmo, yog zaj lus uas kho kom raug qhov lus uas tau tsim thawj qhov kev chim siab. Thawj qhov kev chim siab ntawd yog tshwm sim los ntawm txoj kev txhaum uas siv lub ntsiab ntawm lub sijhawm los txuas rau hauv lo lus twv hais tseg, tsis yog los ntawm Ellen White cov lus.</w:t>
      </w:r>
    </w:p>
    <w:p>
      <w:pPr>
        <w:pStyle w:val="ArticleBody"/>
        <w:jc w:val="left"/>
      </w:pPr>
      <w:r>
        <w:rPr>
          <w:rFonts w:ascii="Times New Roman" w:hAnsi="Times New Roman" w:eastAsia="Times New Roman" w:cs="Times New Roman"/>
        </w:rPr>
        <w:t>Nws yog ib qho tseem ceeb uas yuav tsum paub tias plaub lub cim tseg uas pib ntawm “kev muab hwj chim” rau thawj zaj lus (uas nyob hauv Daniyees tshwm sim thaum pib ntawm xya caum xyoo uas yog cim cev), yeej ib txwm raug kav los ntawm tib lub ntsiab lus. Yog koj tau lees txais Cuaj Hlis 11, 2001, tias yog ib qho kev ua tiav ntawm lus faj lem, ces raws li lus faj lem koj twb noj “phau ntawv uas muab zais” lawm. Muaj tsawg heev tus neeg uas yeej noj qhov tseeb ntawd tiag, tiam sis kuj muaj ib txhia, raws li Daniyees sawv cev, uas tau txiav txim hauv lawv lub siab kom tsis txhob raug qias los ntawm Npanpiloo tej zaub mov. Los tseem muaj cov uas tshaj tawm tias lawv ntseeg tias Cuaj Hlis 11, 2001 yog ib qho kev ua tiav ntawm lus faj lem, tab sis lawv sib cav tias tsis yog Islam, tiam sis yog tsev neeg Bush, los yog cov neeg ntiaj teb dav, los yog cov Jesuits, los yog CIA, los yog ib co kev sib xyaw ntawm cov neeg raug liam ib txwm muaj uas cov neeg txawj xav phem niaj hnub no feem ntau siv. Ua Alpha thiab Omega, Yexus siv qhov pib los piav txog qhov kawg; yog li ntawd yog peb yuam kev txog yam uas raug sawv cev raws li lus faj lem rau hnub Cuaj Hlis 11, 2001, ces peb tab tom rhuav tshem peb lub peev xwm kom muab Faib kom raug lo Lus Faj Lem ntawm “qhov tseeb”.</w:t>
      </w:r>
    </w:p>
    <w:p>
      <w:pPr>
        <w:pStyle w:val="ArticleBody"/>
        <w:jc w:val="left"/>
      </w:pPr>
      <w:r>
        <w:rPr>
          <w:rFonts w:ascii="Times New Roman" w:hAnsi="Times New Roman" w:eastAsia="Times New Roman" w:cs="Times New Roman"/>
        </w:rPr>
        <w:t>“Kev txhawb kom muaj hwj chim” ntawm thawj zaj lus hauv keeb kwm Millerite yog Islam ntawm txoj Kev Txom Nyem thib ob, thiab txoj kev txhawb kom muaj hwj chim ntawd yog ib yam piv txwv txog kev txhawb kom muaj hwj chim rau hnub tim Cuaj Hlis 11, 2001, uas raug coj los txog los ntawm Islam ntawm txoj Kev Txom Nyem thib peb.</w:t>
      </w:r>
    </w:p>
    <w:p>
      <w:pPr>
        <w:pStyle w:val="ArticleBody"/>
        <w:jc w:val="left"/>
      </w:pPr>
      <w:r>
        <w:rPr>
          <w:rFonts w:ascii="Times New Roman" w:hAnsi="Times New Roman" w:eastAsia="Times New Roman" w:cs="Times New Roman"/>
        </w:rPr>
        <w:t>Islam ntawm thawj lub cim qhia kev, qhia meej txog Islam ntawm lub cim qhia kev kawg. Lub cim qhia kev kawg sawv cev rau txoj kev txiav txim, thiab Tebchaws Meskas raug txiav txim ntawm txoj cai Hnub Caiv. Qhov no yog zaj lus thib ob ntawm Exekees hauv tshooj peb caug xya, uas coj cov neeg tuag rov los muaj sia, thiab zaj lus ntawd yog zaj lus ntawm lub cim qhia kev thib peb, uas yog Kev Quaj Nruab Nrab Hmo Ntuj. Nws yog zaj lus kaw ruaj, raws li tus qauv piv txwv hauv qhov uas Khetos nkag los yeej koob meej thaum caij saum ib tug “luav”, uas yog ib lub cim ntawm Islam. Zaj lus kaw ruaj ntawm Kev Quaj Nruab Nrab Hmo Ntuj raug nqa los ntawm Islam.</w:t>
      </w:r>
    </w:p>
    <w:p>
      <w:pPr>
        <w:pStyle w:val="ArticleScripture"/>
        <w:jc w:val="left"/>
      </w:pPr>
      <w:r>
        <w:rPr>
          <w:rFonts w:ascii="Times New Roman" w:hAnsi="Times New Roman" w:eastAsia="Times New Roman" w:cs="Times New Roman"/>
        </w:rPr>
        <w:t>Cia li hais rau tus ntxhais ntawm Xi-oos tias, Saib maj, koj tus Vajntxwv tabtom los cuag koj, tus uas txo hwjchim, thiab caij saum ib tug luj, thiab ib tug me luj uas yog tus menyuam ntawm tus luj. Mathais 21:5.</w:t>
      </w:r>
    </w:p>
    <w:p>
      <w:pPr>
        <w:pStyle w:val="ArticleBody"/>
        <w:jc w:val="left"/>
      </w:pPr>
      <w:r>
        <w:rPr>
          <w:rFonts w:ascii="Times New Roman" w:hAnsi="Times New Roman" w:eastAsia="Times New Roman" w:cs="Times New Roman"/>
        </w:rPr>
        <w:t>Yaxayas txoj lus faj lem thib ob los ntawm “plaub ceg cua,” uas kuj yog ib lub cim ntawm Islam. Nws yog ib qho tseem ceeb kiag li uas yuav tsum to taub meej txog qhov tseeb no, rau qhov lus uas yog Lub Suab Quaj Thaum Ib Tag Hmo yog lo lus uas txheeb qhia Islam ntawm Qho Kev Txom Nyem thib peb tias yog lub hwj chim uas coj txoj kev txiav txim los rau saum Tebchaws Meskas thaum txoj cai Sunday, thiab ua kom muaj kev puam tsuaj hauv tebchaws uas raws tom qab txoj cai txib ntawd.</w:t>
      </w:r>
    </w:p>
    <w:p>
      <w:pPr>
        <w:pStyle w:val="ArticleBody"/>
        <w:jc w:val="left"/>
      </w:pPr>
      <w:r>
        <w:rPr>
          <w:rFonts w:ascii="Times New Roman" w:hAnsi="Times New Roman" w:eastAsia="Times New Roman" w:cs="Times New Roman"/>
        </w:rPr>
        <w:t>Xya Lub Raj ntawm Phau Tshwm Sim yog Vajtswv tej kev txiav txim rau qhov kev yuam kom pe hawm hnub Sunday los ntawm ob qho tib si Loos pagan thiab Loos papal.</w:t>
      </w:r>
    </w:p>
    <w:p>
      <w:pPr>
        <w:pStyle w:val="ArticleListItem"/>
        <w:ind w:left="576" w:hanging="259"/>
        <w:jc w:val="left"/>
      </w:pPr>
      <w:r>
        <w:rPr>
          <w:rFonts w:ascii="Times New Roman" w:hAnsi="Times New Roman" w:eastAsia="Times New Roman" w:cs="Times New Roman"/>
        </w:rPr>
        <w:t>1. Plaub thawj plaub lub Raj Nplaim raug coj los tawm tsam Loos uas yog neeg pe hawm dab qhuas tom qab Constantine tau yuam kom siv thawj txoj cai hnub Sunday hauv xyoo 321.</w:t>
      </w:r>
    </w:p>
    <w:p>
      <w:pPr>
        <w:pStyle w:val="ArticleListItem"/>
        <w:ind w:left="576" w:hanging="259"/>
        <w:jc w:val="left"/>
      </w:pPr>
      <w:r>
        <w:rPr>
          <w:rFonts w:ascii="Times New Roman" w:hAnsi="Times New Roman" w:eastAsia="Times New Roman" w:cs="Times New Roman"/>
        </w:rPr>
        <w:t>2. Lub Raj Ncas thib tsib thiab thib rau (uas kuj yog thawj thiab ob Lo Kev Puas Tsuaj ntawm Islam), yog Vajtswv tej kev txiav txim tawm tsam papal Rome vim txoj cai hnub Sunday ntawm papacy uas tau muab coj los siv nyob rau hauv Pawg Sab Laj ntawm Orleans, xyoo 538.</w:t>
      </w:r>
    </w:p>
    <w:p>
      <w:pPr>
        <w:pStyle w:val="ArticleListItem"/>
        <w:ind w:left="576" w:hanging="259"/>
        <w:jc w:val="left"/>
      </w:pPr>
      <w:r>
        <w:rPr>
          <w:rFonts w:ascii="Times New Roman" w:hAnsi="Times New Roman" w:eastAsia="Times New Roman" w:cs="Times New Roman"/>
        </w:rPr>
        <w:t>3. Lub Xya Raj (uas yog Kev Txom Nyem thib peb ntawm Islam), yog txoj kev txiav txim uas yuav raug coj los rau saum Tebchaws Meskas thaum nws yuam kom pe hawm hnub Sunday rau yav tom ntej uas nyob ze.</w:t>
      </w:r>
    </w:p>
    <w:p>
      <w:pPr>
        <w:pStyle w:val="ArticleBody"/>
        <w:jc w:val="left"/>
      </w:pPr>
      <w:r>
        <w:rPr>
          <w:rFonts w:ascii="Times New Roman" w:hAnsi="Times New Roman" w:eastAsia="Times New Roman" w:cs="Times New Roman"/>
        </w:rPr>
        <w:t>Kev Islaam ntawm Txoj Kev Puas Tsuaj thib peb sawv cev rau thawj lub cim taw qhia ntawm lub Cuaj Hlis 11, 2001. Kev twv hais ua ntej uas ua tsis tiav txog Islaam txoj kev tawm tsam Nashville thaum Lub Xya Hli 18, 2020 sawv cev rau thawj qhov kev poob siab, uas yog lub cim taw qhia thib ob. Txoj xov ntawm “plaub cua” ntawm Islaam, raws li sawv cev hauv Ezekiel zaj lus faj lem thib ob hauv tshooj peb caug xya, sawv cev rau Lub Suab Hu Thaum Ib Tag Hmo, uas yog lub cim taw qhia thib peb, thiab tom qab ntawd yog lub cim taw qhia thib plaub ntawm kev ua tiav ntawm qhov kev twv hais ua ntej uas ua tsis tiav ntawm Lub Xya Hli 18, 2020 thaum txog txoj cai Hnub Caiv. Cov ntawd yog plaub lub cim faj lem taw qhia uas tshwm sim hauv keeb kwm faj lem ntawm ib puas plaub caug plaub txhiab leej, raws li sawv cev los ntawm xya caum xyoo ntawm Daniel txoj kev poob cev qhev.</w:t>
      </w:r>
    </w:p>
    <w:p>
      <w:pPr>
        <w:pStyle w:val="ArticleBody"/>
        <w:jc w:val="left"/>
      </w:pPr>
      <w:r>
        <w:rPr>
          <w:rFonts w:ascii="Times New Roman" w:hAnsi="Times New Roman" w:eastAsia="Times New Roman" w:cs="Times New Roman"/>
        </w:rPr>
        <w:t>Kev lees paub txog zaj lus ntawm Kev Quaj Thaum Ib Tag Hmo yog ib feem tseem ceeb ntawm “yam zais” uas raug qhia tawm hauv tus qauv cim rau Daniel, thaum nws thov Vajtswv kom to taub Nebuchadnezzar zaj npau suav txog tus duab mlom. Nws txoj kev thov Vajtswv yog ib lub cim qhib kev uas nyob rau qhov kawg ntawm peb hnub rhaub thiab ib nrab ntawm txoj kev tuag rau ob tug tim khawv hauv Tshwmsim tshooj kaum ib. Daniel txoj kev thov Vajtswv raws li Levi Tej Kevcai nees nkaum rau, raws li tau sau tseg hauv tshooj cuaj, yog nyob rau thawj xyoo ntawm Darius. Qhov no muab nws tej kev thov Vajtswv tso rau ntawm cov ntsiab chaw hloov.</w:t>
      </w:r>
    </w:p>
    <w:p>
      <w:pPr>
        <w:pStyle w:val="ArticleBody"/>
        <w:jc w:val="left"/>
      </w:pPr>
      <w:r>
        <w:rPr>
          <w:rFonts w:ascii="Times New Roman" w:hAnsi="Times New Roman" w:eastAsia="Times New Roman" w:cs="Times New Roman"/>
        </w:rPr>
        <w:t>Lub sijhawm hloov chaw hauv keeb kwm Millerite yog xyoo 1856 thaum kev txav Millerite tau hloov ntawm Philadelphia mus rau Laodicea raws li James thiab Ellen White. Nyob rau tib lub xyoo ntawd, “lub teeb tshiab” txog “xya sijhawm” tau los txog hauv Hiram Edson cov ntawv hauv Review and Herald, tiam sis xyoo 1863 (“xya sijhawm” tom qab), “xya sijhawm” raug tsis lees txais kiag li. Daniel tau thov “txoj kev thov Vajtswv” uas raug txheeb tias yog “txoj kev kho” rau “kev tawg khiav” ntawm “xya sijhawm” ntawm lub sijhawm hloov chaw nruab nrab ntawm thawj thiab lub nceeg vaj thib ob hauv Vajlugkub tej lus faj lem.</w:t>
      </w:r>
    </w:p>
    <w:p>
      <w:pPr>
        <w:pStyle w:val="ArticleBody"/>
        <w:jc w:val="left"/>
      </w:pPr>
      <w:r>
        <w:rPr>
          <w:rFonts w:ascii="Times New Roman" w:hAnsi="Times New Roman" w:eastAsia="Times New Roman" w:cs="Times New Roman"/>
        </w:rPr>
        <w:t>Peb-thiab-ib-nrab yog ib lub cim sawv cev rau ib txhiab ob puas rau caum xyoo, uas kuj yog ib lub cim sawv cev rau “xya lub sij hawm.” Hnub tim 18 Lub Xya hli ntuj, 2020, txoj kev txav Laodicea ntawm Future for America tau qhia tawm kev tawm tsam tawm tsam Vajtswv txoj lus txib kom txhob rov dai ib txoj xov yaj saub rau saum sij hawm dua li. Tom qab ntawd txoj kev txav ntawd raug “tua” thiab “tawg khiav” nyob hauv txoj kev ntawm Tshwmsim kaum ib, uas hla mus hauv Exekees lub hav ntawm cov pob txha qhuav uas tuag lawm. Thaum kawg ntawm lub sij hawm “tawg khiav” ntawd, uas kuj yog lub “sij hawm tos” ntawm zaj lus piv txwv txog kaum tus nkauj xwb, nim no lawv tab tom raug hu tawm hauv lawv tej ntxa los ntawm “ib lub suab quaj hu” tawm hauv “roob moj sab qhua” ntawm peb-thiab-ib-nrab hnub ntawd.</w:t>
      </w:r>
    </w:p>
    <w:p>
      <w:pPr>
        <w:pStyle w:val="ArticleBody"/>
        <w:jc w:val="left"/>
      </w:pPr>
      <w:r>
        <w:rPr>
          <w:rFonts w:ascii="Times New Roman" w:hAnsi="Times New Roman" w:eastAsia="Times New Roman" w:cs="Times New Roman"/>
        </w:rPr>
        <w:t>Ib yam li cov Millerite thaum kawg pom tau tias thaum ntawd lawv nyob hauv “lub sijhawm ncua” ntawm Mathais tshooj nees nkaum tsib, thiab Habakkuk tshooj ob, kuj ib yam nkaus, “ob tug timkhawv tuag” yuav tsum paub tias lawv nyob qhov twg, thaum “lub suab hauv tebchaws moj sab qhua” qw tawm. Lawv yuav tsum paub tias lawv “raug tawg khiav ri niab.” Txoj kev paub ntawd yog ib txoj kev hu kom “thov Vajtswv,” tabsis tsis yog thov Vajtswv xwb; nws yog ib txoj kev hu kom thov Daniel txoj kev thov Vajtswv ntawm Leviticus nees nkaum rau. Yog tsis muaj txoj kev thov Vajtswv tshwjxeeb ntawd, ces tsis muaj kev txhawb siab rov qab los. Txoj kev txhawb siab rov qab los ntawd cim tseg qhov chaw hloov ntawm Laodicea mus rau Philadelphia, thiab tsim tawm qhov xwm txheej cev Vajtswv lus uas tus yim yog tus ntawm xya, raws li Nebuchadnezzar tus pej thuam hauv Daniyees tshooj ob lees paub.</w:t>
      </w:r>
    </w:p>
    <w:p>
      <w:pPr>
        <w:pStyle w:val="ArticleBody"/>
        <w:jc w:val="left"/>
      </w:pPr>
      <w:r>
        <w:rPr>
          <w:rFonts w:ascii="Times New Roman" w:hAnsi="Times New Roman" w:eastAsia="Times New Roman" w:cs="Times New Roman"/>
        </w:rPr>
        <w:t>Thaum txoj kev thov Vajtswv ntawm kev hloov siab lees txim thiab kev lees txhaum ntawd raug ua kom tiav, lo lus cog tseg yog tias Vajtswv yuav nco txog Nws tej lus cog tseg thiab yuav sau Nws haiv neeg uas tau tawg khiav ua neej nyob rau ntau qhov chaw los ua ke. Ezekiel thawj zaj lus faj lem tau sau cov pob txha los ua ke, thiab tom qab ntawd nws zaj lus faj lem txog “plaub cua” tau hloov cov “Philadelphians” uas nyuam qhuav yug los tshiab ntawd ua ib pab tub rog muaj hwj chim…ib pab tub rog muaj hwj chim uas, raws li Tshwm Sim kaum ib, tom qab ntawd yuav raug “tsa nce mus rau saum ntuj ceeb tsheej” nrog ib “huab ntawm cov tim tswv”. Ces lawv thiaj yog tus Tswv “chij”.</w:t>
      </w:r>
    </w:p>
    <w:p>
      <w:pPr>
        <w:pStyle w:val="ArticleBody"/>
        <w:jc w:val="left"/>
      </w:pPr>
      <w:r>
        <w:rPr>
          <w:rFonts w:ascii="Times New Roman" w:hAnsi="Times New Roman" w:eastAsia="Times New Roman" w:cs="Times New Roman"/>
        </w:rPr>
        <w:t>“Qhov tsis pub leejtwg paub” ntawm Daniyee ob, raws li Tsov Ntxhuav ntawm xeem Yudas tam sim no tab tom nthuav tawm, lees paub qhov tshwm sim ntawm “tus thib yim uas yog ntawm xya tus”…thiab txhua lwm yam ntsiab lus yaj saub hauv Daniyee ob kuj sib haum nrog txoj kev txiav txim yaj saub ntawm ob tug timkhawv hauv Qhia Tshwm tshooj kaum ib. Ob tug timkhawv hauv Qhia Tshwm tshooj kaum ib, raug “tsa siab ua ib tug chij” nyob rau tib “teev” uas txoj cai Hnub Caiv Nruab Hnub tshwm sim, rau qhov lawv raug tsa siab thaum lub “av qeeg loj” ntawm Qhia Tshwm tshooj kaum ib. Lub “av qeeg loj” ntawd rhuav tshem ib feem kaum ntawm lub nroog, thiab Tebchaws Asmeskas yog tus vajntxwv tseem ceeb ntawm “kaum tus vajntxwv”, ib yam li Fabkis tau yog, thaum “av qeeg” ntawm Kev Kiv Puag Ncig Fabkis tshem tawm Fabkis raws li kev ua tiav ntawm Qhia Tshwm tshooj kaum ib.</w:t>
      </w:r>
    </w:p>
    <w:p>
      <w:pPr>
        <w:pStyle w:val="ArticleBody"/>
        <w:jc w:val="left"/>
      </w:pPr>
      <w:r>
        <w:rPr>
          <w:rFonts w:ascii="Times New Roman" w:hAnsi="Times New Roman" w:eastAsia="Times New Roman" w:cs="Times New Roman"/>
        </w:rPr>
        <w:t>Kev ua tiav zoo meej ntawm qhov av qeeg ntawd raug ua kom tiav rau saum tus tsiaj “hauv ntiajteb,” thiab txoj cai Hnub Caiv hauv lub nceeg vaj ntawm tus tsiaj hauv ntiajteb ua rau muaj kev co loj. Kev ua tiav zoo meej ntawm “qhov av qeeg” hauv Tshwmsim kaum ib yog txoj cai Hnub Caiv thaum tus tsiaj “hauv ntiajteb” raug “co,” thiab kev thim kev ntseeg ntawm lub tebchaws raug raws qab los ntawm kev puas tsuaj ntawm lub tebchaws. Hauv lub sijhawm ntawd, ob tug timkhawv raug “tsa siab ua ib tug chij.” Lawv “nce mus rau saum ntuj hauv huab,” ib yam li Khetos tau nce mus saum ntuj zaum kawg. Nws cov lus kawg rau cov thwj tim, uas ua tus qauv rau Vajtswv haivneeg ntawm hnub kawg, cov uas kuj yuav raug tsa siab mus saum ntuj ua ib tug chij thiab, raug sau cia hauv phau Ntawv Tubtxib Tes Haujlwm.</w:t>
      </w:r>
    </w:p>
    <w:p>
      <w:pPr>
        <w:pStyle w:val="ArticleScripture"/>
        <w:jc w:val="left"/>
      </w:pPr>
      <w:r>
        <w:rPr>
          <w:rFonts w:ascii="Times New Roman" w:hAnsi="Times New Roman" w:eastAsia="Times New Roman" w:cs="Times New Roman"/>
        </w:rPr>
        <w:t>Thiab Nws hais rau lawv tias, Tsis yog nej tes haujlwm kom paub txog tej sijhawm lossis tej caij nyoog uas Leej Txiv tau muab cia rau hauv Nws tus kheej hwjchim. Tiamsis nej yuav tau txais hwjchim thaum tus Vaj Ntsuj Plig Dawb Huv los saum nej; thiab nej yuav ua timkhawv txog Kuv, ob qho tib si hauv Yeluxalees, thiab thoob plaws hauv Yudas tebchaws, thiab hauv Xamalis, thiab mus txog rau qhov kawg nkaus ntawm lub ntiajteb. Thiab thaum Nws tau hais tej no lawm, thaum lawv tseem ntsia ntsoov, Nws raug tsa nqa mus; thiab ib tauv huab txais Nws tawm ntawm lawv qhov muag pom. Tubtxib Tes Haujlwm 1:7–9.</w:t>
      </w:r>
    </w:p>
    <w:p>
      <w:pPr>
        <w:pStyle w:val="ArticleBody"/>
        <w:jc w:val="left"/>
      </w:pPr>
      <w:r>
        <w:rPr>
          <w:rFonts w:ascii="Times New Roman" w:hAnsi="Times New Roman" w:eastAsia="Times New Roman" w:cs="Times New Roman"/>
        </w:rPr>
        <w:t>Cov uas yuav yog tus “ensign” yuav tsum tig ncaim ntawm kev siv “sijhawm thiab caij nyoog”, yog lawv xav txais lub hwj chim ntawm tus Vaj Ntsuj Plig Dawb Huv kom ua tiav txoj hauj lwm ntawm tus “ensign”.</w:t>
      </w:r>
    </w:p>
    <w:p>
      <w:pPr>
        <w:pStyle w:val="ArticleBody"/>
        <w:jc w:val="left"/>
      </w:pPr>
      <w:r>
        <w:rPr>
          <w:rFonts w:ascii="Times New Roman" w:hAnsi="Times New Roman" w:eastAsia="Times New Roman" w:cs="Times New Roman"/>
        </w:rPr>
        <w:t>“Qhov tsis pub leejtwg paub” uas tau raug qhia tawm rau Daniyee hauv tshooj ob, yog qhov tsis pub leejtwg paub ntawm Phau Ntawv Qhia Tshwm txog Yexus Khetos uas raug qhib lub cim cia me ntsis ua ntej lub sijhawm kev sim siab xaus. Qhov “tsis pub leejtwg paub” ntawd suav nrog “keeb kwm zais” ntawm “Xya Lub Xob Nroo.” Keeb kwm ntawd raug tsim qauv raws li lo lus Henplais uas raug tsim los ntawm kev coj thawj tsab, tsab kaum peb, thiab tsab kawg ntawm niam ntawv Henplais los sib txuas ua ke. Thaum cov tsab ntawv ntawd raug coj los ua ke, lawv tsim tau lo lus Henplais hais tias “qhov tseeb.” Yexus yog “qhov tseeb”, uas kuj yog tus Thawj thiab tus Kawg. Peb tsab ntawv ntawd sawv cev rau tus qauv ntawm txhua txoj kev txav loj ntawm kev kho kom tshiab, vim lawv sawv cev rau thawj, tus ob, thiab tus tim tswv thib peb. Lawv sawv cev rau txoj txheej txheem ntxuav kom huv peb theem uas Daniyee sawv cev rau hauv tshooj kaum ob, tias “raug ntxuav kom huv, raug ua kom dawb, thiab raug sim.” Txoj txheej txheem peb theem ntawm kev sim thiab kev ntxuav kom huv ntawd tau raug Future for America nthuav qhia tau ntau tshaj ob caug xyoo lawm, tiamsis nimno nws tau raug txheeb xyuas tias sawv cev rau ib “keeb kwm zais” nyob hauv cov kab kev kho kom tshiab dawb huv. Qhov “keeb kwm zais” ntawd yog qhov ua tiav zoo kawg nkaus ntawm “Xya Lub Xob Nroo” uas tau raug muab kaw cia kom txog rau tam sim no, me ntsis ua ntej lub sijhawm kev sim siab xaus.</w:t>
      </w:r>
    </w:p>
    <w:p>
      <w:pPr>
        <w:pStyle w:val="ArticleBody"/>
        <w:jc w:val="left"/>
      </w:pPr>
      <w:r>
        <w:rPr>
          <w:rFonts w:ascii="Times New Roman" w:hAnsi="Times New Roman" w:eastAsia="Times New Roman" w:cs="Times New Roman"/>
        </w:rPr>
        <w:t>Nws twb tau to taub lawm ntev los lawm tias Xya Lub Xob Quaj sawv cev rau ib qho “kev nthuav qhia txog tej xwm txheej uas tau tshwm sim nyob hauv thawj thiab tus tim tswv ob cov lus,” thiab tias lawv kuj sawv cev rau “tej xwm txheej yav tom ntej uas yuav raug nthuav tawm raws li lawv qhov kev txiav txim.” Tam sim no twb tau raug nthuav tawm lawm, los ntawm qhov Kev Tshwm Sim ntawm “qhov tseeb,” tias peb lub cim ciam kawg ntawm ib txoj kab kev hloov kho yog “keeb kwm zais” ntawm Xya Lub Xob Quaj. Cov cim ciam ntawd pib nrog thawj qhov “kev chim siab” thiab xaus nrog qhov “kev chim siab” kawg. Lub cim ciam nruab nrab yog Lub Suab Quaj Thaum Ib Tag Hmo. Thawj qhov kev chim siab cim tseg qhov pib ntawm “lub sij hawm tos ntev,” uas xaus rau ntawm Lub Suab Quaj Thaum Ib Tag Hmo. Zaj lus ntawm Lub Suab Quaj Thaum Ib Tag Hmo xaus rau ntawm “txoj kev txiav txim” uas qhov kev chim siab kawg raug cim tseg.</w:t>
      </w:r>
    </w:p>
    <w:p>
      <w:pPr>
        <w:pStyle w:val="ArticleBody"/>
        <w:jc w:val="left"/>
      </w:pPr>
      <w:r>
        <w:rPr>
          <w:rFonts w:ascii="Times New Roman" w:hAnsi="Times New Roman" w:eastAsia="Times New Roman" w:cs="Times New Roman"/>
        </w:rPr>
        <w:t>Qhov kev chim siab thawj zaug hauv Daniyee tshooj ob, yog Daniyee txoj kev pom tias nws raug muab tso rau hauv ib qho “kev txiav txim kom tuag”. Ces nws thiaj thov “sijhawm”, ua li ntawd thiaj cim tau qhov pib ntawm “lub sijhawm ncua”. Qhov ntawd coj nws mus rau nws txoj kev to taub txog “yam zais,” uas yog zaj lus ntawm Midnight Cry, uas ces tau muab nthuav tawm rau Nenpukhanexa kom nws thiaj li yuav “txiav txim” Daniyee zaj lus.</w:t>
      </w:r>
    </w:p>
    <w:p>
      <w:pPr>
        <w:pStyle w:val="ArticleBody"/>
        <w:jc w:val="left"/>
      </w:pPr>
      <w:r>
        <w:rPr>
          <w:rFonts w:ascii="Times New Roman" w:hAnsi="Times New Roman" w:eastAsia="Times New Roman" w:cs="Times New Roman"/>
        </w:rPr>
        <w:t>Nebuchadnezzar qhov “kev txiav txim” txog tus npau suav thiab kev txhais uas Daniel tau nthuav tawm cim rau qhov cim thib peb hauv peb qhov cim uas sawv cev rau “keeb kwm zais” ntawm Xya Lub Xob Nroo. Qhov kev txiav txim ntawd kuj raug coj los hais ntxiv hauv Daniel tshooj peb, uas sawv cev rau txoj cai uas raug siv ruaj khov hauv phau Daniel thiab Tshwm Sim, txoj cai ntawd yog “rov hais dua thiab nthuav dav”.</w:t>
      </w:r>
    </w:p>
    <w:p>
      <w:pPr>
        <w:pStyle w:val="ArticleBody"/>
        <w:jc w:val="left"/>
      </w:pPr>
      <w:r>
        <w:rPr>
          <w:rFonts w:ascii="Times New Roman" w:hAnsi="Times New Roman" w:eastAsia="Times New Roman" w:cs="Times New Roman"/>
        </w:rPr>
        <w:t>Peb yuav hais txog tshooj peb hauv tsab xov xwm tom ntej, tiam sis tsim nyog taw qhia ntawm no tias kev txiav txim ntawm txoj kevcim thib peb hauv tshooj peb qhia txog txoj kev poob siab kawg, uas tau raug ua qauv tseg los ntawm txoj kev poob siab thawj zaug. “Keeb kwm zais” ntawm xya lub xob quaj qhia txog peb txoj kevcim, pib thiab xaus nrog ib txoj kev poob siab. Hauv Daniyee tshooj ob txoj kev poob siab thawj zaug raug txuas nrog ib daim “lus txib tua neeg” los ntawm Nebukhanexas, thiab hauv tshooj peb txoj kev poob siab kawg raug txuas nrog dua ib daim “lus txib tua neeg” los ntawm Nebukhanexas.</w:t>
      </w:r>
    </w:p>
    <w:p>
      <w:pPr>
        <w:pStyle w:val="ArticleBody"/>
        <w:jc w:val="left"/>
      </w:pPr>
      <w:r>
        <w:rPr>
          <w:rFonts w:ascii="Times New Roman" w:hAnsi="Times New Roman" w:eastAsia="Times New Roman" w:cs="Times New Roman"/>
        </w:rPr>
        <w:t>“Keeb kwm uas zais cia” ntawm “ob tug tim khawv”, uas sawv cev rau txoj kev txav Future for America, sawv cev rau txoj kev poob siab ntawm Lub Xya hli ntuj 18, 2020. Tom qab ntawd thiaj pib “lub sijhawm ncua tos” raws li sawv cev los ntawm “peb hnub rhais ib nrab” hauv Tshwmsim tshooj kaum ib. Kev tsim dheev thiab kev sawv rov los ntawm cov uas raug “tua rau hauv tej kev” los ntawm tus tsiaj qus uas nce tawm hauv “qab ntuj tob tsis muaj chaw kawg” raug piav meej tshwj xeeb hauv Vajtswv Txojlus cev Vajtswv lus; tiam sis nyob rau theem yooj yim, thaum ob tug tim khawv tsim dheev, lawv nkag siab txog “yam zais” uas sawv cev nyob hauv Daniyee tshooj ob.</w:t>
      </w:r>
    </w:p>
    <w:p>
      <w:pPr>
        <w:pStyle w:val="ArticleBody"/>
        <w:jc w:val="left"/>
      </w:pPr>
      <w:r>
        <w:rPr>
          <w:rFonts w:ascii="Times New Roman" w:hAnsi="Times New Roman" w:eastAsia="Times New Roman" w:cs="Times New Roman"/>
        </w:rPr>
        <w:t>Qhov “zais cia” ntawd yog zaj xov ntawm Kev Quaj Thaum Ib Tag Hmo, uas lawv mam li tshaj tawm mus txog Daniyee tshooj peb, thaum txoj cai hnub Sunday uas yuav los sai sai ntawd los txog, thiab qhov kev chim siab zaum kawg tshwm sim. Qhov kev chim siab thawj zaug tau raug ntsib los ntawm cov uas raug sawv cev ua “Daniyee” thaum Lub Xya Hli 18, 2020. Qhov kev chim siab zaum kawg raug ntsib los ntawm tus thawj coj ntawm “kaum tus vajntxwv” uas yog Tebchaws Meskas, thaum kev thim txojkev ntseeg ntawm qib tebchaws qhib kev rau kev puas tsuaj ntawm qib tebchaws los ntawm Islam.</w:t>
      </w:r>
    </w:p>
    <w:p>
      <w:pPr>
        <w:pStyle w:val="ArticleBody"/>
        <w:jc w:val="left"/>
      </w:pPr>
      <w:r>
        <w:rPr>
          <w:rFonts w:ascii="Times New Roman" w:hAnsi="Times New Roman" w:eastAsia="Times New Roman" w:cs="Times New Roman"/>
        </w:rPr>
        <w:t>Peb yuav ua kom tiav qhov kev xaus luv thiab qhov xaus ntawm Daniyee tshooj ob hauv zaj ntawv tom ntej.</w:t>
      </w:r>
    </w:p>
    <w:p>
      <w:pPr>
        <w:pStyle w:val="ArticleScripture"/>
        <w:jc w:val="left"/>
      </w:pPr>
      <w:r>
        <w:rPr>
          <w:rFonts w:ascii="Times New Roman" w:hAnsi="Times New Roman" w:eastAsia="Times New Roman" w:cs="Times New Roman"/>
        </w:rPr>
        <w:t>“Xatas tau ntes lub ntiajteb no ua qhev lawm. Nws tau tsa ib hnub Xanpataus cuav, zoo li muab qhov tseem ceeb loj kawg rau nws. Nws tau nyiag txoj kev hwm uas lub ntiajteb Khixatia yuav tsum muab rau tus Tswv hnub Xanpataus mus rau hnub Xanpataus cuav no. Lub ntiajteb pe hawm ib txoj kevcai uas yog kab ke qub txeeg qub teg, yog ib lo lus txib uas neeg tsim los. Ib yam li Nenpukhanexas tau tsa nws tus mlom kub rau ntawm daim teb tiaj Dura, thiab ua rau nws tus kheej raug tsa siab, Xatas kuj tsa nws tus kheej siab hauv hnub Xanpataus cuav no, uas nws tau nyiag daim cim nto moo ntawm ntuj ceebtsheej los rau.” Review and Herald, Lub Peb Hlis 8, 1898.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Daniyees - Zaj Lus Kaum Plaub</dc:title>
  <dc:subject>Daniyees Tshooj Ob – Kev Sau Ntsiab Lus thiab Xaus Lus Ntu Ib</dc:subject>
  <dc:creator>Jeff Pippenger</dc:creator>
  <cp:keywords/>
  <dc:description>Generated by ArticleDigger from daniel\14_daniel.json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