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Tsib Caug</w:t>
      </w:r>
    </w:p>
    <w:p>
      <w:pPr>
        <w:pStyle w:val="ArticleSubtitle"/>
        <w:jc w:val="left"/>
      </w:pPr>
      <w:r>
        <w:rPr>
          <w:rFonts w:ascii="Arial" w:hAnsi="Arial" w:eastAsia="Arial" w:cs="Arial"/>
        </w:rPr>
        <w:t>Kev Txhais ntawm Exekees 37 thiab Nws Qhov Tseem Ceeb rau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Tom qab Exekees piav txog txheej txheem uas ob haiv neeg los ua ib haiv, nws mam li qhia meej tias haiv neeg ntawd yuav nyob hauv Vajntxwv Daviv txoj kev kav, thiab tias Nws yuav cog lus khi lus nrog lawv thiab tias Nws lub tsev ntaub dawb huv yuav nrog lawv nyob.</w:t>
      </w:r>
    </w:p>
    <w:p>
      <w:pPr>
        <w:pStyle w:val="ArticleScripture"/>
        <w:jc w:val="left"/>
      </w:pPr>
      <w:r>
        <w:rPr>
          <w:rFonts w:ascii="Times New Roman" w:hAnsi="Times New Roman" w:eastAsia="Times New Roman" w:cs="Times New Roman"/>
        </w:rPr>
        <w:t>Lawv yuav tsis ua kom lawv tus kheej qias ntxiv lawm nrog lawv tej mlom, lossis nrog lawv tej yam ntxub ntxaug, lossis nrog ib yam twg ntawm lawv tej kev ntxeev lus; tiam sis Kuv yuav cawm lawv tawm ntawm txhua qhov chaw uas lawv nyob, qhov chaw uas lawv tau ua txhaum, thiab Kuv yuav ntxuav lawv kom dawb huv: ces lawv yuav yog Kuv haiv neeg, thiab Kuv yuav yog lawv tus Vajtswv. Thiab Daviv Kuv tus tub qhe yuav ua vajntxwv kav lawv; thiab lawv txhua tus yuav muaj ib tug xibhwb nkaus xwb: lawv kuj yuav taug kev raws li Kuv tej kevcai txiav txim, thiab yuav ceev faj ua raws li Kuv tej kab ke, thiab coj lawv raws nraim. Thiab lawv yuav nyob hauv thaj av uas Kuv tau pub rau Yakhauj Kuv tus tub qhe, uas nej tej yawg koob tau nyob ntawd; thiab lawv yuav nyob hauv ntawd, yog lawv, thiab lawv cov menyuam, thiab lawv tej tub ki mus ib txhis: thiab Daviv Kuv tus tub qhe yuav ua lawv tus thawj kav mus ib txhis. Dua li ntawd Kuv yuav cog lus txog kev thaj yeeb nrog lawv; qhov ntawd yuav yog ib daim ntawv cog lus nyob mus ib txhis nrog lawv: thiab Kuv yuav tsa lawv ruaj khov, thiab ua kom lawv huam vam coob zuj zus, thiab yuav tsa Kuv lub chaw dawb huv rau hauv lawv nruab nrab mus ib txhis li. Kuv lub tsev ntaub kuj yuav nrog lawv nyob: muaj tseeb, Kuv yuav yog lawv tus Vajtswv, thiab lawv yuav yog Kuv haiv neeg. Thiab lwm haiv neeg yuav paub tias Kuv yog tus Tswv uas ua kom Yixayee dawb huv, thaum Kuv lub chaw dawb huv yuav nyob hauv lawv nruab nrab mus ib txhis li. Exekhee 37:23–28.</w:t>
      </w:r>
    </w:p>
    <w:p>
      <w:pPr>
        <w:pStyle w:val="ArticleBody"/>
        <w:jc w:val="left"/>
      </w:pPr>
      <w:r>
        <w:rPr>
          <w:rFonts w:ascii="Times New Roman" w:hAnsi="Times New Roman" w:eastAsia="Times New Roman" w:cs="Times New Roman"/>
        </w:rPr>
        <w:t>Ezekiel tshooj peb caug xya tab tom muab ib qho kev nthuav qhia ntxaws heev txog kev muab lub cim rau ib puas plaub caug plaub txhiab leej. Ob tug pas uas yuav los ua ib haiv neeg thaum Vajtswv-txoj-kev-txawj-ntse raug koom nrog tib neeg, thiab lawv yuav muaj ib tug vaj kav lawv. Ib haiv neeg ntawd yog Vajtswv pawg ntseeg ntawm hnub kawg, uas yog ib puas plaub caug plaub txhiab leej. Ob tug pas ntawd yog ob lub sijhawm uas vajntxwv tebchaws Ixayees sab qaum teb thiab sab qab teb tau tawg khiav mus nyob ua ntau qhov chaw. Ob tug pas ntawd yog cov uas Povlauj hu ua “lub cev,” thaum nws kuj hu Khetos ua “lub taub hau” ntawm lub cev ntawd. Ezekiel hu Povlauj “lub taub hau” ntawd tias yog “vajntxwv Daviv,” thiab hu “lub cev” ntawd tias yog “ib haiv neeg.”</w:t>
      </w:r>
    </w:p>
    <w:p>
      <w:pPr>
        <w:pStyle w:val="ArticleBody"/>
        <w:jc w:val="left"/>
      </w:pPr>
      <w:r>
        <w:rPr>
          <w:rFonts w:ascii="Times New Roman" w:hAnsi="Times New Roman" w:eastAsia="Times New Roman" w:cs="Times New Roman"/>
        </w:rPr>
        <w:t>Hauv txoj lus uas tau muab rau Adventism xyoo 1856, raws li tau sawv cev los ntawm Hiram Edson cov kab lus uas tseem tsis tau ua tiav hais txog “xya lub sij hawm” xyoo 1856, Edson hais txog Yaxayas, tshooj xya, txoj lus faj lem ntawm rau caum tsib xyoos ua qhov chaw siv hauv Vajlugkub los ua cov ntsiab chaw pib ntawm ob lub sijhawm xya lub sij hawm. Txoj lus faj lem txog lub sijhawm rau caum tsib xyoos ntawd raug muab tso rau hauv ib lub ntsiab lus uas tsis yooj yim to taub, zoo ib yam li cov nqe hauv phau Qhia Tshwm uas hais tias, “tus uas muaj pob ntseg, cia nws mloog.” Yog koj muaj qhov muag uas pom tau, thiab pob ntseg uas to taub tau, ces nyob hauv nqe ntawd muaj ib yam uas zoo kawg nkaus heev.</w:t>
      </w:r>
    </w:p>
    <w:p>
      <w:pPr>
        <w:pStyle w:val="ArticleScripture"/>
        <w:jc w:val="left"/>
      </w:pPr>
      <w:r>
        <w:rPr>
          <w:rFonts w:ascii="Times New Roman" w:hAnsi="Times New Roman" w:eastAsia="Times New Roman" w:cs="Times New Roman"/>
        </w:rPr>
        <w:t>Vim lub taub hau ntawm Syria yog Damascus, thiab lub taub hau ntawm Damascus yog Rezin; thiab tsis dhau rau caum tsib xyoos Ephraim yuav raug rhuav kom tsis txhob ua ib haiv neeg lawm. Thiab lub taub hau ntawm Ephraim yog Samaria, thiab lub taub hau ntawm Samaria yog Remaliah tus tub. Yog nej tsis ntseeg, mas yeej yuav tsis raug tsa kom nyob ruaj khov. Yaxayas 7:8, 9.</w:t>
      </w:r>
    </w:p>
    <w:p>
      <w:pPr>
        <w:pStyle w:val="ArticleBody"/>
        <w:jc w:val="left"/>
      </w:pPr>
      <w:r>
        <w:rPr>
          <w:rFonts w:ascii="Times New Roman" w:hAnsi="Times New Roman" w:eastAsia="Times New Roman" w:cs="Times New Roman"/>
        </w:rPr>
        <w:t>Lo lus faj lem ntev rau caum tsib xyoos ntawd tau pib rau xyoo 742 BC, thiab nyob hauv rau caum tsib xyoos ntawd, kaum cuaj xyoos tom qab, rau xyoo 723 BC, lub nceeg vaj qaum teb ntawm Yixayee raug Axilia coj mus ua qhev, thiab thaum cov xyoo ntawd xaus rau xyoo 677 BC, Manaxes raug coj mus nyob qhev los ntawm Npanpiloo. Rau caum tsib xyoos ntawd kuj raug sawv cev nyob hauv tej kev ua tiav ntawm hnub kawg ntawm kev tawg khiav mus nyob txawv teb chaws ntawm ob haiv neeg ntawd, uas yuav tsum los ua ib tug pas raws li Exekees zaj lus piav. Lawv tau cim xyoo 1798, 1844 thiab 1863, raws li nyias. Nyob hauv cov nqe vajlugkub uas qhia txog txoj xov uas raug tsis lees txais rau xyoo 1863 ntawd, muaj ib qho kev tshwm sim faj lem tshwj xeeb uas lo lus faj lem ntawd raug muab qhwv cia rau hauv.</w:t>
      </w:r>
    </w:p>
    <w:p>
      <w:pPr>
        <w:pStyle w:val="ArticleBody"/>
        <w:jc w:val="left"/>
      </w:pPr>
      <w:r>
        <w:rPr>
          <w:rFonts w:ascii="Times New Roman" w:hAnsi="Times New Roman" w:eastAsia="Times New Roman" w:cs="Times New Roman"/>
        </w:rPr>
        <w:t>Qhov no yog qhov kev tshwm sim hais tias “lub taub hau” ntawm ib haiv neeg yog nws lub nroog peev, thiab “lub taub hau” ntawm lub nroog peev yog tus vajntxwv. Nws muab ob tug timkhawv los ua pov thawj rau qhov kev tshwm sim no, ces xaus tag nrho zaj lus faj lem thiab qhov kev tshwm sim ntawd nrog ib lo lus txhiaj txhais tias, “Yog nej tsis ntseeg, mas yeej muaj tseeb nej yuav tsis raug tsa kom ruaj khov.” Yog nej tsis ntseeg tias tus vajntxwv yog lub taub hau, thiab tias lub taub hau yog lub nroog peev, ces nej yuav tsis raug tsa kom ruaj khov.</w:t>
      </w:r>
    </w:p>
    <w:p>
      <w:pPr>
        <w:pStyle w:val="ArticleBody"/>
        <w:jc w:val="left"/>
      </w:pPr>
      <w:r>
        <w:rPr>
          <w:rFonts w:ascii="Times New Roman" w:hAnsi="Times New Roman" w:eastAsia="Times New Roman" w:cs="Times New Roman"/>
        </w:rPr>
        <w:t>Haiv neeg hauv Exekees uas raug tsim tawm los ntawm kev koom ua ke ob tug pas nrig ntawm ob lub nceeg vaj sab qaum teb thiab sab qab teb, yuav tsum muaj ib tug vajntxwv, uas yog ib lub taubhau, uas yog lub nroog peev ntawm haiv neeg ntawd. Tag nrho nqe lus hauv Exekees tab tom hais txog tej yam ntxwv cev Vajtswv lus ntawm kev muab khi rau lub cim ntawm ib puas plaub caug plaub txhiab leej, uas sawv cev rau kev koom ua ke ntawm Vajtswv nrog tib neeg nyob rau lub sijhawm uas lub xya lub raj nrov ntawm Islam ntawm kev txom nyem thib peb tab tom nrov.</w:t>
      </w:r>
    </w:p>
    <w:p>
      <w:pPr>
        <w:pStyle w:val="ArticleBody"/>
        <w:jc w:val="left"/>
      </w:pPr>
      <w:r>
        <w:rPr>
          <w:rFonts w:ascii="Times New Roman" w:hAnsi="Times New Roman" w:eastAsia="Times New Roman" w:cs="Times New Roman"/>
        </w:rPr>
        <w:t>Cov hnub ntawm kev nrov ntawm Lub Raj Xya, hauv Tshwm Sim tshooj kaum, tau pib thaum yuav tsis muaj “sij hawm ntxiv lawm,” uas yog hnub tim 22 Lub Kaum Hli Ntuj, 1844, thaum tus tim tswv thib peb tuaj txog. Thaum ntawd Yauhas tau ntsib txoj kev iab ntawm hnub ntawd, thiab nyob ntawd nws thiaj raug hais kom ntsuas lub tuam tsev, tiam sis cia tseg keeb kwm ntawm ib txhiab ob puas rau caum xyoo ntawm kev tsuj nqis lub chaw dawb huv thiab cov neeg coob, rau qhov lub sijhawm ntawd tau muab rau Lwm Haiv Neeg.</w:t>
      </w:r>
    </w:p>
    <w:p>
      <w:pPr>
        <w:pStyle w:val="ArticleScripture"/>
        <w:jc w:val="left"/>
      </w:pPr>
      <w:r>
        <w:rPr>
          <w:rFonts w:ascii="Times New Roman" w:hAnsi="Times New Roman" w:eastAsia="Times New Roman" w:cs="Times New Roman"/>
        </w:rPr>
        <w:t>Tus timtswv uas kuv pom sawv saum hiav txwv thiab saum lub ntiajteb, tau tsa nws txhais tes mus rau saum ntuj, thiab tau cog lus los ntawm tus uas muaj txoj sia nyob mus ib txhis thiab ib txhis, uas tau tsim ntuj ceeb tsheej, thiab tej yam uas nyob hauv ntawd, thiab lub ntiajteb, thiab tej yam uas nyob hauv ntawd, thiab hiav txwv, thiab tej yam uas nyob hauv ntawd, tias yuav tsis muaj sij hawm ntxiv lawm. Tiamsis nyob rau hauv tej hnub uas lub suab ntawm tus timtswv xya, thaum nws tab tom pib tshuab raj, qhov tsis paub meej ntawm Vajtswv yuav tiav lawm, raws li nws tau tshaj tawm rau nws cov tub qhe uas yog cov yaj saub. Thiab lub suab uas kuv tau hnov los saum ntuj tau hais rau kuv dua, thiab hais tias, Mus thiab coj phau ntawv me me uas qhib lawm nyob hauv txhais tes ntawm tus timtswv uas sawv saum hiav txwv thiab saum lub ntiajteb.</w:t>
      </w:r>
    </w:p>
    <w:p>
      <w:pPr>
        <w:pStyle w:val="ArticleScripture"/>
        <w:jc w:val="left"/>
      </w:pPr>
      <w:r>
        <w:rPr>
          <w:rFonts w:ascii="Times New Roman" w:hAnsi="Times New Roman" w:eastAsia="Times New Roman" w:cs="Times New Roman"/>
        </w:rPr>
        <w:t>Thiab kuv txawm mus cuag tus tim tswv, thiab hais rau nws tias, Thov muab phau ntawv me rau kuv. Ces nws hais rau kuv tias, Cia li muab coj mus thiab noj kom tag; nws yuav ua rau koj plab iab, tab sis nyob hauv koj lub qhov ncauj nws yuav qab zib ib yam li zib ntab. Ces kuv txawm muab phau ntawv me ntawm tus tim tswv txhais tes los, thiab noj kom tag; thiab nyob hauv kuv lub qhov ncauj nws qab zib ib yam li zib ntab; tab sis thaum kuv noj tas lawm, kuv plab txawm iab. Ces nws hais rau kuv tias, Koj yuav tsum rov cev lus faj lem dua rau ntawm ntau haiv neeg, thiab ntau lub tebchaws, thiab ntau yam lus, thiab ntau tus vajntxwv. Thiab muaj ib tug pas ntsuas zoo li ib tug pas nrig raug muab rau kuv; thiab tus tim tswv sawv ntawd, hais tias, Cia li sawv, thiab ntsuas Vajtswv lub tuam tsev, thiab lub thaj, thiab cov uas pe hawm nyob hauv ntawd. Tiamsis lub tshav puam uas nyob sab nraud ntawm lub tuam tsev ntawd, cia tseg tsis txhob ntsuas; vim yog twb muab rau lwm haiv neeg lawm: thiab lawv yuav tsuj lub nroog dawb huv nyob hauv qab taw tau plaub caug ob lub hlis. Qhia Tshwm 10:5–11:2.</w:t>
      </w:r>
    </w:p>
    <w:p>
      <w:pPr>
        <w:pStyle w:val="ArticleBody"/>
        <w:jc w:val="left"/>
      </w:pPr>
      <w:r>
        <w:rPr>
          <w:rFonts w:ascii="Times New Roman" w:hAnsi="Times New Roman" w:eastAsia="Times New Roman" w:cs="Times New Roman"/>
        </w:rPr>
        <w:t>Lub tuam tsev uas Yauhas yuav tsum ntsuas rau hnub tim 22 Lub Kaum Hli, 1844, yog lub tuam tsev uas muaj cov uas pe hawm “nyob hauv.” Lub tshav puam yuav tsum raug tso tseg cia. Lub tuam tsev uas muaj ib lub thaj txi ntuj, thiab kuj muaj cov uas pe hawm nyob hauv thiab, yog qhov chaw dawb huv ntawm lub chaw dawb huv saum ntuj ceeb tsheej. Muaj ib lub thaj txi ntuj nyob hauv lub tshav puam, tiamsis qhov ntawd yuav tsum raug tso tseg cia, yog li ntawd tib lub thaj txi ntuj ntxiv hauv Vajtswv lub chaw dawb huv yog lub thaj xyab uas nyob hauv Qhov Chaw Dawb Huv. Thaum tus tim tswv thib peb los txog rau xyoo 1844, uas yog tus qauv qhia ua ntej txog tus tim tswv thib peb los txog thaum pib ntawm lub sijhawm muab cim rau hnub tim 11 Cuaj Hli, 2001, lub tuam tsev tsuas muaj ob chav xwb.</w:t>
      </w:r>
    </w:p>
    <w:p>
      <w:pPr>
        <w:pStyle w:val="ArticleBody"/>
        <w:jc w:val="left"/>
      </w:pPr>
      <w:r>
        <w:rPr>
          <w:rFonts w:ascii="Times New Roman" w:hAnsi="Times New Roman" w:eastAsia="Times New Roman" w:cs="Times New Roman"/>
        </w:rPr>
        <w:t>Qhov Chaw Dawb Huv yog ib lub cim ntawm lub Koom Txoos, uas Povlauj qhia tias yog lub cev, thiab Qhov Chaw Dawb Huv Tshaj Plaws yog ib lub cim ntawm lub taub hau ntawm lub cev. Qhov chaw dawb huv yog ib lub cim ntawm tib neeg lub cev nqaij daim tawv, thiab Qhov Chaw Dawb Huv Tshaj Plaws yog lub cim ntawm Vajtswv tus yam ntxwv. Lub thaj, thiab cov pa taws uas nce saum lub thaj, uas sawv mus thiab nkag mus rau hauv Qhov Chaw Dawb Huv Tshaj Plaws, sawv cev rau qhov chaw uas tib neeg lub cev nqaij daim tawv txuas nrog Vajtswv tus yam ntxwv. Tib neeg tsuas nkag tau mus rau hauv Qhov Chaw Dawb Huv Tshaj Plaws los ntawm txoj kev ntseeg xwb, tiamsis txoj kev paub ntawm cov neeg ncaj ncees raug nyob rau hauv Qhov Chaw Dawb Huv.</w:t>
      </w:r>
    </w:p>
    <w:p>
      <w:pPr>
        <w:pStyle w:val="ArticleBody"/>
        <w:jc w:val="left"/>
      </w:pPr>
      <w:r>
        <w:rPr>
          <w:rFonts w:ascii="Times New Roman" w:hAnsi="Times New Roman" w:eastAsia="Times New Roman" w:cs="Times New Roman"/>
        </w:rPr>
        <w:t>Nyob ntawd lawv yuav tsum noj Vajtswv Txojlus, raws li tau sawv cev los ntawm cov ncuav tso rau saum lub rooj mov fij rau Vajtswv. Nyob ntawd lawv yuav tsum cia lawv txojkev kaj ci ntsa iab rau ntawm neeg sawv daws xub ntiag, thiab ua kom lawv Leej Txiv saum ntuj tau koob meej, raws li tau sawv cev los ntawm tus ncej teeb xya ceg, uas peb raug qhia tias sawv cev rau Pawg Ntseeg. Nyob ntawd lawv yuav tsum txuas nrog txoj Vajtswv ntuj ceeb tsheej thaum lawv tej lus thov nce mus nrog Tswv Yexus Khetos txojkev tsim nyog mus txog rau hauv Vajtswv lub xub ntiag.</w:t>
      </w:r>
    </w:p>
    <w:p>
      <w:pPr>
        <w:pStyle w:val="ArticleBody"/>
        <w:jc w:val="left"/>
      </w:pPr>
      <w:r>
        <w:rPr>
          <w:rFonts w:ascii="Times New Roman" w:hAnsi="Times New Roman" w:eastAsia="Times New Roman" w:cs="Times New Roman"/>
        </w:rPr>
        <w:t>Txij xyoo 1798 mus txog xyoo 1844, Tus Kws Tsim lub Tuamtsev tau tsa ib lub tuamtsev ntawm tibneeg tsa los, uas Nws npaj yuav koom ua ke nrog Nws lub tuamtsev ntawm Vajtswv txoj xwm, tiam sis tibneeg tau ntxeev siab. Txog xyoo 2001, Nws rov tsa dua lub tuamtsev ntawm tibneeg tsa los, sawv cev ua ib puas plaub caug plaub txhiab leej. Raws li Exekees hais, “vajntxwv Daviv” yuav kav saum haiv neeg ntawd, uas raug hloov ntawm ib hav uas puv nkaus cov pob txha qhuav tuag ntawm Laodikea, los ua ib pab tub rog muaj hwjchim loj, uas raug tsa siab ua ib chij thaum txoj cai hnub Sunday uas yuav los txog tsis ntev ntawd tshwm sim.</w:t>
      </w:r>
    </w:p>
    <w:p>
      <w:pPr>
        <w:pStyle w:val="ArticleBody"/>
        <w:jc w:val="left"/>
      </w:pPr>
      <w:r>
        <w:rPr>
          <w:rFonts w:ascii="Times New Roman" w:hAnsi="Times New Roman" w:eastAsia="Times New Roman" w:cs="Times New Roman"/>
        </w:rPr>
        <w:t>Lub tebchaws Yudas uas nyob rau sab qab teb yog qhov chaw uas lub nroog peev Yeluxalees nyob, thiab lub tebchaws, vajntxwv, thiab lub nroog peev sawv cev rau “lub taubhau.” Muaj tseeb tiag, yog nej ntseeg, nej yuav raug tsa kom ruaj khov. Hauv txoj kev sib raug zoo ntawm lub tebchaws sab qaum teb thiab lub tebchaws sab qab teb, Yudas yog “lub taubhau”; qhov ntawd yog qhov chaw uas lub nroog peev nyob, thiab nws yog lub nroog uas tus Tswv tau xaiv los tso Nws lub npe. Lub tebchaws sab qaum teb yog “lub cev.” Vim yog Xalaumoos txoj kev thim Vajtswv, tus Tswv thiaj tsa cov yeeb ncuab tawm tsam Xalaumoos. Ib tug ntawm cov yeeb ncuab ntawd yog Yelunpau-as, uas tau los ua thawj tus vajntxwv ntawm lub tebchaws Ixayees sab qaum teb uas tau faib tawm lawm.</w:t>
      </w:r>
    </w:p>
    <w:p>
      <w:pPr>
        <w:pStyle w:val="ArticleScripture"/>
        <w:jc w:val="left"/>
      </w:pPr>
      <w:r>
        <w:rPr>
          <w:rFonts w:ascii="Times New Roman" w:hAnsi="Times New Roman" w:eastAsia="Times New Roman" w:cs="Times New Roman"/>
        </w:rPr>
        <w:t>Thiab Yeraux-aus tus tub ntawm Nebaj, ib tug neeg Efa-us ntawm Xeleda, Xalaumoo tus tub qhe, nws niam hu ua Xelu-a, yog ib tug poj ntsuam—yog nws tus no uas tsa tes tawm tsam vajntxwv. Thiab qhov no yog qhov uas ua rau nws tsa tes tawm tsam vajntxwv: Xalaumoo tau txhim Millo, thiab kho cov chaw tawg ntawm lub nroog Davi nws txiv. Thiab tus txiv neej Yeraux-aus yog ib tug neeg muaj hwjchim loj hauv kev ua siab tawv; thiab Xalaumoo, thaum pom tus hluas ntawd tias nws nquag thiab mob siab, nws thiaj tsa nws ua tus thawj saib xyuas txhua yam haujlwm ntawm tsev neeg Yauxej. Thiab tau muaj li ntawd thaum lub sijhawm ntawd, thaum Yeraux-aus tawm hauv Yeluxalees mus, tus yaj saub Ahiyas uas yog neeg Silos ntsib nws ntawm txoj kev; thiab nws tau qhwv ib daim tsoos tsho tshiab rau nws; thiab nkawd ob leeg nyob ib leeg hauv teb. Ces Ahiyas txhom daim tsoos tsho tshiab uas nyob ntawm nws, thiab muab rwj ua kaum ob daim; thiab nws hais rau Yeraux-aus tias, Cia li muab kaum daim rau koj tus kheej; rau qhov tus Tswv, cov Yixayee tus Vajtswv, hais li no tias, Saib seb, kuv yuav muab lub tebchaws dua ntawm Xalaumoo txhais tes, thiab yuav muab kaum xeem rau koj: (Tiamsis nws yuav muaj ib xeem tseg rau qhov kuv tus tub qhe Davi, thiab rau qhov Yeluxalees, lub nroog uas kuv tau xaiv tawm hauv txhua xeem neeg Yixayee:)</w:t>
      </w:r>
    </w:p>
    <w:p>
      <w:pPr>
        <w:pStyle w:val="ArticleScripture"/>
        <w:jc w:val="left"/>
      </w:pPr>
      <w:r>
        <w:rPr>
          <w:rFonts w:ascii="Times New Roman" w:hAnsi="Times New Roman" w:eastAsia="Times New Roman" w:cs="Times New Roman"/>
        </w:rPr>
        <w:t>Vim lawv tau tso kuv tseg lawm, thiab pe hawm Ashtoreth tus vajtswv poj niam ntawm cov neeg Xidaues, Chemosh tus vajtswv ntawm cov neeg Mau-a, thiab Milcom tus vajtswv ntawm cov me nyuam Amoos, thiab tsis tau taug hauv kuv tej kev, ua yam uas ncaj ncees rau ntawm kuv qhov muag, thiab ceev kuv tej kevcai thiab kuv tej kev txiav txim, ib yam li Daviv nws txiv tau ua. Txawm li ntawd los kuv yuav tsis rho tag nrho lub tebchaws tawm hauv nws txhais tes; tiamsis kuv yuav tsa nws ua thawj kav txhua hnub ntawm nws txoj sia vim Daviv kuv tus qhev lub hom phiaj, tus uas kuv tau xaiv, vim nws tau ceev kuv tej lus txib thiab kuv tej kevcai. Tiamsis kuv yuav muab lub tebchaws rho tawm hauv nws tus tub txhais tes, thiab yuav muab rau koj, yog kaum xeem. Thiab rau nws tus tub kuv yuav muab ib xeem, kom Daviv kuv tus qhev thiaj li muaj ib lub teeb nyob ntawm kuv xub ntiag mus li hauv Yeluxalees, lub nroog uas kuv tau xaiv rau kuv tus kheej kom muab kuv lub npe tso rau ntawd. 1 Vajntxwv 11:26–36.</w:t>
      </w:r>
    </w:p>
    <w:p>
      <w:pPr>
        <w:pStyle w:val="ArticleBody"/>
        <w:jc w:val="left"/>
      </w:pPr>
      <w:r>
        <w:rPr>
          <w:rFonts w:ascii="Times New Roman" w:hAnsi="Times New Roman" w:eastAsia="Times New Roman" w:cs="Times New Roman"/>
        </w:rPr>
        <w:t>Lub tebchaws uas raug tsim tsa thaum Ezekiel muab ob tug pas ntoo los txuas ua ke ntawd yuav tsum muaj “Davi” ua vajntxwv, thiab Davi kav los ntawm Yeluxalees, uas yog lub nroog peev uas Vajtswv tau xaiv los tso Nws lub npe. Kaum xeem sab qaum teb yog ib lub cim ntawm lub cev, thiab Yeluxalees yog lub cim ntawm lub taubhau. Vim Manaxe tej kev txhaum, Yudas raug coj mus nyob qhev hauv Npanpiloo xyoo 677 BC, yog li ntawd thiaj pib txoj kev tawg khiav ntawm “xya lub sijhawm” tawm tsam rau lub nceeg vaj sab qab teb. Lub sijhawm ntawd tus Tswv tau tsis kam lees Yeluxalees.</w:t>
      </w:r>
    </w:p>
    <w:p>
      <w:pPr>
        <w:pStyle w:val="ArticleScripture"/>
        <w:jc w:val="left"/>
      </w:pPr>
      <w:r>
        <w:rPr>
          <w:rFonts w:ascii="Times New Roman" w:hAnsi="Times New Roman" w:eastAsia="Times New Roman" w:cs="Times New Roman"/>
        </w:rPr>
        <w:t>Txawm li cas los xij, tus Tswv tseem tsis thim tawm ntawm qhov kub lug ntawm nws txoj kev chim loj, uas nws txoj kev npau taws twb raug kub hnyiab tawm tsam Yudas, vim yog txhua yam kev ntxias kom chim uas Manaxes tau ntxias Nws nrog. Thiab tus Tswv hais tias, Kuv yuav muab Yudas tshem tawm ntawm Kuv xub ntiag thiab, ib yam li Kuv tau muab Ixayees tshem tawm lawm, thiab Kuv yuav muab lub nroog Yeluxalees no uas Kuv tau xaiv tseg pov tseg, thiab lub tuam tsev uas Kuv tau hais tias, Kuv lub npe yuav nyob ntawd. 2 Vajntxwv 23:26, 27.</w:t>
      </w:r>
    </w:p>
    <w:p>
      <w:pPr>
        <w:pStyle w:val="ArticleBody"/>
        <w:jc w:val="left"/>
      </w:pPr>
      <w:r>
        <w:rPr>
          <w:rFonts w:ascii="Times New Roman" w:hAnsi="Times New Roman" w:eastAsia="Times New Roman" w:cs="Times New Roman"/>
        </w:rPr>
        <w:t>Nws yog nyob rau hauv “lub tuam tsev” hauv Yeluxalees uas Nws tau xaiv los tso Nws lub npe, thiab lub nroog thiab lub tuam tsev raug muab ntiab pov tseg, tiam sis Xekhaliya tau hais ib lo lus cog tseg tias tus Tswv yuav rov xaiv Yeluxalees ib zaug ntxiv.</w:t>
      </w:r>
    </w:p>
    <w:p>
      <w:pPr>
        <w:pStyle w:val="ArticleScripture"/>
        <w:jc w:val="left"/>
      </w:pPr>
      <w:r>
        <w:rPr>
          <w:rFonts w:ascii="Times New Roman" w:hAnsi="Times New Roman" w:eastAsia="Times New Roman" w:cs="Times New Roman"/>
        </w:rPr>
        <w:t>Ces tus tim tswv ntawm tus Tswv teb hais tias, Au tus Tswv uas kav txhua pab tub rog, koj yuav tsis khuv leej Yeluxalees thiab tej nroog hauv Yudas, uas koj tau chim rau ntawd tau xya caum xyoo ntev npaum li cas lawm? Thiab tus Tswv teb tus tim tswv uas hais nrog kuv ntawd nrog tej lus zoo thiab tej lus nplij siab. Ces tus tim tswv uas nrog kuv sib tham hais rau kuv tias, Cia li qw tshaj tawm hais tias, Tus Tswv uas kav txhua pab tub rog hais li no; Kuv khib heev rau Yeluxalees thiab rau Xi-oos nrog txoj kev khib loj heev. Thiab kuv chim hnyav kawg rau cov neeg txawv tebchaws uas nyob kaj siab lug; rau qhov kuv tsuas chim me ntsis xwb, tiam sis lawv twb pab txhawb kom txoj kev txom nyem loj ntxiv mus. Yog li no tus Tswv hais tias; Kuv rov los rau Yeluxalees nrog txoj kev hlub tshua: kuv lub tuam tsev yuav raug tsa hauv ntawd, tus Tswv uas kav txhua pab tub rog hais li ntawd, thiab txoj hlua ntsuas yuav raug rub ncaj nthuav tawm saum Yeluxalees.</w:t>
      </w:r>
    </w:p>
    <w:p>
      <w:pPr>
        <w:pStyle w:val="ArticleScripture"/>
        <w:jc w:val="left"/>
      </w:pPr>
      <w:r>
        <w:rPr>
          <w:rFonts w:ascii="Times New Roman" w:hAnsi="Times New Roman" w:eastAsia="Times New Roman" w:cs="Times New Roman"/>
        </w:rPr>
        <w:t>Cia li quaj ntxiv hais tias, Tus Tswv ntawm cov tub rog hais li no tias: Kuv tej nroog yuav rov nthuav dav mus ntxiv los ntawm kev vam meej; thiab tus Tswv yuav rov nplij Xi-oos, thiab yuav rov xaiv Yeluxalees. Ces kuv tsa kuv ob lub qhov muag ntsia, thiab pom, saib seb, muaj plaub tug kub. Thiab kuv hais rau tus tim tswv uas nrog kuv tham tias, Cov no yog dab tsi? Thiab nws teb kuv tias, Cov no yog cov kub uas tau muab Yudas, Ixayees, thiab Yeluxalees tawg khiav mus. Thiab tus Tswv qhia kuv pom plaub tug kws txua ntoo. Ces kuv hais tias, Cov no tuaj ua dab tsi? Thiab nws hais tias, Cov no yog cov kub uas tau muab Yudas tawg khiav mus, kom tsis muaj leejtwg tsa tau nws lub taub hau li; tiam sis cov no tuaj kom txaus ntshai rau lawv, kom ntiab tawm cov kub ntawm lwm haiv neeg, uas tau tsa lawv lub kub tawm tsam lub tebchaws Yudas kom muab nws tawg khiav mus.</w:t>
      </w:r>
    </w:p>
    <w:p>
      <w:pPr>
        <w:pStyle w:val="ArticleScripture"/>
        <w:jc w:val="left"/>
      </w:pPr>
      <w:r>
        <w:rPr>
          <w:rFonts w:ascii="Times New Roman" w:hAnsi="Times New Roman" w:eastAsia="Times New Roman" w:cs="Times New Roman"/>
        </w:rPr>
        <w:t>Kuv rov tsa kuv ob lub qhov muag, thiab ntsia saib, saib seb, muaj ib tug txiv neej tuav ib txoj hlua ntsuas nyob hauv nws txhais tes. Ces kuv hais tias, Koj mus qhov twg? Thiab nws hais rau kuv tias, Mus ntsuas Yeluxalees, kom pom tias nws dav npaum li cas, thiab nws ntev npaum li cas. Thiab saib seb, tus tim tswv uas nrog kuv tham txawm tawm mus, thiab muaj dua lwm tus tim tswv tawm tuaj ntsib nws, Thiab hais rau nws tias, Ceev nrooj, mus hais rau tus tub hluas no tias, Yeluxalees yuav muaj neeg nyob ib yam li tej zej zog uas tsis muaj phab ntsa, vim muaj neeg coob thiab tsiaj txhu coob nyob hauv nws: Rau qhov kuv, tus Tswv hais li no, yuav ua ib phab ntsa hluav taws nyob puag ncig nws, thiab yuav ua lub hwjchim ci ntsa iab nyob hauv nruab nrab ntawm nws. Hav, hav, cia li tawm los, thiab khiav tawm hauv thaj av sab qaum teb, tus Tswv hais li no: rau qhov kuv tau muab nej faib mus nyob deb ib yam li plaub ceg cua saum ntuj ceeb tsheej, tus Tswv hais li no. Cawm koj tus kheej, Au Xi-oo, tus uas nyob nrog tus ntxhais Npanpiloo. Rau qhov tus Tswv uas muaj hwjchim kav txhua yam hais li no; tom qab lub hwjchim ci ntsa iab nws tau txib kuv mus cuag cov tebchaws uas nyiag thiab rhuav nej: rau qhov tus uas kov nej kuj yog kov lub noob muag ntawm nws lub qhov muag.</w:t>
      </w:r>
    </w:p>
    <w:p>
      <w:pPr>
        <w:pStyle w:val="ArticleScripture"/>
        <w:jc w:val="left"/>
      </w:pPr>
      <w:r>
        <w:rPr>
          <w:rFonts w:ascii="Times New Roman" w:hAnsi="Times New Roman" w:eastAsia="Times New Roman" w:cs="Times New Roman"/>
        </w:rPr>
        <w:t>Vim saib, saib seb kuv yuav co kuv txhais tes tawm tsam lawv, thiab lawv yuav dhau los ua neeg raug txeeb rau lawv cov tub qhe; thiab nej yuav paub tias tus Tswv ntawm tej pab tub rog tau txib kuv los. Hu nkauj thiab zoo siab hlo, Au tus ntxhais Xi-oo: vim saib, kuv los, thiab kuv yuav nyob hauv nruab nrab ntawm koj, tus Tswv hais li ntawd. Thiab ntau haiv neeg yuav los koom nrog tus Tswv rau hnub ntawd, thiab yuav yog kuv haiv neeg: thiab kuv yuav nyob hauv nruab nrab ntawm koj, thiab koj yuav paub tias tus Tswv ntawm tej pab tub rog tau txib kuv los cuag koj. Thiab tus Tswv yuav txais Yudas ua nws feem hauv thaj av dawb huv, thiab yuav xaiv Yeluxalees dua ib zaug ntxiv. Cia txhua tus uas muaj cev nqaij daim tawv nyob twj ywm ntawm tus Tswv xub ntiag: vim nws sawv tsees tawm hauv nws qhov chaw nyob dawb huv lawm. Xakhaliyas 1:12–2:13.</w:t>
      </w:r>
    </w:p>
    <w:p>
      <w:pPr>
        <w:pStyle w:val="ArticleBody"/>
        <w:jc w:val="left"/>
      </w:pPr>
      <w:r>
        <w:rPr>
          <w:rFonts w:ascii="Times New Roman" w:hAnsi="Times New Roman" w:eastAsia="Times New Roman" w:cs="Times New Roman"/>
        </w:rPr>
        <w:t>Cov lus cog tseg hais tias tus Tswv yuav rov xaiv Yeluxalees ib zaug ntxiv tau tiav thaum cov Yixayee thaum ub rov txhim kho Yeluxalees tom qab lawv txoj kev poob cev qhev hauv Npanpiloo, tiam sis cov yaj saub hais txog hnub kawg ntau dua li cov hnub uas lawv tus kheej tau nyob. Tus Tswv “tau sawv tawm hauv nws lub tuam tsev dawb huv,” rau hnub tim 22 lub Kaum Hli, 1844, thaum Nws sawv tsees thiab txav ntawm Chav Dawb Huv mus rau Chav Dawb Huv Tshaj Plaws, thaum ntawd “tag nrho cev nqaij daim tawv” yuav tsum “nyob twjywm” ntawm tus Tswv xub ntiag, vim hnub Theej Txhoj uas yog tus qauv tiav tau los txog lawm, raws li Hanpaku 2:20.</w:t>
      </w:r>
    </w:p>
    <w:p>
      <w:pPr>
        <w:pStyle w:val="ArticleScripture"/>
        <w:jc w:val="left"/>
      </w:pPr>
      <w:r>
        <w:rPr>
          <w:rFonts w:ascii="Times New Roman" w:hAnsi="Times New Roman" w:eastAsia="Times New Roman" w:cs="Times New Roman"/>
        </w:rPr>
        <w:t>Tiamsis tus Tswv nyob hauv nws lub tuam tsev dawb huv: cia tag nrho lub ntiajteb nyob twj ywm ntawm nws xub ntiag. Habakkuk 2:20.</w:t>
      </w:r>
    </w:p>
    <w:p>
      <w:pPr>
        <w:pStyle w:val="ArticleBody"/>
        <w:jc w:val="left"/>
      </w:pPr>
      <w:r>
        <w:rPr>
          <w:rFonts w:ascii="Times New Roman" w:hAnsi="Times New Roman" w:eastAsia="Times New Roman" w:cs="Times New Roman"/>
        </w:rPr>
        <w:t>Lub sij hawm ntawd, Yauhas nyob hauv Tshwmsim tshooj kaum ib tau raug hais kom ntsuas lub tuam tsev, yam uas Xakhaliyas tau pom thaum nws “tsa” nws “ob lub qhov muag dua, thiab saib, thiab saib seb, muaj ib tug txiv neej tuav ib txoj hlua ntsuas hauv nws txhais tes”. Ces Xakhaliyas hais tias, “Koj mus qhovtwg?” Thiab Yauhas hais rau Xakhaliyas tias, “Mus ntsuas Yeluxalees, kom pom nws qhov dav npaum li cas, thiab nws qhov ntev npaum li cas.” Keeb kwm ntawm kev rov txhim kho Yeluxalees tom qab xya caum xyoo raug ntiab mus nyob txim, thiab keeb kwm uas pib hauv 1798 tab sis xaus rau hauv kev ntxeev siab thaum tus tim tswv thib peb tuaj txog hauv 1844, ob leeg qhia meej txog txoj hauj lwm uas tau pib rau lub Cuaj Hlis 11, 2001.</w:t>
      </w:r>
    </w:p>
    <w:p>
      <w:pPr>
        <w:pStyle w:val="ArticleBody"/>
        <w:jc w:val="left"/>
      </w:pPr>
      <w:r>
        <w:rPr>
          <w:rFonts w:ascii="Times New Roman" w:hAnsi="Times New Roman" w:eastAsia="Times New Roman" w:cs="Times New Roman"/>
        </w:rPr>
        <w:t>Lub tebchaws qab teb, lub nroog Yeluxalees, thiab vajntxwv Davi yog txhua tus “taubhau” uas yog qhov chaw uas Vajtswv tus cwjpwm yuav tsum raug nthuav tawm. Lub tebchaws qaum teb sawv cev rau “lub cev”, thiab thaum tus Tswv txiav txim siab yuav rov qab “muaj kev khuvleej rau Yeluxalees” thiab “nplij nws” thiab ib zaug ntxiv “xaiv nws”, Nws tab tom qhia txog kev muab lub cim rau ib puas plaub caug plaub txhiab leej, uas suav nrog kev sib koom ua ke ntawm Laodixeya cov pob txha qhuav uas tuag lawm, thiab tom qab ntawd yog kev txhawb kom cov pob txha ntawd rov ciaj los ua ib pab tubrog loj heev.</w:t>
      </w:r>
    </w:p>
    <w:p>
      <w:pPr>
        <w:pStyle w:val="ArticleBody"/>
        <w:jc w:val="left"/>
      </w:pPr>
      <w:r>
        <w:rPr>
          <w:rFonts w:ascii="Times New Roman" w:hAnsi="Times New Roman" w:eastAsia="Times New Roman" w:cs="Times New Roman"/>
        </w:rPr>
        <w:t>Txoj hauj lwm ntawd raug sawv cev nyob hauv Ezekiel tshooj peb caug xya, thiab nws raug sawv cev los ntawm ob lub nceeg vaj sab qaum teb thiab sab qab teb, uas muab ib zaj lus piv txwv txog txoj hauj lwm ntawm kev ua kom tiav raws li lo lus cog tseg ntawm txoj kev khi lus kom sau Nws txoj kevcai rau saum lub siab thiab lub hlwb ntawm ib puas plaub caug plaub txhiab leej. Ntawm ob daim ntoo ntawd, ib daim thiab tsuas yog ib daim xwb thiaj raug txheeb tias yog lub taub hau, thiab yog koj ntseeg, yog koj lub qhov muag pom tau thiab koj ob lub pob ntseg to taub tau, ces qhov no qhia tias daim ntoo kia yog lub cev.</w:t>
      </w:r>
    </w:p>
    <w:p>
      <w:pPr>
        <w:pStyle w:val="ArticleBody"/>
        <w:jc w:val="left"/>
      </w:pPr>
      <w:r>
        <w:rPr>
          <w:rFonts w:ascii="Times New Roman" w:hAnsi="Times New Roman" w:eastAsia="Times New Roman" w:cs="Times New Roman"/>
        </w:rPr>
        <w:t>Peb yuav txuas ntxiv txoj kev kawm no hauv zaj tshooj tom ntej.</w:t>
      </w:r>
    </w:p>
    <w:p>
      <w:pPr>
        <w:pStyle w:val="ArticleScripture"/>
        <w:jc w:val="left"/>
      </w:pPr>
      <w:r>
        <w:rPr>
          <w:rFonts w:ascii="Times New Roman" w:hAnsi="Times New Roman" w:eastAsia="Times New Roman" w:cs="Times New Roman"/>
        </w:rPr>
        <w:t>“Saum toj hauv paus uas Khetos tus Kheej twb tau tsa lawm, cov tubtxib thiaj li tsa Vajtswv pawg ntseeg rau saum ntawd. Hauv Vajluskub, daim duab ntawm kev tsa ib lub tuam tsev raug siv ntau zaus los ua piv txwv qhia txog kev tsa pawg ntseeg. Xakhaliyas hais txog Khetos tias yog Ceg Ntoo uas yuav tsa tus Tswv lub tuam tsev. Nws hais txog cov Lwm Haiv Neeg tias lawv yuav pab hauv txoj hauj lwm no: ‘Cov uas nyob deb yuav los thiab tsa hauv tus Tswv lub tuam tsev;’ thiab Yaxayas tshaj tawm tias, ‘Cov tub ntawm cov neeg txawv teb chaws yuav tsa koj tej phab ntsa.’ Zechariah 6:12, 15; Isaiah 60:10.”</w:t>
      </w:r>
    </w:p>
    <w:p>
      <w:pPr>
        <w:pStyle w:val="ArticleScripture"/>
        <w:jc w:val="left"/>
      </w:pPr>
      <w:r>
        <w:rPr>
          <w:rFonts w:ascii="Times New Roman" w:hAnsi="Times New Roman" w:eastAsia="Times New Roman" w:cs="Times New Roman"/>
        </w:rPr>
        <w:t>“Thaum sau txog kev txhim tsa lub tuam tsev no, Petus hais tias, ‘Nej los cuag tus ntawd, zoo li ib lub pob zeb ciaj sia, uas tibneeg tsis lees txais lawm tiag, tiam sis Vajtswv tau xaiv, thiab muaj nqis heev; nej los kuj zoo li tej pob zeb ciaj sia thiab, raug txhim tsa ua ib lub tsev sab ntsuj plig, ua ib pawg pov thawj dawb huv, kom fij tej xyeej sab ntsuj plig, uas Vajtswv txaus siab txais los ntawm Yexus Khetos.’ 1 Petus 2:4, 5.”</w:t>
      </w:r>
    </w:p>
    <w:p>
      <w:pPr>
        <w:pStyle w:val="ArticleScripture"/>
        <w:jc w:val="left"/>
      </w:pPr>
      <w:r>
        <w:rPr>
          <w:rFonts w:ascii="Times New Roman" w:hAnsi="Times New Roman" w:eastAsia="Times New Roman" w:cs="Times New Roman"/>
        </w:rPr>
        <w:t>“Hauv qhov chaw txiav zeb ntawm lub ntiajteb Yudai thiab lwm haiv neeg, cov tubtxib tau rau siab ntso ua haujlwm, coj cov pob zeb tawm los tso rau saum lub hauv paus. Hauv nws tsab ntawv mus rau cov ntseeg hauv Ephesus, Povlauj tau hais tias, ‘Yog li no nej tsis yog neeg txawv thiab neeg txawv tebchaws lawm, tiamsis yog nej yog cov neeg nyob ib lub tebchaws nrog cov neeg dawb huv, thiab yog neeg hauv Vajtswv tsev neeg; thiab raug txhim tsa rau saum lub hauv paus ntawm cov tubtxib thiab cov yaj saub, Yexus Khetos Nws tus kheej yog Lub Zeb Kaum tseem ceeb tshaj; nyob hauv Nws mas tag nrho lub tsev uas muab koom ua ke kom phim txig, loj hlob mus ua ib lub tuam tsev dawb huv hauv tus Tswv: nyob hauv Nws nej kuj raug txhim tsa ua ke rau qhov chaw nyob ntawm Vajtswv los ntawm tus Ntsuj Plig.’ Ephesians 2:19–22.”</w:t>
      </w:r>
    </w:p>
    <w:p>
      <w:pPr>
        <w:pStyle w:val="ArticleScripture"/>
        <w:jc w:val="left"/>
      </w:pPr>
      <w:r>
        <w:rPr>
          <w:rFonts w:ascii="Times New Roman" w:hAnsi="Times New Roman" w:eastAsia="Times New Roman" w:cs="Times New Roman"/>
        </w:rPr>
        <w:t>“Thiab rau cov neeg Kaulinthaus nws tau sau tias: ‘Raws li Vajtswv txoj kev tshav ntuj uas tau muab rau kuv lawm, zoo li ib tug kws txhim tsev txawj ntse, kuv twb tsa lub hauv paus lawm, hos lwm tus tab tom txhim saum nws. Tiamsis cia txhua tus ceev faj saib nws txhim saum nws li cas. Rau qhov tsis muaj leejtwg tso tau dua lwm lub hauv paus tshaj lub uas twb muab tso lawm, uas yog Yexus Khetos. Nim no yog leejtwg txhim saum lub hauv paus no kub, nyiaj, pob zeb muaj nqes, ntoo, quav nyab, nroj qhuav; txhua tus neeg tes haujlwm yuav raug nthuav tawm kom pom tseeb: rau qhov hnub ntawd yuav qhia nws, vim nws yuav raug muab nthuav tawm los ntawm hluav taws; thiab hluav taws yuav sim txhua tus neeg tes haujlwm saib nws yog yam twg tiag.’ 1 Khaulee 3:10–13.”</w:t>
      </w:r>
    </w:p>
    <w:p>
      <w:pPr>
        <w:pStyle w:val="ArticleScripture"/>
        <w:jc w:val="left"/>
      </w:pPr>
      <w:r>
        <w:rPr>
          <w:rFonts w:ascii="Times New Roman" w:hAnsi="Times New Roman" w:eastAsia="Times New Roman" w:cs="Times New Roman"/>
        </w:rPr>
        <w:t>“Cov tubtxib tau tsa saum ib lub hauv paus ruaj khov, yog Txoj Kev Zeb Loj Nyob Mus Ib Txhis. Rau lub hauv paus no lawv tau nqa tej pob zeb uas lawv txaug tawm hauv lub ntiajteb los. Cov neeg tsim ua haujlwm tsis yog tsis muaj kev cuam tshuam. Lawv tes haujlwm raug ua kom nyuaj heev vim txoj kev tawm tsam ntawm cov yeeb ncuab ntawm Khetos. Lawv yuav tsum tawm tsam nrog txoj kev ntxub lwm txoj kev ntseeg, kev xaiv ntsej muag, thiab kev ntxub ntxaug ntawm cov uas tab tom tsim saum ib lub hauv paus cuav. Coob leej uas ua haujlwm ua cov tsim tsa pawg ntseeg yuav raug muab piv rau cov neeg tsim phab ntsa nyob rau tiam Nehemiah, hais txog lawv tias: ‘Cov uas ua lub phab ntsa, thiab cov uas ris nra, nrog cov uas thauj khoom, txhua tus siv ib txhais tes ua haujlwm, hos lwm txhais tes tuav ib rab riam phom.’ Nehemiah 4:17.”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Tsib Caug</dc:title>
  <dc:subject>Kev Txhais ntawm Exekees 37 thiab Nws Qhov Tseem Ceeb rau Hnub Kawg</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