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Tsib Caug Ib</w:t>
      </w:r>
    </w:p>
    <w:p>
      <w:pPr>
        <w:pStyle w:val="ArticleSubtitle"/>
        <w:jc w:val="left"/>
      </w:pPr>
      <w:r>
        <w:rPr>
          <w:rFonts w:ascii="Arial" w:hAnsi="Arial" w:eastAsia="Arial" w:cs="Arial"/>
        </w:rPr>
        <w:t>Lub Cim Txhais ntawm Lub Tuam Tsev: Qhia Tawm Cov Kev Paub Tsis Meej ntawm Vajtswv thiab Tib Neeg Txoj Kev Sib Txuas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Ob tug ntoo raug txuas ua ke kom dhau los ua ib lub tuam tsev xwb. Plaub caug rau yog tus cim sawv cev rau lub tuam tsev, thiab yog plaub caug rau xyoos uas cais txoj kev poob rau kev quab yuam ntawm lub tebchaws qaum teb, ntawm txoj kev poob rau kev quab yuam ntawm lub tebchaws qab teb. Thaum kev tsuj hwm lub chaw dawb huv thiab pab tub rog raug ua kom tiav rau lub sijhawm kawg hauv xyoo 1798, muaj plaub caug rau xyoos uas txuas ob tug ntoo ua ib lub tuam tsev. Txij xyoo 723 BC mus txog 677 BC, lub tuam tsev raug rhuav tshem thiab raug tsuj hwm. Xyoo 1798 kev tsuj hwm xaus, thiab txog xyoo 1844, ib lub tuam tsev twb raug tsa lawm. Nyob ntawd lawv yuav tsum dhau los ua ib haiv neeg xwb, muaj ib tug vajntxwv xwb, thiab tseg kev txhaum mus ib txhis. Qhov ntawd yog txojkev npaj, tiam sis kev ntxeev siab xyoo 1863 tau thawb txojkev npaj rov qab mus txog xyoo 2001.</w:t>
      </w:r>
    </w:p>
    <w:p>
      <w:pPr>
        <w:pStyle w:val="ArticleBody"/>
        <w:jc w:val="left"/>
      </w:pPr>
      <w:r>
        <w:rPr>
          <w:rFonts w:ascii="Times New Roman" w:hAnsi="Times New Roman" w:eastAsia="Times New Roman" w:cs="Times New Roman"/>
        </w:rPr>
        <w:t>Povlauj txheeb xyuas pawg ntseeg tias yog lub cev, thiab Khetos tias yog lub taub hau, thiab Povlauj siv lub cev ua ib lub cim ntawm cev nqaij daim tawv. Rau Povlauj, cev nqaij daim tawv thiab lub cev yog ob lo lus uas siv sib hloov tau.</w:t>
      </w:r>
    </w:p>
    <w:p>
      <w:pPr>
        <w:pStyle w:val="ArticleScripture"/>
        <w:jc w:val="left"/>
      </w:pPr>
      <w:r>
        <w:rPr>
          <w:rFonts w:ascii="Times New Roman" w:hAnsi="Times New Roman" w:eastAsia="Times New Roman" w:cs="Times New Roman"/>
        </w:rPr>
        <w:t>Vim yog nej ua neej raws li cev nqaij daim tawv, nej yuav tuag; tiam sis yog nej los ntawm tus Ntsuj Plig tua tej haujlwm ntawm lub cev kom tuag, nej yuav muaj sia nyob. Loos 8:13.</w:t>
      </w:r>
    </w:p>
    <w:p>
      <w:pPr>
        <w:pStyle w:val="ArticleBody"/>
        <w:jc w:val="left"/>
      </w:pPr>
      <w:r>
        <w:rPr>
          <w:rFonts w:ascii="Times New Roman" w:hAnsi="Times New Roman" w:eastAsia="Times New Roman" w:cs="Times New Roman"/>
        </w:rPr>
        <w:t>Tus qauv ntawm lub tuam tsev tibneeg yog raws li tus qauv ntawm Vajtswv lub tuam tsev. Lub cev, uas yog lub Koom Txoos, sib npaug rau cev nqaij daim tawv hauv ib tug neeg lub tuam tsev. Hauv ib tug neeg lub tuam tsev, lub siab yog lub taub hau, thiab lub cev yog cev nqaij daim tawv.</w:t>
      </w:r>
    </w:p>
    <w:p>
      <w:pPr>
        <w:pStyle w:val="ArticleScripture"/>
        <w:jc w:val="left"/>
      </w:pPr>
      <w:r>
        <w:rPr>
          <w:rFonts w:ascii="Times New Roman" w:hAnsi="Times New Roman" w:eastAsia="Times New Roman" w:cs="Times New Roman"/>
        </w:rPr>
        <w:t>Vim peb yog tej txha nqaj ntawm nws lub cev, yog ntawm nws cev nqaij daim tawv, thiab yog ntawm nws tej pob txha. Vim li no, ib tug txiv neej yuav tsum tso nws txiv thiab nws niam tseg, thiab yuav koom nrog nws tus poj niam, ces nkawd ob leeg yuav los ua ib cev nqaij daim tawv xwb. Nov yog ib qho zais tob uas loj kawg nkaus; tiam sis kuv hais txog Tswv Yexus Khetos thiab pawg ntseeg. Efexus 5:30–32.</w:t>
      </w:r>
    </w:p>
    <w:p>
      <w:pPr>
        <w:pStyle w:val="ArticleBody"/>
        <w:jc w:val="left"/>
      </w:pPr>
      <w:r>
        <w:rPr>
          <w:rFonts w:ascii="Times New Roman" w:hAnsi="Times New Roman" w:eastAsia="Times New Roman" w:cs="Times New Roman"/>
        </w:rPr>
        <w:t>Lub tuam tsev uas Yauhas yuav tsum ntsuas, thaum tus tim tswv xya lub suab raj nrov cim txog qhov pib ntawm txoj hauj lwm ua kom tiav Vajtswv qhov tsis meej, yog Vajtswv lub tuam tsev; tiam sis tib neeg lub tuam tsev raug tsim raws li daim duab ntawm Vajtswv lub tuam tsev. Ob qho no yog tej cim uas siv hloov chaw tau. Mauxes nyob saum roob tau plaub caug rau hnub thaum nws raug qhia txog tus qauv uas nws yuav tsum siv thaum tsa lub tsev ntaub hauv ntiajteb. Tus qauv ntawd raug coj los ntawm lub tuam tsev saum ntuj.</w:t>
      </w:r>
    </w:p>
    <w:p>
      <w:pPr>
        <w:pStyle w:val="ArticleBody"/>
        <w:jc w:val="left"/>
      </w:pPr>
      <w:r>
        <w:rPr>
          <w:rFonts w:ascii="Times New Roman" w:hAnsi="Times New Roman" w:eastAsia="Times New Roman" w:cs="Times New Roman"/>
        </w:rPr>
        <w:t>Khetos yog lub tuam tsev saum ntuj ceeb tsheej, uas tau tshwm sim los hauv cev nqaij daim tawv, thiab Nws sawv cev rau tus qauv ntawm lub tuam tsev tib neeg, vim tib neeg raug tsim los raws li Nws daim duab. Vim li no, tus qauv ntawm lub tuam tsev tib neeg raug sawv cev los ntawm plaub caug rau chromosomes.</w:t>
      </w:r>
    </w:p>
    <w:p>
      <w:pPr>
        <w:pStyle w:val="ArticleBody"/>
        <w:jc w:val="left"/>
      </w:pPr>
      <w:r>
        <w:rPr>
          <w:rFonts w:ascii="Times New Roman" w:hAnsi="Times New Roman" w:eastAsia="Times New Roman" w:cs="Times New Roman"/>
        </w:rPr>
        <w:t>Cov tuam tsev yog ib yam uas muaj peev xwm sawv cev sib pauv tau raws li lus faj lem. Yog li ntawd, lub tuam tsev uas Yauhas raug hais kom ntsuas ntawd muaj tsuas yog ob chav xwb, tsis muaj tshav puam li. Chav thawj sawv cev rau tibneeg lub tuam tsev, uas yog pawg ntseeg (tus nkauj nyab), lub tebchaws, lub cev, uas yog cev nqaij daim tawv. Chav ob sawv cev rau Vajtswv lub tuam tsev, tus nraug vauv, tus vajntxwv, lub taubhau, uas yog lub siab. Txoj lus cog tseg ntawm txoj kev khi lus uas nyob mus ib txhis, uas raug ua kom tiav rau ib puas plaub caug plaub txhiab leej hauv hnub kawg, tau raug piav qhia los ntawm ob tug pas nrig hauv Exekees tshooj peb caug xya. Nws tau raug piav qhia los ntawm Yauhas lub tuam tsev, uas muaj ob chav. Nws tau raug piav qhia los ntawm Povlauj cov ntsiab lus txhais uas meej tshwj xeeb txog qhov tsis paub tob ntawm Khetos nyob hauv tus ntseeg, uas yog txoj kev cia siab ntawm lub yeeb koob.</w:t>
      </w:r>
    </w:p>
    <w:p>
      <w:pPr>
        <w:pStyle w:val="ArticleBody"/>
        <w:jc w:val="left"/>
      </w:pPr>
      <w:r>
        <w:rPr>
          <w:rFonts w:ascii="Times New Roman" w:hAnsi="Times New Roman" w:eastAsia="Times New Roman" w:cs="Times New Roman"/>
        </w:rPr>
        <w:t>Tes haujlwm ntawm kev muab lub cim rau ib puas plaub caug plaub txhiab leej yog tes haujlwm ntawm kev txuas ua ke mus ib txhis ntawm Vajtswv lub hwjchim nrog tibneeg lub cev nqaij daim tawv. Tes haujlwm ntawd raug ua kom tiav thaum lub Xya Hwj Raj raug nrov. Qhov kev sib txuas ntawd raug sawv cev, kab dhau kab, hauv ntau yam kev nthuav qhia hauv Vajluskub. Tes haujlwm ntawm kev raug ncaj ncees thiab kev ua kom dawb huv yog cov ntsiab lus kev ntseeg uas hu txog tes haujlwm ntawd. Kev raug ncaj ncees yog tes haujlwm ntawm Khetos ua peb Tus Hloov Chaw, thiab tes haujlwm ntawm kev ua kom dawb huv yog tes haujlwm ntawm Khetos ua peb Tus Qauv. Kev raug ncaj ncees sawv cev rau peb txoj cai mus saum ntuj ceeb tsheej, thiab kev ua kom dawb huv sawv cev rau peb qhov tsim nyog rau saum ntuj ceeb tsheej. Ob yam haujlwm no puavleej raug coj los rau tus ntseeg los ntawm Vaj Ntsuj Plig Dawb Huv txoj kev nyob tuaj. Tes haujlwm ntawd raug sawv cev ua qhov uas Vajtswv sau Nws txoj kevcai rau saum cov siab thiab cov hlwb ntawm cov uas raug lees txais rau hauv txoj lus cog tseg uas nyob mus ib txhis.</w:t>
      </w:r>
    </w:p>
    <w:p>
      <w:pPr>
        <w:pStyle w:val="ArticleBody"/>
        <w:jc w:val="left"/>
      </w:pPr>
      <w:r>
        <w:rPr>
          <w:rFonts w:ascii="Times New Roman" w:hAnsi="Times New Roman" w:eastAsia="Times New Roman" w:cs="Times New Roman"/>
        </w:rPr>
        <w:t>“Lub siab” sawv cev rau chav nyob hauv lub tuam tsev, uas yog qhov chaw lub taub hau nyob. Lub siab yog yam uas hu ua tus yam ntxwv siab dua, uas tawm tsam rau cev nqaij daim tawv, uas yog tus yam ntxwv qis dua. Lub siab raug sawv cev los ntawm peb tej kev xav, hos cev nqaij daim tawv raug sawv cev los ntawm peb tej kev hnov zoo li.</w:t>
      </w:r>
    </w:p>
    <w:p>
      <w:pPr>
        <w:pStyle w:val="ArticleScripture"/>
        <w:jc w:val="left"/>
      </w:pPr>
      <w:r>
        <w:rPr>
          <w:rFonts w:ascii="Times New Roman" w:hAnsi="Times New Roman" w:eastAsia="Times New Roman" w:cs="Times New Roman"/>
        </w:rPr>
        <w:t>“Coob leej coob tsheej raug kev tsis zoo siab yam tsis tsim nyog. Lawv tig lawv lub siab tawm ntawm Yexus mus, thiab tsom ntsoov rau tus kheej ntau dhau. Lawv ua kom tej kev nyuaj me me loj hlob tuaj, thiab hais lus ua rau poob siab. Lawv muaj txim ntawm txoj kev txhaum loj uas yws thiab chim siab yam tsis tsim nyog rau Vajtswv txoj kev saib xyuas. Rau txhua yam uas peb muaj thiab uas peb yog, peb tshuav nuj nqis rau Vajtswv. Nws tau pub rau peb tej peev xwm uas, txog ib theem twg, zoo ib yam li tej uas nws tus kheej muaj; thiab peb yuav tsum rau siab ntso ua haujlwm kom tej peev xwm no loj hlob tuaj, tsis yog kom txaus siab thiab tsa tus kheej kom siab, tiam sis kom ua rau nws tau koob meej.</w:t>
      </w:r>
    </w:p>
    <w:p>
      <w:pPr>
        <w:pStyle w:val="ArticleScripture"/>
        <w:jc w:val="left"/>
      </w:pPr>
      <w:r>
        <w:rPr>
          <w:rFonts w:ascii="Times New Roman" w:hAnsi="Times New Roman" w:eastAsia="Times New Roman" w:cs="Times New Roman"/>
        </w:rPr>
        <w:t>“Peb yuav tsum tsis txhob cia peb lub siab raug ntxias kom txav deb ntawm txoj kev ncaj ncees rau Vajtswv. Los ntawm Khetos peb muaj peev xwm thiab peb tsim nyog yuav tsum zoo siab, thiab yuav tsum tsim kom muaj tej cwj pwm ntawm kev tswj tus kheej. Txawm yog tej kev xav los yeej yuav tsum raug coj los nyob rau hauv kev mloog lus rau Vajtswv lub siab nyiam, thiab tej kev xav hauv nruab siab yuav tsum nyob rau hauv kev tswj ntawm laj lim tswv yim thiab kev ntseeg. Peb qhov kev xav tsim duab tsis yog muab rau peb kom cia nws khiav mus raws li siab xav thiab taug nws tus kheej txoj kev, yam tsis muaj ib qho kev rau siab los txwv thiab qhuab qhia. Yog tej kev xav yuam kev, tej kev xav hauv nruab siab kuj yuav yuam kev; thiab thaum tej kev xav nrog tej kev xav hauv nruab siab los koom ua ke, lawv thiaj ua tau tus yam ntxwv ncaj ncees. Thaum peb txiav txim siab tias raws li cov Khixatia peb tsis tas yuav txwv peb tej kev xav thiab tej kev xav hauv nruab siab, ces peb raug coj los nyob hauv qab txoj kev hwj chim ntawm cov tim tswv phem, thiab caw lawv lub xub ntiag thiab lawv txoj kev tswj kav. Yog peb tso peb tus kheej rau peb tej kev xav chwv thiab cia peb tej kev xav khiav mus rau hauv txoj kab ntawm kev ua xyem xyav, kev ua siab tsis ntseeg, thiab kev yws yws, peb yuav tsis muaj kev zoo siab, thiab peb lub neej yuav qhia tawm tias yog ib qho kev swb.” Review and Herald, April 21, 1885.</w:t>
      </w:r>
    </w:p>
    <w:p>
      <w:pPr>
        <w:pStyle w:val="ArticleBody"/>
        <w:jc w:val="left"/>
      </w:pPr>
      <w:r>
        <w:rPr>
          <w:rFonts w:ascii="Times New Roman" w:hAnsi="Times New Roman" w:eastAsia="Times New Roman" w:cs="Times New Roman"/>
        </w:rPr>
        <w:t>Kev xav thiab kev xav hauv siab thaum sib koom ua ke ces yog yam uas ua kom muaj tus cwj pwm ncaj ncees. Peb tus cwj pwm yog tsim los ntawm ib feem xwm qis thiab ib feem xwm siab dua; lub siab yog feem xwm siab dua, thiab yog hais tias tej kev xav hauv lub siab raug muab dawb huv lawm, ces peb tej kev xav hauv siab kuj yuav raug muab dawb huv thiab. Qhov no yog vim lub siab yog feem xwm siab dua uas tswj hwm ob feem xwm uas ua rau peb ua neeg. Cov “hwjchim” uas raug npaj los ua ib feem ntawm peb tus kheej yog, “rau ib theem twg,” “zoo ib yam li cov uas” Khetos “muaj,” rau qhov peb raug tsim los raws li Nws tus yam ntxwv, thiab peb “yuav tsum rau siab ntso ua haujlwm kom txhawb thiab txhim kho” cov “hwjchim” ntawd.</w:t>
      </w:r>
    </w:p>
    <w:p>
      <w:pPr>
        <w:pStyle w:val="ArticleBody"/>
        <w:jc w:val="left"/>
      </w:pPr>
      <w:r>
        <w:rPr>
          <w:rFonts w:ascii="Times New Roman" w:hAnsi="Times New Roman" w:eastAsia="Times New Roman" w:cs="Times New Roman"/>
        </w:rPr>
        <w:t>Cov peev xwm uas yog ib feem ntawm tus cwj pwm siab dua, lossis lub siab ntawm tibneeg yog kev txiav txim, kev nco, lub siab xam pom qhov zoo thiab qhov phem, thiab tshwj xeeb tshaj yog lub siab nyiam.</w:t>
      </w:r>
    </w:p>
    <w:p>
      <w:pPr>
        <w:pStyle w:val="ArticleScripture"/>
        <w:jc w:val="left"/>
      </w:pPr>
      <w:r>
        <w:rPr>
          <w:rFonts w:ascii="Times New Roman" w:hAnsi="Times New Roman" w:eastAsia="Times New Roman" w:cs="Times New Roman"/>
        </w:rPr>
        <w:t>“Coob leej coob tus tab tom nug hais tias, ‘Kuv yuav tsum ua li cas thiaj li muab kuv tus kheej cob rau Vajtswv?’ Nej ntshaw yuav muab nej tus kheej pub rau Nws, tiamsis nej qaug zog hauv lub hwjchim ncaj ncees, raug khi ua qhev rau kev ua xyem xyav, thiab raug kav los ntawm tej cwj pwm ntawm nej lub neej txhaum. Nej tej lus cog tseg thiab tej kev txiav txim siab zoo ib yam li hlua uas xaws los ntawm xuab zeb. Nej tswj tsis tau nej tej kev xav, nej tej kev txhawb siab, nej tej kev hlub. Kev paub txog nej tej lus cog tseg uas nej twb rhuav lawm thiab tej lus ruaj nrees uas nej twb poob tseg lawm ua rau nej txoj kev ntseeg siab rau nej tus kheej txoj kev ncaj siab qaug zog, thiab ua rau nej xav tias Vajtswv tsis tuaj yeem lees txais nej; tiamsis nej tsis tas yuav poob siab. Yam uas nej yuav tsum to taub yog lub zog tseeb ntawm lub siab nyiam. Qhov no yog lub hwjchim kav hauv tibneeg tus yam ntxwv, yog lub hwjchim txiav txim siab, lossis xaiv. Txhua yam nyob ntawm qhov uas lub siab nyiam ua haujlwm raug. Vajtswv tau muab lub hwjchim xaiv no rau tibneeg; nws yog lawv li los siv. Nej hloov tsis tau nej lub siab, nej tsis muaj peev xwm ntawm nej tus kheej muab nws tej kev hlub pub rau Vajtswv; tiamsis nej xaiv tau los ua haujlwm rau Nws. Nej muab tau nej lub siab nyiam rau Nws; ces Nws yuav ua haujlwm nyob hauv nej kom nej yuav thiab kom nej ua raws li Nws txoj kev zoo siab. Yog li ntawd nej tag nrho tus yam ntxwv yuav raug coj los nyob hauv txoj kev tswj hwm ntawm Khetos tus Ntsuj Plig; nej tej kev hlub yuav tsom rau Nws, nej tej kev xav yuav sib haum nrog Nws.”</w:t>
      </w:r>
    </w:p>
    <w:p>
      <w:pPr>
        <w:pStyle w:val="ArticleScripture"/>
        <w:jc w:val="left"/>
      </w:pPr>
      <w:r>
        <w:rPr>
          <w:rFonts w:ascii="Times New Roman" w:hAnsi="Times New Roman" w:eastAsia="Times New Roman" w:cs="Times New Roman"/>
        </w:rPr>
        <w:t>“Kev ntshaw rau txoj kev zoo thiab kev dawb huv yog raug raws li qhov uas lawv mus txog; tiam sis yog nej nres ntawm no xwb, lawv yuav tsis muaj nqis dab tsi li. Coob leej yuav ploj mus thaum tseem cia siab thiab ntshaw xav ua cov Khixatia. Lawv tsis los txog rau qhov chaw uas yuav muab lawv lub siab nyiam zwm rau Vajtswv. Lawv tsis xaiv tam sim no los ua cov Khixatia.</w:t>
      </w:r>
    </w:p>
    <w:p>
      <w:pPr>
        <w:pStyle w:val="ArticleScripture"/>
        <w:jc w:val="left"/>
      </w:pPr>
      <w:r>
        <w:rPr>
          <w:rFonts w:ascii="Times New Roman" w:hAnsi="Times New Roman" w:eastAsia="Times New Roman" w:cs="Times New Roman"/>
        </w:rPr>
        <w:t>“Los ntawm kev siv siab nyiam kom raug, ib txoj kev hloov tag nrho yeej muaj peev xwm tshwm sim hauv koj lub neej. Los ntawm kev zwm koj lub siab nyiam rau Khetos, koj txuas koj tus kheej nrog lub hwj chim uas nyob saum txhua txoj thawj tswj hwm thiab txhua lub hwj chim. Koj yuav tau txais lub zog saum ntuj los tuav kom koj nyob ruaj khov, thiab yog li ntawd, los ntawm kev niaj hnub tso siab rau Vajtswv, koj yuav raug ua kom muaj peev xwm ua neej nyob hauv txoj sia tshiab, yog txoj sia ntawm txoj kev ntseeg.” Steps to Christ, 47, 48.</w:t>
      </w:r>
    </w:p>
    <w:p>
      <w:pPr>
        <w:pStyle w:val="ArticleBody"/>
        <w:jc w:val="left"/>
      </w:pPr>
      <w:r>
        <w:rPr>
          <w:rFonts w:ascii="Times New Roman" w:hAnsi="Times New Roman" w:eastAsia="Times New Roman" w:cs="Times New Roman"/>
        </w:rPr>
        <w:t>Lub hwjchim ntawm lub siab nyiam yog “lub hwjchim kav tswj” hauv tibneeg tus cwj pwm xwm, thiab tus uas kav ntawd nyob hauv chav ntawm tibneeg lub tuam tsev uas koom “nrog lub hwjchim uas nyob saum txhua tus thawj tswj hwm thiab tej hwjchim.” Qhov chaw uas kev sib koom ntawm Vajtswv txoj kev muaj Vajtswv thiab tibneeg txoj kev muaj tibneeg tshwm sim hauv tibneeg lub tuam tsev yog lub chaw ruaj khov ntawm tus ntsuj plig. Txhua tus tibneeg muaj ib lub chaw ruaj khov, thiab qhov ntawd yeej raug Khetos nyob, lossis tus yeeb ncuab loj tshaj plaws ntawm Khetos nyob.</w:t>
      </w:r>
    </w:p>
    <w:p>
      <w:pPr>
        <w:pStyle w:val="ArticleScripture"/>
        <w:jc w:val="left"/>
      </w:pPr>
      <w:r>
        <w:rPr>
          <w:rFonts w:ascii="Times New Roman" w:hAnsi="Times New Roman" w:eastAsia="Times New Roman" w:cs="Times New Roman"/>
        </w:rPr>
        <w:t>“Thaum Khetos los kav tau lub chaw ruaj khov ntawm tus ntsuj plig, tus tibneeg sawv cev ntawd kuj los ua ib tug nrog Nws. Thiab tus uas yog ib tug nrog Khetos, khaws cia nws txoj kev sib koom ntawd, tsa Nws ua Vajntxwv nyob hauv lub siab, thiab mloog lus rau Nws tej lus txib, ces nws muaj kev nyab xeeb ntawm tej cuab ntxiab ntawm tus phem. Thaum koom nrog Khetos, nws khaws los rau nws tus kheej tej txiaj ntsim zoo ntawm Khetos, thiab fij lub zog, kev ua tau zoo, thiab hwjchim rau tus Tswv hauv kev yeej ntsuj plig los rau Nws. Los ntawm kev koom tes nrog tus Cawmseej nws thiaj los ua yam cuab tam uas Vajtswv siv ua haujlwm. Ces thaum Xatas los, thiab siv zog los txeeb tus ntsuj plig, nws pom tias Khetos twb ua kom nws muaj zog dua tus neeg muaj zog uas hnav ris tsho tiv thaiv lawm.” Review and Herald, December 12, 1899.</w:t>
      </w:r>
    </w:p>
    <w:p>
      <w:pPr>
        <w:pStyle w:val="ArticleBody"/>
        <w:jc w:val="left"/>
      </w:pPr>
      <w:r>
        <w:rPr>
          <w:rFonts w:ascii="Times New Roman" w:hAnsi="Times New Roman" w:eastAsia="Times New Roman" w:cs="Times New Roman"/>
        </w:rPr>
        <w:t>Lub citadel ntawm tus ntsuj plig yog lub siab thiab lub hlwb ntawm tibneeg. Txoj lus cog tseg ntawm txoj kev khi lus tshiab qhia peb yam lus cog tseg tseem ceeb rau tus ntseeg. Nws tau raug cog tseg tias yuav muaj ib thaj av rau nws nyob, ib yam li Vaj Edees yog rau Adas thiab Evas, uas tom qab ntawd sawv cev rau thaj av cog tseg hauv Nws txoj kev khi lus nrog cov Ixayees thaum ub, uas tom qab ntawd sawv cev rau thaj av sab ntsuj plig uas muaj hwjchim ci ntsa iab rau Ixayees sab ntsuj plig, thiab tag nrho peb yam no ua timkhawv, kab dhau kab, txog txoj lus cog tseg ntawm lub ntiajteb uas raug tsim dua tshiab, rau cov uas kovyeej ib yam li Nws kovyeej.</w:t>
      </w:r>
    </w:p>
    <w:p>
      <w:pPr>
        <w:pStyle w:val="ArticleBody"/>
        <w:jc w:val="left"/>
      </w:pPr>
      <w:r>
        <w:rPr>
          <w:rFonts w:ascii="Times New Roman" w:hAnsi="Times New Roman" w:eastAsia="Times New Roman" w:cs="Times New Roman"/>
        </w:rPr>
        <w:t>Thaum Adas thiab Evas tau ua txhaum, nkawd raug “faib mus nyob ib qho no ib qho tod” tawm hauv lub Vaj Edees rau “xya lub sij hawm,” thiab yog tom qab xya txhiab xyoo uas lub ntiajteb raug tsim dua tshiab, thiab lub Vaj Edees raug muab kho kom rov los. Kev faib cov Yixayee thaum ub mus nyob ib qho no ib qho tod rau “xya lub sij hawm,” yog ib yam uas tau raug ua qauv qhia ua ntej los ntawm kev faib Adas thiab Evas. Txoj lus cog tseg hauv kev khi lus cog lus cog lus ib thaj av rau nyob, thiab ntawd yog lo lus cog tseg txog Edees uas raug kho kom rov los. Kev tsuj ntxiab lub chaw dawb huv thiab pab tub rog sawv cev rau txoj kev ua txhaum uas nce zuj zus hauv tibneeg tsev neeg, uas tau pib nrog Adas txoj kev txhaum.</w:t>
      </w:r>
    </w:p>
    <w:p>
      <w:pPr>
        <w:pStyle w:val="ArticleBody"/>
        <w:jc w:val="left"/>
      </w:pPr>
      <w:r>
        <w:rPr>
          <w:rFonts w:ascii="Times New Roman" w:hAnsi="Times New Roman" w:eastAsia="Times New Roman" w:cs="Times New Roman"/>
        </w:rPr>
        <w:t>Ob txoj kev cog lus ob qho ntxiv ntawm txoj kev khi lus yog tias cov neeg ncaj ncees yuav tau txais ib lub cev tshiab thiab ib lub siab tshiab, yog lawm, yog lub siab ntawm Khetos. Lub cev yog cev nqaij daim tawv, yog yam cwj pwm qis dua, thiab nyob rau hauv kev txheeb ze nrog Khetos nws yog pawg ntseeg. Lub siab yog yam cwj pwm siab dua; nws yog yam uas Muam White qhia tias yog “lub chaw ruaj khov ntawm tus ntsuj plig.” Povlauj qhia meej tias peb tau txais lub siab ntawm Khetos thaum lub sij hawm uas peb lees txais tej yam uas txoj moo zoo xav kom muaj, thaum peb raug txiav txim ua neeg ncaj. Nws kuj qhia tias peb tsis tau txais ib lub cev tshiab thiab muaj koob meej kom txog thaum Lub Sij Hawm Rov Los Zaum Ob.</w:t>
      </w:r>
    </w:p>
    <w:p>
      <w:pPr>
        <w:pStyle w:val="ArticleScripture"/>
        <w:jc w:val="left"/>
      </w:pPr>
      <w:r>
        <w:rPr>
          <w:rFonts w:ascii="Times New Roman" w:hAnsi="Times New Roman" w:eastAsia="Times New Roman" w:cs="Times New Roman"/>
        </w:rPr>
        <w:t>Saib seb, kuv qhia ib qho tsis paub tab rau nej; peb yuav tsis tsaug zog txhua tus, tiam sis peb txhua tus yuav raug hloov, ib pliag xwb, ib ntsais muag xwb, thaum lub raj kawg nrov; rau qhov lub raj yuav nrov, thiab cov neeg tuag yuav raug tsa sawv los tsis txawj piam, thiab peb yuav raug hloov. Rau qhov yam uas piam no yuav tsum hnav yam uas tsis txawj piam, thiab yam uas txawj tuag no yuav tsum hnav yam uas tsis txawj tuag. Yog li ntawd thaum yam uas piam no twb hnav yam uas tsis txawj piam lawm, thiab yam uas txawj tuag no twb hnav yam uas tsis txawj tuag lawm, ces lo lus uas twb sau tseg lawm yuav muaj tiav tias, Kev tuag raug nqos mus rau hauv txoj kev yeej. Au, kev tuag, koj txoj kev nkaug nyob qhov twg? Au, qhov ntxa, koj txoj kev yeej nyob qhov twg? Kev txhaum yog txoj kev nkaug ntawm kev tuag; thiab txoj cai yog lub hwj chim ntawm kev txhaum. 1 Kaulinthaus 15:51–56.</w:t>
      </w:r>
    </w:p>
    <w:p>
      <w:pPr>
        <w:pStyle w:val="ArticleBody"/>
        <w:jc w:val="left"/>
      </w:pPr>
      <w:r>
        <w:rPr>
          <w:rFonts w:ascii="Times New Roman" w:hAnsi="Times New Roman" w:eastAsia="Times New Roman" w:cs="Times New Roman"/>
        </w:rPr>
        <w:t>Ib txojkev qhuab qhia no, uas Yauhas hais tias qhia paub cov uas ntseeg tej lus qhuab qhia dag ntxias zoo li no tias yog cov tim ntxub Khetos, sib cav hais tias Khetos yeej tsis tau txais ib lub cev uas raug rau tej kev tshwm sim ntawm kev txhaum uas tau pib los cuam tshuam rau tsevneeg tibneeg txij li Adas txojkev txhaum los lawm.</w:t>
      </w:r>
    </w:p>
    <w:p>
      <w:pPr>
        <w:pStyle w:val="ArticleScripture"/>
        <w:jc w:val="left"/>
      </w:pPr>
      <w:r>
        <w:rPr>
          <w:rFonts w:ascii="Times New Roman" w:hAnsi="Times New Roman" w:eastAsia="Times New Roman" w:cs="Times New Roman"/>
        </w:rPr>
        <w:t>Thiab txhua tus ntsuj plig uas tsis lees paub tias Yexus Khetos tau los nyob hauv cev nqaij daim tawv, tsis yog los ntawm Vajtswv los; thiab qhov no yog tus ntsuj plig ntawm tus yeeb ncuab rau Khetos, uas nej twb tau hnov lawm tias nws yuav los; thiab nim no nws twb nyob hauv lub ntiaj teb no lawm. 1 Yauhas 4:3.</w:t>
      </w:r>
    </w:p>
    <w:p>
      <w:pPr>
        <w:pStyle w:val="ArticleBody"/>
        <w:jc w:val="left"/>
      </w:pPr>
      <w:r>
        <w:rPr>
          <w:rFonts w:ascii="Times New Roman" w:hAnsi="Times New Roman" w:eastAsia="Times New Roman" w:cs="Times New Roman"/>
        </w:rPr>
        <w:t>Cawv txiv hmab ntawm Npanpiloo (tus timkhawv cuav tawm tsam Khetos) uas qhia txog “Kev Cev Xeeb Tsis Muaj Kev Qias,” hais tias Maivliag raug ua kom tiav zoo kawg nkaus, ib yam li Adas thiab Evas ua ntej kev txhaum, xwv kom Yexus txoj kev yug los yuav raug tsa rau saum ib txoj kev cev xeeb ntawm txoj kev muaj Vajtswv (tus Vaj Ntsuj Plig Dawb Huv), nrog rau tib neeg zoo kawg nkaus (Maivliag.) Txoj kev qhuab qhia cuav hais txog Kev Cev Xeeb Tsis Muaj Kev Qias tsis yog hais txog thaum Yexus raug xeeb nyob hauv Maivliag lub plab, tiam sis hais txog yam uas Maivliag raug xeeb los nrog txoj kev zoo kawg nkaus ib yam li Adas thiab Evas. Kev hais tias cev nqaij daim tawv uas Khetos txais los ris rau saum Nws Tus Kheej thaum Nws los txhiv neeg yog cev nqaij daim tawv tsis muaj kev txhaum, uas tsis muaj tej kev cuam tshuam ntawm caj ces nyob hauv, yog ib txoj kev qhuab qhia ntawm tus timkhawv cuav tawm tsam Khetos.</w:t>
      </w:r>
    </w:p>
    <w:p>
      <w:pPr>
        <w:pStyle w:val="ArticleScripture"/>
        <w:jc w:val="left"/>
      </w:pPr>
      <w:r>
        <w:rPr>
          <w:rFonts w:ascii="Times New Roman" w:hAnsi="Times New Roman" w:eastAsia="Times New Roman" w:cs="Times New Roman"/>
        </w:rPr>
        <w:t>Vim muaj coob leej neeg dag ntxias tau nkag los rau hauv lub ntiaj teb lawm, yog cov uas tsis lees tias Yexus Khetos tau los hauv cev nqaij daim tawv. Tus no yog tus dag ntxias thiab yog tus antichrist. 2 Yauhas 1:7.</w:t>
      </w:r>
    </w:p>
    <w:p>
      <w:pPr>
        <w:pStyle w:val="ArticleBody"/>
        <w:jc w:val="left"/>
      </w:pPr>
      <w:r>
        <w:rPr>
          <w:rFonts w:ascii="Times New Roman" w:hAnsi="Times New Roman" w:eastAsia="Times New Roman" w:cs="Times New Roman"/>
        </w:rPr>
        <w:t>Thaum Khetos raug tsa sawv hauv qhov tuag rov los, kev tshoov siab tau ua tib zoo qhia meej tias thaum ntawd Nws twb muaj ib lub cev uas tau txais koob meej lawm. Nws txoj kev sawv hauv qhov tuag rov los yog ib lub cim sawv cev rau txoj kev sawv hauv qhov tuag rov los ntawm cov ncaj ncees thaum Nws Rov Los Zaum Ob, thiab yog nyob ntawd peb thiaj txais tau lo lus cog tseg hauv txoj kev cog lus txog ib lub cev tshiab.</w:t>
      </w:r>
    </w:p>
    <w:p>
      <w:pPr>
        <w:pStyle w:val="ArticleScripture"/>
        <w:jc w:val="left"/>
      </w:pPr>
      <w:r>
        <w:rPr>
          <w:rFonts w:ascii="Times New Roman" w:hAnsi="Times New Roman" w:eastAsia="Times New Roman" w:cs="Times New Roman"/>
        </w:rPr>
        <w:t>“Lub sij hawm twb los txog rau Khetos nce mus cuag Nws Txiv lub zwm txwv. Ua ib tug Tus Yeej uas yog los saum ntuj los, Nws tab tom rov qab mus rau hauv tej tshav ntuj nrog cov cim nco txog txoj kev yeej. Ua ntej Nws txoj kev tuag, Nws tau tshaj tawm rau Nws Txiv tias, ‘Kuv tau ua tiav tes dej num uas Koj tau muab rau Kuv ua lawm.’ Yauhas 17:4. Tom qab Nws sawv hauv qhov tuag rov los, Nws tseem nyob saum ntiaj teb ib ntus, kom Nws cov thwj tim thiaj li paub Nws zoo nyob rau hauv Nws lub cev uas twb sawv rov los thiab tau raug tsa nto muaj hwjchim lawm. Nim no Nws twb npaj txhij rau txoj kev ncaim lawm. Nws tau lees paub meej txog qhov tseeb tias Nws yog tus Cawmseej uas muaj sia nyob. Nws cov thwj tim tsis tas yuav txuas Nws nrog lub ntxa ntxiv lawm. Lawv yeej xav txog Nws tau tias yog tus raug tsa nto muaj hwjchim nyob rau ntawm lub qab ntuj khwb saum ntuj.” The Desire of Ages, 829.</w:t>
      </w:r>
    </w:p>
    <w:p>
      <w:pPr>
        <w:pStyle w:val="ArticleBody"/>
        <w:jc w:val="left"/>
      </w:pPr>
      <w:r>
        <w:rPr>
          <w:rFonts w:ascii="Times New Roman" w:hAnsi="Times New Roman" w:eastAsia="Times New Roman" w:cs="Times New Roman"/>
        </w:rPr>
        <w:t>Lus lus cog tseg ntawm ib thaj av rau nyob hauv, yuav tiav rau thaum lub ntiajteb raug tsim dua tshiab, thaum Eden raug rov qab kho thiab “xya lub sijhawm” (xya txhiab xyoo) ntawm kev tawg mus ua ntau qhov chaw ntawm noob neej uas los ntawm thawj Adas xaus lawm. Lus lus cog tseg ntawm ib lub cev tshiab thiab muaj yeeb koob raug muab rau thaum Kev Los Zaum Ob, hauv ib pliag ntsais muag.</w:t>
      </w:r>
    </w:p>
    <w:p>
      <w:pPr>
        <w:pStyle w:val="ArticleScripture"/>
        <w:jc w:val="left"/>
      </w:pPr>
      <w:r>
        <w:rPr>
          <w:rFonts w:ascii="Times New Roman" w:hAnsi="Times New Roman" w:eastAsia="Times New Roman" w:cs="Times New Roman"/>
        </w:rPr>
        <w:t>“Zaj dab neeg ntawm Npelehees yog ib lub ntsiab lus uas tsis txawj tag. Hauv nws muaj nkaum cia ‘kev tob ntawm Vajtswv tej kev nplua nuj, thiab txoj kev txawj ntse thiab kev paub.’ Loos 11:33. Peb sawv daws xav tsis thoob rau tus Cawmseej txoj kev txi uas Nws hloov lub zwm txwv saum ntuj ceeb tsheej rau lub dab zaub, thiab hloov kev nrog cov timtswv uas pe hawm Nws rau cov tsiaj hauv lub nkuaj. Tibneeg txoj kev khav theeb thiab kev cia siab rau tus kheej raug cem txim rau ntawm Nws xub ntiag. Los qhov no tsuas yog pib xwb ntawm Nws txoj kev txo hwjchim uas txaus xav tsis thoob. Yuav luag yog ib txoj kev txaj muag uas tsis muaj ciam kawg rau Vajtswv Leej Tub los txais tibneeg cev nqaij daim tawv, txawm yog thaum Adas tseem nyob hauv nws txoj kev dawb huv hauv Edees los xij. Tiamsis Yexus tau txais tibneeg ntuj thaum haivneeg twb raug ua kom qaug zog los ntawm plaub txhiab xyoo ntawm kev txhaum lawm. Zoo ib yam li txhua tus me nyuam ntawm Adas, Nws tau txais cov txiaj ntsig uas tawm los ntawm txoj cai loj ntawm kev xeeb leej xeeb ntxwv. Cov txiaj ntsig ntawd yog dabtsi yog qhia tawm nyob rau hauv keeb kwm ntawm Nws tej yawg koob koob yawm txwv hauv ntiajteb no. Nws tau los nrog txoj kev xeeb leej xeeb ntxwv zoo li ntawd kom faib peb tej kev tu siab thiab kev sim siab nrog peb, thiab kom muab tus qauv ntawm ib txoj sia uas tsis muaj kev txhaum rau peb.” The Desire of Ages, 48.</w:t>
      </w:r>
    </w:p>
    <w:p>
      <w:pPr>
        <w:pStyle w:val="ArticleBody"/>
        <w:jc w:val="left"/>
      </w:pPr>
      <w:r>
        <w:rPr>
          <w:rFonts w:ascii="Times New Roman" w:hAnsi="Times New Roman" w:eastAsia="Times New Roman" w:cs="Times New Roman"/>
        </w:rPr>
        <w:t>Thaum ib tug neeg ua tau raws li tej yam uas txoj moo zoo yuav tsum tau muaj, tam sim ntawd nws tau txais ib lub siab tshiab, yog lub siab ntawm Khetos; tiam sis lub cev, los yog raws li Povlauj tseem hu nws tias nqaij tawv, yuav raug hloov thaum Kev Los Zaum Ob. Tus yam ntxwv qis dua, uas muaj cov kev xav hauv nruab siab, tsis raug tshem tawm thaum hloov siab los ntseeg. Cov kev xav ntawd, uas yog ib feem ntawm tus cwj pwm ncaj ncees, tseem nyob mus txog thaum Kev Los Zaum Ob. Cov kev xav ntawd sawv cev rau txoj kev ua haujlwm ntawm lub siab ntsws kev xav uas txuas nrog txoj kab ke tshuaj hormones. Lawv sawv cev rau cov kev hnov uas txuas nrog txoj kab ke hlab ntsha. Tag nrho tej ntsiab ntawm tib neeg tus yam ntxwv qis dua uas raug suav hais tias yog kev xav, raug faib ua ob pawg tseem ceeb. Ib hom kev xav yog cov kev ntxub ntxaug uas peb tau txais los ntawm peb cov poj koob yawm txwv, hos lwm hom kev xav yog cov kev ntxub ntxaug uas raug cob qhia thiab txhim kho uas peb tau tsim los ntawm peb tus kheej cov kev xaiv.</w:t>
      </w:r>
    </w:p>
    <w:p>
      <w:pPr>
        <w:pStyle w:val="ArticleBody"/>
        <w:jc w:val="left"/>
      </w:pPr>
      <w:r>
        <w:rPr>
          <w:rFonts w:ascii="Times New Roman" w:hAnsi="Times New Roman" w:eastAsia="Times New Roman" w:cs="Times New Roman"/>
        </w:rPr>
        <w:t>Qee yam kev ntxeev siab uas tau txais los ntawm keeb kwm caj ces tsuas yog ib feem ntawm txoj qauv tsim ntawm tibneeg, thiab qee yam kev ntxeev siab uas tau txais los ntawm keeb kwm caj ces yog rau kev ua phem. Cov yam ntxwv ntawm kev xav uas raug cob qhia yog yam uas peb tsim tsa los ntawm peb tus kheej txoj kev xaiv, thiab cov kev ntxeev siab uas tau txais los ntawm keeb kwm caj ces raug kis los ntawm “txoj cai loj ntawm kev xeeb ntxwv.”</w:t>
      </w:r>
    </w:p>
    <w:p>
      <w:pPr>
        <w:pStyle w:val="ArticleBody"/>
        <w:jc w:val="left"/>
      </w:pPr>
      <w:r>
        <w:rPr>
          <w:rFonts w:ascii="Times New Roman" w:hAnsi="Times New Roman" w:eastAsia="Times New Roman" w:cs="Times New Roman"/>
        </w:rPr>
        <w:t>Yexus “tau txais tib neeg lub xeev thaum haiv neeg twb qaug zog lawm vim plaub txhiab xyoo ntawm kev txhaum. Ib yam li txhua tus menyuam ntawm Adas Nws tau txais cov txiaj ntsig uas los ntawm txoj haujlwm ntawm txoj kevcai loj ntawm noob neej. Cov txiaj ntsig ntawd yog dab tsi, raug qhia tawm hauv keeb kwm ntawm Nws cov yawg koob nyob ntiajteb no. Nws tau los nrog ib yam noob neej zoo li ntawd kom nrog peb koom hauv peb tej kev tu siab thiab kev sim siab, thiab kom muab tus yam ntxwv rau peb ntawm ib txoj sia uas tsis muaj kev txhaum.” Nrog rau cov txiaj ntsig ntawm plaub txhiab xyoo ntawm txoj haujlwm ntawm txoj kevcai loj ntawm noob neej, Yexus yeej ib txwm khaws tej kev nyiam ntawd rau hauv kev tswj hwm los ntawm kev siv Nws lub siab xaiv, thiab Nws tsis tau ib zaug li koom nrog kev tu lossis txhawb ib qho kev xav txhaum twg li.</w:t>
      </w:r>
    </w:p>
    <w:p>
      <w:pPr>
        <w:pStyle w:val="ArticleBody"/>
        <w:jc w:val="left"/>
      </w:pPr>
      <w:r>
        <w:rPr>
          <w:rFonts w:ascii="Times New Roman" w:hAnsi="Times New Roman" w:eastAsia="Times New Roman" w:cs="Times New Roman"/>
        </w:rPr>
        <w:t>Yog hais tias Yexus tau txais ib lub cev nqaij daim tawv tib neeg, raws li Adas thiab Evas tau sawv cev ua ntej nkawd tau ua txhaum, yam tsis tau txais cov txiaj ntsig ntawm kev qaug zog ntawm tib neeg uas twb muaj los dhau plaub txhiab xyoo ntawm kev poob qis lawm, ces Nws yuav tsis tau muab ib Tug Qauv piv txwv qhia tias txhua tus me nyuam ntawm Vajtswv yuav kov yeej tau li cas.</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“Coob leej ntsia qhov kev tsis sib haum no ntawm Khetos thiab Xatas zoo li tsis muaj ib qho kev cuam tshuam tshwj xeeb dabtsi rau lawv tus kheej lub neej; thiab rau lawv ces nws tsis tshua muaj kev txaus siab. Tiamsis nyob hauv thaj tsam ntawm txhua tus tibneeg lub siab, txoj kev sib cav no rov raug ua dua. Tsis muaj ib tug twg uas tawm ntawm cov qib ntawm kev phem los nkag rau hauv kev ua haujlwm rau Vajtswv yam tsis ntsib Xatas tej kev tawm tsam. Cov kev ntxias uas Khetos tau tiv thaiv tawm tsam ntawd yog cov uas peb pom tias nyuaj ua luaj rau peb los tawm tsam. Lawv raug nias rau saum Nws hnyav dua npaum li ntawd raws li Nws tus yam ntxwv zoo tshaj peb li. Nrog rau qhov hnyav txaus ntshai ntawm tej kev txhaum ntawm lub ntiajteb nyob saum Nws, Khetos tau tiv dhau qhov kev sim siab hais txog kev ntshaw noj haus, hais txog txoj kev hlub lub ntiajteb, thiab hais txog txoj kev nyiam ua kom pom uas coj mus rau txoj kev lam thawj. Cov no yog tej kev sim siab uas tau kov yeej Adas thiab Evas, thiab uas yooj yim ua luaj kov yeej peb.”</w:t>
      </w:r>
    </w:p>
    <w:p>
      <w:pPr>
        <w:pStyle w:val="ArticleScripture"/>
        <w:jc w:val="left"/>
      </w:pPr>
      <w:r>
        <w:rPr>
          <w:rFonts w:ascii="Times New Roman" w:hAnsi="Times New Roman" w:eastAsia="Times New Roman" w:cs="Times New Roman"/>
        </w:rPr>
        <w:t>“Xatas tau taw rau Adas txoj kev txhaum ua pov thawj tias Vajtswv txoj kevcai tsis ncaj ncees, thiab tsis muaj cuab kav mloog tau. Hauv peb txoj kev ua neeg, Khetos yuav tsum txhiv Adas txoj kev swb. Tiamsis thaum tus neeg ntxias tuaj tawm tsam Adas, tsis muaj ib yam ntawm tej kev cuam tshuam ntawm kev txhaum nyob saum nws. Nws sawv ruaj hauv lub zog ntawm txoj kev ua neeg uas zoo tag nrho, muaj lub meej mom puv npo ntawm lub siab thiab lub cev. Nws raug puag ncig los ntawm tej yeeb koob ntawm Edees, thiab niaj hnub muaj kev sib raug zoo nrog cov neeg saum ntuj ceeb tsheej. Tiam sis tsis yog li ntawd rau Yexus thaum Nws nkag mus rau hauv tebchaws moj sab qhua mus tawm tsam Xatas. Tau plaub txhiab xyoo, noob neej tau nqis zuj zus hauv lub zog ntawm lub cev, hauv lub peev xwm ntawm lub siab, thiab hauv txoj kev tsim txiaj ntawm sab kev ncaj ncees; thiab Khetos tau ris rau saum Nws tus kheej tej kev qaug zog ntawm noob neej uas twb poob qis lawm. Tsuas yog li no xwb Nws thiaj cawm tau tibneeg dim ntawm qhov tob tshaj plaws ntawm nws txoj kev poob qes.”</w:t>
      </w:r>
    </w:p>
    <w:p>
      <w:pPr>
        <w:pStyle w:val="ArticleScripture"/>
        <w:jc w:val="left"/>
      </w:pPr>
      <w:r>
        <w:rPr>
          <w:rFonts w:ascii="Times New Roman" w:hAnsi="Times New Roman" w:eastAsia="Times New Roman" w:cs="Times New Roman"/>
        </w:rPr>
        <w:t>“Muaj coob leej hais tias yeej tsis tau li rau Khetos yuav raug kev sim siab kov yeej. Yog li ntawd ces Nws yeej tsis tau muab tso rau hauv Adas txoj hauj lwm; Nws yeej tsis tau txais txoj kev kov yeej uas Adas tsis tau txais. Yog peb muaj ib qho kev tawm tsam twg uas nyuaj dua li qhov Khetos tau muaj, ces Nws yuav tsis muaj peev xwm pab cawm peb. Tiamsis peb tus Cawmseej tau txais tib neeg cev nqaij daim tawv, nrog rau txhua yam kev qaug zog thiab kev lav ris uas nrog nws los. Nws tau txais tib neeg lub xwm, nrog rau qhov muaj peev xwm yuav swb rau kev sim siab. Peb tsis muaj ib yam yuav ris uas Nws tsis tau nyiaj dhau.”</w:t>
      </w:r>
    </w:p>
    <w:p>
      <w:pPr>
        <w:pStyle w:val="ArticleScripture"/>
        <w:jc w:val="left"/>
      </w:pPr>
      <w:r>
        <w:rPr>
          <w:rFonts w:ascii="Times New Roman" w:hAnsi="Times New Roman" w:eastAsia="Times New Roman" w:cs="Times New Roman"/>
        </w:rPr>
        <w:t>“Rau Khetos, ib yam li rau nkawm niam txiv dawb huv hauv Edees, kev ntshaw qab los yog lub hauv paus ntawm thawj txoj kev sim siab loj. Nyob rau qhov chaw uas kev puastsuaj tau pib, tes haujlwm ntawm peb txoj kev txhiv dim yuav tsum pib rau ntawd. Ib yam li Adas tau poob vim kev ua raws li kev ntshaw qab los, li ntawd Khetos yuav tsum kov yeej los ntawm kev tsis lees txoj kev ntshaw qab los. ‘Thaum Nws twb yoo mov plaub caug hnub thiab plaub caug hmo lawm, tom qab ntawd Nws tshaib plab. Thiab thaum tus uas sim siab los cuag Nws, nws hais tias, Yog Koj yog Vajtswv Leej Tub, txib kom cov pob zeb no dhau los ua mov. Tiamsis Nws teb hais tias, Muaj lus sau tseg lawm, Neeg yuav tsis ciaj sia los ntawm mov xwb, tiamsis los ntawm txhua lo lus uas tawm ntawm Vajtswv lub qhov ncauj los.’”</w:t>
      </w:r>
    </w:p>
    <w:p>
      <w:pPr>
        <w:pStyle w:val="ArticleScripture"/>
        <w:jc w:val="left"/>
      </w:pPr>
      <w:r>
        <w:rPr>
          <w:rFonts w:ascii="Times New Roman" w:hAnsi="Times New Roman" w:eastAsia="Times New Roman" w:cs="Times New Roman"/>
        </w:rPr>
        <w:t>“Txij thaum Adas lub sijhawm mus txog rau Khetos lub sijhawm, kev ua kom txaus siab rau yus tus kheej tau ua kom tej kev ntshaw thiab tej kev chim siab muaj hwjchim loj tuaj, mus txog ntais yam uas lawv yuav luag tswj tau yam tsis muaj ciam teb. Yog li ntawd, tibneeg thiaj poob qes thiab raug mob nkeeg, thiab ntawm lawv tus kheej mas lawv yeej kov tsis yeej tsis taus li. Nyob rau sawv cev rau tibneeg, Khetos tau kov yeej los ntawm kev nyiaj dhau qhov kev sim siab uas hnyav tshaj plaws. Vim peb, Nws tau xyaum kev tswj yus tus kheej uas muaj zog tshaj kev tshaib plab lossis kev tuag. Thiab hauv qhov kev yeej thawj zaug no twb muaj lwm yam teeb meem uas nkag los rau hauv txhua yam peb tej kev tawm tsam nrog tej hwjchim tsaus ntuj.”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Tsib Caug Ib</dc:title>
  <dc:subject>Lub Cim Txhais ntawm Lub Tuam Tsev: Qhia Tawm Cov Kev Paub Tsis Meej ntawm Vajtswv thiab Tib Neeg Txoj Kev Sib Txuas</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