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Ib-Puas Tsib-Caug Peb</w:t>
      </w:r>
    </w:p>
    <w:p>
      <w:pPr>
        <w:pStyle w:val="ArticleSubtitle"/>
        <w:jc w:val="left"/>
      </w:pPr>
      <w:r>
        <w:rPr>
          <w:rFonts w:ascii="Arial" w:hAnsi="Arial" w:eastAsia="Arial" w:cs="Arial"/>
        </w:rPr>
        <w:t>Lub Cim Sab Ntsuj Plig ntawm Cov Nceeg Vaj Qaum Teb thiab Qab Teb: Ib Txoj Kev Taug Dhau Los ntawm Cov Tuam Tsev hauv Phau Vajlugkub thiab Tib Neeg Xwm Txheej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Lub nceeg vaj qaum teb sawv cev rau tus cwj pwm qis nyob hauv lub tuam tsev ntawm tib neeg, nws sawv cev rau lub cev hauv lub tuam tsev ntawm pawg ntseeg, nws sawv cev rau tib neeg cev nqaij daim tawv hauv lub tuam tsev ntawm Khetos. Khetos tau txhim tsa txhua lub tuam tsev, thiab Nws tau muab txhua lub hauv paus, thiab thawj lub pob zeb hauv lub tuam tsev Millerite yog txoj kev qhuab qhia hais txog “xya lub sij hawm,” uas raug sawv cev los ntawm ob tug pas nrig ntawm Exekees. Hauv kev ntxeev siab xyoo 1863, Laodicean Adventism tsis kam txais lawv lub “pob zeb taub hau kaum” uas yog yaj saub, yam uas kuj tau tshwm sim hauv kev txhim tsa lub tuam tsev hauv ntiajteb. Lub pob zeb uas raug tsis lees txais ntawd raug teem tseg kom raug xaiv thaum kawg ntawm kev tsa lub tuam tsev, txawm yog tias nws tau ua ib lub pob zeb dawm taw thoob plaws lub sij hawm kev txhim tsa ntawd. Los tsis hais li ntawd los, Lo Lus yaj saub qhia meej tias lub pob zeb dawm taw uas raug tsis lees txais ntawd thaum kawg yuav los ua lub taub hau ntawm kaum.</w:t>
      </w:r>
    </w:p>
    <w:p>
      <w:pPr>
        <w:pStyle w:val="ArticleBody"/>
        <w:jc w:val="left"/>
      </w:pPr>
      <w:r>
        <w:rPr>
          <w:rFonts w:ascii="Times New Roman" w:hAnsi="Times New Roman" w:eastAsia="Times New Roman" w:cs="Times New Roman"/>
        </w:rPr>
        <w:t>Tus pas ntawm “xya tiam,” raws li sawv cev los ntawm lub nceeg vaj sab qab teb, yog “lub taub hau,” nyob rau hauv kev txheeb rau lub nceeg vaj sab qaum teb. Nws yog “lub taub hau,” vim yog nyob hauv lub nceeg vaj sab qab teb uas Vajtswv tau xaiv los txuas Yeluxalees ua Nws lub nroog, qhov chaw uas Nws tau tsa Nws lub chaw dawb huv thiab Nws lub npe. Txij thaum ob tus pas raug koom ua ke txij xyoo 1798 mus txog 1844, “lub taub hau” yeej yog lub nceeg vaj qis dua, sab qab teb. Thaum Yauhas, xyoo 1844, raug hais kom tseg lub nceeg vaj sab qaum teb lawm, vim nws twb raug muab rau Lwm Haiv Neeg, ces lub nceeg vaj sab qab teb thiaj raug tso tseg ua ib lub cim sawv ib leeg ua ib haiv neeg, lossis tsawg kawg yog qhov ntawd yog txoj kev npaj. Txoj kev npaj ntawd raug txwv los ntawm kev ntxeev siab xyoo 1863, thiab thawj “kev ntxeev siab ntawm Kadesh” ntawm Ixayees tiam no.</w:t>
      </w:r>
    </w:p>
    <w:p>
      <w:pPr>
        <w:pStyle w:val="ArticleBody"/>
        <w:jc w:val="left"/>
      </w:pPr>
      <w:r>
        <w:rPr>
          <w:rFonts w:ascii="Times New Roman" w:hAnsi="Times New Roman" w:eastAsia="Times New Roman" w:cs="Times New Roman"/>
        </w:rPr>
        <w:t>Hnub Cuaj Hlis 11, 2001, tus Tswv tau coj Nws pawg ntseeg Laodicea rov qab mus rau 1863, rov qab mus rau 1888, rov qab mus rau 1919, thiab rov qab mus rau 1957, mus rau qhov “kev ntxeev siab ntawm Kadesh” zaum ob. Tiamsis ntawm qhov kev ntxeev siab ntawd, lo lus cog tseg uas hais tias lub pob zeb uas raug muab tseg yuav los ua lub taub hau ntawm lub kaum tsev tam sim no tab tom raug ua kom tiav. Nws raug ua kom tiav nyob rau hauv cov uas raug sawv cev ua ib puas plaub caug plaub txhiab leej, cov uas Khetos ua kom tiav kev sib koom ua ke ntawm Vajtswv lub cev xwm thiab tibneeg lub cev xwm nyob hauv mus ib txhis.</w:t>
      </w:r>
    </w:p>
    <w:p>
      <w:pPr>
        <w:pStyle w:val="ArticleBody"/>
        <w:jc w:val="left"/>
      </w:pPr>
      <w:r>
        <w:rPr>
          <w:rFonts w:ascii="Times New Roman" w:hAnsi="Times New Roman" w:eastAsia="Times New Roman" w:cs="Times New Roman"/>
        </w:rPr>
        <w:t>Povlauj tau txheeb lub xwm txo qis tias yog cev nqaij daim tawv, thiab lub xwm siab dua tias yog lub siab. Nws tau txheeb lub cev (lub xwm txo qis) tias yog txoj kev tuag.</w:t>
      </w:r>
    </w:p>
    <w:p>
      <w:pPr>
        <w:pStyle w:val="ArticleScripture"/>
        <w:jc w:val="left"/>
      </w:pPr>
      <w:r>
        <w:rPr>
          <w:rFonts w:ascii="Times New Roman" w:hAnsi="Times New Roman" w:eastAsia="Times New Roman" w:cs="Times New Roman"/>
        </w:rPr>
        <w:t>Vim peb paub tias txoj kevcai yog ntawm sab ntsujplig; tabsis kuv yog neeg cev nqaij daim tawv, raug muag rau hauv qab kev txhaum. Rau qhov yam uas kuv ua, kuv tsis pom zoo rau; rau qhov yam uas kuv xav ua, yam ntawd kuv tsis ua; tabsis yam uas kuv ntxub, yam ntawd kuv ua. Yog li ntawd, yog kuv ua yam uas kuv tsis xav ua, kuv lees nrog txoj kevcai tias nws yog qhov zoo. Nim no ces tsis yog kuv lawm uas ua qhov ntawd, tiamsis yog kev txhaum uas nyob hauv kuv. Rau qhov kuv paub tias hauv kuv, (uas yog, hauv kuv cev nqaij daim tawv,) tsis muaj ib yam zoo li; rau qhov txoj kev xav ua yog nyob nrog kuv; tabsis yuav ua kom tiav yam uas zoo ntawd li cas kuv nrhiav tsis tau. Rau qhov yam zoo uas kuv xav ua, kuv tsis ua; tabsis yam phem uas kuv tsis xav ua, yam ntawd kuv ua. Nim no yog kuv ua yam uas kuv tsis xav ua, ces tsis yog kuv lawm uas ua qhov ntawd, tiamsis yog kev txhaum uas nyob hauv kuv. Yog li ntawd kuv pom muaj ib txoj kevcai, tias, thaum kuv xav ua qhov zoo, qhov phem yeej nyob nrog kuv. Rau qhov nyob hauv tus neeg sab hauv kuv zoo siab rau Vajtswv txoj kevcai; tabsis kuv pom muaj dua ib txoj kevcai nyob hauv kuv tej cev, tawm tsam txoj kevcai ntawm kuv lub siab, thiab coj kuv mus ua qhev rau txoj kevcai ntawm kev txhaum uas nyob hauv kuv tej cev. Au, kuv yog neeg txom nyem kawg li! Leejtwg yuav cawm kuv dim ntawm lub cev ntawm txoj kev tuag no? Loos 7:14–24.</w:t>
      </w:r>
    </w:p>
    <w:p>
      <w:pPr>
        <w:pStyle w:val="ArticleBody"/>
        <w:jc w:val="left"/>
      </w:pPr>
      <w:r>
        <w:rPr>
          <w:rFonts w:ascii="Times New Roman" w:hAnsi="Times New Roman" w:eastAsia="Times New Roman" w:cs="Times New Roman"/>
        </w:rPr>
        <w:t>Povlauj paub hais tias hauv nws “cev nqaij daim tawv” tsis muaj “ib yam zoo li.” Cov kev ntxias siab, tsis hais cov uas raug pub los ntawm caj ces thiab cov uas raug txhim kho los ntawm nws tus kheej, uas nyob hauv nws cev nqaij daim tawv (nws lub cev), tsuas ua haujlwm coj nws mus rau hauv kev txhaum xwb. Cov kev ntxias siab ntawd sawv cev rau txoj kevcai ntawm kev txhaum, tiam sis Povlauj ntshaw yuav ceev Vajtswv txoj kevcai, tsis yog txoj kevcai ntawm kev txhaum. Txoj kevcai ntawm Vajtswv uas Povlauj qhia tseg tias yog “txoj kevcai ntawm nws lub siab” (nws tus yam ntxwv siab dua). Nws lub suab quaj yog, “leejtwg yuav cawm kuv dim ntawm lub cev tuag no?” Tseeb tiag, Povlauj paub tias yog Vajtswv txoj kev muaj tswv ntuj uas yuav coj kev cawm dim los, tiam sis nws kuj paub tias txoj haujlwm ntawm kev cawm dim ntawd yuav tsum muaj nws txoj kev koom tes thiab.</w:t>
      </w:r>
    </w:p>
    <w:p>
      <w:pPr>
        <w:pStyle w:val="ArticleScripture"/>
        <w:jc w:val="left"/>
      </w:pPr>
      <w:r>
        <w:rPr>
          <w:rFonts w:ascii="Times New Roman" w:hAnsi="Times New Roman" w:eastAsia="Times New Roman" w:cs="Times New Roman"/>
        </w:rPr>
        <w:t>Yog li ntawd, kuv cov uas kuv hlub, ib yam li nej ib txwm mloog lus, tsis yog tsuas yog thaum kuv nyob ntawm nej xub ntiag xwb, tiam sis nim no hajyam ntau dua thaum kuv tsis nyob, nej cia li rau siab ua kom nej tus kheej txoj kev cawm dim tiav nrog kev ntshai thiab tshee hnyo. Rau qhov Vajtswv yog tus uas ua haujlwm hauv nej, kom nej muaj lub siab xav thiab kom nej ua tau raws li nws txoj kev txaus siab zoo. Filipis 2:12, 13.</w:t>
      </w:r>
    </w:p>
    <w:p>
      <w:pPr>
        <w:pStyle w:val="ArticleBody"/>
        <w:jc w:val="left"/>
      </w:pPr>
      <w:r>
        <w:rPr>
          <w:rFonts w:ascii="Times New Roman" w:hAnsi="Times New Roman" w:eastAsia="Times New Roman" w:cs="Times New Roman"/>
        </w:rPr>
        <w:t>Kev dim ntawm lub cev txoj kev tuag tau ua tiav los ntawm Hwjchim Saum Ntuj Ceeb Tsheej, uas tau txuas nrog tibneeg lub hwjchim, thiab qhov ntawd yog tus qauv uas Yexus tau muab rau tibneeg. Txawm yog txoj cai ntawm kev txhaum tseem ua haujlwm nquag hauv qhov xwm txheej qis ntawm lub cev, Yexus tseem khaws Nws qhov xwm txheej qis ntawd kom nyob hauv qab txoj cai ntawm Vajtswv los ntawm kev txo Nws lub siab nyiam kom mloog raws li Nws Leej Txiv lub siab nyiam. Povlauj yuav nrhiav tau kev dim yog tias nws yuav txo nws lub siab nyiam rau lub siab nyiam ntawm Vajtswv txoj kev muaj hwjchim. Thaum nws ua li ntawd, nws tab tom ua kom tiav nws tus kheej txoj kev cawm dim, thiab qhov no yog yam Uakaws Dawb txhais thaum nws hais txog txoj haujlwm ntawm kev tshem tawm kev txhaum tawm hauv peb lub neej.</w:t>
      </w:r>
    </w:p>
    <w:p>
      <w:pPr>
        <w:pStyle w:val="ArticleScripture"/>
        <w:jc w:val="left"/>
      </w:pPr>
      <w:r>
        <w:rPr>
          <w:rFonts w:ascii="Times New Roman" w:hAnsi="Times New Roman" w:eastAsia="Times New Roman" w:cs="Times New Roman"/>
        </w:rPr>
        <w:t>“Txhua tus ntsuj plig uas tsis kam muab nws tus kheej rau Vajtswv, tus ntawd nyob hauv lwm lub hwjchim tswj. Nws tsis yog tus tswv ntawm nws tus kheej. Tej zaum nws yuav hais txog txojkev ywj pheej, los nws nyob hauv txojkev qhev uas txom nyem tshaj plaws. Nws tsis raug tso cai kom pom qhov zoo nkauj ntawm qhov tseeb, rau qhov nws lub siab nyob hauv Xatas txojkev tswj. Thaum nws qhuas nws tus kheej tias nws tab tom raws li tej lus txiav txim ntawm nws tus kheej txojkev txiav txim siab, nws tab tom mloog tus thawj ntawm txojkev tsaus ntuj lub siab nyiam. Khetos tau los rhuav tej saw hlau ntawm kev ua qhev rau kev txhaum tawm ntawm tus ntsuj plig. ‘Yog li ntawd, yog Leej Tub ua nej dim, nej yuav dim tiag tiag.’ ‘Txoj kevcai ntawm tus Ntsuj Plig uas pub txoj sia hauv Khetos Yexus’ tsa peb ‘dim ntawm txoj kevcai ntawm kev txhaum thiab kev tuag.’ Loos 8:2.”</w:t>
      </w:r>
    </w:p>
    <w:p>
      <w:pPr>
        <w:pStyle w:val="ArticleScripture"/>
        <w:jc w:val="left"/>
      </w:pPr>
      <w:r>
        <w:rPr>
          <w:rFonts w:ascii="Times New Roman" w:hAnsi="Times New Roman" w:eastAsia="Times New Roman" w:cs="Times New Roman"/>
        </w:rPr>
        <w:t>“Hauv txoj hauj lwm ntawm txoj kev cawm dim tsis muaj kev yuam. Tsis siv ib lub hwj chim sab nraud twg li. Nyob hauv qab tus Ntsuj Plig ntawm Vajtswv txoj kev txhawb, tibneeg raug cia kom muaj kev ywj pheej xaiv tus uas nws yuav ua haujlwm rau. Hauv txoj kev hloov uas tshwm sim thaum tus ntsuj plig swb hlo rau Khetos, muaj txoj kev ywj pheej nyob rau hauv nws qhov kev txhais uas siab tshaj plaws. Kev ntiab txoj kev txhaum tawm yog tus ntsuj plig tus kheej tes dej num. Yeej muaj tseeb tias, peb tsis muaj hwj chim los tso peb tus kheej kom dim ntawm Xatas txoj kev tswj; tiam sis thaum peb ntshaw kom raug tso dim ntawm txoj kev txhaum, thiab hauv peb txoj kev txom nyem loj qw thov ib lub hwj chim uas nyob sab nraud thiab siab dua peb tus kheej, ces tej peev xwm ntawm tus ntsuj plig raug puv npo los ntawm tus Ntsuj Plig Dawb Huv lub zog los saum ntuj los, thiab lawv mloog raws li txoj kev txiav txim ntawm lub siab nyiam hauv kev ua kom tiav Vajtswv lub siab nyiam.</w:t>
      </w:r>
    </w:p>
    <w:p>
      <w:pPr>
        <w:pStyle w:val="ArticleScripture"/>
        <w:jc w:val="left"/>
      </w:pPr>
      <w:r>
        <w:rPr>
          <w:rFonts w:ascii="Times New Roman" w:hAnsi="Times New Roman" w:eastAsia="Times New Roman" w:cs="Times New Roman"/>
        </w:rPr>
        <w:t>“Yam tib qho kev cai xwb uas txoj kev ywj pheej ntawm tib neeg thiaj ua tau muaj tiag yog kev los ua ib tug nrog Khetos. ‘Qhov tseeb yuav ua kom nej dim dawb huv;’ thiab Khetos yog qhov tseeb. Kev txhaum muaj peev xwm kov yeej tau tsuas yog thaum nws ua kom lub siab qaug zog, thiab rhuav tshem txoj kev ywj pheej ntawm tus ntsuj plig. Kev nyob hauv qab Vajtswv yog kev rov qab los cuag tus kheej,—rau txoj koob meej thiab meej mom tseeb ntawm tib neeg. Txoj kevcai saum ntuj los, uas peb raug coj los nyob hauv qab, yog ‘txoj kevcai ntawm txoj kev ywj pheej.’ Yakaunpau 2:12.” The Desire of Ages, 466.</w:t>
      </w:r>
    </w:p>
    <w:p>
      <w:pPr>
        <w:pStyle w:val="ArticleBody"/>
        <w:jc w:val="left"/>
      </w:pPr>
      <w:r>
        <w:rPr>
          <w:rFonts w:ascii="Times New Roman" w:hAnsi="Times New Roman" w:eastAsia="Times New Roman" w:cs="Times New Roman"/>
        </w:rPr>
        <w:t>Povlauj qw, “Au tus neeg txom nyem uas kuv yog! Leejtwg yuav cawm kuv dim ntawm lub cev ntawm txoj kev tuag no?” Muam White tau hais tias, “thaum peb ntshaw kom raug tso dim ntawm kev txhaum, thiab hauv peb txoj kev txom nyem loj peb qw hu nrhiav ib lub hwj chim uas nyob sab nraud thiab siab dua peb tus kheej, lub hwj chim ntawm tus ntsuj plig raug xau nrog lub zog los saum ntuj los ntawm Vaj Ntsuj Plig Dawb Huv, thiab lawv mloog raws li tej lus txib ntawm txoj kev xav kom ua tiav raws li Vajtswv lub siab nyiam.” Thaum koom tes hauv kev sib xyaw ua ke ntawm peb tib neeg yam nrog Khetos txoj kev muaj Vajtswv, los ntawm kev siv peb txoj kev xav, peb ua tiav qhov “hauj lwm” ntawm kev tshem kev txhaum tawm ntawm peb tus kheej “ntsuj plig.”</w:t>
      </w:r>
    </w:p>
    <w:p>
      <w:pPr>
        <w:pStyle w:val="ArticleBody"/>
        <w:jc w:val="left"/>
      </w:pPr>
      <w:r>
        <w:rPr>
          <w:rFonts w:ascii="Times New Roman" w:hAnsi="Times New Roman" w:eastAsia="Times New Roman" w:cs="Times New Roman"/>
        </w:rPr>
        <w:t>Tiamsis yam peb “yuav tsum to taub yog lub hwj chim tiag tiag ntawm lub siab nyiam.” Lub siab nyiam yog “lub hwj chim kav hauv tib neeg lub xeev ntuj, yog lub hwj chim txiav txim siab, los yog xaiv. Txhua yam vam khom rau txoj kev ua kom yog ntawm lub siab nyiam. Vajtswv tau muab lub hwj chim xaiv rau tib neeg; lawv muaj cai siv nws. Koj hloov tsis tau koj lub siab, koj tsis muaj peev xwm ntawm koj tus kheej muab nws tej kev hlub rau Vajtswv; tiam sis koj muaj peev xwm xaiv los ua haujlwm rau Nws. Koj muab tau koj lub siab nyiam rau Nws; ces Nws yuav ua haujlwm hauv koj kom koj muaj lub siab nyiam thiab ua raws li Nws txoj kev zoo siab. Yog li ntawd, koj tag nrho lub xeev ntuj yuav raug coj los nyob hauv Khetos tus Ntsuj Plig txoj kev tswj hwm; koj tej kev hlub yuav tsom rau Nws, koj tej kev xav yuav sib haum nrog Nws.”</w:t>
      </w:r>
    </w:p>
    <w:p>
      <w:pPr>
        <w:pStyle w:val="ArticleBody"/>
        <w:jc w:val="left"/>
      </w:pPr>
      <w:r>
        <w:rPr>
          <w:rFonts w:ascii="Times New Roman" w:hAnsi="Times New Roman" w:eastAsia="Times New Roman" w:cs="Times New Roman"/>
        </w:rPr>
        <w:t>Povlauj paub tej qhov tseeb no, thiab nws paub tias nws yam xwm qub qis yuav tsum raug tswj kom nyob hauv qab nws yam xwm siab dua, los ntawm kev siv nws lub siab nyiam. Vim li no Povlauj thiaj tuag txhua hnub.</w:t>
      </w:r>
    </w:p>
    <w:p>
      <w:pPr>
        <w:pStyle w:val="ArticleScripture"/>
        <w:jc w:val="left"/>
      </w:pPr>
      <w:r>
        <w:rPr>
          <w:rFonts w:ascii="Times New Roman" w:hAnsi="Times New Roman" w:eastAsia="Times New Roman" w:cs="Times New Roman"/>
        </w:rPr>
        <w:t>Kuv hais qhia tseeb los ntawm nej txoj kev zoo siab uas kuv muaj nyob hauv Khetos Yexus peb tus Tswv, tias kuv tuag txhua hnub. 1 Kauslimthaus 15:31.</w:t>
      </w:r>
    </w:p>
    <w:p>
      <w:pPr>
        <w:pStyle w:val="ArticleBody"/>
        <w:jc w:val="left"/>
      </w:pPr>
      <w:r>
        <w:rPr>
          <w:rFonts w:ascii="Times New Roman" w:hAnsi="Times New Roman" w:eastAsia="Times New Roman" w:cs="Times New Roman"/>
        </w:rPr>
        <w:t>Paulus paub tias nws yuav tsum ntsia nws tus kheej qub cev nqaij tawv rau saum ntoo khaub lig txhua hnub los ntawm kev siv nws lub siab nyiam los tswj kom nws tus kheej qub cev nqaij tawv nyob hauv kev quab yuam. Vim li ntawd nws thiaj ntsia nws cev nqaij tawv rau saum ntoo khaub lig.</w:t>
      </w:r>
    </w:p>
    <w:p>
      <w:pPr>
        <w:pStyle w:val="ArticleScripture"/>
        <w:jc w:val="left"/>
      </w:pPr>
      <w:r>
        <w:rPr>
          <w:rFonts w:ascii="Times New Roman" w:hAnsi="Times New Roman" w:eastAsia="Times New Roman" w:cs="Times New Roman"/>
        </w:rPr>
        <w:t>Thiab cov uas yog Khetos tug twb muab cev nqaij daim tawv ntsia saum ntoo khaub lig nrog rau nws tej kev ntshaw thiab kev khav theeb lawm. Kalatia 5:24.</w:t>
      </w:r>
    </w:p>
    <w:p>
      <w:pPr>
        <w:pStyle w:val="ArticleBody"/>
        <w:jc w:val="left"/>
      </w:pPr>
      <w:r>
        <w:rPr>
          <w:rFonts w:ascii="Times New Roman" w:hAnsi="Times New Roman" w:eastAsia="Times New Roman" w:cs="Times New Roman"/>
        </w:rPr>
        <w:t>Povlauj paub tias nws cev nqaij daim tawv txhaum yuav nyob hauv noob neej mus txog thaum Khetos Rov Los zaum ob, thaum cov neeg ncaj ncees, hauv ib pliag ntawm qhov muag ntsais, yuav tau txais ib lub cev tshiab uas muaj yeeb koob. Vim li no xyoo 1798 thiaj cim qhia lub hauv paus ntawm plaub caug rau xyoo uas lub tuam tsev Millerite raug tsa, rau qhov Khetos, uas yog tib lub hauv paus xwb, yog tus Menyuam Yaj uas raug tua txij thaum lub hauv paus pib los. Lub nceeg vaj qaum teb yog lub cev, uas dhau los ntawm kev txhaum tau txais kev kav siab tshaj rau saum noob neej, thiab tsa nws tus kheej los ua tus cuav nceeg vaj qaum teb. Xyoo 1844, Yauhas raug hais kom “tso tseg sab nraum” lub loog, uas hauv lus Kili yog txhais tias tsis kam lees tus yam ntxwv qis, uas tau txais kev kav siab tshaj rau saum tus yam ntxwv siab dua qhov uas Vajtswv tau xaiv los tso Nws lub npe, thiab xyoo 1798, cev nqaij daim tawv (tus yam ntxwv qis) nrog “kev ntshaw thiab kev qaug siab” yuav tsum raug ntsia saum ntoo khaub lig.</w:t>
      </w:r>
    </w:p>
    <w:p>
      <w:pPr>
        <w:pStyle w:val="ArticleBody"/>
        <w:jc w:val="left"/>
      </w:pPr>
      <w:r>
        <w:rPr>
          <w:rFonts w:ascii="Times New Roman" w:hAnsi="Times New Roman" w:eastAsia="Times New Roman" w:cs="Times New Roman"/>
        </w:rPr>
        <w:t>Thaum kawg nkaus ntawm lub hauv paus, Khetos lub cev nqaij daim tawv tau tuag rau hauv txoj kev raug ntsia saum ntoo khaub lig, raws li Nws raug txiav tawm ntawm cov uas muaj sia. Ces lub nceeg vaj sab qab teb yuav tsum yog ib haiv neeg xwb, muaj ib tug vajntxwv xwb, nyob hauv txoj kev cog lus nrog Vajtswv, thiab yog ib haiv neeg uas muaj Vajtswv lub chaw dawb huv nyob hauv lawv nruab nrab. Kab ntxiv kab, “xya lub sijhawm,” tam sim no yog “lub taub hau ntawm lub ces kaum,” vim txij li lub Cuaj Hlis 11, 2001 Vajtswv tab tom tsa Nws “pab tub rog sab qaum teb” los ua ib lub chij txheem. Pab tub rog ntawd yuav tsum yog ib haiv neeg xwb, thiab haiv neeg ntawd yuav tsum thiaj xav txog Nws daim duab ib leeg xwb, thiab qhov no tshwm sim raws nraim rau lub sijhawm uas Xatas tab tom tsa nws “lub kub” uas yog daim duab ntawm tus tsiaj nyaum. Hauv Exekees tshooj peb caug xya lo lus ntawm plaub cua tshuab txoj xov nag lig los rau saum cov uas ces sawv los ua pab tub rog ntawd. Lo lus ntawm plaub cua yog txoj xov ntawm Lub Xya Trumpet, uas yog qhov chaw uas Vajtswv qhov tsis paub tob raug ua kom tiav.</w:t>
      </w:r>
    </w:p>
    <w:p>
      <w:pPr>
        <w:pStyle w:val="ArticleBody"/>
        <w:jc w:val="left"/>
      </w:pPr>
      <w:r>
        <w:rPr>
          <w:rFonts w:ascii="Times New Roman" w:hAnsi="Times New Roman" w:eastAsia="Times New Roman" w:cs="Times New Roman"/>
        </w:rPr>
        <w:t>Txoj hauj lwm kawg ntawm kev muab lub cim ntim pib thaum Lub Kaum Hli 7, 2023. Lub sij hawm muab lub cim ntim ntawm ib puas plaub caug plaub txhiab leej raug ua tiav thaum lub Suab Npu ntawm Tus Xya raug nrov, thiab lub suab npu ntawd nrov peb zaug thaum lub txheej txheem muab lub cim ntim tab tom tshwm sim. Nws ib txwm cim txog ib qho kev ntaus ntawm Islam tawm tsam lub Tebchaws Muaj Hwjchim Ci Ntsa Iab. Lub “tebchaws muaj hwjchim ci ntsa iab” sab ntsuj plig niaj hnub no raug ntaus thaum lub Cuaj Hli 11, 2001, hos lub tebchaws muaj hwjchim ci ntsa iab qub uas yog tiag tiag raug ntaus thaum Lub Kaum Hli 7, 2023, uas yog tib lub xyoo uas ob tug timkhawv uas tau raug tua rov qab los ciaj sia. Qhov kev ntaus zaum peb yog thaum txoj cai Sunday uas tab tom yuav los sai no hauv Tebchaws Meskas.</w:t>
      </w:r>
    </w:p>
    <w:p>
      <w:pPr>
        <w:pStyle w:val="ArticleBody"/>
        <w:jc w:val="left"/>
      </w:pPr>
      <w:r>
        <w:rPr>
          <w:rFonts w:ascii="Times New Roman" w:hAnsi="Times New Roman" w:eastAsia="Times New Roman" w:cs="Times New Roman"/>
        </w:rPr>
        <w:t>Txij thaum Lub Kaum Hli 7, 2023, lub kub Republican thiab lub kub Protestant tseeb ntawm tus tsiaj qus hauv ntiajteb tab tom ua tiav lawv tej kev hloov zaum kawg mus ua ib lub kub uas hais lus yam li ib tug zaj lossis yam li ib tug Menyuam Yaj, nyob rau ntawm txoj cai Hnub Caiv uas yuav los sai no. Ob yam kev tshwm sim ntawm cov yeeb ncuab sab hauv thiab sab nraud hauv txoj kev sib cav loj uas raug nthuav tawm thaum tej xwm txheej kaw ntawm keeb kwm ntiajteb, nkawd ob leeg nyob hauv keeb kwm uas sawv cev los ntawm nqe plaub caug hauv Daniyee tshooj kaum ib. Ob txoj kev loj hlob zaum kawg ntawm ob lub kub ntawd raug ua tiav thaum Lub Raj Xya tab tom nrov. Lub Raj Xya yog qhov thib peb ntawm peb lub raj kev txom nyem.</w:t>
      </w:r>
    </w:p>
    <w:p>
      <w:pPr>
        <w:pStyle w:val="ArticleBody"/>
        <w:jc w:val="left"/>
      </w:pPr>
      <w:r>
        <w:rPr>
          <w:rFonts w:ascii="Times New Roman" w:hAnsi="Times New Roman" w:eastAsia="Times New Roman" w:cs="Times New Roman"/>
        </w:rPr>
        <w:t>Peb lub ntiajteb kev txom nyem ntawd sawv cev rau kev siv lus faj lem peb txheej, thiab hauv kev ua li ntawd lawv muab ib zaj lus tim khawv muaj zog txog lub cim taw qhia ntawm lub Kaum Hli 7, 2023. Hauv ob qho tib si—lub ntiajteb kev txom nyem thawj thiab lub ntiajteb kev txom nyem ob—kev ua tsov ua rog ntawm Islam tau raug coj los tawm tsam cov tub rog ntawm Loos, uas nyob rau hnub kawg no yog Tebchaws Meskas, raws li tau raug ua tim khawv los ntawm kev kov yeej Soviet Union uas tau muaj los ntawm ib txoj kev sib koom tes zais cia ntawm tus antichrist (Pope John Paul II), thiab tus yaj saub cuav (Ronald Reagan) xyoo 1989.</w:t>
      </w:r>
    </w:p>
    <w:p>
      <w:pPr>
        <w:pStyle w:val="ArticleBody"/>
        <w:jc w:val="left"/>
      </w:pPr>
      <w:r>
        <w:rPr>
          <w:rFonts w:ascii="Times New Roman" w:hAnsi="Times New Roman" w:eastAsia="Times New Roman" w:cs="Times New Roman"/>
        </w:rPr>
        <w:t>Hauv qhov xwm txheej phem thawj zaug, raws li tau muab hais tseg hauv Tshwm Sim tshooj cuaj, muaj ib lo lus faj lem txog sijhawm yog tsib lub hlis, uas yog ib puas tsib caug xyoo. Hauv qhov xwm txheej phem thib ob, muaj ib lo lus faj lem txog sijhawm yog peb puas cuaj caum ib xyoos, thiab kaum tsib hnub. Ob lo lus faj lem txog sijhawm no sawv cev rau kev ua rog tawm tsam Loos uas Islam tau coj los thaum ob ntu keeb kwm uas sawv cev rau qhov xwm txheej phem thawj thiab thib ob. Ob lo lus faj lem no muaj ob yam txiaj ntsig sib txawv ntawm kev ua rog ntawd. Hauv thawj ib puas tsib caug xyoo Islam yuav tsum “ua mob” rau Loos, hos hauv lo lus faj lem ntawm peb puas cuaj caum ib xyoos, thiab kaum tsib hnub, Islam yuav tsum “tua” Loos. Ob lo lus faj lem no raug txuas ncaj qha rau ib leeg. Qhov xaus ntawm ib puas tsib caug xyoo uas Islam yuav tsum ua mob rau Loos tau qhia txog qhov pib ntawm peb puas cuaj caum ib xyoos, thiab kaum tsib hnub uas Islam yuav tsum tua Loos. Qhov xwm txheej phem thawj thiab thib ob raug faib cais los ntawm qhov xaus ntawm ib puas tsib caug xyoo, thiab qhov pib ntawm peb puas cuaj caum ib xyoos, thiab kaum tsib hnub.</w:t>
      </w:r>
    </w:p>
    <w:p>
      <w:pPr>
        <w:pStyle w:val="ArticleBody"/>
        <w:jc w:val="left"/>
      </w:pPr>
      <w:r>
        <w:rPr>
          <w:rFonts w:ascii="Times New Roman" w:hAnsi="Times New Roman" w:eastAsia="Times New Roman" w:cs="Times New Roman"/>
        </w:rPr>
        <w:t>Tebchaws Meskas tsis ua tus nceeg vaj thib rau ntawm Vajlugkub txoj lus faj lem ntxiv lawm thaum txoj cai Sunday uas yuav los sai tau los txog, thiab yog thaum ntawd nws thiaj raug “muab tua” raws li txoj lus faj lem. Lub sijhawm ntawm “av qeeg loj”, nyob hauv Tshwmsim tshooj kaum ib, yog txoj cai Sunday uas yuav los sai tau los txog, thiab thaum lub sijhawm ntawd los txog, ces Xya Lub Raj Nplaim ntawm Islam kuj los txog thiab. Nws los txog los cim qhov kawg, lossis txoj kev tuag ntawm tus nceeg vaj thib rau, uas yog pab tub rog ntawm Loos nyob rau hnub kawg. Ua ntej txoj kev tuag ntawd, muaj ib puas tsib caug xyoo uas Islam tsim kev mob rau cov tub rog ntawm Loos. Raws li cov xov xwm tseem ceeb, uas sim txo kom me me txog cov dej num ntawm Islam hnyav nyob hauv lub ntiaj teb niaj hnub no, txij thaum Lub Kaum Hli 7, 2023 los. Mus txog thaum sau tsab xov xwm no rau Lub Ob Hlis 12, 2024, Islam tau ua ib puas rau caum tsib qhov kev tawm tsam rau tej kev txaus siab ntawm Asmeskas thoob plaws lub ntiaj teb.</w:t>
      </w:r>
    </w:p>
    <w:p>
      <w:pPr>
        <w:pStyle w:val="ArticleBody"/>
        <w:jc w:val="left"/>
      </w:pPr>
      <w:r>
        <w:rPr>
          <w:rFonts w:ascii="Times New Roman" w:hAnsi="Times New Roman" w:eastAsia="Times New Roman" w:cs="Times New Roman"/>
        </w:rPr>
        <w:t>Ib puas xyoos tsib caug uas Islam ua rau cov tub rog Loos raug mob, uas coj mus rau kev tua cov tub rog Loos hauv thawj thiab thawj zaug kev txom nyem zaum ob, rov tshwm dua hauv keeb kwm ntawm kev txom nyem zaum peb, rau qhov ntawd yog txoj kev uas kev siv yav tom ntej tej lus faj lem peb txheej ua haujlwm. Lub suab nrov ntawm Rab Raj Xya, uas yog kev muab khi rau ib puas plaub caug plaub txhiab leej, uas yog thaum kev koom ua ke ntawm Vajtswv txoj kev ua Vajtswv thiab tib neeg txoj kev ua neeg tshwm sim, raws li sawv cev los ntawm kev txuas ua ke ntawm ob tug ncej ntoo, muaj peb lub cim taw tes. Thawj yog thaj av ci ntsa iab sab ntsuj plig, thiab lub kawg yog thaj av ci ntsa iab sab ntsuj plig. Lub cim taw tes nruab nrab yog thaj av ci ntsa iab tiag tiag.</w:t>
      </w:r>
    </w:p>
    <w:p>
      <w:pPr>
        <w:pStyle w:val="ArticleBody"/>
        <w:jc w:val="left"/>
      </w:pPr>
      <w:r>
        <w:rPr>
          <w:rFonts w:ascii="Times New Roman" w:hAnsi="Times New Roman" w:eastAsia="Times New Roman" w:cs="Times New Roman"/>
        </w:rPr>
        <w:t>Xyoo 2023, lub suab nrov thib ob ntawm Lub Raj Ceeb Toom ceeb toom ntawm txoj kev txom nyem thib peb, tau txheeb qhia txog kev nce siab zuj zus ntawm kev ua tsov ua rog ntawm Islam thaum nws nkag mus rau hauv ib lub caij nyoog uas nws yuav “ua mob” rau tus tsiaj qus ntawm lub ntiajteb. Nyob rau tib lub xyoo ntawd, ob tug timkhawv ntawm tus kub thib Republican thiab tus kub tseeb Protestant tau rov qab los muaj sia thiab pib lawv cov kev hloov ua ke mus rau hauv lawv cov kub cim kawg. Rau tus kub Republican, nws yog kev sib xyaw ua ke ntawm tag nrho cov hwjchim Protestant uas tau thim txoj kev ntseeg, nrog tag nrho cov hwjchim Republican uas tau thim txoj kev ntseeg, kom tsim tau ib tug kub uas yog tus duab ntawm tus tsiaj qus. Hos rau tus kub tseeb Protestant, nws yog kev sib xyaw ua ke ntawm Vajtswv txoj Keeb Txuj nrog tibneeg ntuj, thaum tus kub tab tom hloov ntawm Laodicean mus rau Philadelphian hauv cwjpwm, kom thiaj li muaj peevxwm ua kom pom qhov rov qab ncaj qha rau tus duab ntawm tus tsiaj qus. Xyoo 2023 tau tshwm sim nees nkaum ob xyoos tom qab 2001, yog li ntawd sawv cev rau txoj kev txuas cim ntawm Vajtswv txoj Keeb Txuj uas sib xyaw nrog tibneeg ntuj.</w:t>
      </w:r>
    </w:p>
    <w:p>
      <w:pPr>
        <w:pStyle w:val="ArticleBody"/>
        <w:jc w:val="left"/>
      </w:pPr>
      <w:r>
        <w:rPr>
          <w:rFonts w:ascii="Times New Roman" w:hAnsi="Times New Roman" w:eastAsia="Times New Roman" w:cs="Times New Roman"/>
        </w:rPr>
        <w:t>Txhua keeb kwm no tag nrho tshwm sim nyob rau nqe plaub caug ntawm Daniyee kaum ib, uas yog nqe uas raug qhib tawm thiab ua rau muaj kev paub nce ntxiv nyob rau xyoo 1989, uas yog sawv cev los ntawm tus Dej Hiddekel. Hauv zaj keeb kwm yaj saub ntawm nqe ntawd, txoj hauj lwm kawg hauv Chav Dawb Huv Tshaj Plaws kuj raug ua tiav thiab, uas yog qhov kaj uas raug qhib tawm nyob rau xyoo 1798, thiab qhov ntawd yog sawv cev los ntawm tus Dej Ulai. Qhov pib ntawm nqe plaub caug qhia txog lub sijhawm kawg hauv 1798, hos qhov xaus ntawm nqe ntawd qhia txog lub sijhawm kawg hauv 1989, thiab ob tug dej ntawd sib txuam ua ke hauv zaj keeb kwm ntawm nqe plaub caug, ib yam li tus Dej Tigris thiab Euphrates (Ulai thiab Hiddekel) ua, tam sim ua ntej lawv mus txog Persian Gulf.</w:t>
      </w:r>
    </w:p>
    <w:p>
      <w:pPr>
        <w:pStyle w:val="ArticleBody"/>
        <w:jc w:val="left"/>
      </w:pPr>
      <w:r>
        <w:rPr>
          <w:rFonts w:ascii="Times New Roman" w:hAnsi="Times New Roman" w:eastAsia="Times New Roman" w:cs="Times New Roman"/>
        </w:rPr>
        <w:t>Peb yuav txuas ntxiv txoj kev kawm no rau hauv zaj ntawv tom ntej.</w:t>
      </w:r>
    </w:p>
    <w:p>
      <w:pPr>
        <w:pStyle w:val="ArticleScripture"/>
        <w:jc w:val="left"/>
      </w:pPr>
      <w:r>
        <w:rPr>
          <w:rFonts w:ascii="Times New Roman" w:hAnsi="Times New Roman" w:eastAsia="Times New Roman" w:cs="Times New Roman"/>
        </w:rPr>
        <w:t>Tus Ntsuj Plig ntawm tus Tswv Vajtswv nyob saum kuv; vim tus Tswv tau pleev roj xaiv kuv los tshaj txoj xov zoo rau cov neeg txo hwj chim; nws tau txib kuv mus qhwv kho cov siab tawg tag, tshaj tawm txoj kev dim rau cov raug ntes, thiab kev qhib tsev loj cuj rau cov uas raug khi; los tshaj tawm xyoo uas tus Tswv txaus siab txais, thiab hnub ntawm peb tus Vajtswv txoj kev pauj; los nplij txhua tus uas quaj ntsuag; los tsa tseg rau cov uas quaj ntsuag hauv Xi-oos, los pub kev zoo nkauj rau lawv hloov tshauv, roj ntawm kev xyiv fab hloov kev quaj ntsuag, tsoos tsho ntawm kev qhuas hloov tus ntsuj plig ntawm kev nyuaj siab; kom lawv thiaj raug hu ua tej ntoo ntawm kev ncaj ncees, yog tus Tswv txoj kev cog, kom nws tau txais koob meej.</w:t>
      </w:r>
    </w:p>
    <w:p>
      <w:pPr>
        <w:pStyle w:val="ArticleScripture"/>
        <w:jc w:val="left"/>
      </w:pPr>
      <w:r>
        <w:rPr>
          <w:rFonts w:ascii="Times New Roman" w:hAnsi="Times New Roman" w:eastAsia="Times New Roman" w:cs="Times New Roman"/>
        </w:rPr>
        <w:t>Thiab lawv yuav txhim kho tej chaw qub uas raug puam tsuaj, lawv yuav tsa rov qab tej kev puas ntsoog yav tag los, thiab lawv yuav kho tej nroog uas raug rhuav tshem, tej kev puam tsuaj uas kav ntau tiam neeg. Cov neeg txawv teb chaws yuav sawv los yug nej tej yaj tej tshis, thiab cov tub ntawm cov neeg txawv haiv neeg yuav ua nej cov laij teb thiab cov tu vaj hmab. Tiamsis nej yuav raug hu ua Cov Pov Thawj ntawm tus Tswv: neeg yuav hu nej ua Cov Tub Txib ntawm peb tus Vajtswv: nej yuav noj tej kev nplua nuj ntawm Lwm Haiv Neeg, thiab nej yuav khav txog nej tus kheej hauv lawv lub hwjchim ci ntsa iab. Rau nej txoj kev txaj muag nej yuav tau ob npaug; thiab rau txoj kev poob ntsej muag lawv yuav zoo siab rau lawv feem: yog li ntawd hauv lawv thaj av lawv yuav tau txais ob npaug: txoj kev xyiv fab mus ib txhis yuav yog lawv tug.</w:t>
      </w:r>
    </w:p>
    <w:p>
      <w:pPr>
        <w:pStyle w:val="ArticleScripture"/>
        <w:jc w:val="left"/>
      </w:pPr>
      <w:r>
        <w:rPr>
          <w:rFonts w:ascii="Times New Roman" w:hAnsi="Times New Roman" w:eastAsia="Times New Roman" w:cs="Times New Roman"/>
        </w:rPr>
        <w:t>Vim kuv yog tus Tswv hlub txojkev txiav txim, kuv ntxub kev tub sab rau tej khoom hlawv xyeem; thiab kuv yuav coj lawv tes haujlwm raws qhov tseeb, thiab kuv yuav cog lus ib txojkev khi lus uas nyob mus ib txhis nrog lawv. Thiab lawv cajces yuav raug paub nyob hauv cov Neeg Lwm Haiv Neeg, thiab lawv tej xeebntxwv nyob hauv cov neeg sawvdaws: txhua tus uas pom lawv yuav lees paub lawv, tias lawv yog cajces uas tus Tswv tau foom koob hmoov rau. Kuv yuav zoo siab kawg hauv tus Tswv, kuv tus ntsujplig yuav xyiv fab hauv kuv tus Vajtswv; rau qhov nws tau muab kuv hnav tej tsoos tsho ntawm txojkev cawm dim, nws tau npog kuv nrog lub tsho ntev ntawm txojkev ncaj ncees, ib yam li nraug vauv hnav nws tus kheej kom zoo nkauj nrog tej hniav nyiaj hniav kub, thiab ib yam li nkauj nyab kho nws tus kheej nrog nws tej hniav nyiaj hniav kub. Rau qhov ib yam li lub ntiajteb txiag tebchaws coj nws tej hlav tawm tuaj, thiab ib yam li lub vaj ua rau tej yam uas muab tseb rau hauv nws txhawv tuaj; kuj yog li ntawd tus Tswv Vajtswv yuav ua kom txojkev ncaj ncees thiab kev qhuas txhawv tuaj nyob ntawm txhua haiv neeg xubntiag. Yaxayas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Ib-Puas Tsib-Caug Peb</dc:title>
  <dc:subject>Lub Cim Sab Ntsuj Plig ntawm Cov Nceeg Vaj Qaum Teb thiab Qab Teb: Ib Txoj Kev Taug Dhau Los ntawm Cov Tuam Tsev hauv Phau Vajlugkub thiab Tib Neeg Xwm Txheej</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