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Ib Puas Tsib Caug Tsib</w:t>
      </w:r>
    </w:p>
    <w:p>
      <w:pPr>
        <w:pStyle w:val="ArticleSubtitle"/>
        <w:jc w:val="left"/>
      </w:pPr>
      <w:r>
        <w:rPr>
          <w:rFonts w:ascii="Arial" w:hAnsi="Arial" w:eastAsia="Arial" w:cs="Arial"/>
        </w:rPr>
        <w:t>Qhia Tshwm Daniel Txoj Kev Pom Kawg: Ib Txoj Kev Taug Uas Sib Txawv Nrog Cov Nkauj Nkauj Ntse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Peb twb pib peb txoj kev xav txog Daniyees zaj viden kawg los ntawm kev txheeb Daniyees tias yog ib lub cim sawv cev rau Vajtswv haiv neeg ntawm daim ntawv cog lus hauv hnub kawg, thiab peb tau siv nqe thawj ntawd nrog rau tshooj kawg los pib txheeb xyuas cov yam ntxwv cev Vajtswv lus ntawm cov neeg hnub kawg ntawd uas Belteshazzar sawv cev. Vajtswv haiv neeg ntawm daim ntawv cog lus hauv hnub kawg sawv cev rau cov Millerites ntawm txoj kev txav ntawm tus tim tswv thawj, thiab rau ib puas plaub caug plaub txhiab leej ntawm txoj kev txav ntawm tus tim tswv peb. Cov Millerites tau ua kom tiav zaj lus piv txwv txog kaum tus ntxhais nkauj xwb, thiab zaj lus piv txwv ntawd rov muaj dua ib lo lus tsis txawv li hauv hnub kawg.</w:t>
      </w:r>
    </w:p>
    <w:p>
      <w:pPr>
        <w:pStyle w:val="ArticleScripture"/>
        <w:jc w:val="left"/>
      </w:pPr>
      <w:r>
        <w:rPr>
          <w:rFonts w:ascii="Times New Roman" w:hAnsi="Times New Roman" w:eastAsia="Times New Roman" w:cs="Times New Roman"/>
        </w:rPr>
        <w:t>“Kuv feem ntau raug xa mus rau zaj lus piv txwv hais txog kaum tus nkauj xwb, tsib leej uas txawj ntse, thiab tsib leej ruam. Zaj lus piv txwv no twb tau raug thiab yuav raug ua tiav raws nraim ib lo lus ib txhia, rau qhov nws muaj ib daim ntawv thov tshwj xeeb rau lub caij nyoog no, thiab, ib yam li txoj xov ntawm tus tim tswv thib peb, nws twb tau raug ua tiav thiab yuav tseem ua qhov tseeb tam sim no mus txog rau thaum kawg ntawm lub sijhawm.” Review and Herald, August 19, 1890.</w:t>
      </w:r>
    </w:p>
    <w:p>
      <w:pPr>
        <w:pStyle w:val="ArticleBody"/>
        <w:jc w:val="left"/>
      </w:pPr>
      <w:r>
        <w:rPr>
          <w:rFonts w:ascii="Times New Roman" w:hAnsi="Times New Roman" w:eastAsia="Times New Roman" w:cs="Times New Roman"/>
        </w:rPr>
        <w:t>Qhov kev paub ntawm ob txoj kev txav nyob rau hnub kawg, yog qhov kev paub ntawm Adventism.</w:t>
      </w:r>
    </w:p>
    <w:p>
      <w:pPr>
        <w:pStyle w:val="ArticleScripture"/>
        <w:jc w:val="left"/>
      </w:pPr>
      <w:r>
        <w:rPr>
          <w:rFonts w:ascii="Times New Roman" w:hAnsi="Times New Roman" w:eastAsia="Times New Roman" w:cs="Times New Roman"/>
        </w:rPr>
        <w:t>“Zaj lus piv txwv hais txog kaum leej nkauj xwb hauv Mathais 25 kuj qhia txog qhov kev paub dhau los ntawm haiv neeg Adventist.” The Great Controversy, 393.</w:t>
      </w:r>
    </w:p>
    <w:p>
      <w:pPr>
        <w:pStyle w:val="ArticleBody"/>
        <w:jc w:val="left"/>
      </w:pPr>
      <w:r>
        <w:rPr>
          <w:rFonts w:ascii="Times New Roman" w:hAnsi="Times New Roman" w:eastAsia="Times New Roman" w:cs="Times New Roman"/>
        </w:rPr>
        <w:t>Cov Millerite sawv cev rau txoj kev txav ntawm thawj tug timtswv, thiab lawv txoj kev paub kuj tau raug sawv cev los ntawm pawg ntseeg Philadelphia. Xyoo 1856, txoj kev txav Philadelphian Millerite tau hloov mus rau txoj kev txav Laodicean, thiab hauv txoj kev tawm tsam xyoo 1863, nws tau hloov ntxiv mus ua pawg ntseeg Seventh-day Adventist Laodicean.</w:t>
      </w:r>
    </w:p>
    <w:p>
      <w:pPr>
        <w:pStyle w:val="ArticleBody"/>
        <w:jc w:val="left"/>
      </w:pPr>
      <w:r>
        <w:rPr>
          <w:rFonts w:ascii="Times New Roman" w:hAnsi="Times New Roman" w:eastAsia="Times New Roman" w:cs="Times New Roman"/>
        </w:rPr>
        <w:t>Ib puas plaub txhiab leej sawv cev rau txoj kev txav ntawm tus tim tswv thib peb, thiab lawv txoj kev paub dhau los kuj raug sawv cev los ntawm pawg ntseeg Filadefias. Xyoo 1989, phau ntawv Daniyees raug qhib nws lub ntsiab rau pawg ntseeg Xya Hnub Khaws Hnub Caiv Laodikea, thiab thaum lub Cuaj Hlis 11, 2001, txoj kev txav Adventist Laodikea tau pib, thiab thaum Lub Xya Hli xyoo 2023, kev hloov rov qab los rau txoj kev txav Filadefias tau los txog.</w:t>
      </w:r>
    </w:p>
    <w:p>
      <w:pPr>
        <w:pStyle w:val="ArticleBody"/>
        <w:jc w:val="left"/>
      </w:pPr>
      <w:r>
        <w:rPr>
          <w:rFonts w:ascii="Times New Roman" w:hAnsi="Times New Roman" w:eastAsia="Times New Roman" w:cs="Times New Roman"/>
        </w:rPr>
        <w:t>Belteshazzar, lossis Daniel, sawv cev rau txoj kev txav Filadefia ntawm hnub kawg, uas rov ua dua txoj kev txav Filadefia ntawm cov Millerite “ib yam nkaus nkaus li tus ntawv.” Nqe thawj ntawm lub zeem muag kawg sawv cev rau cov neeg ntawd ntawm hnub kawg, thiab zaj lus tim khawv kawg ntawm lub zeem muag kawg yuav tsum sib haum nrog zaj lus tim khawv thawj ntawm lub zeem muag kawg. Txoj txheej txheem ntxuav kom dawb huv hauv Daniyees tshooj kaum ob qhia txog kev nce ntxiv ntawm kev paub, thiab ob pawg neeg uas raug tsim tawm los ntawm qhov ntawd. Belteshazzar yog daim sawv cev kawg nkaus ntawm cov neeg txawj ntse ntawm hnub kawg. Hauv Daniyees tshooj kaum ob muaj tsawg kawg yog tsib qhov tseeb yaj saub uas yog cov ncej ruaj rau txoj kev txav Millerite, uas yuav tsum raug rov ua dua hauv txoj kev txav ntawm tus tim tswv thib peb.</w:t>
      </w:r>
    </w:p>
    <w:p>
      <w:pPr>
        <w:pStyle w:val="ArticleBody"/>
        <w:jc w:val="left"/>
      </w:pPr>
      <w:r>
        <w:rPr>
          <w:rFonts w:ascii="Times New Roman" w:hAnsi="Times New Roman" w:eastAsia="Times New Roman" w:cs="Times New Roman"/>
        </w:rPr>
        <w:t>Qhov thawj yog txoj kev ntxuav kom huv uas ua rau muaj ob pawg neeg pe hawm, thiab yog li ntawd thiaj ua kom zaj lus piv txwv txog kaum tus nkauj xwb tau tiav nyob rau hauv ob qho kev txav, thaum pib thiab thaum kawg.</w:t>
      </w:r>
    </w:p>
    <w:p>
      <w:pPr>
        <w:pStyle w:val="ArticleScripture"/>
        <w:jc w:val="left"/>
      </w:pPr>
      <w:r>
        <w:rPr>
          <w:rFonts w:ascii="Times New Roman" w:hAnsi="Times New Roman" w:eastAsia="Times New Roman" w:cs="Times New Roman"/>
        </w:rPr>
        <w:t>Tiamsis koj, Au Daniyee, kaw tej lus no tseg, thiab muab phau ntawv ntawd khi ntsaws ruaj, kom txog rau lub sijhawm kawg: coob leej yuav mus los pem no pem ub, thiab kev paub yuav muaj coob zuj zus ntxiv.... Thiab nws hais tias, Mus koj txoj kev mus, Daniyee: rau qhov tej lus no twb raug kaw cia thiab raug khi ntsaws ruaj mus txog rau lub sijhawm kawg. Coob leej yuav raug ntxuav kom huv, thiab raug ua kom dawb huv, thiab raug sim; tiam sis cov neeg phem yuav ua phem zuj zus: thiab tsis muaj ib tug ntawm cov neeg phem yuav to taub; tiam sis cov neeg txawj ntse yuav to taub. Daniel 12:4, 9, 10.</w:t>
      </w:r>
    </w:p>
    <w:p>
      <w:pPr>
        <w:pStyle w:val="ArticleBody"/>
        <w:jc w:val="left"/>
      </w:pPr>
      <w:r>
        <w:rPr>
          <w:rFonts w:ascii="Times New Roman" w:hAnsi="Times New Roman" w:eastAsia="Times New Roman" w:cs="Times New Roman"/>
        </w:rPr>
        <w:t>Qhov kev sib txawv ntawm cov neeg txawj ntse thiab cov neeg phem (ruam), yog nyob ntawm lawv txoj kev to taub (faib kom meej hauv lub siab) txog qhov kev nce ntxiv ntawm kev paub uas raug qhib tawm rau lub sijhawm kawg, txawm yog xyoo 1798 rau cov Millerites, los yog xyoo 1989 rau ib puas plaub caug plaub txhiab leej. Vajtswv haiv neeg raug hu kom paub tias Adventism yog txoj kev paub dhau ntawm zaj lus piv txwv txog kaum tus nkauj xwb, rau qhov tsis muaj txoj kev to taub ntawd lawv yuav tsis nrhiav kom to taub thaum twg “lub sijhawm kawg” rau tiam neeg kawg tau los txog, los yog cov lus twg yog cov lus uas thaum ntawd raug qhib lub foob. Tsis muaj txoj kev to taub tias kev paub dhau ntawm Adventist yog ib txoj kev sim siab peb-theem, uas nyob saum kev loj hlob zuj zus ntawm qhov tseeb, uas coj mus rau ib qho txiaj ntsig “sia-los-tuag,” ces yeej tsis muaj peev xwm lees paub tau txoj hauj lwm hu siab ntawm txhua tus Seventh-day Adventist. Belteshazzar sawv cev rau ib haiv neeg uas paub tias lawv tau hla dhau txoj kev lim kom dawb huv uas raug sawv cev tias yog “raug ntxuav kom dawb huv, raug ua kom dawb, thiab raug sim.” Qhov txheej txheem lim kom dawb huv peb-theem ntawd tiag tiag raug qhia meej tshwj xeeb tias yog tes dej num ntawm tus Vaj Ntsuj Plig Dawb Huv.</w:t>
      </w:r>
    </w:p>
    <w:p>
      <w:pPr>
        <w:pStyle w:val="ArticleScripture"/>
        <w:jc w:val="left"/>
      </w:pPr>
      <w:r>
        <w:rPr>
          <w:rFonts w:ascii="Times New Roman" w:hAnsi="Times New Roman" w:eastAsia="Times New Roman" w:cs="Times New Roman"/>
        </w:rPr>
        <w:t>Txawm li cas los xij, kuv qhia qhov tseeb rau nej; nws tsim nyog rau nej tias kuv yuav mus lawm: rau qhov yog kuv tsis mus lawm, tus Nplig Siab yuav tsis los cuag nej; tab sis yog kuv mus lawm, kuv yuav txib nws los cuag nej. Thiab thaum nws los txog lawm, nws yuav qhuab ntuas lub ntiajteb txog kev txhaum, thiab txog kev ncaj ncees, thiab txog kev txiav txim: Hais txog kev txhaum, vim lawv tsis ntseeg kuv; Hais txog kev ncaj ncees, vim kuv mus cuag kuv Leej Txiv, thiab nej yuav tsis pom kuv ntxiv lawm; Hais txog kev txiav txim, vim tus thawj ntawm lub ntiajteb no twb raug txiav txim lawm. Kuv tseem muaj ntau yam yuav hais rau nej, tiamsis nim no nej tseem ris tsis taus. Txawm li ntawd los, thaum nws, yog tus Ntsuj Plig ntawm qhov tseeb, los txog lawm, nws yuav coj nej mus rau hauv txhua qhov tseeb: rau qhov nws yuav tsis hais raws li nws tus kheej; tiamsis txhua yam uas nws hnov, nws yuav hais tej ntawd: thiab nws yuav qhia tej uas yuav muaj los yav tom ntej rau nej. Yauhas 16:7–13.</w:t>
      </w:r>
    </w:p>
    <w:p>
      <w:pPr>
        <w:pStyle w:val="ArticleBody"/>
        <w:jc w:val="left"/>
      </w:pPr>
      <w:r>
        <w:rPr>
          <w:rFonts w:ascii="Times New Roman" w:hAnsi="Times New Roman" w:eastAsia="Times New Roman" w:cs="Times New Roman"/>
        </w:rPr>
        <w:t>Txoj hauj lwm ntawm Vaj Ntsuj Plig Dawb Huv hauv kev coj cov nkauj xwb uas txawj ntse mus rau hauv “txhua qhov tseeb,” yuav tsum muaj tias Nws qhuab ntuas, uas yog txhais hais tias ceeb toom lossis txiav txim rau, lub ntiaj teb txog kev txhaum, txog kev ncaj ncees, thiab txog kev txiav txim, uas yog tib yam nkaus li peb theem uas tsim tawm los ua ib tug nkauj xwb txawj ntse lossis ruam nyob rau hauv Daniyee tshooj kaum ob. Txoj xov uas Yexus tau qhia tias yog txoj hauj lwm ntawm Vaj Ntsuj Plig Dawb Huv yog “roj,” uas nthuav qhia qhov sib txawv ntawm cov neeg txawj ntse thiab cov neeg phem nyob rau hauv Daniyee kaum ob. Vajtswv haiv neeg nyob rau hnub kawg yuav tsum to taub txog kev paub uas nce ntxiv rau lawv tiam neeg, thiab txoj kev paub ntawd suav nrog lawv txoj kev lees paub tias lawv yog nkauj xwb ruam lossis txawj ntse nyob rau hauv zaj lus piv txwv ntawm Mathais tshooj nees nkaum tsib.</w:t>
      </w:r>
    </w:p>
    <w:p>
      <w:pPr>
        <w:pStyle w:val="ArticleScripture"/>
        <w:jc w:val="left"/>
      </w:pPr>
      <w:r>
        <w:rPr>
          <w:rFonts w:ascii="Times New Roman" w:hAnsi="Times New Roman" w:eastAsia="Times New Roman" w:cs="Times New Roman"/>
        </w:rPr>
        <w:t>“Yauhas tau raug qhia tej yam no hauv txoj kev yog toog pom dawb huv. Nws pom pab neeg uas sawv cev los ntawm tsib tug nkauj xwb txawj ntse, nrog lawv tej teeb npaj txhij thiab cig kaj lug, ces nws qw tawm hauv txoj kev zoo siab tshaj plaws hais tias, ‘Nov yog txoj kev ua siab ntev ntawm cov ntseeg dawb huv; nov yog cov uas ceev Vajtswv tej lus txib thiab txoj kev ntseeg ntawm Yexus. Thiab kuv hnov ib lub suab los saum ntuj ceeb tsheej hais rau kuv tias, Sau cia, Foom koob hmoov rau cov neeg tuag uas tuag hauv tus Tswv txij no mus: Muaj tseeb tiag, Vaj Ntsuj Plig hais li ntawd, kom lawv tau so ntawm lawv tej haujlwm khwv; thiab lawv tej haujlwm kuj raws lawv qab mus.’”</w:t>
      </w:r>
    </w:p>
    <w:p>
      <w:pPr>
        <w:pStyle w:val="ArticleScripture"/>
        <w:jc w:val="left"/>
      </w:pPr>
      <w:r>
        <w:rPr>
          <w:rFonts w:ascii="Times New Roman" w:hAnsi="Times New Roman" w:eastAsia="Times New Roman" w:cs="Times New Roman"/>
        </w:rPr>
        <w:t>“Coob leej coob tus uas tau hnov thawj tus tim tswv thiab tus tim tswv thib ob tej lus ceeb toom tau xav tias lawv yuav muaj sia nyob txog hnub uas pom Khetos los hauv tej huab saum ntuj. Yog tias txhua tus uas lees tias ntseeg qhov tseeb tau ua lawv tes dej num ib yam li cov nkauj xwb uas muaj tswvyim, ces lo lus ceeb toom no twb yuav raug tshaj tawm mus rau txhua haiv neeg, txhua xeem, txhua yam lus, thiab txhua pawg neeg lawm. Tiamsis tsib leeg muaj tswvyim thiab tsib leeg yog neeg ruam. Qhov tseeb no tsim nyog twb raug tshaj tawm los ntawm kaum tus nkauj xwb, tiamsis tsuas yog tsib leeg xwb uas tau npaj yam uas tseem ceeb kom tau nrog pawg uas taug kev hauv qhov kaj uas tau los txog rau lawv. Zaj lus ceeb toom ntawm tus tim tswv thib peb thiaj yog yam uas yuav tsum muaj. Lo lus tshaj tawm no yuav tsum raug tshaj tawm. Coob leej uas tau tawm mus ntsib Tus Nraug Vauv raws li tej lus ceeb toom ntawm thawj tus tim tswv thiab tus tim tswv thib ob, tau tsis kam lees zaj lus ceeb toom ntawm tus tim tswv thib peb, uas yog zaj lus xeem kawg uas yuav muab rau ntiajteb.”</w:t>
      </w:r>
    </w:p>
    <w:p>
      <w:pPr>
        <w:pStyle w:val="ArticleScripture"/>
        <w:jc w:val="left"/>
      </w:pPr>
      <w:r>
        <w:rPr>
          <w:rFonts w:ascii="Times New Roman" w:hAnsi="Times New Roman" w:eastAsia="Times New Roman" w:cs="Times New Roman"/>
        </w:rPr>
        <w:t>“Yuav muaj ib txoj hauj lwm zoo ib yam li ntawd raug ua tiav thaum tus tim tswv ntawd lwm tus, uas raug sawv cev nyob hauv Tshwmsim 18, muab nws txoj xov. Cov xov ntawm tus tim tswv thawj, tus thib ob, thiab tus thib peb yuav tsum raug rov hais dua. Yuav muaj ib lo lus hu raug tshaj tawm rau pawg ntseeg tias, ‘Nej Kuv haiv neeg, cia li tawm hauv nws los, kom nej txhob koom nrog nws tej kev txhaum.’ ‘Npanpiloos tus loj tau poob lawd, tau poob lawd, thiab nws twb dhau los ua chaw nyob ntawm dab phem, thiab ua chaw khaws cia ntawm txhua tus ntsuj plig qias neeg, thiab ua tawb kaw ntawm txhua hom noog qias thiab ntxub heev. Rau qhov txhua haiv neeg tau haus cawv txiv hmab ntawm txoj kev npau taws ntawm nws tej kev deev hluas nkauj, thiab tej vaj ntxwv hauv ntiaj teb tau ua kev deev hluas nkauj nrog nws, thiab cov tub lag tub luam hauv ntiaj teb tau nplua nuj los ntawm nws tej kev nplua nuj thiab kev lom zem ntau kawg…. Nej Kuv haiv neeg, cia li tawm hauv nws los, kom nej txhob koom nrog nws tej kev txhaum, thiab kom nej tsis txhob raug nws tej xwm txheej phem: vim nws tej kev txhaum twb nce mus txog saum ntuj lawm, thiab Vajtswv twb nco ntsoov txog nws tej kev tsis ncaj lawm’ [Tshwmsim 18:2–5].”</w:t>
      </w:r>
    </w:p>
    <w:p>
      <w:pPr>
        <w:pStyle w:val="ArticleScripture"/>
        <w:jc w:val="left"/>
      </w:pPr>
      <w:r>
        <w:rPr>
          <w:rFonts w:ascii="Times New Roman" w:hAnsi="Times New Roman" w:eastAsia="Times New Roman" w:cs="Times New Roman"/>
        </w:rPr>
        <w:t>“Cia li muab txhua nqe hauv tshooj no los, thiab nyeem kom zoo, tshwj xeeb yog ob nqe kawg: ‘Thiab txojkev kaj ntawm ib lub tswm ciab yuav tsis ci hauv koj ntxiv lawm li; thiab lub suab ntawm nraug vauv thiab ntawm nkauj nyab yuav tsis hnov hauv koj ntxiv lawm li: rau qhov koj cov tub lag tub luam yog cov neeg loj ntawm lub ntiajteb; rau qhov txhua haiv neeg raug ntxias vim yog koj txojkev khawv koob. Thiab hauv nws pom muaj cov ntshav ntawm cov yaj saub, thiab ntawm cov neeg dawb huv, thiab ntawm txhua tus uas raug tua saum lub ntiajteb.’”</w:t>
      </w:r>
    </w:p>
    <w:p>
      <w:pPr>
        <w:pStyle w:val="ArticleScripture"/>
        <w:jc w:val="left"/>
      </w:pPr>
      <w:r>
        <w:rPr>
          <w:rFonts w:ascii="Times New Roman" w:hAnsi="Times New Roman" w:eastAsia="Times New Roman" w:cs="Times New Roman"/>
        </w:rPr>
        <w:t>“Zaj lug piv txwv txog kaum tus nkauj xwb no yog Khetos tus kheej uas tau hais tawm, thiab txhua lo lus nthuav qhia hauv ntawd yuav tsum tau kawm xyuas kom zoo zoo. Ib lub sijhawm yuav los txog thaum lub qhov rooj yuav raug kaw. Peb raug sawv cev los ntawm cov nkauj xwb uas txawj ntse lossis cov uas ruam. Tam sim no peb tsis muaj peev xwm cais kom paub, thiab peb kuj tsis muaj cai hais tias leejtwg yog cov txawj ntse thiab leejtwg yog cov ruam. Muaj qee leej uas tuav rawv qhov tseeb nyob hauv kev tsis ncaj ncees, thiab sab nraud lawv zoo li cov txawj ntse.” Manuscript Releases, volume 16, 270.</w:t>
      </w:r>
    </w:p>
    <w:p>
      <w:pPr>
        <w:pStyle w:val="ArticleBody"/>
        <w:jc w:val="left"/>
      </w:pPr>
      <w:r>
        <w:rPr>
          <w:rFonts w:ascii="Times New Roman" w:hAnsi="Times New Roman" w:eastAsia="Times New Roman" w:cs="Times New Roman"/>
        </w:rPr>
        <w:t>Ua cov Adas Ven-tis uas yuav tsum hu cov txivneej thiab cov pojniam tawm hauv Npanpiloo thaum txoj cai Hnub Caiv cuav uas yuav los sai no los txog, peb “raug sawv cev los ntawm cov nkauj xwb muaj tswv yim lossis cov nkauj xwb ruam.” Pawg uas Yauhas pom, “raug sawv cev los ntawm tsib tug nkauj xwb muaj tswv yim, nrog lawv tej teeb npaj tiav thiab cig ntsa iab,” uas Yauhas tseem txheeb ntxiv tias yog cov uas muaj “cov neeg dawb huv txoj kev ua siab ntev,” thiab cov uas “ceeb cov lus txib ntawm Vajtswv thiab txoj kev ntseeg ntawm Yexus,” yog ib puas plaub caug plaub txhiab leej uas raug hu kom ceev Vajtswv tej lus txib, xyaum txoj kev ntseeg ntawm Yexus, thiab paub tias lawv yog cov nkauj xwb hauv zaj lus piv txwv ntawm Mathais nees nkaum tsib. Tsis yog lawv tsuas xav to taub tias lawv yog cov nkauj xwb muaj tswv yim lossis cov nkauj xwb ruam xwb, tiam sis lawv tseem yuav tsum rov ua dua qhov kev paub uas Daniyee sawv cev tias yog “ua kom dawb huv, ua kom dawb, thiab raug sim.”</w:t>
      </w:r>
    </w:p>
    <w:p>
      <w:pPr>
        <w:pStyle w:val="ArticleScripture"/>
        <w:jc w:val="left"/>
      </w:pPr>
      <w:r>
        <w:rPr>
          <w:rFonts w:ascii="Times New Roman" w:hAnsi="Times New Roman" w:eastAsia="Times New Roman" w:cs="Times New Roman"/>
        </w:rPr>
        <w:t>Thiab lawv hu ib zaj nkauj tshiab ib yam li ntawd rau ntawm lub zwm txwv xub ntiag, thiab rau ntawm plaub tug tsiaj, thiab cov txwj laus xub ntiag; tsis muaj leejtwg yuav kawm tau zaj nkauj ntawd tsuas yog ib puas plaub caug plaub txhiab leej xwb, cov uas raug txhiv dim tawm hauv ntiajteb los. Cov no yog cov uas tsis tau ua qias nrog pojniam; rau qhov lawv yog nkauj xwb. Cov no yog cov uas raws tus Menyuam Yaj mus txhua qhov chaw uas Nws mus. Cov no raug txhiv dim tawm hauv neeg ntiajteb los, ua thawj txi txiv rau Vajtswv thiab rau tus Menyuam Yaj. Thiab hauv lawv lub qhov ncauj tsis pom muaj ib qho dag ntxias li; rau qhov lawv tsis muaj chaw txhaum nyob rau ntawm Vajtswv lub zwm txwv xub ntiag. Qhia Tshwm 14:3–5.</w:t>
      </w:r>
    </w:p>
    <w:p>
      <w:pPr>
        <w:pStyle w:val="ArticleBody"/>
        <w:jc w:val="left"/>
      </w:pPr>
      <w:r>
        <w:rPr>
          <w:rFonts w:ascii="Times New Roman" w:hAnsi="Times New Roman" w:eastAsia="Times New Roman" w:cs="Times New Roman"/>
        </w:rPr>
        <w:t>Muaj tsawg kawg yog tsib qhov tseeb uas raug sawv cev nyob rau hauv Daniel tshooj kaum ob, uas yog tej qhov tseeb txuas nrog Millerite kev txav ntawm tus timtswv thawj, uas yuav rov qab muaj dua thiab yuav raug to taub kom puv npo dua los ntawm kev txav ntawm ib puas plaub caug plaub txhiab leej. Ib qho ntawm cov qhov tseeb ntawd yog txoj kev ntxuav kom dawb huv peb theem uas txuas nrog zaj lus piv txwv txog kaum tus nkauj xwb. Qhov tseeb thawj uas William Miller tau to taub raws li lub sijhawm yav tom ntej qhia tseg, yog “xya zaug,” ntawm Leviticus nees nkaum rau, thiab qhov tseeb ntawd raug txheeb qhia nyob rau hauv Daniel kaum ob, thiab nws yog thawj qhov tseeb hauv Millerite keeb kwm uas raug hais txog nyob ntawd.</w:t>
      </w:r>
    </w:p>
    <w:p>
      <w:pPr>
        <w:pStyle w:val="ArticleScripture"/>
        <w:jc w:val="left"/>
      </w:pPr>
      <w:r>
        <w:rPr>
          <w:rFonts w:ascii="Times New Roman" w:hAnsi="Times New Roman" w:eastAsia="Times New Roman" w:cs="Times New Roman"/>
        </w:rPr>
        <w:t>Tiamsis koj, Au Daniel, cia li kaw tej lus no, thiab muab phau ntawv no lo cim kom ruaj, mus txog rau lub sijhawm kawg: coob leej yuav khiav mus khiav los, thiab kev txawj ntse yuav muaj ntxiv tuaj. Ces kuv Daniyees ntsia saib, thiab saib seb, muaj dua ob tug sawv ntawd, ib tug nyob ntawm ntug dej ib sab, thiab lwm tug nyob ntawm ntug dej lwm sab. Thiab ib tug hais rau tus txivneej hnav tsoos ntaub linen, uas sawv saum cov dej hauv tus dej ntawd, tias, Yuav ntev npaum li cas mam txog qhov kawg ntawm tej yam txaus xav no? Thiab kuv hnov tus txivneej hnav tsoos ntaub linen, uas sawv saum cov dej hauv tus dej ntawd, thaum nws tsa nws sab tes xis thiab sab tes laug rau saum ntuj, thiab cog lus ntawm Tus uas muaj sia nyob mus ib txhis hais tias, yuav yog ib lub sijhawm, ob lub sijhawm, thiab ib nrab lub sijhawm; thiab thaum nws tau ua tiav lawm uas rhuav kom lub hwjchim ntawm haiv neeg dawb huv tawg mus, txhua yam no yuav tiav nrho. Thiab kuv hnov, tiamsis kuv tsis nkag siab: ces kuv hais tias, Au kuv tus Tswv, qhov kawg ntawm tej no yuav yog li cas? Thiab nws hais tias, Koj cia li mus, Daniel: rau qhov tej lus no twb raug kaw tseg thiab muab lo cim ruaj mus txog rau lub sijhawm kawg lawm. Coob leej yuav raug ntxuav kom huv, thiab ua kom dawb, thiab raug sim; tiamsis cov neeg phem yuav ua phem zuj zus: thiab tsis muaj ib tug ntawm cov neeg phem yuav nkag siab; tiamsis cov neeg muaj tswvyim yuav nkag siab. Daniel 12:4–10.</w:t>
      </w:r>
    </w:p>
    <w:p>
      <w:pPr>
        <w:pStyle w:val="ArticleBody"/>
        <w:jc w:val="left"/>
      </w:pPr>
      <w:r>
        <w:rPr>
          <w:rFonts w:ascii="Times New Roman" w:hAnsi="Times New Roman" w:eastAsia="Times New Roman" w:cs="Times New Roman"/>
        </w:rPr>
        <w:t>Nqe no lus no pib nrog phau ntawv Daniyee raug kaw cia kom txog rau lub sijhawm kawg, thiab nqe no xaus nrog phau ntawv Daniyee raug kaw cia mus txog rau lub sijhawm kawg. Nyob nruab nrab ntawm thawj zaug thiab zaum kawg uas cov lus ntawm Daniyee raug kaw cia, muaj zaj lus tim khawv uas tau cog lus ruaj khov los ntawm “Tus uas ciaj sia nyob mus ib txhis,” hais tias “yuav yog rau ib lub sijhawm, ntau lub sijhawm, thiab ib nrab; thiab thaum nws twb ua kom tiav rau kev faib ua tej tawg tej qho ntawm lub hwj chim ntawm haiv neeg dawb huv lawm, txhua yam no yuav tiav huv tib si.”</w:t>
      </w:r>
    </w:p>
    <w:p>
      <w:pPr>
        <w:pStyle w:val="ArticleBody"/>
        <w:jc w:val="left"/>
      </w:pPr>
      <w:r>
        <w:rPr>
          <w:rFonts w:ascii="Times New Roman" w:hAnsi="Times New Roman" w:eastAsia="Times New Roman" w:cs="Times New Roman"/>
        </w:rPr>
        <w:t>Tus uas tau muab zaj lus pov thawj uas cog lus tseg no yog Tus uas nyob saum cov dej, hnav ntaub linen. Daniel pom ib tug tim tswv sawv ntawm ib sab ntug dej Hiddekel, thiab ib tug tim tswv ntxiv nyob ntawm sab tod ntug dej, ces ib tug ntawm cov tim tswv ntawd nug ib lo lus nug, uas Tus nyob saum cov dej teb. Lo lus nug ntawd yog hais tias, “Ntev li cas?” Qhov no yog tib ob lo lus thawj zaug ntawm lo lus nug uas raug nug hauv nqe kaum peb ntawm Daniel tshooj yim.</w:t>
      </w:r>
    </w:p>
    <w:p>
      <w:pPr>
        <w:pStyle w:val="ArticleScripture"/>
        <w:jc w:val="left"/>
      </w:pPr>
      <w:r>
        <w:rPr>
          <w:rFonts w:ascii="Times New Roman" w:hAnsi="Times New Roman" w:eastAsia="Times New Roman" w:cs="Times New Roman"/>
        </w:rPr>
        <w:t>Ces kuv hnov ib tug neeg dawb huv hais lus, thiab muaj dua ib tug neeg dawb huv hais rau tus neeg dawb huv ntawd uas tabtom hais tias, Lub zeem muag uas hais txog txoj kev fij niaj hnub, thiab kev txhaum uas coj kev puam tsuaj los, uas muab ob qho tib si lub tuam tsev dawb huv thiab pab tub rog tseg rau kom luag tsuj rau hauv qab taw, yuav kav mus ntev npaum li cas? Thiab nws hais rau kuv tias, Mus txog ob txhiab peb puas hnub; ces lub chaw dawb huv yuav raug ntxuav kom huv. Daniel 8:13, 14.</w:t>
      </w:r>
    </w:p>
    <w:p>
      <w:pPr>
        <w:pStyle w:val="ArticleBody"/>
        <w:jc w:val="left"/>
      </w:pPr>
      <w:r>
        <w:rPr>
          <w:rFonts w:ascii="Times New Roman" w:hAnsi="Times New Roman" w:eastAsia="Times New Roman" w:cs="Times New Roman"/>
        </w:rPr>
        <w:t>Tus qauv cev Vajtswv lus uas ib yam nkaus ntawd pom muaj nyob hauv ob zaug kev sib tham no, tsuas yog hais tias hauv tshooj yim, Daniyees nyob ntawm tus dej Ulai, tsis yog tus dej Hiddekel. Hauv tshooj yim ib tug tim tswv (neeg dawb huv) “hais rau tus neeg dawb huv ntawd uas tab tom hais tias, yuav ntev npaum li cas.” Lo lus Henplais uas txhais ua “tus neeg dawb huv ntawd,” yog lo lus Henplais “Palmoni,” uas txhais tias Tus Suav Lej Uas Zoo Kawg Nkaus, los sis Tus Suav Cov Lus Zais. Hauv tshooj yim Yexus (Tus Suav Lej Uas Zoo Kawg Nkaus) tab tom hais lus, thiab lwm tus neeg dawb huv nug Yexus (tus neeg dawb huv ntawd) tias, “yuav ntev npaum li cas.”</w:t>
      </w:r>
    </w:p>
    <w:p>
      <w:pPr>
        <w:pStyle w:val="ArticleBody"/>
        <w:jc w:val="left"/>
      </w:pPr>
      <w:r>
        <w:rPr>
          <w:rFonts w:ascii="Times New Roman" w:hAnsi="Times New Roman" w:eastAsia="Times New Roman" w:cs="Times New Roman"/>
        </w:rPr>
        <w:t>Hauv tshooj kaum ob, Tus uas sawv saum dej ntawd raug ib tug timtswv uas nyob ntawm ib ntug dej Hiddekel nug hais tias, “ntev npaum li cas.” Ob nqe lus no yuav tsum raug muab xav ua ke, kab saum kab. Lo lus nug thawj zaug hauv tshooj yim yog, “lub zeem muag hais txog kev tsuj nqes lub chaw dawb huv thiab pab tub rog yuav kav ntev npaum li cas, uas xub ua tiav los ntawm kev pe hawm dab mlom, thiab tom qab ntawd los ntawm txoj kev kav ntawm papacy?” Lo lus nug hauv tshooj kaum ob yog, “yuav ntev npaum li cas thiaj txog qhov kawg ntawm tej yam txuj ci no.” Ces lo lus teb uas tau cog lus lees tseg raug muab los ntawm Palmoni, Tus Suav Tooj Zoo Kawg Nkaus uas hnav ntaub linen thiab sawv saum cov dej, hais tias, “yuav yog ib lub sijhawm, ob lub sijhawm, thiab ib nrab sijhawm; thiab thaum nws tau ua tiav kom tawg khiav lub hwjchim ntawm haiv neeg dawb huv lawm, txhua yam no yuav xaus tiav.”</w:t>
      </w:r>
    </w:p>
    <w:p>
      <w:pPr>
        <w:pStyle w:val="ArticleBody"/>
        <w:jc w:val="left"/>
      </w:pPr>
      <w:r>
        <w:rPr>
          <w:rFonts w:ascii="Times New Roman" w:hAnsi="Times New Roman" w:eastAsia="Times New Roman" w:cs="Times New Roman"/>
        </w:rPr>
        <w:t>Cov lus nug ntawm cov Dej Ulai thiab Hiddekel yog hais tias, “lub zeem muag txog kev tawg khiav ntawm Vajtswv haiv neeg, uas raug ua kom tiav los ntawm kev teev dab mlom thiab tom qab ntawd los ntawm lub hwj chim papal thaum lawv tsuj nqes lub chaw dawb huv thiab pab tub rog, yuav kav ntev npaum li cas?” Lo lus teb yog tias kev tsuj nqes ntawd xaus rau xyoo 1798, thaum Palmoni txoj hauj lwm hauv kev tsa lub tuam tsev Millerite sawv pib, thiab tom qab ntawd xaus plaub caug rau xyoo tom qab, hauv xyoo 1844, thaum lub chaw dawb huv yuav tsum raug ntxuav kom huv.</w:t>
      </w:r>
    </w:p>
    <w:p>
      <w:pPr>
        <w:pStyle w:val="ArticleBody"/>
        <w:jc w:val="left"/>
      </w:pPr>
      <w:r>
        <w:rPr>
          <w:rFonts w:ascii="Times New Roman" w:hAnsi="Times New Roman" w:eastAsia="Times New Roman" w:cs="Times New Roman"/>
        </w:rPr>
        <w:t>Hauv tshooj kaum ob Daniyee hnov zaj lus sib tham ntawd, “tiamsis kuv tsis to taub.” Daniyee qhia tawm ib lub siab xav kom to taub, raws li tau sawv cev hauv qhov uas nws nug Khetos hais tias, “Au kuv tus Tswv, qhov kawg ntawm tej no yuav yog dabtsi?” Nws qhov kev qhia tawm txog lub siab xav kom to taub ntawd sawv cev rau lub siab xav ntawm cov nkauj xwb txawj ntse kom to taub, rau qhov tag nrho zaj lus sib tham ntawd raug muab tso rau nruab nrab ntawm ob qhov kev hais txog phau ntawv Daniyee raug kaw cia kom txog lub sijhawm kawg. Daniyee sawv cev rau lub siab xav uas raug tso rau saum William Miller kom to taub qhov tseeb uas raug qhib tawm hauv xyoo 1798, thiab thawj qhov tseeb uas nws raug coj los paub yog kev tsuj nphau lub chaw dawb huv thiab pab tub rog, xub thawj los ntawm kev pe dab qhuas thiab tom qab ntawd los ntawm kev kav papal thaum lub sijhawm uas lub hwj chim ntawm haiv neeg dawb huv raug faib tawg, raws li kev ua tiav ntawm “xya zaug,” hauv Leviticus nees nkaum rau.</w:t>
      </w:r>
    </w:p>
    <w:p>
      <w:pPr>
        <w:pStyle w:val="ArticleBody"/>
        <w:jc w:val="left"/>
      </w:pPr>
      <w:r>
        <w:rPr>
          <w:rFonts w:ascii="Times New Roman" w:hAnsi="Times New Roman" w:eastAsia="Times New Roman" w:cs="Times New Roman"/>
        </w:rPr>
        <w:t>Miller txoj kev ntshaw kom paub qhov tseeb raug sawv cev los ntawm Daniyees txoj kev ntshaw, tiam sis Miller txoj kev to taub tsis tau puv npo. Daniyees sawv cev rau Miller txoj kev ntshaw, hos Belteshazzar sawv cev rau cov uas muaj kev to taub tiav txhij txog qhov teeb meem thiab txoj yog toog. Muaj tsawg kawg yog tsib qhov tseeb tseem ceeb uas yog ib feem ntawm cov Millerites qhov kev paub hauv Daniyees tshooj kaum ob, uas yuav nrhiav tau ib qho sib luag phim hauv keeb kwm ntawm ib puas plaub caug plaub txhiab leej. Ib qho yog tias lawv tau ua kom tiav thiab to taub tias lawv tab tom ua kom tiav zaj lus piv txwv ntawm kaum tus nkauj xwb, nrog rau nws txoj kev sim siab peb theem, hos lwm qhov yog tias lawv to taub lub pob zeb hauv paus ntawm “xya lub sij hawm,” hauv Levi Tej Kevcai tshooj nees nkaum rau.</w:t>
      </w:r>
    </w:p>
    <w:p>
      <w:pPr>
        <w:pStyle w:val="ArticleBody"/>
        <w:jc w:val="left"/>
      </w:pPr>
      <w:r>
        <w:rPr>
          <w:rFonts w:ascii="Times New Roman" w:hAnsi="Times New Roman" w:eastAsia="Times New Roman" w:cs="Times New Roman"/>
        </w:rPr>
        <w:t>Peb yuav txuas ntxiv txoj kev kawm no hauv peb tsab xov xwm tom ntej.</w:t>
      </w:r>
    </w:p>
    <w:p>
      <w:pPr>
        <w:pStyle w:val="ArticleScripture"/>
        <w:jc w:val="left"/>
      </w:pPr>
      <w:r>
        <w:rPr>
          <w:rFonts w:ascii="Times New Roman" w:hAnsi="Times New Roman" w:eastAsia="Times New Roman" w:cs="Times New Roman"/>
        </w:rPr>
        <w:t>“‘Lub tebchaws saum ntuj yuav raug piv zoo li kaum tus nkauj xwb uas nqa lawv tej teeb, thiab tawm mus ntsib tus nraug vauv. Tsib tug hauv lawv yog neeg muaj tswvyim, hos tsib tug yog neeg ruam. Cov uas ruam nqa lawv tej teeb mus, tabsis tsis nqa roj nrog lawv; tiamsis cov uas muaj tswvyim nqa roj rau hauv lawv tej hub nrog lawv tej teeb. Thaum tus nraug vauv qeeb tuaj, lawv sawvdaws txawm tsaug zog thiab pw lawm. Thaum ib tag hmo muaj suab qw tias, Saib maj, tus nraug vauv tabtom los; nej cia li tawm mus ntsib nws. Ces tag nrho cov nkauj xwb ntawd sawv tsees los, thiab txiav kho lawv tej teeb. Cov ruam hais rau cov muaj tswvyim tias, Nej pub nej ib feem roj rau peb; rau qhov peb tej teeb twb yuav tuag lawm. Tiamsis cov muaj tswvyim teb tias, Tsis tau li; tsam tsam tsis txaus rau peb thiab rau nej: nej cia li mus rau cov muag roj, thiab yuav rau nej tus kheej. Thaum lawv tabtom mus yuav roj, tus nraug vauv txawm los txog; thiab cov uas npaj txhij lawm txawm nrog nws nkag mus rau hauv rooj tshoob, thiab lub qhov rooj raug kaw lawm. Tom qab ntawd, lwm cov nkauj xwb kuj los txog thiab hais tias, Tswv, Tswv, qhib rau peb. Tiamsis nws teb tias, Kuv hais tseeb rau nej, kuv tsis paub nej. Yog li ntawd nej yuav tsum zov faj; rau qhov nej tsis paub hnub thiab teev uas Neeg Leej Tub yuav los.’”</w:t>
      </w:r>
    </w:p>
    <w:p>
      <w:pPr>
        <w:pStyle w:val="ArticleScripture"/>
        <w:jc w:val="left"/>
      </w:pPr>
      <w:r>
        <w:rPr>
          <w:rFonts w:ascii="Times New Roman" w:hAnsi="Times New Roman" w:eastAsia="Times New Roman" w:cs="Times New Roman"/>
        </w:rPr>
        <w:t>“Tam sim no nyob hauv ib lub sijhawm txaus ntshai tshaj plaws, thiab tsis txhob cia ib tug twg ntawm peb qeeb nroos hauv kev nrhiav kev npaj rau Khetos txoj kev los. Tsis txhob cia leej twg ua raws li tus qauv ntawm cov nkauj xwb ruam, thiab xav tias yuav muaj kev nyab xeeb yog tos kom txog thaum lub sijhawm kub ntxhov los txog mam li nrhiav tau kev npaj ntawm tus cwj pwm kom sawv tau nyob rau lub sijhawm ntawd. Thaum cov qhua raug hu los nkag thiab raug tshuaj xyuas lawm, ces yuav lig dhau lawm uas yuav nrhiav Khetos txoj kev ncaj ncees. Tam sim no yog lub sijhawm hnav Khetos txoj kev ncaj ncees,—uas yog tsoos tsho kab tshoob uas yuav ua rau koj haum nkag mus rau hauv Pluas Hmo Kab Tshoob ntawm Tus Menyuam Yaj. Hauv zaj lus piv txwv ntawd, cov nkauj xwb ruam raug sawv cev tias thov roj, tab sis thaum lawv thov lawm los lawv tsis tau txais. Qhov no yog lub cim qhia txog cov uas tsis tau npaj lawv tus kheej los ntawm kev tsim tsa tus cwj pwm kom sawv taus hauv lub sijhawm kub ntxhov. Nws zoo ib yam li lawv mus cuag lawv cov neeg zej zog thiab hais tias, Muab nej tus cwj pwm rau kuv, tsis li ntawd kuv yuav ploj mus. Cov uas muaj tswvyim tsis muaj peev xwm faib lawv cov roj rau cov teeb uas tab tom cig ploj ntawm cov nkauj xwb ruam. Tus cwj pwm tsis yog yam yuav hloov tau ntawm ib tug mus rau lwm tus. Nws tsis yog yam yuav yuav los yog muag tau; nws yog yam yuav tsum tau txais. Tus Tswv tau pub rau txhua tus neeg ib lub sijhawm los txais tau tus cwj pwm ncaj ncees dhau ntawm cov sijhawm sim siab; tiam sis Nws tsis tau npaj ib txoj hau kev uas ib tug tib neeg yuav faib tau rau lwm tus tus cwj pwm uas nws tau tsim tsa los ntawm kev dhau mus hauv tej kev nyuaj siab, los ntawm kev kawm tej zaj kawm ntawm Tus Xib Fwb Loj, xwv kom nws thiaj li yuav qhia tau kev ua siab ntev hauv kev sim siab, thiab siv tau txoj kev ntseeg kom nws thiaj li txav tau tej roob ntawm qhov uas zoo tsis tau ua tau. Nws tsis muaj peev xwm faib tau qhov tsw qab ntxiag ntawm txoj kev hlub,—muab tau kev siab mos siab muag, kev txawj phim sij hawm, thiab kev mob siab thev taus rau lwm tus. Nws tsis muaj peev xwm rau ib lub siab tib neeg nchuav txoj kev hlub ntawm Vajtswv thiab ntawm tib neeg mus rau hauv lwm lub siab.”</w:t>
      </w:r>
    </w:p>
    <w:p>
      <w:pPr>
        <w:pStyle w:val="ArticleScripture"/>
        <w:jc w:val="left"/>
      </w:pPr>
      <w:r>
        <w:rPr>
          <w:rFonts w:ascii="Times New Roman" w:hAnsi="Times New Roman" w:eastAsia="Times New Roman" w:cs="Times New Roman"/>
        </w:rPr>
        <w:t>“Tiamsis hnub ntawd tab tom yuav los txog, thiab twb los ze rau peb lawm, thaum txhua yam theem ntawm tus cwj pwm yuav raug muab nthuav tawm los ntawm kev sim ntxias tshwjxeeb. Cov uas tseem nyob ruaj rau txoj cai ncaj ncees, cov uas xyaum kev ntseeg mus txog thaum kawg, yuav yog cov uas twb tau qhia tias lawv muaj siab ncaj nyob hauv kev kuaj thiab kev txom nyem thaum tej sijhawm dhau los ntawm lawv lub sijhawm sim siab, thiab twb tau tsim tus cwj pwm raws li tus yam ntxwv zoo ib yam li Khetos lawm. Cov ntawd yuav yog cov uas tau xyaum kom muaj kev paub sib raug zoo nyob ze nrog Khetos, cov uas, los ntawm nws txoj kev txawj ntse thiab txoj kev tshav ntuj, tau los ua cov muaj feem hauv ntuj ceeb tsheej tus yam ntxwv. Tiamsis tsis muaj ib tug tibneeg twg yuav muab tau rau lwm tus txoj kev fij siab ntawm lub siab thiab cov yam ntxwv siab zoo ntawm lub tswv yim, los yog pab ntxiv nws qhov uas nws tseem tsis txaus nrog lub hwjchim ntawm kev ncaj ncees. Peb txhua tus yeej ua tau ntau yam pab rau ib leeg los ntawm kev muab ib tug yam ntxwv uas zoo ib yam li Khetos rau neeg pom, thiab li ntawd thiaj cuam tshuam lawv kom mus cuag Khetos rau txoj kev ncaj ncees uas tsis muaj ntawd lawv yuav sawv tsis taus hauv txoj kev txiav txim. Tibneeg yuav tsum thov Vajtswv thiab xav txog kom tob txog qhov teebmeem tseem ceeb ntawm kev txhim kho tus cwj pwm, thiab tsim lawv tus cwj pwm raws li tus qauv saum ntuj los.” The Youth Instructor, January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Ib Puas Tsib Caug Tsib</dc:title>
  <dc:subject>Qhia Tshwm Daniel Txoj Kev Pom Kawg: Ib Txoj Kev Taug Uas Sib Txawv Nrog Cov Nkauj Nkauj Ntse</dc:subject>
  <dc:creator>Jeff Pippenger</dc:creator>
  <cp:keywords/>
  <dc:description>Generated by ArticleDigger from daniel\155_daniel.json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