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Rau Caug Ob</w:t>
      </w:r>
    </w:p>
    <w:p>
      <w:pPr>
        <w:pStyle w:val="ArticleSubtitle"/>
        <w:jc w:val="left"/>
      </w:pPr>
      <w:r>
        <w:rPr>
          <w:rFonts w:ascii="Arial" w:hAnsi="Arial" w:eastAsia="Arial" w:cs="Arial"/>
        </w:rPr>
        <w:t>Lub Sijhawm Yaj Saub ntawm Loos: Qhib Tshwm Sim Txog Lub Zeem Muag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Loos tau tsa lub zeem muag ntawd, thiab Loos raug nthuav tawm hauv nws “lub sijhawm”. Qhov no yog ib lo lus hais los ntawm Muam White uas nws hais meej txog yam uas yuav tsum to taub tias yog qhov pom tseeb:</w:t>
      </w:r>
    </w:p>
    <w:p>
      <w:pPr>
        <w:pStyle w:val="ArticleScripture"/>
        <w:jc w:val="left"/>
      </w:pPr>
      <w:r>
        <w:rPr>
          <w:rFonts w:ascii="Times New Roman" w:hAnsi="Times New Roman" w:eastAsia="Times New Roman" w:cs="Times New Roman"/>
        </w:rPr>
        <w:t>“Phau Tshwm Sim yog ib phau ntawv uas raug kaw ruaj, tiam sis kuj yog ib phau ntawv uas raug qhib lawm thiab. Nws sau tseg txog tej xwm txheej uas txaus kawg nkaus uas yuav tshwm sim nyob rau hnub kawg ntawm keeb kwm ntiajteb no. Cov lus qhuab qhia hauv phau ntawv no muaj meej muaj tseeb, tsis yog yam uas tsaus ntuj nti thiab tsis to taub. Hauv phau ntawv no, tib txoj kab lus faj lem uas muaj nyob hauv Daniyees kuj raug rov muab los hais dua thiab. Muaj qee zaj lus faj lem uas Vajtswv tau rov hais dua, yog li ntawd qhia tias yuav tsum muab qhov tseem ceeb rau lawv. Tus Tswv tsis rov hais tej yam uas tsis muaj nuj nqes loj.” Manuscript Releases, volume 9, 8.</w:t>
      </w:r>
    </w:p>
    <w:p>
      <w:pPr>
        <w:pStyle w:val="ArticleBody"/>
        <w:jc w:val="left"/>
      </w:pPr>
      <w:r>
        <w:rPr>
          <w:rFonts w:ascii="Times New Roman" w:hAnsi="Times New Roman" w:eastAsia="Times New Roman" w:cs="Times New Roman"/>
        </w:rPr>
        <w:t>“Tus Tswv tsis rov hais tej yam uas tsis muaj nqis loj,” thiab cov “sijhawm” uas txuas nrog Loos raug rov hais dua tas mus li. Nws yog ib yam “muaj nqis loj” kom to taub txog “lub sijhawm” uas txuas nrog Loos, vim qhov ntawd yog yam uas qhia Loos tias yog lub ntsiab uas tsa lub zeem muag ntawd. Xya zaug, ib txhiab ob puas rau caum xyoo ntawm txoj kev kav ntawm papacy raug hais ncaj qha txog hauv Daniel thiab Qhia Tshwm.</w:t>
      </w:r>
    </w:p>
    <w:p>
      <w:pPr>
        <w:pStyle w:val="ArticleScripture"/>
        <w:jc w:val="left"/>
      </w:pPr>
      <w:r>
        <w:rPr>
          <w:rFonts w:ascii="Times New Roman" w:hAnsi="Times New Roman" w:eastAsia="Times New Roman" w:cs="Times New Roman"/>
        </w:rPr>
        <w:t>Nws yuav hais tej lus loj tawm tsam Tus Siab Tshaj Plaws, thiab yuav ua kom cov neeg dawb huv ntawm Tus Siab Tshaj Plaws qaug zog, thiab yuav xav hloov tej caij nyoog thiab tej kevcai; thiab lawv yuav raug muab rau hauv nws txhais tes mus txog ib lub sijhawm thiab ob lub sijhawm thiab ib nrab sijhawm. Daniel 7:25.</w:t>
      </w:r>
    </w:p>
    <w:p>
      <w:pPr>
        <w:pStyle w:val="ArticleScripture"/>
        <w:jc w:val="left"/>
      </w:pPr>
      <w:r>
        <w:rPr>
          <w:rFonts w:ascii="Times New Roman" w:hAnsi="Times New Roman" w:eastAsia="Times New Roman" w:cs="Times New Roman"/>
        </w:rPr>
        <w:t>Thiab kuv hnov tus txivneej uas hnav ntaub linen, uas sawv saum dej ntawm tus dej, thaum nws tsa nws txhais tes xis thiab nws txhais tes laug rau saum ntuj ceeb tsheej, thiab cog lus los ntawm tus uas muaj sia nyob mus ib txhis, tias tej no yuav kav ib lub sijhawm, ob lub sijhawm, thiab ib nrab; thiab thaum nws tau ua tiav rau kev tawg ua tej daim lub hwjchim ntawm haiv neeg dawb huv, tej no txhua yam yuav tiav. Daniel 12:7.</w:t>
      </w:r>
    </w:p>
    <w:p>
      <w:pPr>
        <w:pStyle w:val="ArticleScripture"/>
        <w:jc w:val="left"/>
      </w:pPr>
      <w:r>
        <w:rPr>
          <w:rFonts w:ascii="Times New Roman" w:hAnsi="Times New Roman" w:eastAsia="Times New Roman" w:cs="Times New Roman"/>
        </w:rPr>
        <w:t>Tiamsis lub loog uas nyob sab nraud ntawm lub tuam tsev cia tseg, txhob ntsuas nws; rau qhov nws twb raug muab rau Lwm Haiv Neeg lawm; thiab lawv yuav tsuj lub nroog dawb huv rau hauv qab ko taw tau plaub caug ob hlis. Qhia Tshwm 11:2.</w:t>
      </w:r>
    </w:p>
    <w:p>
      <w:pPr>
        <w:pStyle w:val="ArticleScripture"/>
        <w:jc w:val="left"/>
      </w:pPr>
      <w:r>
        <w:rPr>
          <w:rFonts w:ascii="Times New Roman" w:hAnsi="Times New Roman" w:eastAsia="Times New Roman" w:cs="Times New Roman"/>
        </w:rPr>
        <w:t>Thiab kuv yuav pub hwjchim rau kuv ob tug timkhawv, thiab nkawd yuav cev Vajtswv lus ib txhiab ob puas rau caum hnub, hnav ris tsho ntaub tsaj. Qhia Tshwm 11:3.</w:t>
      </w:r>
    </w:p>
    <w:p>
      <w:pPr>
        <w:pStyle w:val="ArticleScripture"/>
        <w:jc w:val="left"/>
      </w:pPr>
      <w:r>
        <w:rPr>
          <w:rFonts w:ascii="Times New Roman" w:hAnsi="Times New Roman" w:eastAsia="Times New Roman" w:cs="Times New Roman"/>
        </w:rPr>
        <w:t>Ces tus pojniam khiav mus rau tom roob moj sab qhua, qhov chaw uas Vajtswv tau npaj cia rau nws, kom lawv yuav yug nws nyob ntawd ib txhiab ob puas rau caum hnub. Tshwm Sim 12:6.</w:t>
      </w:r>
    </w:p>
    <w:p>
      <w:pPr>
        <w:pStyle w:val="ArticleScripture"/>
        <w:jc w:val="left"/>
      </w:pPr>
      <w:r>
        <w:rPr>
          <w:rFonts w:ascii="Times New Roman" w:hAnsi="Times New Roman" w:eastAsia="Times New Roman" w:cs="Times New Roman"/>
        </w:rPr>
        <w:t>Thiab tau muab ob txhais tis ntawm ib tug dav dawb hau loj rau tus pojniam, kom nws thiaj ya tau mus rau tom roob moj sab qhua, mus rau nws qhov chaw, uas nyob ntawd nws raug yug tu rau ib ntus, thiab ob ntus, thiab ib nrab ntus, kom dim ntawm tus nab lub ntsej muag. Qhia Tshwm 12:14.</w:t>
      </w:r>
    </w:p>
    <w:p>
      <w:pPr>
        <w:pStyle w:val="ArticleScripture"/>
        <w:jc w:val="left"/>
      </w:pPr>
      <w:r>
        <w:rPr>
          <w:rFonts w:ascii="Times New Roman" w:hAnsi="Times New Roman" w:eastAsia="Times New Roman" w:cs="Times New Roman"/>
        </w:rPr>
        <w:t>Thiab tau muab ib lub qhov ncauj rau nws hais tej yam loj thiab tej lus thuam Vajtswv; thiab tau muab hwjchim rau nws kav mus tau plaub caug ob lub hlis. Qhia Tshwm 13:5.</w:t>
      </w:r>
    </w:p>
    <w:p>
      <w:pPr>
        <w:pStyle w:val="ArticleBody"/>
        <w:jc w:val="left"/>
      </w:pPr>
      <w:r>
        <w:rPr>
          <w:rFonts w:ascii="Times New Roman" w:hAnsi="Times New Roman" w:eastAsia="Times New Roman" w:cs="Times New Roman"/>
        </w:rPr>
        <w:t>Xya qhov kev hais ncaj qha no nthuav tawm ntau yam cwj pwm yaj saub tshwj xeeb uas hais txog Loos. Nyob hauv cov nqe ntawd Loos thiaj raug qhia tawm. Muam White tseem ntxiv hais tias cov sijhawm no kuj raug sawv cev ua “peb xyoos thiab ib nrab lossis 1260 hnub.” Koj yuav tsis pom “peb xyoos thiab ib nrab” lossis “ib txhiab ob puas rau caum hnub” nyob hauv phau Vajlugkub. Muam White tsuas yog siv kev suav raws li xya qhov kev hais ntawd xwb.</w:t>
      </w:r>
    </w:p>
    <w:p>
      <w:pPr>
        <w:pStyle w:val="ArticleScripture"/>
        <w:jc w:val="left"/>
      </w:pPr>
      <w:r>
        <w:rPr>
          <w:rFonts w:ascii="Times New Roman" w:hAnsi="Times New Roman" w:eastAsia="Times New Roman" w:cs="Times New Roman"/>
        </w:rPr>
        <w:t>“Hauv tshooj 13 (nqe 1–10) muaj ib tug tsiaj qus ntxiv tau raug piav txog, ‘zoo li ib tug tsov txaij,’ uas tus zaj tau muab ‘nws lub hwj chim, thiab nws lub zwm txwv, thiab txoj cai loj’ rau nws. Lub cim no, raws li cov Protestants feem coob tau ntseeg, sawv cev rau lub papacy, uas tau txais lub hwj chim thiab lub zwm txwv thiab txoj cai uas ib zaug yog lub teb chaws Loos qub tuav. Hais txog tus tsiaj qus zoo li tsov txaij no muaj lus tshaj tawm tias: ‘Muaj ib lub qhov ncauj raug muab rau nws hais tej yam loj thiab lus thuam Vajtswv…. Thiab nws qhib nws lub qhov ncauj thuam Vajtswv, kom thuam Nws lub npe, thiab Nws lub tsev ntaub, thiab cov uas nyob saum ntuj ceeb tsheej. Thiab raug pub rau nws ua rog nrog cov ntseeg dawb huv, thiab kov yeej lawv: thiab tau muab hwj chim rau nws kav saum txhua haiv neeg, thiab txhua yam lus, thiab txhua lub teb chaws.’ Zaj lus faj lem no, uas yuav luag zoo ib yam nkaus li qhov kev piav txog tus kub me hauv Daniyees 7, yam tsis muaj kev ua xyem xyav li, taw tes mus rau lub papacy.”</w:t>
      </w:r>
    </w:p>
    <w:p>
      <w:pPr>
        <w:pStyle w:val="ArticleScripture"/>
        <w:jc w:val="left"/>
      </w:pPr>
      <w:r>
        <w:rPr>
          <w:rFonts w:ascii="Times New Roman" w:hAnsi="Times New Roman" w:eastAsia="Times New Roman" w:cs="Times New Roman"/>
        </w:rPr>
        <w:t>“‘Tau muab hwjchim rau nws kav tau plaub caug ob lub hli.’ Thiab tus yaj saub hais tias, ‘Kuv pom ib lub taubhau ntawm nws zoo li raug mob txog kev tuag.’ Thiab dua ib zaug ntxiv: ‘Tus uas coj neeg mus rau hauv kev poob cev qhev nws yuav mus rau hauv kev poob cev qhev; tus uas tua neeg nrog ntaj yuav tsum raug tua nrog ntaj.’ Plaub caug ob lub hli ntawd yog tib yam li ‘ib lub sijhawm thiab ob lub sijhawm thiab ib nrab sijhawm,’ peb xyoos thiab ib nrab, lossis 1260 hnub, hauv Daniyees 7—lub sijhawm uas lub hwjchim papacy yuav tsim txom Vajtswv haiv neeg. Lub sijhawm no, raws li tau hais tseg hauv cov tshooj ua ntej, tau pib nrog kev kav siab tshaj ntawm papacy, xyoo A.D. 538, thiab xaus rau xyoo 1798. Lub sijhawm ntawd tus pope raug coj mus ua neeg raug ntes los ntawm Fabkis cov tub rog, lub hwjchim papacy tau txais nws qhov txhab uas ua kom tuag taus, thiab txoj lus faj lem ntawd tau tiav lawm, ‘Tus uas coj neeg mus rau hauv kev poob cev qhev nws yuav mus rau hauv kev poob cev qhev.’” The Great Controversy, 439.</w:t>
      </w:r>
    </w:p>
    <w:p>
      <w:pPr>
        <w:pStyle w:val="ArticleBody"/>
        <w:jc w:val="left"/>
      </w:pPr>
      <w:r>
        <w:rPr>
          <w:rFonts w:ascii="Times New Roman" w:hAnsi="Times New Roman" w:eastAsia="Times New Roman" w:cs="Times New Roman"/>
        </w:rPr>
        <w:t>Nrog rau txoj cai uas tau tshoov siab kom suav peb xyoos thiab ib nrab ua lub “sijhawm” uas “qhia tawm” Loos, lwm qhov kev siv hauv Vajlugkub uas hais txog Loos kuj tshwm los thiab.</w:t>
      </w:r>
    </w:p>
    <w:p>
      <w:pPr>
        <w:pStyle w:val="ArticleScripture"/>
        <w:jc w:val="left"/>
      </w:pPr>
      <w:r>
        <w:rPr>
          <w:rFonts w:ascii="Times New Roman" w:hAnsi="Times New Roman" w:eastAsia="Times New Roman" w:cs="Times New Roman"/>
        </w:rPr>
        <w:t>Tiamsis kuv qhia qhov tseeb rau nej tias, muaj poj ntsuam coob leej nyob hauv Ixayees thaum Eliyas lub sijhawm, thaum ntuj raug kaw tau peb xyoos thiab rau hli, thaum muaj kev tshaib nqhis loj thoob plaws txhua thaj av. Lukas 4:25.</w:t>
      </w:r>
    </w:p>
    <w:p>
      <w:pPr>
        <w:pStyle w:val="ArticleBody"/>
        <w:jc w:val="left"/>
      </w:pPr>
      <w:r>
        <w:rPr>
          <w:rFonts w:ascii="Times New Roman" w:hAnsi="Times New Roman" w:eastAsia="Times New Roman" w:cs="Times New Roman"/>
        </w:rPr>
        <w:t>Peb xyoos ib nrab ntawm Eliyas txuas lub sijhawm ntawd nrog Yezebees, uas yog lub cim ntawm Loos papas hauv pawg ntseeg Thyatira.</w:t>
      </w:r>
    </w:p>
    <w:p>
      <w:pPr>
        <w:pStyle w:val="ArticleScripture"/>
        <w:jc w:val="left"/>
      </w:pPr>
      <w:r>
        <w:rPr>
          <w:rFonts w:ascii="Times New Roman" w:hAnsi="Times New Roman" w:eastAsia="Times New Roman" w:cs="Times New Roman"/>
        </w:rPr>
        <w:t>Txawm li ntawd los kuv tseem muaj ob peb yam tawm tsam koj, vim koj cia tus pojniam Yexanpees ntawd, uas hu nws tus kheej tias yog ib tug yaj saub pojniam, los qhia thiab ntxias kuv cov tub qhe kom deev luag pojniam thiab noj tej uas raug txi rau tej mlom. Thiab kuv tau muab sijhawm rau nws kom hloov siab lees txim ntawm nws txoj kev deev luag pojniam; los nws tsis kam hloov siab lees txim. Tshwmsim 2:20, 21.</w:t>
      </w:r>
    </w:p>
    <w:p>
      <w:pPr>
        <w:pStyle w:val="ArticleBody"/>
        <w:jc w:val="left"/>
      </w:pPr>
      <w:r>
        <w:rPr>
          <w:rFonts w:ascii="Times New Roman" w:hAnsi="Times New Roman" w:eastAsia="Times New Roman" w:cs="Times New Roman"/>
        </w:rPr>
        <w:t>“Lub sij hawm” uas tau muab rau pawg ntseeg plaub, uas Jezebel sawv cev rau, kuj yog ib “thaj chaw.”</w:t>
      </w:r>
    </w:p>
    <w:p>
      <w:pPr>
        <w:pStyle w:val="ArticleScripture"/>
        <w:jc w:val="left"/>
      </w:pPr>
      <w:r>
        <w:rPr>
          <w:rFonts w:ascii="Times New Roman" w:hAnsi="Times New Roman" w:eastAsia="Times New Roman" w:cs="Times New Roman"/>
        </w:rPr>
        <w:t>Elias yog ib tug neeg raug tib yam kev ntshaw ib yam li peb, thiab nws thov Vajtswv nrog siab kub lug kom nag txhob los; ces nag kuj tsis los rau saum lub ntiajteb tau peb xyoos thiab rau lub hlis. Yakaunpaus 5:17.</w:t>
      </w:r>
    </w:p>
    <w:p>
      <w:pPr>
        <w:pStyle w:val="ArticleBody"/>
        <w:jc w:val="left"/>
      </w:pPr>
      <w:r>
        <w:rPr>
          <w:rFonts w:ascii="Times New Roman" w:hAnsi="Times New Roman" w:eastAsia="Times New Roman" w:cs="Times New Roman"/>
        </w:rPr>
        <w:t>Thaum piav txog plaub caug ob lub hlis tias yog tib lub sijhawm li ib txhiab ob puas rau caum hnub, Muam White qhia tias lub sijhawm ntawd yog “cov hnub ntawd,” uas Khetos tau hais txog.</w:t>
      </w:r>
    </w:p>
    <w:p>
      <w:pPr>
        <w:pStyle w:val="ArticleScripture"/>
        <w:jc w:val="left"/>
      </w:pPr>
      <w:r>
        <w:rPr>
          <w:rFonts w:ascii="Times New Roman" w:hAnsi="Times New Roman" w:eastAsia="Times New Roman" w:cs="Times New Roman"/>
        </w:rPr>
        <w:t>“Cov sijhawm uas hais tseg ntawm no—‘plaub caug ob lub hlis,’ thiab ‘ib txhiab ob puas rau caum hnub’—yog tib lub sijhawm xwb, ob qho tib si sawv cev rau lub sijhawm uas pawg ntseeg ntawm Khetos yuav tsum raug kev tsim txom los ntawm Loos. Lub 1260 xyoos ntawm txoj kev muaj hwj chim loj tshaj ntawm papacy pib rau xyoo A.D. 538, thiab yog li ntawd yuav xaus rau xyoo 1798. Lub sijhawm ntawd ib pab tub rog Fabkis tau nkag mus rau Loos thiab ntes tus pope ua neeg raug kaw, thiab nws tau tuag nyob rau hauv kev ntiab tawm. Txawm yog tsis ntev tom qab ntawd tau xaiv tsa ib tug pope tshiab lawm, los txij thaum ntawd los txoj kev tswj hwm qib siab ntawm papacy yeej tsis tau muaj peev xwm siv tau lub hwj chim uas yav tas los nws tau muaj.”</w:t>
      </w:r>
    </w:p>
    <w:p>
      <w:pPr>
        <w:pStyle w:val="ArticleScripture"/>
        <w:jc w:val="left"/>
      </w:pPr>
      <w:r>
        <w:rPr>
          <w:rFonts w:ascii="Times New Roman" w:hAnsi="Times New Roman" w:eastAsia="Times New Roman" w:cs="Times New Roman"/>
        </w:rPr>
        <w:t>“Kev tsim txom lub koom txoos tsis tau txuas mus thoob plaws tag nrho lub sijhawm 1260 xyoo ntawd. Vajtswv, hauv Nws txoj kev hlub tshua rau Nws haiv neeg, tau txiav kom luv lub sijhawm ntawm lawv txoj kev sim siab kub nyhiab. Thaum Nws tau hais ua ntej txog ‘txoj kev txom nyem loj’ uas yuav los raug lub koom txoos, tus Cawm Seej tau hais tias: ‘Yog tsis muaj hnub ntawd raug txiav kom luv, ces yuav tsis muaj ib tug cev nqaij daim tawv twg dim: tiam sis vim cov uas raug xaiv, hnub ntawd yuav raug txiav kom luv.’ Mathais 24:22. Los ntawm txoj kev cuam tshuam ntawm Kev Hloov Kho, kev tsim txom thiaj raug coj los xaus ua ntej xyoo 1798.” The Great Controversy, 266.</w:t>
      </w:r>
    </w:p>
    <w:p>
      <w:pPr>
        <w:pStyle w:val="ArticleBody"/>
        <w:jc w:val="left"/>
      </w:pPr>
      <w:r>
        <w:rPr>
          <w:rFonts w:ascii="Times New Roman" w:hAnsi="Times New Roman" w:eastAsia="Times New Roman" w:cs="Times New Roman"/>
        </w:rPr>
        <w:t>Khetos thiab Muam White qhia meej tias kab lus “cov hnub ntawd” yog “lub sij hawm,” uas txheeb qhia txog Loos papas. Thaum Daniyee hais txog txoj kev tsim txom uas tau raws tom qab muab txoj hauj lwm kav ntawm papacy tsa rau saum lub zwm txwv ntawm lub ntiaj teb hauv nqe peb caug ib ntawm tshooj kaum ib, nws hu lub sij hawm ntawd ntawm kev tsim txom tias yog “ntau hnub.”</w:t>
      </w:r>
    </w:p>
    <w:p>
      <w:pPr>
        <w:pStyle w:val="ArticleScripture"/>
        <w:jc w:val="left"/>
      </w:pPr>
      <w:r>
        <w:rPr>
          <w:rFonts w:ascii="Times New Roman" w:hAnsi="Times New Roman" w:eastAsia="Times New Roman" w:cs="Times New Roman"/>
        </w:rPr>
        <w:t>Thiab tej caj npab yuav sawv ntawm nws sab, thiab lawv yuav ua kom lub chaw dawb huv uas yog chaw muaj hwj chim qias neeg, thiab lawv yuav muab txoj kev fij niaj hnub tshem tawm mus, thiab lawv yuav tsa yam qias neeg uas ua rau kev puam tsuaj. Thiab cov uas ua phem tawm tsam txoj kev cog lus nws yuav ua kom qias los ntawm tej lus dag ntxias; tiam sis cov neeg uas paub lawv tus Vajtswv yuav muaj zog thiab yuav ua tej hauj lwm loj. Thiab cov uas muaj kev to taub hauv nruab nrab ntawm haiv neeg yuav qhia ntau leej; los lawv yuav poob los ntawm rab ntaj, thiab los ntawm hluav taws, los ntawm kev poob cev qhev, thiab los ntawm kev raug txeeb, tau ntau hnub. Daniel 11:31–33.</w:t>
      </w:r>
    </w:p>
    <w:p>
      <w:pPr>
        <w:pStyle w:val="ArticleBody"/>
        <w:jc w:val="left"/>
      </w:pPr>
      <w:r>
        <w:rPr>
          <w:rFonts w:ascii="Times New Roman" w:hAnsi="Times New Roman" w:eastAsia="Times New Roman" w:cs="Times New Roman"/>
        </w:rPr>
        <w:t>Loos Mas tau raug nthuav tawm nyob rau hauv kev txuas nrog lub sijhawm yaj saub uas txuas rau nws, yog vim li ntawd Povlauj thiaj hais tias tus neeg txhaum yuav raug nthuav tawm nyob rau hauv “nws lub sijhawm”. Qhov tseeb tias Loos Mas tsim tsa txoj kev yog toog pom ntawd, uas yog peb tsis paub ces peb yuav piam sij, qhia meej tias vim li cas lub sijhawm yaj saub ntawd thiaj raug sawv cev ntau zaus heev, thiab nyob rau hauv ntau txoj kev, rau qhov Vajtswv “tsis rov hais tej yam uas tsis muaj nqes loj.” Nyob rau hauv cov nqe ua ntej no, qhov kawg ntawm lub sijhawm ntawd kuj raug cim tseg thiab.</w:t>
      </w:r>
    </w:p>
    <w:p>
      <w:pPr>
        <w:pStyle w:val="ArticleScripture"/>
        <w:jc w:val="left"/>
      </w:pPr>
      <w:r>
        <w:rPr>
          <w:rFonts w:ascii="Times New Roman" w:hAnsi="Times New Roman" w:eastAsia="Times New Roman" w:cs="Times New Roman"/>
        </w:rPr>
        <w:t>Thiab cov uas muaj kev to taub ntawm cov neeg yuav qhia rau coob leej; los lawv yuav poob los ntawm rab ntaj, thiab los ntawm nplaim taws, los ntawm kev raug coj mus ua qhev, thiab los ntawm kev raug txeeb, tau ntau hnub. Nimno thaum lawv poob lawd, lawv yuav tau txais kev pab me ntsis xwb; tiam sis coob leej yuav los koom nrog lawv los ntawm tej lus qhuas ntxias. Thiab ib txhia ntawm cov uas muaj kev to taub yuav poob, kom sim lawv, thiab kom ntxuav lawv kom dawb huv, mus txog rau lub caij kawg; vim tias qhov ntawd tseem tos txog lub sijhawm uas twb raug teem cia lawm. Daniel 11:33–35.</w:t>
      </w:r>
    </w:p>
    <w:p>
      <w:pPr>
        <w:pStyle w:val="ArticleBody"/>
        <w:jc w:val="left"/>
      </w:pPr>
      <w:r>
        <w:rPr>
          <w:rFonts w:ascii="Times New Roman" w:hAnsi="Times New Roman" w:eastAsia="Times New Roman" w:cs="Times New Roman"/>
        </w:rPr>
        <w:t>“lub sij hawm kawg” “tseem cia rau ib lub sij hawm uas twb teem tseg lawm.” Lo lus Henplais uas txhais ua “teem tseg” yog “moed,” thiab nws txhais hais tias yog ib lub sij hawm ruaj khov lossis ib qho kev teem caij. Qhov muaj feem xyuam ntawm lus faj lem thiab qhov tseem ceeb ntawm “lub sij hawm teem tseg,” nyob hauv phau Daniyees, raug qhia tawm los ntawm qhov uas muaj kev hais txog nws ntau npaum li cas. Muaj tsawg heev ntawm cov Laodicean Adventist, yog hais tias tseem muaj ib tug twg li, uas lees paub tias xyoo 1989 yog ib “lub sij hawm kawg,” thiab yog li ntawd xyoo 1989 yog ib lub sij hawm teem tseg. Nws yog ib qho kev teem tseg uas Vajtswv tau ua, thaum Nws yuav qhib lub cim kaw ntawm txoj kev paub rau txoj kev txav ntawm ib puas plaub caug plaub txhiab leej. Vim li no, phau Daniyees thiaj muab cov tim khawv rau qhov tseeb tias “lub sij hawm teem tseg” cim txog kev tuaj txog ntawm “lub sij hawm kawg”. Nyob hauv Daniyees yim, lub cim lus faj lem no raug nthuav tawm.</w:t>
      </w:r>
    </w:p>
    <w:p>
      <w:pPr>
        <w:pStyle w:val="ArticleScripture"/>
        <w:jc w:val="left"/>
      </w:pPr>
      <w:r>
        <w:rPr>
          <w:rFonts w:ascii="Times New Roman" w:hAnsi="Times New Roman" w:eastAsia="Times New Roman" w:cs="Times New Roman"/>
        </w:rPr>
        <w:t>Thiab kuv hnov ib lub suab ntawm ib tug txiv neej nyob nruab nrab ntawm ntug dej Ulai, uas hu tuaj thiab hais tias, Khepliel, cia tus txiv neej no nkag siab txog zaj yog toog. Ces nws txav los ze qhov chaw uas kuv sawv; thiab thaum nws los txog, kuv ntshai, thiab poob ntsej muag rau hauv av; tiam sis nws hais rau kuv tias, Cia li nkag siab, Au, me tub ntawm neeg: rau qhov zaj yog toog no yog rau lub caij kawg. Thaum nws tseem tab tom hais lus nrog kuv, kuv tsaug zog heev ntsej muag tig rau hauv av; tiam sis nws kov kuv, thiab tsa kuv sawv ncaj. Thiab nws hais tias, Saib seb, kuv yuav qhia rau koj paub yam uas yuav tshwm sim rau thaum kawg ntawm txoj kev chim siab: rau qhov qhov kawg yuav los txog rau lub sijhawm uas twb teem tseg lawm. Daniel 8:16–19.</w:t>
      </w:r>
    </w:p>
    <w:p>
      <w:pPr>
        <w:pStyle w:val="ArticleBody"/>
        <w:jc w:val="left"/>
      </w:pPr>
      <w:r>
        <w:rPr>
          <w:rFonts w:ascii="Times New Roman" w:hAnsi="Times New Roman" w:eastAsia="Times New Roman" w:cs="Times New Roman"/>
        </w:rPr>
        <w:t>Ib yam li hauv tshooj kaum ib, lo lus “kawg,” hauv “lub caij kawg” hauv cov nqe no yog ib lo lus Henplais txawv dua lo uas tau txhais tias “sij hawm uas teem tseg.” Lub caij kawg sawv cev rau ib ntu sij hawm uas pib ntawm lub sij hawm uas teem tseg. “Lub sij hawm uas teem tseg” (moed) yog ib lub sijhawm teem cia, hos lub caij kawg (lo lus Henplais “gets”) yog ib ntu sij hawm, uas pib ntawm lub sij hawm uas teem tseg. Nws yog “lub sij hawm” uas nthuav qhia Loos, thiab “lub sij hawm” ntawd tseem ceeb heev txog npaum li ntawd, uas qhov kawg ntawm ntu sij hawm ntawd, thiab ntu sij hawm uas raws tom qab qhov kawg ntawm lub sij hawm ntawd, raug sawv cev los ntawm ntau tus tim khawv. Hauv nqe nees nkaum plaub ntawm Daniyee tshooj kaum ib, Loos pej kum tau raug txheeb qhia tias kav lub ntiaj teb rau ib “lub sij hawm.”</w:t>
      </w:r>
    </w:p>
    <w:p>
      <w:pPr>
        <w:pStyle w:val="ArticleBody"/>
        <w:jc w:val="left"/>
      </w:pPr>
      <w:r>
        <w:rPr>
          <w:rFonts w:ascii="Times New Roman" w:hAnsi="Times New Roman" w:eastAsia="Times New Roman" w:cs="Times New Roman"/>
        </w:rPr>
        <w:t>Ib lub “sijhawm” piv txwv yog peb puas rau caum xyoo, rau qhov hauv ib xyoos hauv Vajluskub muaj peb puas rau caum hnub. Loos neeg teev dab kav tau ib “lub sijhawm,” thiab Loos papal kav tau rau “ib lub sijhawm, ob lub sijhawm thiab ib nrab lub sijhawm.” Loos niaj hnub no kav tau ib “teev” piv txwv, lossis ib “plaub caug ob lub hlis” piv txwv. Tsis muaj lub sijhawm yaj saub ntxiv tom qab xyoo 1844, yog li ntawd “teev” thiab “plaub caug ob lub hlis” yog lub sijhawm txij ntawm txoj cai Hnub Caiv cuav uas yuav los sai sai no mus txog rau thaum kaw kev sim siab ntawm tibneeg. Tiamsis Loos neeg teev dab tau kav nrog hwjchim siab kawg txij thaum Tsov Rog Actium xyoo 31 BC mus txog thaum Constantine txav lub peev ntawm lub tebchaws faj tim teb chaws mus rau Constantinople hauv xyoo 330. Peb paub tias cov nqe hauv qab no tab tom hais txog Loos neeg teev dab, rau qhov Khetos raug sawv cev ua tus “vajntxwv ntawm txojlus cog tseg” uas “yuav raug rhuav tshem” thaum Nws raug ntsia saum ntoo khaublig. Lub hwjchim uas tab tom kav thaum ntawd yog Loos neeg teev dab, yog li cov nqe uas peb yuav los saib tam sim no qhia meej txog Loos neeg teev dab.</w:t>
      </w:r>
    </w:p>
    <w:p>
      <w:pPr>
        <w:pStyle w:val="ArticleScripture"/>
        <w:jc w:val="left"/>
      </w:pPr>
      <w:r>
        <w:rPr>
          <w:rFonts w:ascii="Times New Roman" w:hAnsi="Times New Roman" w:eastAsia="Times New Roman" w:cs="Times New Roman"/>
        </w:rPr>
        <w:t>Thiab nyob hauv nws qhov chaw yuav muaj ib tug neeg phem sawv los, tus uas lawv yuav tsis pub txoj kev hwm ntawm lub tebchaws rau nws li: tiam sis nws yuav los yam nyob kaj siab lug, thiab yuav tau lub tebchaws los ntawm tej lus qhuas ntxias. Thiab nrog tej pab tub rog xws li dej nyab, lawv yuav raug cheb hla ntawm nws xub ntiag, thiab yuav raug rhuav tshem; muaj tseeb, txawm yog tus thawj ntawm txoj kev cog lus thiab. Thiab tom qab txoj kev sib cog lus tau ua nrog nws lawm nws yuav ua haujlwm dag ntxias; rau qhov nws yuav sawv los, thiab yuav muaj zog nrog ib haiv neeg tsawg. Nws yuav nkag mus yam nyob kaj siab lug txawm mus rau tej chaw rog nplua nuj tshaj plaws ntawm lub xeev; thiab nws yuav ua yam uas nws cov yawg koob tsis tau ua, thiab tsis yog nws cov yawg koob tej yawg koob tau ua; nws yuav faib rau lawv tej khoom txeeb, thiab tej khoom nyiag, thiab tej nyiaj txiag nplua nuj: muaj tseeb, nws yuav npaj nws tej tswv yim tawm tsam tej chaw ruaj khov, txawm yog rau ib ntus xwb. Daniel 11:21–24.</w:t>
      </w:r>
    </w:p>
    <w:p>
      <w:pPr>
        <w:pStyle w:val="ArticleBody"/>
        <w:jc w:val="left"/>
      </w:pPr>
      <w:r>
        <w:rPr>
          <w:rFonts w:ascii="Times New Roman" w:hAnsi="Times New Roman" w:eastAsia="Times New Roman" w:cs="Times New Roman"/>
        </w:rPr>
        <w:t>Lo lus “against” nyob hauv lo lus kawg ntawm cov nqe no, qhov tseeb txhais tias “from,” thiab nqe ntawd tab tom hais tias Loos uas yog neeg pe hawm dab mlom yuav kav (nthuav tawm nws tej cuab yeej ntxias) “from” nws lub chaw ruaj khov (Lub Nroog Loos) tau peb puas rau caum xyoo.</w:t>
      </w:r>
    </w:p>
    <w:p>
      <w:pPr>
        <w:pStyle w:val="ArticleScripture"/>
        <w:jc w:val="left"/>
      </w:pPr>
      <w:r>
        <w:rPr>
          <w:rFonts w:ascii="Times New Roman" w:hAnsi="Times New Roman" w:eastAsia="Times New Roman" w:cs="Times New Roman"/>
        </w:rPr>
        <w:t>“Nqe 24. Nws yuav nkag los hauv kev thaj yeeb txawm mus txog rau tej chaw rog tshaj plaws ntawm lub xeev; thiab nws yuav ua tej yam uas nws cov yawg koob tsis tau ua, los yog nws cov yawg koob tej yawg koob tsis tau ua; nws yuav faib rau lawv tej tsiaj txhu uas txeeb tau los, thiab tej khoom nyiag, thiab tej nyiaj txiag nplua nuj: yog lawm, nws yuav npaj nws tej tswv yim tawm tsam tej chaw ruaj khov, txawm yog tsuas yog ib ntus xwb.”</w:t>
      </w:r>
    </w:p>
    <w:p>
      <w:pPr>
        <w:pStyle w:val="ArticleScripture"/>
        <w:jc w:val="left"/>
      </w:pPr>
      <w:r>
        <w:rPr>
          <w:rFonts w:ascii="Times New Roman" w:hAnsi="Times New Roman" w:eastAsia="Times New Roman" w:cs="Times New Roman"/>
        </w:rPr>
        <w:t>“Txoj kev ib txwm uas cov tebchaws, ua ntej txog hnub nyoog Loos, tau nkag los tuav tej xeev muaj nqis thiab tej thaj av nplua nuj, yog los ntawm kev ua rog thiab kev kov yeej. Nim no Loos yuav ua yam uas cov yawg koob lossis cov yawg koob tej yawg koob tsis tau ua dua li; uas yog, txais tau tej kev ntxiv no los ntawm txoj kev thaj yeeb. Txoj kev cai uas yav tas los tsis tau hnov dua li, nim no raug tsim los siv, uas cov vajntxwv tseg lawv tej tebchaws cia rau cov Loos raws li qub txeeg qub teg. Loos thiaj los tau muaj tej xeev loj dav los ntawm txoj kev no.”</w:t>
      </w:r>
    </w:p>
    <w:p>
      <w:pPr>
        <w:pStyle w:val="ArticleScripture"/>
        <w:jc w:val="left"/>
      </w:pPr>
      <w:r>
        <w:rPr>
          <w:rFonts w:ascii="Times New Roman" w:hAnsi="Times New Roman" w:eastAsia="Times New Roman" w:cs="Times New Roman"/>
        </w:rPr>
        <w:t>“Thiab cov uas yog li ntawd thiaj los nyob hauv kev kav tswj ntawm Loos kuj tau txais txiaj ntsig loj tsis tsawg ntawm qhov ntawd. Lawv raug saib xyuas nrog kev ua siab zoo thiab kev zam txim. Nws zoo ib yam li muaj tej tsiaj txhu raug ntes thiab tej khoom raug txeeb raug faib rau hauv lawv. Lawv raug tiv thaiv ntawm lawv cov yeeb ncuab, thiab tau nyob so hauv kev thaj yeeb thiab kev nyab xeeb nyob hauv qab kev pov hwm ntawm lub hwj chim Loos.</w:t>
      </w:r>
    </w:p>
    <w:p>
      <w:pPr>
        <w:pStyle w:val="ArticleScripture"/>
        <w:jc w:val="left"/>
      </w:pPr>
      <w:r>
        <w:rPr>
          <w:rFonts w:ascii="Times New Roman" w:hAnsi="Times New Roman" w:eastAsia="Times New Roman" w:cs="Times New Roman"/>
        </w:rPr>
        <w:t>“Rau feem tom qab ntawm nqe no, Tus Npis Sov Newton muab lub ntsiab tias yog tej cuab yeej twv ua ntej tawm hauv tej chaw ruaj khov, tsis yog tawm tsam lawv. Qhov no cov Loos tau ua los ntawm lub nroog muaj xya lub toj uas ruaj khov heev. ‘Txawm yog rau ib lub sijhawm;’ tsis muaj qhov ua xyem xyav, yog ib lub sijhawm raws li lus faj lem, 360 xyoo. Cov xyoo no yuav tsum suav hnub tim pib txij qhov twg? Tej zaum yog txij ntawm qhov xwm txheej uas raug coj los qhia hauv nqe tom qab no.”</w:t>
      </w:r>
    </w:p>
    <w:p>
      <w:pPr>
        <w:pStyle w:val="ArticleScripture"/>
        <w:jc w:val="left"/>
      </w:pPr>
      <w:r>
        <w:rPr>
          <w:rFonts w:ascii="Times New Roman" w:hAnsi="Times New Roman" w:eastAsia="Times New Roman" w:cs="Times New Roman"/>
        </w:rPr>
        <w:t>“‘NQE 25. Thiab nws yuav tsa nws lub hwjchim thiab nws lub siab tawv tawm tsam tus vajntxwv sab qab teb nrog ib pab tub rog loj; thiab tus vajntxwv sab qab teb yuav raug tsa kom tawm mus ua rog nrog ib pab tub rog loj heev thiab muaj hwjchim; tiamsis nws yuav tsis sawv taus: rau qhov lawv yuav npaj tej cuab tswvyim tawm tsam nws.’”</w:t>
      </w:r>
    </w:p>
    <w:p>
      <w:pPr>
        <w:pStyle w:val="ArticleScripture"/>
        <w:jc w:val="left"/>
      </w:pPr>
      <w:r>
        <w:rPr>
          <w:rFonts w:ascii="Times New Roman" w:hAnsi="Times New Roman" w:eastAsia="Times New Roman" w:cs="Times New Roman"/>
        </w:rPr>
        <w:t>“Los ntawm nqe 23 thiab 24 peb raug coj nqes los rau sab no ntawm daim ntawv cog lus koom tes ntawm cov Yudais thiab cov Loos, BC 161, mus txog lub sijhawm uas Loos twb tau kav thoob qab ntuj lawm. Nqe uas tam sim no nyob ntawm peb xub ntiag no nthuav tawm ib qho kev sib tw rog uas muaj zog heev tawm tsam vajntxwv sab qab teb, uas yog Iyiv, thiab qhov tshwm sim ntawm ib qho kev sib ntaus sib tua tseem ceeb ntawm tej pab tub rog loj thiab muaj hwjchim. Puas muaj tej xwm txheej zoo li no tshwm sim hauv keeb kwm ntawm Loos thaum lub sijhawm ntawd?—Muaj tseeb tiag. Tsov rog ntawd yog tsov rog ntawm Iyiv thiab Loos; thiab kev sib ntaus ntawd yog kev sib ntaus ntawm Actium. Cia peb saib luv luv txog tej xwm txheej uas tau coj mus rau qhov kev tsis sib haum no.” Uriah Smith, Daniel and the Revelation, 271–273.</w:t>
      </w:r>
    </w:p>
    <w:p>
      <w:pPr>
        <w:pStyle w:val="ArticleBody"/>
        <w:jc w:val="left"/>
      </w:pPr>
      <w:r>
        <w:rPr>
          <w:rFonts w:ascii="Times New Roman" w:hAnsi="Times New Roman" w:eastAsia="Times New Roman" w:cs="Times New Roman"/>
        </w:rPr>
        <w:t>Hauv cov nqe tom qab no, lub sijhawm uas tau teem tseg thiab qhov kawg raug Daniyee rov hais txog dua.</w:t>
      </w:r>
    </w:p>
    <w:p>
      <w:pPr>
        <w:pStyle w:val="ArticleScripture"/>
        <w:jc w:val="left"/>
      </w:pPr>
      <w:r>
        <w:rPr>
          <w:rFonts w:ascii="Times New Roman" w:hAnsi="Times New Roman" w:eastAsia="Times New Roman" w:cs="Times New Roman"/>
        </w:rPr>
        <w:t>Nws yuav txhawb kom muaj nws lub hwjchim thiab nws txojkev ua siab tawv tawm tsam vajntxwv sab qab teb nrog ib pab tub rog loj; thiab vajntxwv sab qab teb yuav raug txhawb kom tawm mus ua rog nrog ib pab tub rog loj heev thiab muaj zog kawg; tiamsis nws yuav sawv tsis taus: rau qhov lawv yuav npaj tej tswv yim ntxeev siab tawm tsam nws. Yog lawm, cov uas noj nws tej mov noj ntawm nws lub rooj yuav rhuav tshem nws, thiab nws pab tub rog yuav ntws hla mus: thiab coob leej yuav vau tuag rau hauv tshav rog. Thiab ob tug vajntxwv no lub siab yuav tsom ntsoov ua phem, thiab nkawd yuav hais lus dag ntawm ib lub rooj; tiamsis qhov ntawd yuav tsis vam meej: rau qhov qhov kawg tseem yuav los txog rau lub sijhawm uas twb teem tseg lawm. Tom qab ntawd nws yuav rov qab mus rau nws lub tebchaws nrog kev nplua nuj loj; thiab nws lub siab yuav tawm tsam txojlus cog tseg dawb huv; thiab nws yuav ua tej haujlwm muaj hwjchim, ces mam rov qab mus rau nws lub tebchaws. Thaum txog lub sijhawm uas twb teem tseg lawm nws yuav rov qab los, thiab yuav tuaj rau sab qab teb; tiamsis zaum no yuav tsis zoo li thawj zaug, lossis zoo li zaum kawg. Daniel 11:25–29.</w:t>
      </w:r>
    </w:p>
    <w:p>
      <w:pPr>
        <w:pStyle w:val="ArticleBody"/>
        <w:jc w:val="left"/>
      </w:pPr>
      <w:r>
        <w:rPr>
          <w:rFonts w:ascii="Times New Roman" w:hAnsi="Times New Roman" w:eastAsia="Times New Roman" w:cs="Times New Roman"/>
        </w:rPr>
        <w:t>Hauv tshooj yim, Gabriel tau qhia meej tias “chazon,” yog zaj yog toog txog ob txhiab tsib puas nees nkaum xyoo, yuav xaus rau lub sijhawm uas twb tau teem tseg lawm, thiab ces lub caij nyoog uas sawv cev los ntawm “lub sijhawm kawg” yuav pib. Hauv nqe no, lub sijhawm uas twb tau teem tseg yog qhov kawg ntawm peb puas rau caum xyoo uas Loos teev dab qhuas yuav kav lub ntiajteb nyob hauv txoj hauj lwm siab tshaj. Hauv nqe no tsis muaj “lub sijhawm kawg,” rau qhov tsis muaj ib yam dabtsi raug kaw cia uas yuav tsum raug qhib tawm thaum kawg ntawm lub caij nyoog ntawd hauv keeb kwm.</w:t>
      </w:r>
    </w:p>
    <w:p>
      <w:pPr>
        <w:pStyle w:val="ArticleBody"/>
        <w:jc w:val="left"/>
      </w:pPr>
      <w:r>
        <w:rPr>
          <w:rFonts w:ascii="Times New Roman" w:hAnsi="Times New Roman" w:eastAsia="Times New Roman" w:cs="Times New Roman"/>
        </w:rPr>
        <w:t>Hauv Daniyee tshooj yim, zaj yog toog pom ntawm “qhov kawg tom qab” ntawm txoj kev chim siab, uas yog ob txhiab tsib puas nees nkaum xyoo uas xaus tib lub sijhawm nrog ob txhiab peb puas xyoo, raug kaw cia mus txog “lub sijhawm kawg,” vim hais tias xyoo 1844, uas yog lub sijhawm teem tseg rau ob zaj yog toog pom tib si, qhov kaj ntawm tus tim tswv thib peb tau raug qhib. Hauv Daniyee kaum ib, nqe peb caug txog peb caug rau, thaum kawg ntawm “kev chim siab thawj zaug” xyoo 1798, yuav tsum muaj ib ntus uas raug sawv cev ua “lub sijhawm kawg,” thaum ntawd qhov kaj ntawm tus tim tswv thawj tau raug qhib. Yog li ntawd, lub sijhawm yav tom ntej hauv zaj lus faj lem hais txog Loos teev dab tsis muaj ib “lub sijhawm kawg,” tsuas muaj ib lub sijhawm teem tseg xwb, uas qhia meej tias peb puas rau caum xyoo xaus thaum twg; tiam sis lub sijhawm teem tseg xyoo 1798, thiab lub sijhawm teem tseg xyoo 1844, ob leeg puav leej qhib ib txoj xov uas yuav tsum to taub nyob rau lub caij nyoog uas raug sawv cev ua “lub sijhawm kawg”.</w:t>
      </w:r>
    </w:p>
    <w:p>
      <w:pPr>
        <w:pStyle w:val="ArticleBody"/>
        <w:jc w:val="left"/>
      </w:pPr>
      <w:r>
        <w:rPr>
          <w:rFonts w:ascii="Times New Roman" w:hAnsi="Times New Roman" w:eastAsia="Times New Roman" w:cs="Times New Roman"/>
        </w:rPr>
        <w:t>Loos tau raug qhia tawm raws li nws raug sawv cev hauv txojkev cev Vajtswv lus qhia yav tom ntej nyob rau hauv nws lub sijhawm cev Vajtswv lus qhia yav tom ntej. “Ib sijhawm, ob sijhawm thiab ib nrab sijhawm,” “plaub caug ob lub hlis,” “ib txhiab ob puas rau caum hnub,” thiab “peb xyoos ib nrab” yog ib txhia ntawm ntau yam cim uas sawv cev rau lub sijhawm uas txojkev kav ntawm tus papacy kav thaum lub caij Tsaus Ntuj Nruab Nrab. Lub sijhawm uas txuas kev txav ntawm cov Millerites nrog kev txav ntawm ib puas plaub caug plaub txhiab yog ib puas nees nkaum rau xyoo. Ib puas nees nkaum rau kuj yog ib lub cim ntawm ib txhiab ob puas rau caum hnub, rau qhov nws yog ib feem kaum ntawm tus naj npawb ntawd. Ib puas nees nkaum rau xyoo txij hnub kev ntxeev siab xyoo 1863 mus txog lub sijhawm uas raug teem tseg xyoo 1989 qhia meej tias 1989 yog Vajtswv lub sijhawm teem tseg nrog Nws haiv neeg hnub kawg.</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“Peb yuav tshawb nrhiav Vajluskub li cas? Peb puas yuav ntsia peb tej ceg ncej ntawm tej lus qhuab qhia ib tug zuj zus, ces mam li sim yuam kom txhua nqe Vajluskub los phim peb tej kev xav uas peb twb tsa tseg lawm, los yog peb yuav nqa peb tej tswv yim thiab tej kev pom mus rau hauv Vajluskub, thiab ntsuas peb tej kev xavv txheej txhua sab raws li Vajluskub ntawm qhov tseeb? Coob tus uas nyeem thiab txawm qhia Vajlugkub, tsis to taub qhov tseeb muaj nqis uas lawv tab tom qhia los yog kawm. Tibneeg tuav rawv tej kev yuam kev, thaum qhov tseeb twb raug cim meej lawm; thiab yog lawv tsuas yog coj lawv tej lus qhuab qhia los rau ntawm Vajtswv Txojlus, thiab tsis nyeem Vajtswv Txojlus raws li qhov kaj ntawm lawv tej lus qhuab qhia kom ua pov thawj tias lawv tej tswv yim yog, lawv yuav tsis taug kev hauv qhov tsaus ntuj thiab kev dig muag, los yog khaws cia tej kev yuam kev. Coob tus muab tej lus hauv Vajluskub txhais raws li lub ntsiab uas haum rau lawv tus kheej tej kev xav, thiab lawv qhi yuam lawv tus kheej thiab dag ntxias lwm tus los ntawm lawv tej kev txhais Vajtswv Txojlus yuam kev. Thaum peb pib kawm Vajtswv Txojlus, peb yuav tsum ua li ntawd nrog lub siab txo hwj chim. Txhua yam kev qia dub, txhua yam kev nyiam ua txawv tshiab, yuav tsum muab tso tseg. Tej kev xav uas tau tuav ntev los lawm yuav tsum tsis txhob raug suav tias tsis muaj qhov yuam kev li. Nws yog cov Yudais txoj kev tsis kam tso lawv tej kab ke thiab tej kev cai qub uas tau tsim los ntev lawm tseg, uas ua rau lawv txoj kev puam tsuaj. Lawv tau txiav txim siab tias yuav tsis pom ib qho txhaum me me li hauv lawv tus kheej tej kev xav lossis hauv lawv tej kev txhais Vajluskub; tiam sis txawm tibneeg yuav tau tuav qee yam kev xav ntev npaum li cas los xij, yog lawv tsis raug txhawb kom meej los ntawm Txojlus uas raug sau cia, ces lawv yuav tsum raug muab pov tseg.</w:t>
      </w:r>
    </w:p>
    <w:p>
      <w:pPr>
        <w:pStyle w:val="ArticleScripture"/>
        <w:jc w:val="left"/>
      </w:pPr>
      <w:r>
        <w:rPr>
          <w:rFonts w:ascii="Times New Roman" w:hAnsi="Times New Roman" w:eastAsia="Times New Roman" w:cs="Times New Roman"/>
        </w:rPr>
        <w:t>“Cov uas ua siab dawb paug xav tau qhov tseeb tiag, yuav tsis yig muab lawv tej kev ntseeg tawm los rau kev tshuaj xyuas thiab kev thuam, thiab lawv yuav tsis chim siab thaum lawv tej kev xav thiab tswv yim raug tawm tsam. Qhov no yog tus ntsuj plig uas peb tau tuav cia plaub caug xyoo dhau los. Peb yuav tuaj sib sau ua ke nrog tus ntsuj plig ris nra hnyav, thov Vajtswv kom peb thiaj li yuav ua tau ib leeg hauv txoj kev ntseeg thiab tej lus qhuab qhia; rau qhov peb paub tias Khetos tsis raug faib. Ib lub ntsiab lus zuj zus raug muab ua yam uas yuav tsum raug tshuaj xyuas. Kev hnyav dawb huv yog yam uas cim cov rooj sablaj tshuaj xyuas no. Cov Vajluskub raug qhib nrog txoj kev hwm ntshai. Feem ntau peb yoo mov, kom peb thiaj li tsim nyog dua rau kev to taub qhov tseeb. Tom qab kev thov Vajtswv uas kub siab lug, yog muaj ib lub ntsiab lus twg uas tseem tsis tau to taub, ces nws raug muab sib tham, thiab txhua tus hais nws lub tswv yim tawm los ywj siab; tom qab ntawd peb rov txhos caug thov Vajtswv dua, thiab tej lus thov uas kub siab lug nce mus saum ntuj ceeb tsheej thov kom Vajtswv pab kom peb pom sib phim, xwv kom peb thiaj li yuav ua tau ib leeg, ib yam li Khetos thiab Leej Txiv yog ib leeg. Muaj ntau lub kua muag tau ntws. Yog muaj ib tug kwvtij cem lwm tus vim nws to taub qeeb, uas tsis nkag siab ib nqe Vajluskub raws li tus thawj to taub, tus uas raug cem tom qab ntawd yuav tuav nws tus kwvtij tes thiab hais tias, ‘Cia peb tsis txhob ua rau Vajtswv tus Vaj Ntsuj Plig Dawb Huv tu siab. Yexus nrog nraim peb nyob; cia peb khaws tus ntsuj plig txo hwj chim thiab kam txais kev qhia;’ ces tus kwvtij uas raug hais ntawd yuav teb tias, ‘Kwvtij, thov zam txim rau kuv, kuv tau ua tsis ncaj rau koj lawm.’ Ces peb yuav rov txhos caug thov Vajtswv dua ib ntus ntxiv. Peb siv sijhawm ntau teev ua li no. Feem ntau peb tsis kawm ua ke tshaj plaub teev ib zaug, los qee zaus tag nrho ib hmos raug siv rau hauv kev tshuaj xyuas Vajluskub uas hnyav dawb huv, kom peb thiaj li to taub qhov tseeb rau peb tiam. Qee zaum Vajtswv tus Ntsuj Plig yuav los saum kuv, thiab tej ntu uas nyuaj raug ua kom meej raws li Vajtswv txoj kev uas Nws tau teem tseg, ces thiaj muaj kev sib haum xeeb tag nrho. Peb sawvdaws muaj tib lub siab thiab tib tug Ntsuj Plig.”</w:t>
      </w:r>
    </w:p>
    <w:p>
      <w:pPr>
        <w:pStyle w:val="ArticleScripture"/>
        <w:jc w:val="left"/>
      </w:pPr>
      <w:r>
        <w:rPr>
          <w:rFonts w:ascii="Times New Roman" w:hAnsi="Times New Roman" w:eastAsia="Times New Roman" w:cs="Times New Roman"/>
        </w:rPr>
        <w:t>“Peb nrhiav kawg siab kawg ntsws kom tsis txhob muab Vaj Lug Kub nkhaus hloov kom phim ib tug neeg txoj kev xav. Peb tau siv zog ua kom peb tej kev sib txawv tsawg npaum li tsawg tau los ntawm kev tsis nyob twj ywm rau tej ntsiab lus uas tsuas muaj qhov tseem ceeb me, uas muaj ntau yam kev xav sib txawv txog. Tiamsis lub nra hnyav hauv txhua tus ntsuj plig yog kom ua tau ib qho xwm txheej nyob hauv cov kwv tij uas yuav teb tau rau Khetos txoj kev thov Vajtswv tias nws cov thwjtim yuav tsum ua ib yam li nws thiab Leej Txiv yog ib tug xwb. Qee zaus ib los ob tug ntawm cov kwv tij yuav tawv ncauj sawv tawm tsam txoj kev pom uas tau nthuav tawm, thiab yuav ua raws li tej kev xav ntuj tsim ntawm lub siab; tiamsis thaum tus yam ntxwv no tshwm sim, peb thiaj ncua peb txoj kev tshawb xyuas thiab ncua peb lub rooj sib txoos mus, xwv kom txhua tus tau muaj sijhawm mus cuag Vajtswv hauv kev thov Vajtswv, thiab tsis muaj kev sib tham nrog lwm tus, kawm xyuas qhov teeb meem uas sib txawv ntawd, thov kom tau qhov kaj ntawm saum ntuj ceeb tsheej. Nrog tej lus qhia kev phooj ywg peb sib ncaim, kom rov sib ntsib dua sai li sai tau rau kev tshawb xyuas ntxiv. Muaj qee zaus Vajtswv lub hwjchim los rau saum peb nyob rau hauv ib txoj kev pom tseeb heev, thiab thaum qhov kaj meej nthuav qhia tej ntsiab lus ntawm qhov tseeb, peb yuav quaj thiab zoo siab ua ke. Peb hlub Yexus; peb hlub ib leeg.”</w:t>
      </w:r>
    </w:p>
    <w:p>
      <w:pPr>
        <w:pStyle w:val="ArticleScripture"/>
        <w:jc w:val="left"/>
      </w:pPr>
      <w:r>
        <w:rPr>
          <w:rFonts w:ascii="Times New Roman" w:hAnsi="Times New Roman" w:eastAsia="Times New Roman" w:cs="Times New Roman"/>
        </w:rPr>
        <w:t>“Nyob rau hauv cov hnub ntawd Vajtswv tau ua hauj lwm rau peb, thiab qhov tseeb muaj nqis heev rau peb tej ntsuj plig. Nws yog qhov tsim nyog uas peb txoj kev sib koom siab niaj hnub no yuav tsum muaj yam ntxwv uas yuav tiv taus kev sim siab. Peb nyob hauv tus Xib Hwb lub tsev kawm ntawm no, kom peb thiaj raug cob qhia rau lub tsev kawm saum toj no. Peb yuav tsum kawm kom ris taus kev poob siab raws li tus yam ntxwv ntawm Khetos, thiab zaj lus qhia uas qhov no yuav qhia yuav muaj qhov tseem ceeb loj heev rau peb.</w:t>
      </w:r>
    </w:p>
    <w:p>
      <w:pPr>
        <w:pStyle w:val="ArticleScripture"/>
        <w:jc w:val="left"/>
      </w:pPr>
      <w:r>
        <w:rPr>
          <w:rFonts w:ascii="Times New Roman" w:hAnsi="Times New Roman" w:eastAsia="Times New Roman" w:cs="Times New Roman"/>
        </w:rPr>
        <w:t>“Peb muaj ntau zaj lus qhia uas peb yuav tsum kawm, thiab muaj ntau, ntau yam uas peb yuav tsum tso tseg tsis kawm lawm. Tswv Ntuj thiab ntuj ceeb tsheej xwb thiaj tsis yuam kev. Cov uas xav tias lawv yuav tsis tas tso tseg ib txoj kev xav uas lawv khaws cia muaj nqis, tsis muaj ib lub sijhawm uas yuav tsum hloov ib lub tswv yim, lawv yuav raug kev chim siab. Tsuav yog peb tseem khov kho tuav peb tus kheej tej tswv yim thiab tej kev xav nrog kev tawv ncauj tsis txawj txav, peb yeej yuav tsis muaj txoj kev sib haum xeeb uas Khetos tau thov Vajtswv txog.”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Rau Caug Ob</dc:title>
  <dc:subject>Lub Sijhawm Yaj Saub ntawm Loos: Qhib Tshwm Sim Txog Lub Zeem Muag</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