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Daniel - Ib Puas Rau Caug Peb</w:t>
      </w:r>
    </w:p>
    <w:p>
      <w:pPr>
        <w:pStyle w:val="ArticleSubtitle"/>
        <w:jc w:val="left"/>
      </w:pPr>
      <w:r>
        <w:rPr>
          <w:rFonts w:ascii="Arial" w:hAnsi="Arial" w:eastAsia="Arial" w:cs="Arial"/>
        </w:rPr>
        <w:t>Qhib Kev Yaj Saub: Tshawb Nrhiav Tshooj Kaum Ib ntawm Daniyees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Tam sim no peb yuav pib mus ntxiv hla tshooj kaum ib ntawm Daniel.</w:t>
      </w:r>
    </w:p>
    <w:p>
      <w:pPr>
        <w:pStyle w:val="ArticleScripture"/>
        <w:jc w:val="left"/>
      </w:pPr>
      <w:r>
        <w:rPr>
          <w:rFonts w:ascii="Times New Roman" w:hAnsi="Times New Roman" w:eastAsia="Times New Roman" w:cs="Times New Roman"/>
        </w:rPr>
        <w:t>Kuj thiab, nyob rau thawj xyoo ntawm Dali-a tus Medes, twb sawv los txhawb thiab ua kom nws muaj zog. Nim no kuv yuav qhia qhov tseeb rau koj. Saib maj, tseem yuav muaj peb tug vajntxwv sawv los hauv Persia; thiab tus plaub yuav nplua nuj tshaj lawv sawvdaws; thiab vim nws lub hwjchim los ntawm nws tej kev nplua nuj nws yuav tsa sawvdaws tawm tsam lub nceeg vaj ntawm Grecia. Thiab ib tug vajntxwv muaj hwjchim yuav sawv los, tus uas yuav kav nrog txoj kev muaj nom muaj tswv loj kawg, thiab ua raws li nws lub siab nyiam. Thiab thaum nws sawv los lawm, nws lub nceeg vaj yuav tawg, thiab yuav muab faib mus rau plaub ceg kaum ntuj; tsis yog rau nws caj ces, thiab tsis raws li txoj kev kav uas nws tau kav: rau qhov nws lub nceeg vaj yuav raug muab rho tawm, txawm yog rau lwm tus ntxiv ntawm cov ntawd. Daniyees 11:1–4.</w:t>
      </w:r>
    </w:p>
    <w:p>
      <w:pPr>
        <w:pStyle w:val="ArticleBody"/>
        <w:jc w:val="left"/>
      </w:pPr>
      <w:r>
        <w:rPr>
          <w:rFonts w:ascii="Times New Roman" w:hAnsi="Times New Roman" w:eastAsia="Times New Roman" w:cs="Times New Roman"/>
        </w:rPr>
        <w:t>Gabriel pib los ntawm kev qhia rau Daniel tias nws kuj tau ua haujlwm nrog Darius hauv nws thawj xyoo thiab, uas yog xyoo uas Darius tus xeeb ntxwv, nws tus thawj tub rog, txeeb tau Npanpiloo thiab tua Belshazzar. Raws li nqe thawj ntawm tshooj kaum, Daniel tab tom tau txais zaj yog toog no hauv xyoo peb ntawm Cyrus, yog li Gabriel tab tom cim ob leeg Darius thiab Cyrus ua cov cim sawv cev rau “lub sijhawm kawg.” Belshazzar thiab Npanpiloo raug txeeb los ntawm lub tebchaws Medo-Persia hauv xyoo 538 BC.</w:t>
      </w:r>
    </w:p>
    <w:p>
      <w:pPr>
        <w:pStyle w:val="ArticleScripture"/>
        <w:jc w:val="left"/>
      </w:pPr>
      <w:r>
        <w:rPr>
          <w:rFonts w:ascii="Times New Roman" w:hAnsi="Times New Roman" w:eastAsia="Times New Roman" w:cs="Times New Roman"/>
        </w:rPr>
        <w:t>“Xailas tauv lub nroog Npanpiloo ib puag ncig, thiab nws txeeb tau lub nroog ntawd los ntawm ib qho tswv yim dag rog hauv xyoo 538 BC, thiab nrog rau kev tuag ntawm Belshazzar, uas cov Persias muab tua, lub nceeg vaj Npanpiloo thiaj li xaus lawm thiab tsis muaj nyob ntxiv.” Uriah Smith, Daniel and the Revelation, 46.</w:t>
      </w:r>
    </w:p>
    <w:p>
      <w:pPr>
        <w:pStyle w:val="ArticleBody"/>
        <w:jc w:val="left"/>
      </w:pPr>
      <w:r>
        <w:rPr>
          <w:rFonts w:ascii="Times New Roman" w:hAnsi="Times New Roman" w:eastAsia="Times New Roman" w:cs="Times New Roman"/>
        </w:rPr>
        <w:t>Xyoo 538 ua ntej Yexus yug, Daniyees tau sau tshooj cuaj.</w:t>
      </w:r>
    </w:p>
    <w:p>
      <w:pPr>
        <w:pStyle w:val="ArticleScripture"/>
        <w:jc w:val="left"/>
      </w:pPr>
      <w:r>
        <w:rPr>
          <w:rFonts w:ascii="Times New Roman" w:hAnsi="Times New Roman" w:eastAsia="Times New Roman" w:cs="Times New Roman"/>
        </w:rPr>
        <w:t>“Lub zeem muag uas raug sau tseg nyob hauv tshooj ua ntej [tshooj yim] tau raug muab rau hauv xyoo peb ntawm Belshazzar, BC 538. Nyob hauv tib xyoo ntawd, uas kuj yog thawj xyoo ntawm Darius thiab, tej xwm txheej uas raug piav qhia hauv tshooj no [tshooj cuaj] tau tshwm sim.” Uriah Smith, Daniel and the Revelation, 205.</w:t>
      </w:r>
    </w:p>
    <w:p>
      <w:pPr>
        <w:pStyle w:val="ArticleBody"/>
        <w:jc w:val="left"/>
      </w:pPr>
      <w:r>
        <w:rPr>
          <w:rFonts w:ascii="Times New Roman" w:hAnsi="Times New Roman" w:eastAsia="Times New Roman" w:cs="Times New Roman"/>
        </w:rPr>
        <w:t>Xyoo thawj ntawm Dali-a, uas yog xyoo peb thiab xyoo kawg ntawm Belsha-xas, xyoo 538 BC, tus Tswv tau rau txim rau thaj av ntawm cov Kha-tees, thiab ua kom nws puam tsuaj teb qhuav.</w:t>
      </w:r>
    </w:p>
    <w:p>
      <w:pPr>
        <w:pStyle w:val="ArticleScripture"/>
        <w:jc w:val="left"/>
      </w:pPr>
      <w:r>
        <w:rPr>
          <w:rFonts w:ascii="Times New Roman" w:hAnsi="Times New Roman" w:eastAsia="Times New Roman" w:cs="Times New Roman"/>
        </w:rPr>
        <w:t>Thiab tag nrho lub tebchaws no yuav raug ua kom puam tsuaj thiab ua ib yam txaus ntshai heev; thiab cov tebchaws no yuav ua qhev rau tus vajntxwv Npanpiloos tau xya caum xyoo. Thiab yuav muaj tias, thaum xya caum xyoo ntawd tiav lawm, kuv yuav rau txim rau tus vajntxwv Npanpiloos thiab haiv neeg ntawd, tus Tswv hais li no, vim lawv tej kev txhaum, thiab rau lub tebchaws ntawm cov Khasdais, thiab kuv yuav ua kom nws nyob puam tsuaj mus ib txhis. Yelemis 25:11, 12.</w:t>
      </w:r>
    </w:p>
    <w:p>
      <w:pPr>
        <w:pStyle w:val="ArticleBody"/>
        <w:jc w:val="left"/>
      </w:pPr>
      <w:r>
        <w:rPr>
          <w:rFonts w:ascii="Times New Roman" w:hAnsi="Times New Roman" w:eastAsia="Times New Roman" w:cs="Times New Roman"/>
        </w:rPr>
        <w:t>Hauv nqe kaum, tus Tswv siv lo lus “tom qab,” thaum Nws coj mus rau hauv txoj kev rau txim rau Npanpiloo. “Tom qab” Npanpiloo raug ua kom puam tsuaj lawm, tus Tswv yuav ua Nws txoj hauj lwm zoo rau Vajtswv haiv neeg.</w:t>
      </w:r>
    </w:p>
    <w:p>
      <w:pPr>
        <w:pStyle w:val="ArticleScripture"/>
        <w:jc w:val="left"/>
      </w:pPr>
      <w:r>
        <w:rPr>
          <w:rFonts w:ascii="Times New Roman" w:hAnsi="Times New Roman" w:eastAsia="Times New Roman" w:cs="Times New Roman"/>
        </w:rPr>
        <w:t>Vim yog li no tus Tswv hais tias, Thaum xya caum xyoo nyob rau Npanpiloos tiav lawm, Kuv yuav tuaj xyuas nej, thiab yuav ua raws li Kuv lo lus zoo rau nej, los ntawm kev coj nej rov qab los rau qhov chaw no. Yelemis 25:10.</w:t>
      </w:r>
    </w:p>
    <w:p>
      <w:pPr>
        <w:pStyle w:val="ArticleBody"/>
        <w:jc w:val="left"/>
      </w:pPr>
      <w:r>
        <w:rPr>
          <w:rFonts w:ascii="Times New Roman" w:hAnsi="Times New Roman" w:eastAsia="Times New Roman" w:cs="Times New Roman"/>
        </w:rPr>
        <w:t>Lub caij poob cev qhev xya caum xyoo pib hauv 606 BC.</w:t>
      </w:r>
    </w:p>
    <w:p>
      <w:pPr>
        <w:pStyle w:val="ArticleScripture"/>
        <w:jc w:val="left"/>
      </w:pPr>
      <w:r>
        <w:rPr>
          <w:rFonts w:ascii="Times New Roman" w:hAnsi="Times New Roman" w:eastAsia="Times New Roman" w:cs="Times New Roman"/>
        </w:rPr>
        <w:t>“Pib txij lub xya caum xyoo thaum BC 606, Daniyees tau nkag siab tias tam sim no lawv twb tab tom los txog rau qhov kawg lawm.” Uriah Smith, Daniel and the Revelation, 205.</w:t>
      </w:r>
    </w:p>
    <w:p>
      <w:pPr>
        <w:pStyle w:val="ArticleBody"/>
        <w:jc w:val="left"/>
      </w:pPr>
      <w:r>
        <w:rPr>
          <w:rFonts w:ascii="Times New Roman" w:hAnsi="Times New Roman" w:eastAsia="Times New Roman" w:cs="Times New Roman"/>
        </w:rPr>
        <w:t>Kev xya caum xyoo ntawm txojkev raug coj mus ua qhev tau pib rau xyoo 606 BC, thiab xaus rau xyoo 536 BC, uas yog ob xyoos tom qab Belshazzar tuag thiab Npanpiloo raug ua kom puam tsuaj rau xyoo 538 BC. Nws yog xyoo peb ntawm Khaules. Nka-ees npaj txoj lus faj lem ntawm tus Dej Hiddekel rau xyoo peb ntawm Khaules, thiab pib zaj lus piav ntawm tshooj kaum ib los ntawm kev hais txog xyoo ib ntawm Dali-us, thiab thaum nws ua li ntawd nws tab tom txheeb ob xyoos tshwjxeeb. Xyoo 538 BC thiab 536 BC ob leeg puav leej yog lub sijhawm uas twb raug teem tseg lawm; xyoo 538 BC yog lub sijhawm uas raug teem tseg rau txoj lus faj lem ntawm xya caum xyoo kom xaus, thiab xyoo 536 BC yog lub sijhawm faj lem uas raug teem tseg thaum “tom qab” 538 BC, tus Tswv yuav ua kom tiav Nws txoj hauj lwm zoo rau Nws haiv neeg.</w:t>
      </w:r>
    </w:p>
    <w:p>
      <w:pPr>
        <w:pStyle w:val="ArticleBody"/>
        <w:jc w:val="left"/>
      </w:pPr>
      <w:r>
        <w:rPr>
          <w:rFonts w:ascii="Times New Roman" w:hAnsi="Times New Roman" w:eastAsia="Times New Roman" w:cs="Times New Roman"/>
        </w:rPr>
        <w:t>538 BC thiab 536 BC, ob leeg yog tej “sijhawm teem tseg,” thiab lawv raug sawv cev los ntawm ob tug neeg hauv keeb kwm; ib tug yog thawj tus vajntxwv ntawm Media, hos tus thib ob yog thawj tus vajntxwv ntawm Persia. Qhov kawg ntawm xya caum xyoo uas Ixayees tiag raug coj mus ua qhev nyob hauv Npanpiloo tiag, sawv cev rau ib txhiab ob puas rau caum xyoo uas Ixayees sab ntsuj plig raug kaw ua qhev nyob hauv Npanpiloo sab ntsuj plig, txij xyoo 538 AD mus txog 1798. Xyoo 1798 yog ib “sijhawm teem tseg,” thiab tom qab ntawd lub caij nyoog uas hauv lus faj lem raug qhia tias yog “lub sijhawm kawg” tau pib. 538 BC thiab 536 BC, uas raug sawv cev tias yog ib “sijhawm teem tseg,” kuj cim txog qhov pib ntawm ib lub caij nyoog uas raug sawv cev tias yog “lub sijhawm kawg.”</w:t>
      </w:r>
    </w:p>
    <w:p>
      <w:pPr>
        <w:pStyle w:val="ArticleScripture"/>
        <w:jc w:val="left"/>
      </w:pPr>
      <w:r>
        <w:rPr>
          <w:rFonts w:ascii="Times New Roman" w:hAnsi="Times New Roman" w:eastAsia="Times New Roman" w:cs="Times New Roman"/>
        </w:rPr>
        <w:t>“Vajtswv lub koom txoos nyob hauv ntiajteb yeej raug kaw ua qhev tiag tiag thaum lub sijhawm ntev no uas muaj kev tsim txom tsis tseg, ib yam li cov neeg Ixayees uas raug kaw ua qhev hauv Npanpiloos thaum lub sijhawm raug ntiab mus nyob deb.” Prophets and Kings, 714.</w:t>
      </w:r>
    </w:p>
    <w:p>
      <w:pPr>
        <w:pStyle w:val="ArticleBody"/>
        <w:jc w:val="left"/>
      </w:pPr>
      <w:r>
        <w:rPr>
          <w:rFonts w:ascii="Times New Roman" w:hAnsi="Times New Roman" w:eastAsia="Times New Roman" w:cs="Times New Roman"/>
        </w:rPr>
        <w:t>Tag nrho tej yaj saub tej lus yog hais ncaj qha dua txog tej hnub kawg, tshaj li tej hnub uas lawv tau xub muaj tiav thawj zaug; yog li ntawd, xyoo 538 BC, thiab vajntxwv Darius, nrog rau xyoo 536 BC, thiab vajntxwv Cyrus, sawv cev rau “lub sij hawm kawg” hauv xyoo 1989, thiab ob tug vajntxwv ntawd ua tus qauv ua ntej rau Thawj Tswj Hwm Reagan thiab Thawj Tswj Hwm Bush tus thawj. Xyoo 538 BC thiab 536 BC sawv cev rau ib lub cim-khoos uas tau ua tiav thaum ob hnub ntawd raug to taub tias sawv cev rau tib lub cim-khoos ntawd xwb. Lub cim-khoos ntawm “lub sij hawm kawg” muaj ob lub cim, thiab qee zaus, ib yam li hauv Reagan thiab Bush tus thawj, ob lub cim ntawd puav leej tau muaj tiav hauv tib xyoos. Tiamsis qhov ntawd yog qhov tshwj tsis yog txoj cai dav dav, vim lub cim-khoos ntawm “lub sij hawm kawg” hauv tiam Mauxes yog kev yug ntawm ob leeg Aloos thiab Mauxes, uas sib nrug peb xyoos. Hauv keeb kwm ntawm Khetos, yog kev yug ntawm Yauhas tus Neeg Ua Kev Cai Raus Dej thiab Khetos uas sib nrug rau lub hlis.</w:t>
      </w:r>
    </w:p>
    <w:p>
      <w:pPr>
        <w:pStyle w:val="ArticleBody"/>
        <w:jc w:val="left"/>
      </w:pPr>
      <w:r>
        <w:rPr>
          <w:rFonts w:ascii="Times New Roman" w:hAnsi="Times New Roman" w:eastAsia="Times New Roman" w:cs="Times New Roman"/>
        </w:rPr>
        <w:t>Nrog rau “lub sij hawm kawg,” hauv keeb kwm ntawm tus yeeb ncuab Khetos ntawd yog xyoo 1798 thiab 1799. Kev Tawm Tsam Fabkis yog ib qho ntsiab lus ntawm tej lus faj lem, thiab nws pib xyoo 1789, kav kaum xyoo xaus rau xyoo 1799, raws nraim li nws lub sij hawm uas raug teem tseg, ib yam li xyoo 1798 kuj yog ib lub sij hawm uas raug teem tseg. Ob leeg no ua ke qhia meej txog qhov txhab tuag taus uas raug muab rau tsiaj qus, thiab kuj qhia txog tus poj niam uas caij saum tsiaj qus thiab kav tswj nws thiab. Dali-us yog tus vaj ntxwv uas kov yeej nws tus yeeb ncuab los ntawm kev xa nws cov tub rog hla los ntawm “phab ntsa,” thiab nws sawv cev rau Reagan, uas kov yeej nws tus yeeb ncuab los ntawm kev rhuav tshem phab ntsa ntawm “daim ntaub thaiv hlau.” Kaisex sawv cev rau Bush tus thawj, rau qhov Kaisex raug paub tias yog Kaisex Tus Loj, thiab George Bush tus thawj yog Bush tus loj dua, hos Bush tus kawg yog Bush tus me dua.</w:t>
      </w:r>
    </w:p>
    <w:p>
      <w:pPr>
        <w:pStyle w:val="ArticleBody"/>
        <w:jc w:val="left"/>
      </w:pPr>
      <w:r>
        <w:rPr>
          <w:rFonts w:ascii="Times New Roman" w:hAnsi="Times New Roman" w:eastAsia="Times New Roman" w:cs="Times New Roman"/>
        </w:rPr>
        <w:t>Vim yog hais tias ob tug vajntxwv no thiab ob hnub tim uas lawv sawv cev rau tiag tiag yog tib lub cim xwb. Ib tug cim qhia txog xya caum xyoo uas Npanpiloo yuav kav. Lub sijhawm xya caum xyoo ntawd los txog rau lub sijhawm uas twb teem cia lawm hauv 538 BC thiab Dali-u sawv cev rau nws. Kev ua tiav ntawm kev poob cev qhev xya caum xyoo los txog rau lub sijhawm uas twb teem cia lawm hauv 536 BC thiab Khaulees sawv cev rau nws. Thaum muab lawv ua ke lawm, lawv sawv cev rau “lub sijhawm kawg,” thaum lub teeb yaj saub yuav raug qhib tawm. Hauv 1798 tus timtswv thawj ntawm Tshwmsim kaum plaub tau los txog rau “lub sijhawm kawg,” thiab Muam White hais tias tus timtswv ntawd “tsis yog lwm tus dua li Yexus Khetos.”</w:t>
      </w:r>
    </w:p>
    <w:p>
      <w:pPr>
        <w:pStyle w:val="ArticleBody"/>
        <w:jc w:val="left"/>
      </w:pPr>
      <w:r>
        <w:rPr>
          <w:rFonts w:ascii="Times New Roman" w:hAnsi="Times New Roman" w:eastAsia="Times New Roman" w:cs="Times New Roman"/>
        </w:rPr>
        <w:t>Nyob rau xyoo peb ntawm Cyrus, Mikha-ees, tus thawj coj ntawm Vajtswv haiv neeg, thiab tus thawj tim tswv rau cov tim tswv, tau nqes los koom tes nrog Cyrus thiab txhawb kom ruaj khov qhov kaj uas yuav coj Cyrus kom tshaj tawm thawj ntawm peb txoj cai uas yuav tso cai rau Vajtswv haiv neeg rov qab mus rau Yeluxalees, thiab rov txhim kho lub nroog, lub chaw dawb huv, thiab tej kev nrog tej phab ntsa. Tes haujlwm ntawd yog ib qho qauv qhia txog tes haujlwm ntawm tus tim tswv thawj thiab tus tim tswv ob, uas tau pib thaum “lub sijhawm kawg” xyoo 1798.</w:t>
      </w:r>
    </w:p>
    <w:p>
      <w:pPr>
        <w:pStyle w:val="ArticleBody"/>
        <w:jc w:val="left"/>
      </w:pPr>
      <w:r>
        <w:rPr>
          <w:rFonts w:ascii="Times New Roman" w:hAnsi="Times New Roman" w:eastAsia="Times New Roman" w:cs="Times New Roman"/>
        </w:rPr>
        <w:t>Kev nqes los ntawm Mikha-ee thaum lub sijhawm kawg nyob rau hauv tej hnub ntawm Dali-us thiab Xa-ees, sawv cev rau qhov kev tuaj txog ntawm thawj tug timtswv saum ntuj ceeb tsheej hauv xyoo 1798, thiab nkawd ua ke cim txog qhov kev tuaj txog ntawm tib tug timtswv ntawd, nyob rau “lub sijhawm kawg,” hauv xyoo 1989. Xyoo 1989 pib lub caij nyoog ntawm “lub sijhawm kawg,” thiab nws kuj yog ib lub sijhawm uas tau teem tseg. Ib lub sijhawm uas tau teem tseg qhia txog qhov kawg ntawm ib ntu sijhawm yaj saub. Kev fav xeeb xyoo 1863, ntawm thawj “Kades” rau cov Yixayee sab ntsuj plig niaj hnub no, yog qhov pib ntawm ib ntu sijhawm ib puas nees nkaum rau xyoo uas xaus rau “lub sijhawm teem tseg” hauv xyoo 1989. Ib puas nees nkaum rau yog ib feem kaum, lossis ib feem kaum ntawm kaum ob puas rau caum, thiab thaum kawg ntawm kaum ob puas rau caum xyoo hauv 1798, txoj kev txav ntawm thawj tug timtswv saum ntuj ceeb tsheej tau los txog rau hauv keeb kwm. Thaum kawg ntawm ib puas nees nkaum rau xyoo, hauv 1989, txoj kev txav ntawm tus timtswv saum ntuj ceeb tsheej thib peb tau los txog rau hauv keeb kwm.</w:t>
      </w:r>
    </w:p>
    <w:p>
      <w:pPr>
        <w:pStyle w:val="ArticleBody"/>
        <w:jc w:val="left"/>
      </w:pPr>
      <w:r>
        <w:rPr>
          <w:rFonts w:ascii="Times New Roman" w:hAnsi="Times New Roman" w:eastAsia="Times New Roman" w:cs="Times New Roman"/>
        </w:rPr>
        <w:t>Hauv nqe ib ntawm Daniyee tshooj kaum ib, Nkasxees hais kom meej thiab raug tseeb hauv nws qhov kev txheeb qhia tias keeb kwm uas raug sawv cev ntawd pib nrog Xailas, nyob rau lub sijhawm kawg xyoo 1989. Xailas tus Loj nyob ntawd sawv cev rau Bush tus loj dua, uas yuav raug raws los ntawm peb tug vajntxwv, thiab tom qab ntawd yog vajntxwv thib plaub uas yuav nplua nuj tshaj lawv sawv daws. Yog li ntawd, tus vajntxwv nplua nuj thib plaub, uas tsim kom tag nrho Kilixia sawv ntxhov, yog tus thawj tswj hwm thib rau txij xyoo 1989 los.</w:t>
      </w:r>
    </w:p>
    <w:p>
      <w:pPr>
        <w:pStyle w:val="ArticleBody"/>
        <w:jc w:val="left"/>
      </w:pPr>
      <w:r>
        <w:rPr>
          <w:rFonts w:ascii="Times New Roman" w:hAnsi="Times New Roman" w:eastAsia="Times New Roman" w:cs="Times New Roman"/>
        </w:rPr>
        <w:t>Hauv cov xwm txheej hauv tshooj kaum, Daniel raug sawv cev tias tab tom quaj ntsuag, thiab hauv nws qhov kev paub ntawm kev quaj ntsuag ntawd nws raug hloov kom zoo li tus yam ntxwv ntawm Khetos, thaum nws ntsia pom zaj yog toog. Lub sijhawm nees nkaum ib hnub ntawm kev quaj ntsuag ntawd sawv cev rau ib ntu ntawm txoj kev tuag uas xaus rau hauv txoj kev sawv rov los. Hauv tshooj kaum, Mikha-ee tau nqes saum ntuj los, thiab hauv Yudas xya, thaum Nws nqes los, Nws tsa Mauxes sawv hauv qhov tuag rov los. Hauv Tshwm Sim tshooj kaum ib, Mauxes (thiab Eliyas) raug tua lawm, thiab pw tuag rau hauv txoj kev tau peb hnub ib nrab raws li lub cim. Ces Mauxes, (ua ke nrog Eliyas) raug “ib lub suab loj” tsa sawv hauv qhov tuag rov los.</w:t>
      </w:r>
    </w:p>
    <w:p>
      <w:pPr>
        <w:pStyle w:val="ArticleScripture"/>
        <w:jc w:val="left"/>
      </w:pPr>
      <w:r>
        <w:rPr>
          <w:rFonts w:ascii="Times New Roman" w:hAnsi="Times New Roman" w:eastAsia="Times New Roman" w:cs="Times New Roman"/>
        </w:rPr>
        <w:t>Tom qab peb hnub thiab ib nrab, Vajtswv tus Ntsuj Plig uas pub txojsia tau los rau hauv nkawd, ces nkawd sawv tsees rau saum nkawd ob txhais taw; thiab kev ntshai loj heev poob rau saum cov uas pom nkawd. Thiab nkawd hnov ib lub suab nrov nrov loj los saum ntuj ceeb tsheej hais rau nkawd tias, Cia li nce los saum no. Thiab nkawd tau nce mus saum ntuj ceeb tsheej hauv ib tauv huab; thiab nkawd cov yeeb ncuab pom nkawd. Qhia Tshwm 11:11, 12.</w:t>
      </w:r>
    </w:p>
    <w:p>
      <w:pPr>
        <w:pStyle w:val="ArticleBody"/>
        <w:jc w:val="left"/>
      </w:pPr>
      <w:r>
        <w:rPr>
          <w:rFonts w:ascii="Times New Roman" w:hAnsi="Times New Roman" w:eastAsia="Times New Roman" w:cs="Times New Roman"/>
        </w:rPr>
        <w:t>“Lub suab loj” uas ua kom sawv rov qab los ciaj sia yog lub suab ntawm tus tim tswv thawj, thiab tus tim tswv thawj ntawd yog Mikha-ee.</w:t>
      </w:r>
    </w:p>
    <w:p>
      <w:pPr>
        <w:pStyle w:val="ArticleScripture"/>
        <w:jc w:val="left"/>
      </w:pPr>
      <w:r>
        <w:rPr>
          <w:rFonts w:ascii="Times New Roman" w:hAnsi="Times New Roman" w:eastAsia="Times New Roman" w:cs="Times New Roman"/>
        </w:rPr>
        <w:t>Vim tus Tswv nws tus kheej yuav nqis saum ntuj los nrog ib lub suab qw nrov, nrog tus thawj tubtxib saum ntuj lub suab, thiab nrog Vajtswv lub raj: thiab cov neeg tuag hauv Khetos yuav sawv rov los ua ntej. 1 Thexalaunikes 4:16.</w:t>
      </w:r>
    </w:p>
    <w:p>
      <w:pPr>
        <w:pStyle w:val="ArticleBody"/>
        <w:jc w:val="left"/>
      </w:pPr>
      <w:r>
        <w:rPr>
          <w:rFonts w:ascii="Times New Roman" w:hAnsi="Times New Roman" w:eastAsia="Times New Roman" w:cs="Times New Roman"/>
        </w:rPr>
        <w:t>Keeb kwm uas Mauxes thiab Eliyas raug tua thiab raug tsa sawv rov los yog keeb kwm ntawm kev muab lub cim rau ib puas plaub caug plaub txhiab leej. Keeb kwm ntawd tau pib thaum lub Cuaj Hlis 11, 2001 nrog “thawj lub suab” ntawm tus timtswv hauv Qhia Tshwm tshooj kaum yim, uas Muam White qhia meej tias los txog thaum cov tsev loj hauv Nroog New York raug pov tseg lawm. “Lub suab thib ob” hauv Qhia Tshwm tshooj kaum yim raug nrov thaum txoj cai Hnub Caiv cuav uas yuav los sai no los txog, thaum Vajtswv hu Nws pab yaj lwm pab tawm hauv Npanpiloos. Yog nyob hauv keeb kwm ntawd, yog keeb kwm ntawm kev muab lub cim, uas Daniyee raug sawv cev tias tab tom hloov los ua daim duab ntawm Khetos los ntawm kev ntsia ntsoov rau lub zeem muag “marah,” uas yog tus qauv pojniam ntawm lub zeem muag “mareh.” Nws yog lub zeem muag “ua kom tshwm,” uas “ua kom” daim duab uas raug ntsia ntawd rov tsim dua nyob hauv cov uas ntsia ntsoov rau nws.</w:t>
      </w:r>
    </w:p>
    <w:p>
      <w:pPr>
        <w:pStyle w:val="ArticleBody"/>
        <w:jc w:val="left"/>
      </w:pPr>
      <w:r>
        <w:rPr>
          <w:rFonts w:ascii="Times New Roman" w:hAnsi="Times New Roman" w:eastAsia="Times New Roman" w:cs="Times New Roman"/>
        </w:rPr>
        <w:t>Keeb kwm ntawd hais txog txoj kev muab lub cim, thiab hais txog kev hloov cev ntawm Daniyees hauv tshooj kaum, muaj nrog rau kev nqes los ntawm Mikhaees thaum Nws tsa sawv rov los thiab hloov cev cov uas Mauxes, Eliyas, thiab Daniyees sawv cev rau. Nws ua tiav txoj kev sawv rov los ntawd los ntawm tus thawj tubtxib saum ntuj lub “suab nrov loj,” yog li ntawd thiaj ua kom muaj ib “lub suab” thib peb, nyob nruab nrab ntawm thawj lub suab thiab lub suab kawg, uas ob lub ntawd yog tib lub suab, rau qhov nkawd puav leej yog lub suab ntawm Tshwmsim tshooj kaum yim. Lub suab nruab nrab ntawd yog qhov chaw uas kev ntxeev siab raug sawv cev, rau qhov thaum Mikhaees tsa Mauxes sawv rov los, Nws tsis sib cav nrog Xatas, txawm yog Xatas, tus tsim kev ntxeev siab, nyob ntawd tawm tsam.</w:t>
      </w:r>
    </w:p>
    <w:p>
      <w:pPr>
        <w:pStyle w:val="ArticleScripture"/>
        <w:jc w:val="left"/>
      </w:pPr>
      <w:r>
        <w:rPr>
          <w:rFonts w:ascii="Times New Roman" w:hAnsi="Times New Roman" w:eastAsia="Times New Roman" w:cs="Times New Roman"/>
        </w:rPr>
        <w:t>Tiamsis Mika-ees tus thawj tim tswv, thaum nws sib cav nrog dab ntxwg nyoog txog Mauxes lub cev, twb tsis ua siab tawv los foob nws nrog lo lus thuam saib tsis taus, tiam sis hais tias, Tus Tswv foom koj. Yudas 7.</w:t>
      </w:r>
    </w:p>
    <w:p>
      <w:pPr>
        <w:pStyle w:val="ArticleBody"/>
        <w:jc w:val="left"/>
      </w:pPr>
      <w:r>
        <w:rPr>
          <w:rFonts w:ascii="Times New Roman" w:hAnsi="Times New Roman" w:eastAsia="Times New Roman" w:cs="Times New Roman"/>
        </w:rPr>
        <w:t>Thaum pib ntawm lub sijhawm ntim foob uas tau pib rau lub Cuaj Hlis 11, 2001, thiab xaus rau ntawm txoj cai hnub Sunday uas yuav los sai sai no, raug cim tseg nrog lub kos npe ntawm “Qhov Tseeb,” vim nyob hauv nruab nrab ntawm lub sijhawm ntawd, thaum lub Xya Hli xyoo 2023, lub suab nrov loj ntawm tus thawj tubtxib saum ntuj tau pib tes haujlwm tsa cov neeg tuag hauv Khetos sawv rov los, uas xaiv los mloog Nws lub suab nruab nrab. Ceev faj nco ntsoov tias 2023 los nees nkaum ob xyoos tom qab 2001, thiab nees nkaum ob yog ib feem kaum ntawm ob puas nees nkaum, uas yog lub cim ntawm txoj kev txuas sib raug ntawm Vajtswv thiab tibneeg, thiab kuj yog ib lub cim ntawm kev txum tim rov qab los.</w:t>
      </w:r>
    </w:p>
    <w:p>
      <w:pPr>
        <w:pStyle w:val="ArticleBody"/>
        <w:jc w:val="left"/>
      </w:pPr>
      <w:r>
        <w:rPr>
          <w:rFonts w:ascii="Times New Roman" w:hAnsi="Times New Roman" w:eastAsia="Times New Roman" w:cs="Times New Roman"/>
        </w:rPr>
        <w:t>Thaum Lub Xya Hli xyoo 2023, tus tim tswv uas muaj hwjchim loj, uas tsis yog lwm tus tshaj li Yexus Khetos, thiab uas yog qhov Tseeb, uas kuj yog Mikha-ees, thiab uas yog Alpha thiab Omega nqes los nrog ib txoj lus hauv Nws txhais tes. Phau ntawv me hauv Nws txhais tes yog feem ntawm Daniyees uas tau muab kaw cia mus txog rau hnub kawg.</w:t>
      </w:r>
    </w:p>
    <w:p>
      <w:pPr>
        <w:pStyle w:val="ArticleScripture"/>
        <w:jc w:val="left"/>
      </w:pPr>
      <w:r>
        <w:rPr>
          <w:rFonts w:ascii="Times New Roman" w:hAnsi="Times New Roman" w:eastAsia="Times New Roman" w:cs="Times New Roman"/>
        </w:rPr>
        <w:t>“Hauv hauv Phau Ntawv Qhia Tshwm tag nrho cov phau ntawv hauv Vajlugkub tuaj sib ntsib thiab xaus rau. Ntawm no yog qhov ua kom tiav ntawm phau ntawv Daniyees. Ib phau yog lus faj lem; lwm phau yog kev tshwm sim. Phau ntawv uas raug muab kaw ntawd tsis yog Phau Ntawv Qhia Tshwm, tiamsis yog feem ntawd ntawm Daniyees tej lus faj lem uas hais txog hnub kawg. Tus tim tswv tau txib hais tias, ‘Tiamsis koj, Daniyees, cia li kaw tej lus no, thiab muab phau ntawv no khi cia kom txog rau lub sijhawm kawg.’ Daniyees 12:4.” Tes Haujlwm ntawm Cov Tubtxib, 585.</w:t>
      </w:r>
    </w:p>
    <w:p>
      <w:pPr>
        <w:pStyle w:val="ArticleBody"/>
        <w:jc w:val="left"/>
      </w:pPr>
      <w:r>
        <w:rPr>
          <w:rFonts w:ascii="Times New Roman" w:hAnsi="Times New Roman" w:eastAsia="Times New Roman" w:cs="Times New Roman"/>
        </w:rPr>
        <w:t>Qhov feem ntawm phau yaj saub Daniyee uas hais txog cov hnub kawg yog tshooj kaum ib. Nws yog rau nqe kawg ntawm tshooj kaum ib, tab sis kom meej dua, nws yog tej keeb kwm uas pom nyob hauv tshooj ntawd uas raug rov hais dua hauv rau nqe kawg ntawd.</w:t>
      </w:r>
    </w:p>
    <w:p>
      <w:pPr>
        <w:pStyle w:val="ArticleScripture"/>
        <w:jc w:val="left"/>
      </w:pPr>
      <w:r>
        <w:rPr>
          <w:rFonts w:ascii="Times New Roman" w:hAnsi="Times New Roman" w:eastAsia="Times New Roman" w:cs="Times New Roman"/>
        </w:rPr>
        <w:t>“Peb tsis muaj sijhawm yuav plam. Lub sijhawm muaj kev kub ntxhov nyob ntawm peb xub ntiag. Lub ntiajteb raug kev ntxias sawv los nrog tus ntsuj plig ntawm kev ua rog. Tsis ntev tom ntej no, tej xwm txheej ntawm kev txom nyem uas tau hais tseg hauv cov yaj saub tej lus yuav muaj tiav. Cov yaj saub tej lus hauv Daniyees tshooj kaum ib twb yuav luag mus txog nws qhov kev ua tiav tag nrho lawm. Feem coob ntawm keeb kwm uas tau tshwm sim los ua tiav raws li cov yaj saub tej lus no yuav rov muaj dua ib zaug ntxiv.” Manuscript Releases, number 13, 394.</w:t>
      </w:r>
    </w:p>
    <w:p>
      <w:pPr>
        <w:pStyle w:val="ArticleBody"/>
        <w:jc w:val="left"/>
      </w:pPr>
      <w:r>
        <w:rPr>
          <w:rFonts w:ascii="Times New Roman" w:hAnsi="Times New Roman" w:eastAsia="Times New Roman" w:cs="Times New Roman"/>
        </w:rPr>
        <w:t>Nqe kaum, ntawm Daniyees tshooj kaum ib, piav txog ib zaj keeb kwm uas rov hais dua nyob hauv nqe plaub caug ib, rau qhov hauv nqe ntawd vajntxwv sab qaum teb sawv hauv lub tebchaws muaj hwjchim ci ntsa iab. Zaj keeb kwm hauv nqe kaum rau qhia tias yog thaum tus thawj tub rog Loos Pompey coj Yudas thiab Yeluxalees mus rau hauv kev poob cev qhev.</w:t>
      </w:r>
    </w:p>
    <w:p>
      <w:pPr>
        <w:pStyle w:val="ArticleScripture"/>
        <w:jc w:val="left"/>
      </w:pPr>
      <w:r>
        <w:rPr>
          <w:rFonts w:ascii="Times New Roman" w:hAnsi="Times New Roman" w:eastAsia="Times New Roman" w:cs="Times New Roman"/>
        </w:rPr>
        <w:t>Tiamsis tus uas tuaj tawm tsam nws yuav ua raws li nws tus kheej lub siab nyiam, thiab yuav tsis muaj leejtwg sawv taus nyob ntawm nws xub ntiag; thiab nws yuav sawv hauv lub tebchaws uas muaj hwjchim ci ntsa iab, uas yuav raug puastsuaj los ntawm nws txhais tes. Daniel 11:16.</w:t>
      </w:r>
    </w:p>
    <w:p>
      <w:pPr>
        <w:pStyle w:val="ArticleBody"/>
        <w:jc w:val="left"/>
      </w:pPr>
      <w:r>
        <w:rPr>
          <w:rFonts w:ascii="Times New Roman" w:hAnsi="Times New Roman" w:eastAsia="Times New Roman" w:cs="Times New Roman"/>
        </w:rPr>
        <w:t>Kuv npaj siab yuav siv nqe no ua lub ntsiab chaw ruaj khov rau peb txoj kev tshuaj xyuas cov nqe uas los ua ntej nqe no, yog li kuv yuav xub tsa txoj kev to taub no cia ua ntej. Peb npaj siab yuav qhia tias keeb kwm uas ua raws tom qab Aleksaṇḍaw tus Loj lub nceeg vaj tawg ua tej feem nyob hauv nqe peb thiab nqe plaub, pib xyoo 1989 thiab ces qhia txog tsov rog Ukrainian tam sim no, Putin txoj kev kov yeej cov quab yuam ntawm Sab Hnub Poob, thiab tom qab ntawd Putin txoj kev swb, uas coj mus rau nqe kaum rau.</w:t>
      </w:r>
    </w:p>
    <w:p>
      <w:pPr>
        <w:pStyle w:val="ArticleScripture"/>
        <w:jc w:val="left"/>
      </w:pPr>
      <w:r>
        <w:rPr>
          <w:rFonts w:ascii="Times New Roman" w:hAnsi="Times New Roman" w:eastAsia="Times New Roman" w:cs="Times New Roman"/>
        </w:rPr>
        <w:t>“Txawm yog tim lyiv teb chaws tsis muaj peevxwm sawv tiv taus Antiochus, tus vajntxwv sab qaum teb, los Antiochus kuj tsis muaj peevxwm sawv tiv taus cov Loos, uas tam sim no tuaj tawm tsam nws. Tsis muaj ib lub nceeg vaj twg muaj peevxwm tawm tsam tau lub hwjchim uas tab tom sawv no ntxiv lawm. Xeev Xiliyas raug kov yeej, thiab raug ntxiv rau hauv lub tebchaws Loos, thaum Pompey, BC 65, txeeb Antiochus Asiaticus tej cuab tam ntawm nws mus, thiab txo Xiliyas ua ib lub xeev ntawm Loos.”</w:t>
      </w:r>
    </w:p>
    <w:p>
      <w:pPr>
        <w:pStyle w:val="ArticleScripture"/>
        <w:jc w:val="left"/>
      </w:pPr>
      <w:r>
        <w:rPr>
          <w:rFonts w:ascii="Times New Roman" w:hAnsi="Times New Roman" w:eastAsia="Times New Roman" w:cs="Times New Roman"/>
        </w:rPr>
        <w:t>“Tib lub hwj chim ntawd kuj yuav tsum sawv nyob hauv Tebchaws Dawb Huv, thiab rhuav tshem nws. Loos tau los koom nrog Vajtswv haiv neeg, uas yog cov Yudais, los ntawm kev cog lus sib raug zoo, xyoo BC 161; txij hnub ntawd los nws thiaj tuav tau ib qho chaw tseem ceeb hauv daim ntawv teev sij hawm ntawm cov lus faj lem. Txawm li ntawd los, nws tsis tau los tuav txoj cai kav rau Yudas teb los ntawm kev kov yeej tiag tiag kom txog rau xyoo BC 63; thiab ces tau tshwm sim raws li nram no.”</w:t>
      </w:r>
    </w:p>
    <w:p>
      <w:pPr>
        <w:pStyle w:val="ArticleScripture"/>
        <w:jc w:val="left"/>
      </w:pPr>
      <w:r>
        <w:rPr>
          <w:rFonts w:ascii="Times New Roman" w:hAnsi="Times New Roman" w:eastAsia="Times New Roman" w:cs="Times New Roman"/>
        </w:rPr>
        <w:t>“Thaum Pompey rov qab los ntawm nws txoj kev tawm tsam Mithridates, tus vaj ntxwv ntawm Pontus, ob tug uas sib tw, Hyrcanus thiab Aristobulus, tab tom tawm tsam rau lub zwm txwv ntawm Judea. Lawv rooj plaub raug coj los rau ntawm Pompey, thiab tsis ntev nws pom tseeb txog qhov tsis ncaj ncees ntawm Aristobulus tej lus thov, tiam sis nws xav ncua qhov kev txiav txim ntawm zaj no mus txog thaum tom qab nws txoj kev taug rog mus rau Arabia uas nws ntshaw ntev los lawm, cog lus tias tom qab ntawd nws yuav rov qab los thiab kho lawv tej xwm txheej kom raws li qhov uas yuav zoo li ncaj ncees thiab tsim nyog. Aristobulus, paub tseeb txog Pompey tej kev xav tiag, maj nroos rov qab mus rau Judea, txhawb nws cov pej xeem kom muaj cuab yeej ua rog, thiab npaj rau ib qho kev tiv thaiv uas muaj zog, txiav txim siab tias txawm yuav raug kev phom sij npaum li cas los xij, nws yuav khaws lub zwm txwv ntawd cia, uas nws twb pom lawm tias yuav raug txiav txim muab rau lwm tus. Pompey caum tus neeg khiav ntawd mus ze ze. Thaum nws los txog ze Yeluxalees, Aristobulus, pib khuv xim txog nws txoj kev ua, tau tawm tuaj ntsib nws, thiab siv zog kho kom haum tej xwm txheej los ntawm kev cog lus tias yuav zwm tag nrho thiab yuav muab nyiaj ntau heev. Pompey, lees txais qhov kev thov no, tau xa Gabinius, uas yog tus thawj coj ntawm ib pab tub rog, mus txais cov nyiaj ntawd. Tab sis thaum tus thawj tub rog ntawd tuaj txog Yeluxalees, nws pom tias tej rooj vag raug kaw tawm tsam nws, thiab tau raug hais rau ntawm saum phab ntsa tias lub nroog yuav tsis sawv raws li daim ntawv cog lus ntawd.”</w:t>
      </w:r>
    </w:p>
    <w:p>
      <w:pPr>
        <w:pStyle w:val="ArticleScripture"/>
        <w:jc w:val="left"/>
      </w:pPr>
      <w:r>
        <w:rPr>
          <w:rFonts w:ascii="Times New Roman" w:hAnsi="Times New Roman" w:eastAsia="Times New Roman" w:cs="Times New Roman"/>
        </w:rPr>
        <w:t>“Pompey, kom tsis pub leejtwg dag ntxias nws li no yam tsis raug txim, thiaj muab Aristobulus, tus uas nws tau khaws cia nrog nws, khi rau hauv saw hlau, thiab tam sim ntawd txav nws pab tub rog tag nrho mus tawm tsam Yeluxalees. Cov uas txhawb Aristobulus xav tiv thaiv lub chaw ntawd; cov uas txhawb Hyrcanus ho xav qhib tej rooj vag. Cov tom kawg ntawd, vim muaj coob dua thiab yeej lub tswv yim, thiaj cia Pompey nkag mus rau hauv lub nroog yam tsis muaj kev txwv. Vim li ntawd, cov uas nrog Aristobulus txhawb nqa thiaj thim mus rau saum lub roob ntawm lub tuam tsev, ruaj nreeg txiav txim siab tiv thaiv qhov chaw ntawd ib yam li Pompey kuj txiav txim siab yuav yeej nws thiab muab nws txo hwj chim. Thaum kawg ntawm peb lub hlis, tau muaj ib qho tawg hauv phab ntsa loj txaus rau kev tua nce mus tawm tsam, ces lub chaw ntawd raug txeeb tau los ntawm ntaj rab hniav. Nyob hauv txoj kev tua neeg txaus ntshai uas txuas ntxiv tom qab ntawd, kaum ob txhiab leej raug tua tuag. Tus kws sau keeb kwm hais tias, yog ib qho xwm txheej uas ua rau lub siab tu siab heev pom cov pov thawj, thaum ntawd tseem tabtom ua Vajtswv tes dej num, nrog tes tus yees thiab lub hom phiaj ruaj khov, tseem ua raws li lawv tes haujlwm ib txwm ua, zoo li tsis nco qab txog txoj kev kub ntxhov qus ntsuav ntawd li, txawm hais tias txhua fab puag ncig lawv cov phooj ywg raug muab tua pov tseg, thiab txawm tias ntau zaus lawv tus kheej cov ntshav tseem sib xyaw nrog cov ntshav ntawm lawv tej kev txi.”</w:t>
      </w:r>
    </w:p>
    <w:p>
      <w:pPr>
        <w:pStyle w:val="ArticleScripture"/>
        <w:jc w:val="left"/>
      </w:pPr>
      <w:r>
        <w:rPr>
          <w:rFonts w:ascii="Times New Roman" w:hAnsi="Times New Roman" w:eastAsia="Times New Roman" w:cs="Times New Roman"/>
        </w:rPr>
        <w:t>“Thaum twb xaus tsov rog lawm, Pompey rhuav tshem ntsa loog Yeluxalees, hloov ntau lub nroog tawm hauv Yudas txoj cai kav mus rau hauv Xilia txoj cai kav, thiab yuam cov Yudais them se. Yog li ntawd, thawj zaug Yeluxalees thiaj raug muab tso rau hauv txhais tes ntawm lub hwj chim ntawd los ntawm kev kov yeej—lub hwj chim uas yuav tuav ‘lub tebchaws uas muaj hwjchim ci ntsa iab’ rau hauv nws txoj kev tuav khov nruj ib yam li hlau mus txog thaum nws rhuav tshem nws tag nrho lawm.” Uriah Smith, Daniel and the Revelation, 259, 260.</w:t>
      </w:r>
    </w:p>
    <w:p>
      <w:pPr>
        <w:pStyle w:val="ArticleBody"/>
        <w:jc w:val="left"/>
      </w:pPr>
      <w:r>
        <w:rPr>
          <w:rFonts w:ascii="Times New Roman" w:hAnsi="Times New Roman" w:eastAsia="Times New Roman" w:cs="Times New Roman"/>
        </w:rPr>
        <w:t>Peb yuav txuas ntxiv txoj kev kawm no hauv peb tsab xov xwm tom ntej.</w:t>
      </w:r>
    </w:p>
    <w:p>
      <w:pPr>
        <w:pStyle w:val="ArticleScripture"/>
        <w:jc w:val="left"/>
      </w:pPr>
      <w:r>
        <w:rPr>
          <w:rFonts w:ascii="Times New Roman" w:hAnsi="Times New Roman" w:eastAsia="Times New Roman" w:cs="Times New Roman"/>
        </w:rPr>
        <w:t>Qhov tseeb uas tsis muaj kev sib cav lossis kev kub ntxhov nyob hauv Vajtswv haiv neeg yuav tsum tsis txhob raug suav tias yog pov thawj txaus kawg tias lawv tab tom tuav rawv rau txoj kev qhuab qhia uas yog. Muaj laj thawj tsim nyog yuav ntshai tias tej zaum lawv tsis tab tom cais meej ntawm qhov tseeb thiab qhov yuam kev. Thaum tsis muaj lus nug tshiab raug tsa los ntawm kev tshawb nrhiav Vajlugkub, thaum tsis muaj kev sib txawv ntawm kev xav tshwm sim uas yuav tsa neeg kom nrhiav Vajlugkub rau lawv tus kheej kom paub tseeb tias lawv muaj qhov tseeb, ces yuav muaj coob leej tam sim no, ib yam li thaum ub, uas yuav tuav rawv rau kevcai qub thiab pe hawm yam lawv tsis paub tias yog dabtsi.</w:t>
      </w:r>
    </w:p>
    <w:p>
      <w:pPr>
        <w:pStyle w:val="ArticleScripture"/>
        <w:jc w:val="left"/>
      </w:pPr>
      <w:r>
        <w:rPr>
          <w:rFonts w:ascii="Times New Roman" w:hAnsi="Times New Roman" w:eastAsia="Times New Roman" w:cs="Times New Roman"/>
        </w:rPr>
        <w:t>“Kuv tau raug qhia tias coob leej uas lees tias lawv muaj kev paub txog qhov tseeb rau tiam nim no yeej tsis paub qhov lawv ntseeg. Lawv tsis to taub tej pov thawj ntawm lawv txoj kev ntseeg. Lawv tsis muaj kev txaus siab tsim nyog rau txoj hauj lwm rau lub sijhawm tam sim no. Thaum lub sijhawm ntawm kev sim siab los txog, muaj ib txhia neeg uas tam sim no tab tom qhuab qhia rau lwm tus uas yuav pom, thaum lawv tshuaj xyuas cov chaw uas lawv sawv rau ntawd, tias muaj ntau yam uas lawv muab tsis tau ib qho laj thawj txaus siab. Ua ntej lawv raug sim li ntawd lawv tsis paub txog lawv txoj kev tsis paub loj npaum li ntawd. Thiab kuj muaj coob leej hauv pawg ntseeg uas xav tias lawv to taub qhov lawv ntseeg lawm; tiamsis, txog thaum muaj kev sib cav sawv los, lawv thiaj tsis paub lawv tus kheej txoj kev qaug zog. Thaum lawv raug cais tawm ntawm cov uas muaj txoj kev ntseeg ib yam thiab raug yuam kom sawv ib leeg xwb thiab nyob ib leeg los piav qhia lawv txoj kev ntseeg, lawv yuav ceeb pom tias lawv tej kev xav txog yam uas lawv tau lees txais ua qhov tseeb ntawd ntxhov siab npaum li cas. Qhov no yeej muaj tseeb tiag tias tau muaj ib txoj kev ncaim ntawm Vajtswv uas muaj txoj sia nyob hauv peb pawg thiab muaj ib txoj kev tig mus rau tibneeg, muab tibneeg tso rau qhov chaw uas yuav tsum yog tswv yim saum ntuj los.”</w:t>
      </w:r>
    </w:p>
    <w:p>
      <w:pPr>
        <w:pStyle w:val="ArticleScripture"/>
        <w:jc w:val="left"/>
      </w:pPr>
      <w:r>
        <w:rPr>
          <w:rFonts w:ascii="Times New Roman" w:hAnsi="Times New Roman" w:eastAsia="Times New Roman" w:cs="Times New Roman"/>
        </w:rPr>
        <w:t>“Vajtswv yuav tsa Nws haiv neeg kom sawv; yog lwm txoj hau kev ua tsis tau tiav, ces tej kev qhia cuav yuav nkag los nyob hauv lawv, uas yuav muab lawv lim, cais cov npluag tawm ntawm cov nplej. Tus Tswv hu kom txhua tus uas ntseeg Nws txoj lus sawv tawm hauv kev tsaug zog. Ib txoj kev kaj uas muaj nqis heev twb los txog lawm, haum raws lub sijhawm no. Nws yog qhov tseeb hauv phau Vajlugkub, qhia txog tej kev phom sij uas twb nyob ze nraim peb lawm. Qhov kaj no yuav tsum coj peb mus rau kev kawm Vajlugkub nrog kev mob siab rau, thiab mus rau kev tshuaj xyuas kom meej tshaj plaws txog cov lus qhuab qhia uas peb tuav. Vajtswv xav kom txhua yam kev sib raug thiab txhua txoj hauj lwm ntawm qhov tseeb raug tshawb nrhiav kom tob thiab ua siab ntev, nrog kev thov Vajtswv thiab kev yoo mov. Cov ntseeg tsis txhob so nyob hauv kev xav twv thiab tej tswv yim uas tsis meej txog yam uas yog qhov tseeb. Lawv txoj kev ntseeg yuav tsum raug tsa ruaj nreb rau saum Vajtswv txoj lus, kom thaum lub sijhawm sim siab los txog thiab lawv raug coj mus sawv ntawm tej rooj sab laj los teb txog lawv txoj kev ntseeg, lawv thiaj yuav muaj peev xwm qhia tau qhov laj thawj ntawm txoj kev cia siab uas nyob hauv lawv, nrog kev txo hwjchim thiab kev ntshai.</w:t>
      </w:r>
    </w:p>
    <w:p>
      <w:pPr>
        <w:pStyle w:val="ArticleScripture"/>
        <w:jc w:val="left"/>
      </w:pPr>
      <w:r>
        <w:rPr>
          <w:rFonts w:ascii="Times New Roman" w:hAnsi="Times New Roman" w:eastAsia="Times New Roman" w:cs="Times New Roman"/>
        </w:rPr>
        <w:t>“Coj, coj, coj. Cov ntsiab lus uas peb nthuav qhia rau lub ntiajteb no yuav tsum yog ib qho tseeb uas muaj txoj sia nyob rau peb. Nws yog ib yam tseem ceeb heev tias thaum peb tiv thaiv tej lus qhuab qhia uas peb suav tias yog tej ncej tseem ceeb ntawm txojkev ntseeg, peb yuav tsum tsis txhob cia peb tus kheej siv tej lus sib cav uas tsis muaj lub hauv paus ruaj khov tag nrho. Tej ntawd tej zaum yuav pab ua kom tus uas tawm tsam nyob ntsiag to, tiam sis lawv tsis hwm qhov tseeb. Peb yuav tsum nthuav tej lus sib cav uas ruaj khov, uas yuav tsis yog tsuas ua kom peb cov neeg tawm tsam nyob ntsiag to xwb, tab sis tseem yuav tiv taus kev tshuaj xyuas uas ze tshaj plaws thiab tob tshawb tshaj plaws. Rau cov uas tau cob qhia lawv tus kheej los ua neeg sib cav, muaj ib qho txaus ntshai loj heev tias lawv yuav tsis tuav Vajtswv Txojlus nrog kev ncaj ncees. Thaum ntsib tus uas tawm tsam, nws yuav tsum yog peb txojkev rau siab tiag tiag kom nthuav tej ntsiab lus nyob rau hauv ib txojkev uas yuav ua kom sawv kev ntseeg ruaj hauv nws lub siab, tsis yog nrhiav tsuas yog txhawb kom tus ntseeg muaj siab tawv xwb.”</w:t>
      </w:r>
    </w:p>
    <w:p>
      <w:pPr>
        <w:pStyle w:val="ArticleScripture"/>
        <w:jc w:val="left"/>
      </w:pPr>
      <w:r>
        <w:rPr>
          <w:rFonts w:ascii="Times New Roman" w:hAnsi="Times New Roman" w:eastAsia="Times New Roman" w:cs="Times New Roman"/>
        </w:rPr>
        <w:t>“Txawm tibneeg yuav muaj kev txawj ntse nce siab npaum li cas los xij, nws tsis txhob xav ib pliag li tias tsis muaj kev tsim nyog yuav tsum tshawb nrhiav Vajluskub kom tob thiab tsis tu ncua thiaj tau txais qhov kaj ntxiv. Peb, ua ib haiv neeg, raug hu kom nyias muaj nyias ua cov kawm txog tej lus faj lem. Peb yuav tsum ceev faj thiab mob siab zov, xwv peb thiaj yuav pom tau ib txoj kab ci ntawm qhov kaj twg los xij uas Vajtswv yuav nthuav tawm rau peb. Peb yuav tsum txais thawj qhov ci ntsa iab ntawm qhov tseeb; thiab los ntawm kev kawm nrog kev thov Vajtswv, yuav tau qhov kaj uas meej dua, uas thiaj coj tau los nthuav qhia rau lwm tus.</w:t>
      </w:r>
    </w:p>
    <w:p>
      <w:pPr>
        <w:pStyle w:val="ArticleScripture"/>
        <w:jc w:val="left"/>
      </w:pPr>
      <w:r>
        <w:rPr>
          <w:rFonts w:ascii="Times New Roman" w:hAnsi="Times New Roman" w:eastAsia="Times New Roman" w:cs="Times New Roman"/>
        </w:rPr>
        <w:t>“Thaum Vajtswv haiv neeg nyob kaj siab lug thiab txaus siab rau qhov kev paub tseeb uas lawv muaj tam sim no, peb yeej paub tseeb tau tias Nws yuav tsis txhawb lawv. Nws lub siab nyiam yog kom lawv yuav tsum txav mus tom ntej tsis tu ncua kom txais tau txoj kev kaj ntxiv thiab txoj kev kaj uas nce zuj zus uas tab tom ci rau lawv. Tus cwj pwm ntawm pawg ntseeg tam sim no tsis yog yam uas haum Vajtswv siab. Muaj ib txoj kev tso siab rau tus kheej tau nkag los uas ua rau lawv xav tias tsis tsim nyog yuav tsum muaj qhov tseeb ntxiv thiab txoj kev kaj loj dua. Peb tab tom ua neej nyob hauv ib lub sijhawm uas Xatas tab tom ua haujlwm ntawm sab xis thiab sab laug, nyob tom hauv ntej thiab tom qab peb; los tseem yog ib haiv neeg, peb tseem tsaug zog. Vajtswv xav kom muaj ib lub suab yuav raug hnov, tsa Nws haiv neeg sawv los mus ua haujlwm.” Testimonies, volume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Daniel - Ib Puas Rau Caug Peb</dc:title>
  <dc:subject>Qhib Kev Yaj Saub: Tshawb Nrhiav Tshooj Kaum Ib ntawm Daniyees</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