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Rau Caug Rau</w:t>
      </w:r>
    </w:p>
    <w:p>
      <w:pPr>
        <w:pStyle w:val="ArticleSubtitle"/>
        <w:jc w:val="left"/>
      </w:pPr>
      <w:r>
        <w:rPr>
          <w:rFonts w:ascii="Arial" w:hAnsi="Arial" w:eastAsia="Arial" w:cs="Arial"/>
        </w:rPr>
        <w:t>Tshawb Txog Lus Qhia Yav Tom Ntej: Kev Tawm Tsam Fab Kis, Putin Tebchaws Lavxias, thiab Kev Tsis Sib Haum Hauv Ukraine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Thaum peb pib xav txog daim qauv qhia txog lub sijhawm kawg hauv xyoo 1989, raws li keeb kwm cev lus faj lem ntawm nqe kaum, ces yuav tsum rov qab mus rau hauv keeb kwm ntawm tiam thib peb ntawm ob tug kub ntawm tus tsiaj qus hauv ntiaj teb. Xyoo 1913, tus kub ntawm Republicanism ntawm tus tsiaj qus hauv ntiaj teb tau pib nws tiam ntawm kev sib haum xeeb nrog lub cev nyiaj txiag thoob ntiaj teb; thiab xyoo 1919, tus kub ntawm Protestantism tseeb tau pib nws tiam ntawm kev sib haum xeeb nrog cov kws ntseeg Vajtswv ntawm Protestantism uas twb thim Vajtswv lawm, thiab kuj nrog American Medical Association thiab, thaum nws tso txoj cai lees paub nws txoj kev kawm rau lub ntiaj teb. Ob tug kub puav leej tau pib ib txoj kev sib raug zoo uas muaj kev cuam tshuam nrog lub ntiaj teb, uas txij ntawm lub sijhawm ntawd mus yuav hloov kev coj ntawm lawv tej lus tshaj tawm raws li nyias tus nyias.</w:t>
      </w:r>
    </w:p>
    <w:p>
      <w:pPr>
        <w:pStyle w:val="ArticleBody"/>
        <w:jc w:val="left"/>
      </w:pPr>
      <w:r>
        <w:rPr>
          <w:rFonts w:ascii="Times New Roman" w:hAnsi="Times New Roman" w:eastAsia="Times New Roman" w:cs="Times New Roman"/>
        </w:rPr>
        <w:t>Hauv qhov keeb kwm ntawd, qhov chaw pib rau tus vajntxwv sab qaum teb, thiab tus vajntxwv sab qab teb ntawm hnub kawg, kuj tau mus txog rau ib qho chaw tig pauv. Qhov Txuj Ci Tseem Ceeb ntawm Fatima tau tshwm sim rau hnub tim 13 Lub Kaum Hli, 1917, hauv Fatima, Portugal. Nws yog qhov kawg siab tshaj plaws ntawm ib co kev tshwm sim los ntawm Mab Liab uas peb tug me nyuam yug yaj hluas tau ua tim khawv pom, yog Lucia dos Santos thiab nws ob tug kwv tij txheeb ze, Francisco thiab Jacinta Marto. Raws li cov lus piav qhia uas cov me nyuam tau muab, Nkauj Ntshiab Mab Liab, uas raug hu ua Peb Leej Niam ntawm Fatima, tau tshwm rau lawv rau hnub tim 13 ntawm txhua lub hli txij lub Tsib Hlis mus txog Lub Kaum Hli 1917.</w:t>
      </w:r>
    </w:p>
    <w:p>
      <w:pPr>
        <w:pStyle w:val="ArticleBody"/>
        <w:jc w:val="left"/>
      </w:pPr>
      <w:r>
        <w:rPr>
          <w:rFonts w:ascii="Times New Roman" w:hAnsi="Times New Roman" w:eastAsia="Times New Roman" w:cs="Times New Roman"/>
        </w:rPr>
        <w:t>Thaum lub sij hawm kev tshwm sim zaum kawg rau hnub tim 13 Lub Kaum Hli xyoo 1917, kaum txhiab leej neeg tau sib sau ua ke ntawm Cova da Iria, ze Fatima, tos ntsoov yuav pom ib qho txuj ci tseem ceeb raws li cov me nyuam tau xub hais tseg. Raws li cov tim khawv tau hais, lub hnub zoo li tau hloov xim, tig ncig, thiab seev cev saum ntuj. Qhov xwm txheej no thiaj li raug hu ua Txuj Ci Tseem Ceeb ntawm Lub Hnub los sis Txuj Ci Tseem Ceeb ntawm Fatima.</w:t>
      </w:r>
    </w:p>
    <w:p>
      <w:pPr>
        <w:pStyle w:val="ArticleBody"/>
        <w:jc w:val="left"/>
      </w:pPr>
      <w:r>
        <w:rPr>
          <w:rFonts w:ascii="Times New Roman" w:hAnsi="Times New Roman" w:eastAsia="Times New Roman" w:cs="Times New Roman"/>
        </w:rPr>
        <w:t>Txuj Ci Tseem Ceeb ntawm Fatima yog ib qho xwm txheej tseem ceeb hauv keeb kwm thiab kev pe hawm ntawm lub Koom Txoos Kas Tos Liv, thiab ntau xyoo dhau los no nws tau raug ua lub ntsiab lus rau kev kawm tshawb fawb, kev sib cav, thiab kev txhais raws kev ntseeg ntau heev. Cov xwm txheej hauv Fatima tau tso ib qho kev cuam tshuam ruaj khov ntev mus rau kev ntseeg hwm pej xeem, kev pe hawm Mab Liab, thiab kev txhais txog cov ntsiab lus hais txog hnub kawg nyob hauv lub Koom Txoos Kas Tos Liv.</w:t>
      </w:r>
    </w:p>
    <w:p>
      <w:pPr>
        <w:pStyle w:val="ArticleBody"/>
        <w:jc w:val="left"/>
      </w:pPr>
      <w:r>
        <w:rPr>
          <w:rFonts w:ascii="Times New Roman" w:hAnsi="Times New Roman" w:eastAsia="Times New Roman" w:cs="Times New Roman"/>
        </w:rPr>
        <w:t>Kev Tawm Tsam Bolshevik tau tshwm sim hauv Russia thaum lub Kaum Ib Hlis 7, 1917, thaum cov tub rog Bolshevik, uas Vladimir Lenin thiab Pawg Bolshevik coj, txeeb tau cov vaj tse tseem ceeb ntawm tsoom fwv thiab tej txheej txheem hauv paus tseem ceeb hauv Petrograd (tam sim no yog Saint Petersburg). Qhov xwm txheej no tau cim tias yog qhov tiav nkaus ntawm Kev Tawm Tsam Russia xyoo 1917, uas tau pib nrog Kev Tawm Tsam Lub Ob Hlis thaum ntxov dua hauv tib lub xyoo ntawd, uas tau ua rau Tsar Nicholas II tso tseg lub zwm txwv thiab tsim tsa ib tsoom fwv ib ntus.</w:t>
      </w:r>
    </w:p>
    <w:p>
      <w:pPr>
        <w:pStyle w:val="ArticleBody"/>
        <w:jc w:val="left"/>
      </w:pPr>
      <w:r>
        <w:rPr>
          <w:rFonts w:ascii="Times New Roman" w:hAnsi="Times New Roman" w:eastAsia="Times New Roman" w:cs="Times New Roman"/>
        </w:rPr>
        <w:t>Thaum lub sij hawm Kev Tawm Tsam, cov Bolsheviks tau ua tiav hauv kev rhuav tshem tsoom fwv ib ntus thiab tsa kev tswj hwm Soviet kav teb chaws Russia. Cov Bolsheviks tshaj tawm txog kev tsim tsa ib lub xeev socialist thiab pib coj lawv txoj haujlwm kev tawm tsam los siv, suav nrog kev hloov kev lag luam loj los ua cuab tam ntawm lub xeev, kev faib av dua tshiab, thiab kev rho Russia tawm ntawm Tsov Rog Thoob Ntiaj Teb Zaum I. Thaum kawg, Kev Tawm Tsam Lub Kaum Hli tau coj mus rau kev tsim tsa lub Soviet Union thiab muaj tej kev cuam tshuam tob heev thiab dav heev rau Russia thiab rau lub ntiaj teb, uas tau txiav txim rau txoj kev khiav ntawm keeb kwm xyoo pua nees nkaum.</w:t>
      </w:r>
    </w:p>
    <w:p>
      <w:pPr>
        <w:pStyle w:val="ArticleBody"/>
        <w:jc w:val="left"/>
      </w:pPr>
      <w:r>
        <w:rPr>
          <w:rFonts w:ascii="Times New Roman" w:hAnsi="Times New Roman" w:eastAsia="Times New Roman" w:cs="Times New Roman"/>
        </w:rPr>
        <w:t>Yexus siv qhov kawg los ua piv txwv nrog qhov pib, thiab kom thiaj pom tau meej tiav txog vajntxwv qaum teb thiab vajntxwv qab teb ntawm hnub kawg, ces yuav tsum to taub lawv qhov chiv keeb. Cov vajntxwv tiag tiag ntawm qab teb thiab qaum teb uas raug qhia tseg hauv Daniyees tshooj kaum ib raug txhais tias yog lub hwjchim uas kav thaj av tiag tiag ntawm Iyi tebchaws ua vajntxwv qab teb, thiab lub hwjchim uas kav thaj chaw tiag tiag raws thaj av uas txuas nrog Npanpiloo ua vajntxwv qaum teb.</w:t>
      </w:r>
    </w:p>
    <w:p>
      <w:pPr>
        <w:pStyle w:val="ArticleBody"/>
        <w:jc w:val="left"/>
      </w:pPr>
      <w:r>
        <w:rPr>
          <w:rFonts w:ascii="Times New Roman" w:hAnsi="Times New Roman" w:eastAsia="Times New Roman" w:cs="Times New Roman"/>
        </w:rPr>
        <w:t>Cov lus faj lem tau hloov mus ua lus faj lem ntawm sab ntsuj plig nyob rau lub sij hawm ntawm tus ntoo khaub lig, thaum cov Ixayees qub tiag raws cev nqaij daim tawv tab tom hloov mus ua cov Ixayees tshiab ntawm sab ntsuj plig. Loos cuav dab qhuas tiag raws cev nqaij daim tawv tau tsuj qes Yeluxalees tiag raws cev nqaij daim tawv tau peb xyoos thiab ib nrab tiag txij xyoo 67 AD mus txog xyoo 70 AD, thiab Loos papacy ntawm sab ntsuj plig tau tsuj qes Yeluxalees ntawm sab ntsuj plig tau peb xyoos thiab ib nrab ntawm sab ntsuj plig.</w:t>
      </w:r>
    </w:p>
    <w:p>
      <w:pPr>
        <w:pStyle w:val="ArticleBody"/>
        <w:jc w:val="left"/>
      </w:pPr>
      <w:r>
        <w:rPr>
          <w:rFonts w:ascii="Times New Roman" w:hAnsi="Times New Roman" w:eastAsia="Times New Roman" w:cs="Times New Roman"/>
        </w:rPr>
        <w:t>Npanpiloos Npanpiloo yog tus uas tau raug txheeb qhia hauv Tshwm Sim tshooj kaum xya, ua tus niam ntiav uas ua nkauj ua nraug nrog cov vaj ntxwv hauv ntiajteb. Npanpiloos Tim Lyiv teb chaws sab ntsuj plig yog tus uas tau raug txheeb qhia hauv Tshwm Sim tshooj kaum ib ua Fabkis uas tsis ntseeg Vajtswv. Cov kev tshwm sim niaj hnub no ntawm tus vaj ntxwv sab qaum teb sab ntsuj plig, uas tau txais nws qhov txhab tuag taus thaum lub sijhawm kawg xyoo 1798 thiab tom qab ntawd tau tawm tsam rov qab rau qhov kev tshwm sim niaj hnub no ntawm tus vaj ntxwv sab qab teb sab ntsuj plig thaum lub sijhawm kawg xyoo 1989, ob leeg puav leej raug sawv cev hauv nqe plaub caug ntawm Daniyees kaum ib. Ob lub hwjchim no puav leej muaj lawv keeb kwm hauv lawv qhov kev tshwm sim hauv hnub kawg nyob rau ncua sijhawm xyoo 1917 txog 1918, uas yog tib lub ncua sijhawm nrog tiam kev sib haum xeeb rau ob tug kub ntawm tus tsiaj qus hauv ntiajteb. Cov kev pib ntawd yuav tsum raug lees paub kom thiaj siv tau cov kev xaus kom raug. Cov kev pib ntawm cov vaj ntxwv sab qaum teb thiab sab qab teb hauv hnub kawg ob leeg pib ntawm Kev Tawm Tsam Fabkis.</w:t>
      </w:r>
    </w:p>
    <w:p>
      <w:pPr>
        <w:pStyle w:val="ArticleScripture"/>
        <w:jc w:val="left"/>
      </w:pPr>
      <w:r>
        <w:rPr>
          <w:rFonts w:ascii="Times New Roman" w:hAnsi="Times New Roman" w:eastAsia="Times New Roman" w:cs="Times New Roman"/>
        </w:rPr>
        <w:t>“Nyob rau tiam kaum rau, Kev Hloov Tshiab hauv Kev Ntseeg, uas nthuav ib phau Vajlugkub qhib rau sawvdaws, tau nrhiav kev nkag mus rau txhua lub tebchaws hauv Tebchaws Europe. Muaj qee haiv neeg txais tos nws nrog kev xyiv fab, ib yam li yog ib tug tubtxib saum ntuj los ntawm Saum Ntuj Ceeb Tsheej. Hauv lwm thaj av, lub hwjchim papacy tau vam meej ntau heev hauv kev txwv tsis pub nws nkag los; thiab qhov kaj ntawm kev paub txog Vajlugkub, nrog rau nws tej kev txhawb nqa kom siab dua, twb yuav luag raug kaw tawm tas nrho. Hauv ib lub tebchaws, txawm yog qhov kaj tau nkag mus los, los qhov tsaus ntuj tsis to taub nws. Tau ntau pua xyoo, qhov tseeb thiab qhov yuam kev tau sib tawm tsam kom tau txoj kev kav. Thaum kawg kev phem yeej lawm, thiab qhov tseeb los ntawm Saum Ntuj Ceeb Tsheej raug ntiab tawm mus. ‘Qhov no yog txoj kev txiav txim, tias qhov kaj twb los rau hauv lub ntiajteb no lawm, thiab tibneeg hlub qhov tsaus ntuj tshaj qhov kaj.’ John 3:19. Lub tebchaws ntawd raug tso tseg kom sau tej txiaj ntsig ntawm txoj kev uas nws tus kheej tau xaiv. Kev txwv ntawm Vajtswv tus Ntsuj Plig raug muab tshem tawm ntawm ib haiv neeg uas tau saib tsis taus qhov txiaj ntsim ntawm Nws txoj kev tshav ntuj. Kev phem raug tso cai kom siav txhij. Thiab tag nrho lub ntiajteb pom cov txiv ntawm kev txhob txwm tsis lees txais qhov kaj.”</w:t>
      </w:r>
    </w:p>
    <w:p>
      <w:pPr>
        <w:pStyle w:val="ArticleScripture"/>
        <w:jc w:val="left"/>
      </w:pPr>
      <w:r>
        <w:rPr>
          <w:rFonts w:ascii="Times New Roman" w:hAnsi="Times New Roman" w:eastAsia="Times New Roman" w:cs="Times New Roman"/>
        </w:rPr>
        <w:t>“Tsov rog tawm tsam Vajlugkub, uas tau raug tsav mus ntxiv tau ntau pua xyoo hauv Fab Kis tebchaws, tau mus txog nws qhov xaus kawg hauv tej xwm txheej ntawm Kev Tawm Tsam Fab Kis. Qhov kev tawg tawm uas txaus ntshai ntawd tsuas yog yog qhov tshwm sim tsim nyog raws cai ntawm Loos txoj kev txwv tsis pub muaj Vajluskub. Nws tau nthuav tawm qhov piv txwv uas meej thiab pom tseeb tshaj plaws uas lub ntiajteb tau ib zaug twg pom txog kev ua haujlwm tiav raws li txoj cai tswjfwm papal—ib qho piv txwv ntawm tej txiaj ntsig uas kev qhuab qhia ntawm lub Koom Txoos Loos tau tig mus rau ntawd tau ntau tshaj ib txhiab xyoo.”</w:t>
      </w:r>
    </w:p>
    <w:p>
      <w:pPr>
        <w:pStyle w:val="ArticleScripture"/>
        <w:jc w:val="left"/>
      </w:pPr>
      <w:r>
        <w:rPr>
          <w:rFonts w:ascii="Times New Roman" w:hAnsi="Times New Roman" w:eastAsia="Times New Roman" w:cs="Times New Roman"/>
        </w:rPr>
        <w:t>“Kev txwv thiab muab Vajlugkub zais tseg thaum lub sij hawm uas papacy kav loj tshaj tau raug cov yaj saub twb hais ua ntej lawm; thiab tus uas tau txais kev tshwm sim kuj taw tes rau tej txiaj ntsig txaus ntshai uas yuav tshwm sim, tshwj xeeb tshaj yog rau Fabkis, vim yog kev tswj hwm ntawm tus ‘neeg ntawm kev txhaum.’” The Great Controversy, 265, 266.</w:t>
      </w:r>
    </w:p>
    <w:p>
      <w:pPr>
        <w:pStyle w:val="ArticleBody"/>
        <w:jc w:val="left"/>
      </w:pPr>
      <w:r>
        <w:rPr>
          <w:rFonts w:ascii="Times New Roman" w:hAnsi="Times New Roman" w:eastAsia="Times New Roman" w:cs="Times New Roman"/>
        </w:rPr>
        <w:t>Kev Hloov Tshiab Fab Kis tau yug los ntawm kev txwv tsis pub muaj cov Vaj Lug Kub “nyob rau lub caij uas papacy kav siab tshaj.” Kev yug los ntawm kev tsis ntseeg Vajtswv, uas yuav los ua tus yeeb ncuab loj tshaj ntawm papacy, yog papacy nws tus kheej ua rau muaj. Kev Hloov Tshiab Fab Kis tau muaj txij xyoo 1789 mus txog 1799, tiam sis tus ntsuj plig hloov tshiab uas tsis ntseeg Vajtswv, uas tau pib hauv Fab Kis, tseem txuas ntxiv nthuav mus thoob plaws teb chaws Europe thiab dhau mus deb dua ntawd. Ib puas kaum yim xyoo tom qab qhov kawg ntawm txoj kev hloov tshiab hauv Fab Kis, Kev Hloov Tshiab Lavxias tau pib hauv Lavxias. Txoj kev hloov tshiab ntawm kev tsis ntseeg Vajtswv uas tau pib hauv Fab Kis, tau xaus rau hauv Lavxias, thiab xyoo 1917 Lavxias tau los ua tus sawv cev raws li lus faj lem ntawm lub teb chaws uas raug cim los ntawm kev tsis ntseeg Vajtswv ntawm tim Ejyptes. Lub hwj chim zaj uas raug sawv cev ua vajntxwv sab qab teb tau txav chaw ntawm Fab Kis mus rau Lavxias.</w:t>
      </w:r>
    </w:p>
    <w:p>
      <w:pPr>
        <w:pStyle w:val="ArticleBody"/>
        <w:jc w:val="left"/>
      </w:pPr>
      <w:r>
        <w:rPr>
          <w:rFonts w:ascii="Times New Roman" w:hAnsi="Times New Roman" w:eastAsia="Times New Roman" w:cs="Times New Roman"/>
        </w:rPr>
        <w:t>Kev kiv puag ncig hauv Fabkis tau raug sawv cev nyob rau hauv sab kev nom kev tswv thiab sab yaj saub los ntawm Napoleon Bonaparte, thiab hauv qhov kev txhais ntawd, Napoleon sawv cev rau thawj tus thawj coj ntawm ib haiv teb chaws uas raug tsim tsa los ntawm ib qho kev kiv puag ncig uas kev tsis ntseeg Vajtswv ntawm tim lyiv teb chaws tau coj los txog. Kev qhuas yus tus kheej ntawm Napoleon raug rov ua kom phim raws nraim los ntawm kev qhuas yus tus kheej ntawm Putin.</w:t>
      </w:r>
    </w:p>
    <w:p>
      <w:pPr>
        <w:pStyle w:val="ArticleBody"/>
        <w:jc w:val="left"/>
      </w:pPr>
      <w:r>
        <w:rPr>
          <w:rFonts w:ascii="Times New Roman" w:hAnsi="Times New Roman" w:eastAsia="Times New Roman" w:cs="Times New Roman"/>
        </w:rPr>
        <w:t>Napoleon tau pom tseeb heev txog lub hwj chim ntawm daim duab sawv cev thiab kev tshaj tawm dag ntxias, ib yam li Putin, uas yav tas los yog ib tug tub ceev xwm KGB. KGB tshwj xeeb tshaj plaws hauv kev tshaj tawm dag ntxias. Napoleon siv duab kos duab ntsej muag ua ib txoj hau kev los nthuav qhia nws txoj cai, hwj chim, thiab daim duab ntawm kev coj noj coj ua rau pej xeem. Nws tau txib kom muaj cov duab kos los ntawm qee tus kws kos duab uas nto moo tshaj plaws hauv nws tiam, xws li Jacques-Louis David, Antoine-Jean Gros, thiab Jean-Auguste-Dominique Ingres, thiab lwm tus.</w:t>
      </w:r>
    </w:p>
    <w:p>
      <w:pPr>
        <w:pStyle w:val="ArticleBody"/>
        <w:jc w:val="left"/>
      </w:pPr>
      <w:r>
        <w:rPr>
          <w:rFonts w:ascii="Times New Roman" w:hAnsi="Times New Roman" w:eastAsia="Times New Roman" w:cs="Times New Roman"/>
        </w:rPr>
        <w:t>Cov duab portrait no tau piav txog Napoleon hauv ntau yam teeb tsa thiab ntau qhov chaw sib txawv, txij ntawm cov duab portrait nom tswv ntawm lub xeev mus txog rau cov xwm txheej uas tsis raws cai dua. Lawv tsis yog tsuas ua haujlwm ua tej yam nco tseg rau Napoleon nws tus kheej xwb, tiam sis kuj yog cuab yeej rau kev nthuav nws daim duab thiab nws txoj kev cuam tshuam ob qho tib si hauv teb chaws thiab thoob ntiaj teb. Putin kuj tau ua tib yam nkaus ntawd rau nws tus kheej, nrog rau ntau heev daim duab ntawm nws tus kheej nyob hauv tej xwm txheej uas sib tw tau nrog ib tug twg ntawm cov neeg muaj hwj chim cuam tshuam niaj hnub no hauv Is Taws Nem.</w:t>
      </w:r>
    </w:p>
    <w:p>
      <w:pPr>
        <w:pStyle w:val="ArticleBody"/>
        <w:jc w:val="left"/>
      </w:pPr>
      <w:r>
        <w:rPr>
          <w:rFonts w:ascii="Times New Roman" w:hAnsi="Times New Roman" w:eastAsia="Times New Roman" w:cs="Times New Roman"/>
        </w:rPr>
        <w:t>Thaum pib ntawm Fab Kis Kev Tawm Tsam Loj, tus vajntxwv, nws tsev neeg, thiab nws cov neeg ua haujlwm raug muab rhuav tshem thiab raug tua pov tseg. Thaum pib ntawm Lavxias Kev Tawm Tsam Loj, tus Tsar, nws tsev neeg, thiab nws cov neeg ua haujlwm raug muab rhuav tshem thiab raug tua pov tseg. Kev tawm tsam uas tau pib hauv Fab Kis tau mus txog nws qhov kawg hauv Lavxias. Fab Kis Kev Tawm Tsam Loj yog lub ntsiab lus ntawm zaj lus faj lem hauv Tshwm Sim tshooj kaum ib, thiab yog li ntawd Fab Kis Kev Tawm Tsam Loj thiaj nyob hauv qab cov cai ntawm kev txhais lus faj lem. Yexus ib txwm siv qhov pib ntawm ib yam los ua piv txwv txog qhov kawg ntawm tib yam ntawd, yog li Lavxias Kev Tawm Tsam Loj yog qhov kawg ntawm Fab Kis Kev Tawm Tsam Loj.</w:t>
      </w:r>
    </w:p>
    <w:p>
      <w:pPr>
        <w:pStyle w:val="ArticleBody"/>
        <w:jc w:val="left"/>
      </w:pPr>
      <w:r>
        <w:rPr>
          <w:rFonts w:ascii="Times New Roman" w:hAnsi="Times New Roman" w:eastAsia="Times New Roman" w:cs="Times New Roman"/>
        </w:rPr>
        <w:t>Vladimir Putin sawv cev rau tus thawj coj kawg ntawm ib haiv neeg uas raug tsim tsa los ntawm ib txoj kev tawm tsam kev cai uas raug coj los txog nrog kev tsis lees paub Vajtswv ntawm tim lyiv teb chaws. Tus thawj coj thawj zaug ntawm Russia yog Vladimir Lenin. Lub npe “Vladimir” yog los ntawm keeb kwm Slavic thiab muaj ob ntu: “vlad” thiab “mir.” “Vlad” yog los ntawm lub hauv paus lus Slavic “vladeti,” uas txhais tias “kav” lossis tuav hwj chim. “Mir” txhais tias “ntiaj teb”. Tus thawj Vladimir (Lenin) yog ib daim qauv qhia txog tus Vladimir kawg (Putin), uas kuj raug ua qauv qhia los ntawm tus thawj coj thawj zaug ntawm txoj kev tawm tsam kev cai ntawm kev tsis lees paub Vajtswv (Napoleon).</w:t>
      </w:r>
    </w:p>
    <w:p>
      <w:pPr>
        <w:pStyle w:val="ArticleBody"/>
        <w:jc w:val="left"/>
      </w:pPr>
      <w:r>
        <w:rPr>
          <w:rFonts w:ascii="Times New Roman" w:hAnsi="Times New Roman" w:eastAsia="Times New Roman" w:cs="Times New Roman"/>
        </w:rPr>
        <w:t>Tom qab Napoleon raug swb rau hauv Tsov Rog ntawm Pawg Koom Tes Thib Rau thiab tom qab Daim Ntawv Cog Lus Fontainebleau thaum lub Plaub Hlis xyoo 1814, nws tau tso tseg lub zwm txwv ntawm Fabkis thiab raug ntiab mus nyob deb rau ntawm kob Elba hauv Hiav Txwv Mediterranean. Nws tau txais kev kav hwm kav teb chaws saum tus kob ntawd thiab raug tso cai kom tseem khaws tau lub npe Huab Tais, txawm hais tias nyob rau hauv ib qho xwm txheej uas raug txo qis heev. Napoleon tau nyob rau Elba kwv yees li kaum lub hlis, nyob rau lub sijhawm ntawd nws tau npaj txoj kev rov qab los tuav hwj chim hauv Fabkis. Tom qab nws khiav dim ntawm Elba thiab nws rov qab los tuav hwj chim ib ntus hauv Fabkis thaum lub Sijhawm Ib Puas Hnub, Napoleon raug swb yam txiav txim kawg nkaus hauv Tsov Rog Waterloo thaum lub Rau Hli xyoo 1815. Tom qab qhov kev swb no, cov hwj chim Koom Tes, tshwj xeeb yog Great Britain, tau txiav txim siab ruaj khov kom txwv tsis pub Napoleon tsim teeb meem ntxiv lawm. Vim li ntawd, nws raug ntiab mus nyob deb dua ib zaug ntxiv, zaum no mus rau kob Saint Helena uas nyob deb nroog hauv South Atlantic. Napoleon tau siv seem uas tshuav ntawm nws lub neej nyob rau hauv kev ntiab tawm mus nyob deb saum Saint Helena mus txog thaum nws tuag xyoo 1821.</w:t>
      </w:r>
    </w:p>
    <w:p>
      <w:pPr>
        <w:pStyle w:val="ArticleBody"/>
        <w:jc w:val="left"/>
      </w:pPr>
      <w:r>
        <w:rPr>
          <w:rFonts w:ascii="Times New Roman" w:hAnsi="Times New Roman" w:eastAsia="Times New Roman" w:cs="Times New Roman"/>
        </w:rPr>
        <w:t>Putin yog ib tug sawv cev ntawm pab tub ceev xwm qub KGB. KGB yog lub koom haum tseem ceeb uas saib xyuas kev ruaj ntseg thiab sau xov xwm zais ntawm Soviet Union txij xyoo 1954 mus txog thaum nws raug rhuav tshem xyoo 1991. Nws yog tus uas muaj lub luag hauj lwm saib xyuas kev ruaj ntseg sab hauv teb chaws, tiv thaiv kev soj ntsuam tawm tsam, thiab khaws ntaub ntawv xov xwm zais, ob leeg hauv teb chaws thiab thoob ntiaj teb. KGB yog tus paub zoo vim nws muaj ib lub network dav ntawm cov neeg soj xyuas, tej haujlwm tshuaj xyuas thiab saib xyuas, thiab nws lub luag hauj lwm hauv kev tswj kom lub hwj chim ntawm tsoom fwv Communist kav tau saum cov pej xeem. Vladimir Putin yog ib tug tswv cuab ntawm KGB (Committee for State Security), uas yog lub koom haum tseem ceeb saib xyuas kev ruaj ntseg thiab sau xov xwm zais ntawm Soviet Union.</w:t>
      </w:r>
    </w:p>
    <w:p>
      <w:pPr>
        <w:pStyle w:val="ArticleBody"/>
        <w:jc w:val="left"/>
      </w:pPr>
      <w:r>
        <w:rPr>
          <w:rFonts w:ascii="Times New Roman" w:hAnsi="Times New Roman" w:eastAsia="Times New Roman" w:cs="Times New Roman"/>
        </w:rPr>
        <w:t>Putin tau koom nrog KGB xyoo 1975 tom qab nws kawm tiav ntawm Leningrad State University. Putin ua haujlwm rau KGB mus txog thaum Soviet Union poob xyoo 1991, tom qab ntawd nws nkag mus rau kev nom kev tswv thiab thaum kawg los ua Thawj Tswj Hwm ntawm Russia xyoo 2000. Nws keeb kwm yav dhau los hauv KGB tau muaj ib qho kev cuam tshuam loj rau nws txoj kev mus saib xyuas kev tswj hwm thiab txoj cai txawv teb chaws. Napoleon thawj zaug raug ntiab tawm mus nyob rau kob Elba sawv cev rau keeb kwm txij xyoo 1991 mus txog xyoo 2000, thaum lub tswv yim ntawm KGB rov qab los. Thaum kawg thaum Putin raug kov yeej, raws li tau sawv cev nyob hauv nqe kaum peb mus rau kaum tsib, qhov kev swb zaum ob ntawd (zaum thawj yog xyoo 1989), raug ua piv txwv los ntawm Waterloo thiab Napoleon zaum ob raug ntiab tawm, qhov chaw uas nws tuag.</w:t>
      </w:r>
    </w:p>
    <w:p>
      <w:pPr>
        <w:pStyle w:val="ArticleBody"/>
        <w:jc w:val="left"/>
      </w:pPr>
      <w:r>
        <w:rPr>
          <w:rFonts w:ascii="Times New Roman" w:hAnsi="Times New Roman" w:eastAsia="Times New Roman" w:cs="Times New Roman"/>
        </w:rPr>
        <w:t>Napoleon tau ua qhov txhab tuag rau txoj kev ua vaj ua num ntawm tus pope nyob rau xyoo 1798 thiab 1799. Xyoo 1799 Kev Kiv Puag Ncig Fab Kis xaus rau hauv Fab Kis, tiam sis txog xyoo 1917 nws twb ncav cuag tebchaws Russia hauv Kev Kiv Puag Ncig Bolshevik lawm. Xyoo 1917 qhov txuj ci tseem ceeb ntawm Fatima tau tshwm sim nyob rau hauv Portugal, thiab peb tug menyuam yaus uas raug hais tias tau sib txuas lus nrog Mary thiab Joseph tau txais peb zaj lus zais. Peb zaj lus ntawd yog lus zais nyob rau hauv qhov kev txhais tias tsuas yog yuav tsum pub tus pope, tus vajntxwv sab qaum teb, nyeem xwb. Cov lus ntawd tau qhia kom tus pope hu ib rooj sib txoos tshwj xeeb nrog cov thawj coj ntawm lub Koom Txoos Kas Tos Liv thiab ua ib qho kab ke tshwj xeeb txhawm rau fij Russia, uas nyuam qhuav dhau los ua tebchaws communist Russia xyoo ua ntej ntawd, rau tus nkauj xwb Mary.</w:t>
      </w:r>
    </w:p>
    <w:p>
      <w:pPr>
        <w:pStyle w:val="ArticleBody"/>
        <w:jc w:val="left"/>
      </w:pPr>
      <w:r>
        <w:rPr>
          <w:rFonts w:ascii="Times New Roman" w:hAnsi="Times New Roman" w:eastAsia="Times New Roman" w:cs="Times New Roman"/>
        </w:rPr>
        <w:t>Cov lus ntawd muaj ib lo lus ceeb toom tias yog tus pope tsis kam ua raws li lo lus txib kom fij Russia rau Mary, ces lub ntiaj teb yuav raug kev txom nyem ib qho kev ua tsov rog ntiaj teb ntxiv (kev ua tsov rog ntiaj teb thawj zaug yuav xaus rau lub hlis tom qab qhov txuj ci tseem ceeb ntawd). Cov lus ntawm Fatima tau los ua ib lub qauv rau kev txhais lus faj lem ntawm cov Catholic kev ntseeg uas khaws txoj kev qub. Nws qhia tias muaj ib qho kev tawm tsam nyob hauv lub Koom Txoos Catholic nruab nrab ntawm Catholic kev ntseeg uas khaws txoj kev qub, uas sawv cev los ntawm pope John Paul II thiab lub rooj sab laj Vatican thawj, thiab Catholic kev ntseeg ywj pheej, uas sawv cev los ntawm tus “woke-pope” tam sim no thiab lub rooj sab laj Vatican thib ob.</w:t>
      </w:r>
    </w:p>
    <w:p>
      <w:pPr>
        <w:pStyle w:val="ArticleBody"/>
        <w:jc w:val="left"/>
      </w:pPr>
      <w:r>
        <w:rPr>
          <w:rFonts w:ascii="Times New Roman" w:hAnsi="Times New Roman" w:eastAsia="Times New Roman" w:cs="Times New Roman"/>
        </w:rPr>
        <w:t>Hauv cov lus ntawm Fatima, tus “pope zoo” yog tus “pope dawb”, hos tus “pope phem” yog tus “pope dub”. Tus pope zoo, Pope John Paul II, yog tus pope uas khaws txoj kev ntseeg qub tseg thiab tau txheeb tus Nkauj Ntshiab ntawm Fatima ua nws tus mlom coj kev; hos tus pope phem yog tus woke-pope, uas kuj tsis lees txais ib yam lus twg los ntawm tus uas hu ua nkauj xwb Mary. Thaum koj mus xyuas lub chaw teev hawm hauv Fatima, Portugal, thaum koj nkag mus rau hauv thaj chaw ntawd, lub qhov rooj nkag raug tsa nyob nruab nrab ntawm ob tug pej thuam loj heev—ib sab yog tus pope dub hos sab tod yog tus pope dawb—li no thiaj sawv cev rau txoj kev tawm tsam sab hauv uas raug txheeb tseg hauv cov lus faj lem ntawm Fatima.</w:t>
      </w:r>
    </w:p>
    <w:p>
      <w:pPr>
        <w:pStyle w:val="ArticleBody"/>
        <w:jc w:val="left"/>
      </w:pPr>
      <w:r>
        <w:rPr>
          <w:rFonts w:ascii="Times New Roman" w:hAnsi="Times New Roman" w:eastAsia="Times New Roman" w:cs="Times New Roman"/>
        </w:rPr>
        <w:t>Lwm ntsiab lus ntxiv ntawm peb zaj lus zais ntawm Fatima yog nws txoj kev hais kom hnyav txog kev ua tsov ua rog ntawm Catholicism (tus vaj ntxwv sab qaum teb), thiab kev tsis ntseeg Vajtswv (tus vaj ntxwv sab qab teb). Yog tsis lees paub tias kev ua tsov ua rog ntawm Catholicism thiab Russia uas tsis ntseeg Vajtswv yog ib lo lus hauv zaj lus faj lem uas yog los ntawm Xatas, uas tswj hwm ib feem pua loj ntawm Catholicism, ces yuav nyuaj heev—yog tsis yog tsis tau li—rau kev to taub txog txoj kev txhawb nqa uas lub Koom Txoos Kav Tos Liv tau muab rau Nazi Germany thaum Tsov Rog Ntiaj Teb Zaum Ob.</w:t>
      </w:r>
    </w:p>
    <w:p>
      <w:pPr>
        <w:pStyle w:val="ArticleBody"/>
        <w:jc w:val="left"/>
      </w:pPr>
      <w:r>
        <w:rPr>
          <w:rFonts w:ascii="Times New Roman" w:hAnsi="Times New Roman" w:eastAsia="Times New Roman" w:cs="Times New Roman"/>
        </w:rPr>
        <w:t>Kev Ntaus Rog ntawm Leningrad, uas kav txij hnub tim 8 lub Cuaj Hli, 1941 mus txog hnub tim 27 lub Ib Hlis, 1944 thaum Lub Ntiaj Teb Tsov Rog Zaum Ob, yog ib qho ntawm cov kev vob nkiab uas ntev tshaj plaws thiab phem tshaj plaws hauv keeb kwm. Kev Ntaus Rog ntawm Stalingrad, uas tshwm sim txij hnub tim 23 lub Yim Hli, 1942 mus txog hnub tim 2 lub Ob Hlis, 1943, feem ntau raug suav hais tias yog kev sib ntaus uas los ntshav tshaj plaws thiab tseem ceeb tshaj plaws ntawm Lub Ntiaj Teb Tsov Rog Zaum Ob. Nws ua rau muaj kev puam tsuaj loj kawg rau ob tog, raws li kev kwv yees muaj ntau tshaj 2 vam leej neeg raug puas tsuaj tag nrho, suav nrog cov tuag, cov raug mob, thiab cov tub rog raug ntes. Kev Ntaus Rog ntawm Stalingrad kuj tau cim ib qho kev tig pauv tseem ceeb hauv tsov rog, vim nws ua rau Soviet yeej German Army decisively thiab coj mus rau qhov kawg kev swb ntawm Nazi Germany.</w:t>
      </w:r>
    </w:p>
    <w:p>
      <w:pPr>
        <w:pStyle w:val="ArticleBody"/>
        <w:jc w:val="left"/>
      </w:pPr>
      <w:r>
        <w:rPr>
          <w:rFonts w:ascii="Times New Roman" w:hAnsi="Times New Roman" w:eastAsia="Times New Roman" w:cs="Times New Roman"/>
        </w:rPr>
        <w:t>Yog tsis paub tias Nazi Germany txoj kev ua tsov rog tawm tsam Russia, tshwj xeeb tshaj yog nyob hauv ob qho kev sib ntaus uas nyuam qhuav hais los no, ces nyuaj yuav to taub tau lub luag hauj lwm ntawm lub teb chaws Yelemes raws li tus phooj ywg zais cia ntawm lub Koom Txoos Kas Tos Liv. Yog tsis muaj kev to taub txog tej hauv paus ntsiab lus ntawm ib qho tsov rog sab ntsuj plig ntawm Kas Tos Liv uas tau raug txhawb los ntawm yaj saub lus Xatas ntawm Mary of Fatima, tawm tsam kev tsis ntseeg Vajtswv ntawm Russia, thiab tom qab ntawd tawm tsam lub Soviet Union uas yog Communist, ces yuav plam qhov laj thawj ntawm Kas Tos Liv qhov uas zais cia nkaum thiab tom qab ntawd thauj cov neeg ua txhaum rog Nazi mus thoob plaws lub ntiaj teb tom qab Tsov Rog Ntiaj Teb Zaum Ob. Cov Nazi yog Kas Tos Liv cov tub rog sawv cev hauv lawv txoj kev tawm tsam Russia.</w:t>
      </w:r>
    </w:p>
    <w:p>
      <w:pPr>
        <w:pStyle w:val="ArticleBody"/>
        <w:jc w:val="left"/>
      </w:pPr>
      <w:r>
        <w:rPr>
          <w:rFonts w:ascii="Times New Roman" w:hAnsi="Times New Roman" w:eastAsia="Times New Roman" w:cs="Times New Roman"/>
        </w:rPr>
        <w:t>Nws yog nyob hauv txoj kev xav yaj saub no uas Putin, tus thawj ntawm Lavxias teb chaws uas tsis ntseeg Vajtswv, tau koom tes nyob hauv ib qho kev ua tsov rog hauv Ukraine, uas nws cov thawj coj raug paub meej thiab nthuav tawm qhib lug tias yog Nazi. Cov tub rog hauv av ntawm Fatima txoj kev ua tsov rog tawm tsam kev tsis ntseeg Vajtswv txij li Tsov Rog Ntiaj Teb Zaum Ob los mus yog fascism, thiab Nazism. Tseeb tiag, txawm hais tias qhov tseeb no hais txog cov thawj coj ntawm tsoom fwv Ukraine twb raug sau tseg thiab muaj pov thawj meej lawm los, qhov kev tshwm sim niaj hnub no ntawm Hitler lub Reich Ministry of Public Enlightenment and Propaganda (cov xov xwm loj), tau npog cov lus tseeb no raws li lawv muaj peev xwm ua tau zoo tshaj plaws.</w:t>
      </w:r>
    </w:p>
    <w:p>
      <w:pPr>
        <w:pStyle w:val="ArticleBody"/>
        <w:jc w:val="left"/>
      </w:pPr>
      <w:r>
        <w:rPr>
          <w:rFonts w:ascii="Times New Roman" w:hAnsi="Times New Roman" w:eastAsia="Times New Roman" w:cs="Times New Roman"/>
        </w:rPr>
        <w:t>Lub npe “Ukraine” yog muab los ntawm lo lus Slavic “ukraina,” uas txhais hais tias “thaj av ciam teb” los sis “ntug kawg.” Keeb kwm ntawm lo lus no yog siv los hais txog cov cheeb tsam ciam teb ntawm Kievan Rus’, uas yog lub xeev thaum lub caij nruab nrab uas los ua ntej lub teb chaws Ukraine niaj hnub no, thiab nyob rau ntawm txoj kev sib tshuam ntawm Tebchaws Europe Sab Hnub Tuaj thiab Eurasia. Thoob plaws hauv keeb kwm, thaj av no tau ua ib qho chaw sib ntsib ntawm ntau haiv kab lis kev cai, ntau hom kev vam meej, thiab ntau lub teb chaws faj tim teb chaws, xws li Byzantine Empire, Ottoman Empire, Russian Empire, thiab lwm yam. Nws qhov chaw muaj txiaj ntsig rau txoj kev tswv yim ua rau nws yog ib thaj av pem ciam uas tau ntsib kev sib cuam tshuam loj hauv kev coj noj coj ua, kev nom kev tswv, thiab kev ua rog. Thaum lub caij nruab nrab, Ukraine yog thaj av ciam teb ntawm Kievan Rus’, uas yog ib lub xeev muaj hwj chim loj uas suav nrog qee feem ntawm Ukraine, Russia, thiab Belarus niaj hnub no. Raws li Kievan Rus’ nthuav dav thiab nqaim rov qab mus raws lub sij hawm, nws cov ciam teb kuj hloov chaw ntau zaus, thiab Ukraine tseem nyob rau ntawm ntug nraud ntawm lub xeev ntawd.</w:t>
      </w:r>
    </w:p>
    <w:p>
      <w:pPr>
        <w:pStyle w:val="ArticleBody"/>
        <w:jc w:val="left"/>
      </w:pPr>
      <w:r>
        <w:rPr>
          <w:rFonts w:ascii="Times New Roman" w:hAnsi="Times New Roman" w:eastAsia="Times New Roman" w:cs="Times New Roman"/>
        </w:rPr>
        <w:t>Tom qab kev poob nthav ntawm Koomhaum Soviet nyob rau xyoo 1989, raws li tau sawv cev hauv nqe kaum, nqe kaum ib thiab kaum ob qhia txog ib qho kev sib ntaus sib tua uas vajntxwv sab qab teb rov tawm tsam thiab yeej vajntxwv sab qaum teb. Qhov kev sib ntaus ntawd tau muaj nyob rau ntawm Raphia, uas yog thaj ciam teb ntawm tej thaj av uas vajntxwv sab qab teb thiab vajntxwv sab qaum teb kav.</w:t>
      </w:r>
    </w:p>
    <w:p>
      <w:pPr>
        <w:pStyle w:val="ArticleBody"/>
        <w:jc w:val="left"/>
      </w:pPr>
      <w:r>
        <w:rPr>
          <w:rFonts w:ascii="Times New Roman" w:hAnsi="Times New Roman" w:eastAsia="Times New Roman" w:cs="Times New Roman"/>
        </w:rPr>
        <w:t>Tsov Rog ntawm Raphia, uas tau tshwm sim nyob rau xyoo 217 BC, los ntawm lub npe ntawm lub nroog nyob ze qhov chaw uas tsov rog ntawd tau muaj. Raphia yog ib lub nroog nyob hauv thaj av ntug hiav txwv ntawm Palestine thaum ub, ze ciam teb nruab nrab ntawm Lub Nceeg Vaj Ptolemaic ntawm tim lyiv teb chaws thiab Lub Faj Tim Tswv Seleucid. Nyob rau lub sijhawm ntawm tsov rog ntawd, ciam teb nruab nrab ntawm Lub Nceeg Vaj Ptolemaic ntawm tim lyiv teb chaws, uas Vajntxwv Ptolemy IV Philopator kav, thiab Lub Faj Tim Tswv Seleucid, uas Vajntxwv Antiochus III kav, nyob rau thaj tsam ncig Raphia. Tsov rog ntawd tau tawm tsam nyob ze thaj tsam ciam teb no raws li ob tog nrhiav kom lees paub lawv txoj kev tswj hwm saum cov thaj av tseem ceeb hauv Levant.</w:t>
      </w:r>
    </w:p>
    <w:p>
      <w:pPr>
        <w:pStyle w:val="ArticleBody"/>
        <w:jc w:val="left"/>
      </w:pPr>
      <w:r>
        <w:rPr>
          <w:rFonts w:ascii="Times New Roman" w:hAnsi="Times New Roman" w:eastAsia="Times New Roman" w:cs="Times New Roman"/>
        </w:rPr>
        <w:t>Lub nroog qub Raphia nyob ze rau lub nroog niaj hnub no hu ua Rafah. Rafah yog ib lub nroog nyob rau sab qab teb ntawm Gaza Strip, uas yog ib feem ntawm thaj chaw Palestinian. Tom qab Ptolemy yeej kev sib ntaus ntawm Raphia xyoo 217 BC, nws pib tsim txom cov Yudais hauv Yeluxalees, thiab kuj nyob hauv tim Ejiptus thiab. Txawm li cas los xij, txoj kev yeej ntawd kav tsis ntev, thiab nws tau ntsib nws txoj kev puam tsuaj loj, hais raws ib lo lus piv txwv, hauv peb nqe tom ntej no. Hauv nqe kaum peb, tus vajntxwv qaum teb uas yav tas los swb lawm rov qab los, thiab txog nqe kaum tsib nws kov yeej tus vajntxwv qab teb tas nrho.</w:t>
      </w:r>
    </w:p>
    <w:p>
      <w:pPr>
        <w:pStyle w:val="ArticleBody"/>
        <w:jc w:val="left"/>
      </w:pPr>
      <w:r>
        <w:rPr>
          <w:rFonts w:ascii="Times New Roman" w:hAnsi="Times New Roman" w:eastAsia="Times New Roman" w:cs="Times New Roman"/>
        </w:rPr>
        <w:t>Kev yeej ntawm Putin hauv Ukraine yuav raug Putin siv, uas yog ib tug qub tub ceev xwm KGB uas tshwj xeeb hauv kev tshaj tawm dag ntxias, kom feem ntau yuav nthuav tawm cov cag keeb Nazi ntawm cov thawj coj Ukrainian, thiab kuj nthuav tawm cov uas nyob hauv lub Ntiaj Teb Sab Hnub Poob uas tau txhawb nqa txoj kev tswj hwm ntawd vim kev ntshaw nyiaj txiag, thiab tsis muaj qhov ua xyem xyav kuj yuav nthuav tawm cov chaw zais dub thiab cov chaw kuaj bio-labs uas cov globalists tau siv, uas tau txais kev pab nyiaj los ntawm cov neeg them se ntawm Tebchaws Meskas.</w:t>
      </w:r>
    </w:p>
    <w:p>
      <w:pPr>
        <w:pStyle w:val="ArticleBody"/>
        <w:jc w:val="left"/>
      </w:pPr>
      <w:r>
        <w:rPr>
          <w:rFonts w:ascii="Times New Roman" w:hAnsi="Times New Roman" w:eastAsia="Times New Roman" w:cs="Times New Roman"/>
        </w:rPr>
        <w:t>Cov lus tshwm sim ntawd yuav rhuav tshem tej lus sib cav uas cov neeg ntiaj teb kev tswj hwm thoob ntiaj teb siv niaj hnub no, thiab kuj yuav rhuav tshem tej lus hais ntawm cov neeg hais lus sawv cev ntawm Democratic hauv Tebchaws Meskas thiab. Txoj kev yeej ntawd rau Putin yuav muab txoj cai txib rau tus Thawj Tswj Hwm thib yim, uas yog ntawm xya tus, kom los txais nws txoj hauj lwm ua tus thawj kav lim hiam raws li yaj saub tau hais tseg, tus uas los rau hauv keeb kwm tam sim ua ntej nqe kaum rau; thiab nqe kaum rau yog txoj cai Hnub Caiv uas yuav los txog sai no.</w:t>
      </w:r>
    </w:p>
    <w:p>
      <w:pPr>
        <w:pStyle w:val="ArticleBody"/>
        <w:jc w:val="left"/>
      </w:pPr>
      <w:r>
        <w:rPr>
          <w:rFonts w:ascii="Times New Roman" w:hAnsi="Times New Roman" w:eastAsia="Times New Roman" w:cs="Times New Roman"/>
        </w:rPr>
        <w:t>Hauv nqe kaum peb, tus vaj ntxwv sab qaum teb rov sau nws pab tub rog dua, thiab hauv nqe kaum plaub, Loos teev dab raug coj los rau hauv keeb kwm thawj zaug, txawm li cas los xij nws tseem tsis tau yog tus vaj ntxwv sab qaum teb. Nyob ntawd nws raug txheeb tias yog lub cim uas “txhim tsa qhov yog toog pom,” thiab yog lub hwj chim uas tsa nws tus kheej kom siab, ces poob lawm. Tom qab Putin yeej hauv tsov rog hauv Ukraine, txoj papacy yuav pib tsa nws tus kheej kom siab rau hauv kev nom kev tswv ntiaj teb, ua ntej me ntsis xwb rau txoj cai Hnub Sunday hauv nqe kaum rau.</w:t>
      </w:r>
    </w:p>
    <w:p>
      <w:pPr>
        <w:pStyle w:val="ArticleBody"/>
        <w:jc w:val="left"/>
      </w:pPr>
      <w:r>
        <w:rPr>
          <w:rFonts w:ascii="Times New Roman" w:hAnsi="Times New Roman" w:eastAsia="Times New Roman" w:cs="Times New Roman"/>
        </w:rPr>
        <w:t>Kev Tawm Tsam Fab Kis, thiab nws txoj kev txuas nrog Kev Tawm Tsam Lavxias; Napoleon thiab Putin; txuj ci tseem ceeb ntawm Fatima, thiab nws peb qhov zais lus; kev sib koom tes zais nruab nrab ntawm Vatican thiab Hitler, kev sib koom tes zais nruab nrab ntawm Vatican thiab Reagan, txhua yam no yog tej “log” yaj saub uas sib txuam hauv keeb kwm ntawm nqe kaum ib mus txog kaum tsib, uas tshwm sim nyob hauv keeb kwm txij lub Cuaj Hlis 11, 2001 mus txog txoj cai Hnub Caiv hauv Tebchaws Meskas. Nws yog ib yam tseem ceeb kom muab ib qho lus xaus luv luv hais txog cov “log” yaj saub no ua ntej peb los tham txog nqe kaum.</w:t>
      </w:r>
    </w:p>
    <w:p>
      <w:pPr>
        <w:pStyle w:val="ArticleBody"/>
        <w:jc w:val="left"/>
      </w:pPr>
      <w:r>
        <w:rPr>
          <w:rFonts w:ascii="Times New Roman" w:hAnsi="Times New Roman" w:eastAsia="Times New Roman" w:cs="Times New Roman"/>
        </w:rPr>
        <w:t>Zaj lus hauv qab no raug coj los ntawm “NBC news,” uas yog ib feem ntawm “Main Stream Media” tiag tiag, thiab “MSM” yog daim qauv tshiab niaj hnub no ntawm Hitler lub tshuab tshaj tawm kev dag ntxias thaum Tsov Rog Ntiaj Teb Zaum Ob. Zaj lus ntawd yeej yog tawm tsam Putin, tawm tsam Lavxias, thiab txhawb Ukraine, tab sis qhov ntawd tsis yog lub ntsiab. Raws li cov pej xeem ntawm lub nceeg vaj saum ntuj ceeb tsheej, Vajtswv haiv neeg tsis tsim nyog txhawb ib tog twg li hauv ib txoj hauj lwm ntawm Xatas, thiab txhua yam kev ua tsov rog yeej yog ib txoj hauj lwm ntawm Xatas.</w:t>
      </w:r>
    </w:p>
    <w:p>
      <w:pPr>
        <w:pStyle w:val="ArticleBody"/>
        <w:jc w:val="left"/>
      </w:pPr>
      <w:r>
        <w:rPr>
          <w:rFonts w:ascii="Times New Roman" w:hAnsi="Times New Roman" w:eastAsia="Times New Roman" w:cs="Times New Roman"/>
        </w:rPr>
        <w:t>Lub hom phiaj ntawm tsab xov no yog los pub rau cov uas tsis tau paub txog kev ua tsov ua rog raws li lus faj lem nruab nrab ntawm Catholicism (vajntxwv sab qaum teb) thiab kev tsis ntseeg Vajtswv (vajntxwv sab qab teb), thiab txog qhov tseeb tias hauv kev ua rog ntawm ob lub hwjchim faj lem ntawd, Naziism tau raug siv los ua Catholicism tus tub rog sawv cev (ib yam li Tebchaws Meskas tau raug siv nyob rau xyoo 1989). Cov kawm lus faj lem yuav tsum muaj pov thawj txaus kom pom tau tias keeb kwm yav dhau ntawm Tsov Rog Ntiaj Teb Zaum Ob, thiab ntawm Tsov Rog Txias, raug sawv cev nyob rau hauv tsov rog tam sim no hauv Ukraine, raws li nws ua kom tiav nqe kaum ib thiab kaum ob, ntawm Daniel tshooj kaum ib.</w:t>
      </w:r>
    </w:p>
    <w:p>
      <w:pPr>
        <w:pStyle w:val="ArticleScripture"/>
        <w:jc w:val="left"/>
      </w:pPr>
      <w:r>
        <w:rPr>
          <w:rFonts w:ascii="Times New Roman" w:hAnsi="Times New Roman" w:eastAsia="Times New Roman" w:cs="Times New Roman"/>
        </w:rPr>
        <w:t>“Cov xwm txheej hauv keeb kwm, uas qhia txog qhov kev ua tiav ncaj qha ntawm cov lus faj lem, tau raug muab tso rau ntawm cov neeg pom; thiab cov lus faj lem ntawd tau raug pom tias yog ib qho kev piav txhais ua duab piv txwv txog cov xwm txheej uas coj mus txog rau thaum xaus ntawm keeb kwm ntiajteb no.” Selected Messages, phau 2, 102.</w:t>
      </w:r>
    </w:p>
    <w:p>
      <w:pPr>
        <w:pStyle w:val="ArticleBody"/>
        <w:jc w:val="left"/>
      </w:pPr>
      <w:r>
        <w:rPr>
          <w:rFonts w:ascii="Times New Roman" w:hAnsi="Times New Roman" w:eastAsia="Times New Roman" w:cs="Times New Roman"/>
        </w:rPr>
        <w:t>Kab lus xov xwm NBC News: “Qhov teeb meem Nazi ntawm Ukraine yog tiag tiag, txawm hais tias Putin qhov kev hais txog ‘kev tshem tawm Nazi’ tsis yog”</w:t>
      </w:r>
    </w:p>
    <w:p>
      <w:pPr>
        <w:pStyle w:val="ArticleScripture"/>
        <w:jc w:val="left"/>
      </w:pPr>
      <w:r>
        <w:rPr>
          <w:rFonts w:ascii="Times New Roman" w:hAnsi="Times New Roman" w:eastAsia="Times New Roman" w:cs="Times New Roman"/>
        </w:rPr>
        <w:t>Ntawm ntau yam kev dag ntxias uas Thawj Tswj Hwm Lavxias Vladimir Putin tau tsim los ua pov thawj rau Lavxias txoj kev tawm tsam rau Ukraine, tej zaum qhov txawv txav tshaj plaws yog nws qhov kev hais tias qhov kev nqis tes ntawd tau ua kom “tshem tawm Nazism” ntawm lub tebchaws ntawd thiab nws cov thawj coj. Thaum nws tab tom nthuav nws rooj plaub rau kev nkag mus rau thaj av ntawm nws tus neeg nyob ib sab nrog cov tsheb hlau tiv thaiv hnyav thiab cov dav hlau tua rog, Putin tau hais tias qhov kev txav ntawd tau ua “los tiv thaiv tibneeg” uas twb “tau raug tsim txom thiab raug tua kom ploj ib haiv neeg lawm,” thiab tias Lavxias “yuav siv zog kom Ukraine raug tshem riam phom thiab tshem tawm Nazism.”</w:t>
      </w:r>
    </w:p>
    <w:p>
      <w:pPr>
        <w:pStyle w:val="ArticleScripture"/>
        <w:jc w:val="left"/>
      </w:pPr>
      <w:r>
        <w:rPr>
          <w:rFonts w:ascii="Times New Roman" w:hAnsi="Times New Roman" w:eastAsia="Times New Roman" w:cs="Times New Roman"/>
        </w:rPr>
        <w:t>Kev rhuav tshem ua phem ntawm Putin — nrog rau kev ua kom cov zej zog Yudais raug puam tsuaj — qhia meej tias nws dag thaum nws hais tias nws lub hom phiaj yog los xyuas kom muaj leejtwg muaj kev noj qab nyob zoo.</w:t>
      </w:r>
    </w:p>
    <w:p>
      <w:pPr>
        <w:pStyle w:val="ArticleScripture"/>
        <w:jc w:val="left"/>
      </w:pPr>
      <w:r>
        <w:rPr>
          <w:rFonts w:ascii="Times New Roman" w:hAnsi="Times New Roman" w:eastAsia="Times New Roman" w:cs="Times New Roman"/>
        </w:rPr>
        <w:t>Thaum ntsia ntawm nws daim ntawv xwb, Putin txoj kev hais lus phem no yog ib qho tsis muaj qab hau kawg, tshwj xeeb tshaj vim Thawj Tswj Hwm ntawm Ukraine, Volodymyr Zelenskyy, yog neeg Yudais thiab twb tau hais tias ib txhia neeg hauv nws tsev neeg raug tua thaum Tsov Rog Ntiaj Teb Zaum II. Tsis tas li ntawd, kuj tsis muaj pov thawj li tias muaj kev tua neeg coob coob tsis ntev los no lossis kev ntxuav haiv neeg tab tom muaj nyob hauv Ukraine. Dua li ntawd thiab, kev hu cov yeeb ncuab ua Nazis yog ib txoj kev siv tswv yim nom tswv uas pom muaj ntau hauv Russia, tshwj xeeb yog los ntawm ib tug thawj coj uas nyiam siv kev tshaj xov cuav thiab xav kub ntxhov cov kev xav pauj kua zaub ntsuab ntawm haiv neeg tawm tsam ib tug yeeb ncuab thaum Tsov Rog Ntiaj Teb Zaum II kom siv ua lus txhawb rau kev txeeb teb chaws.</w:t>
      </w:r>
    </w:p>
    <w:p>
      <w:pPr>
        <w:pStyle w:val="ArticleScripture"/>
        <w:jc w:val="left"/>
      </w:pPr>
      <w:r>
        <w:rPr>
          <w:rFonts w:ascii="Times New Roman" w:hAnsi="Times New Roman" w:eastAsia="Times New Roman" w:cs="Times New Roman"/>
        </w:rPr>
        <w:t>Txawm li cas los xij, txawm hais tias Putin tab tom siv kev tshaj tawm dag ntxias, los kuj yog qhov tseeb thiab tias Ukraine muaj ib qho teeb meem Nazi tiag tiag — ob qho tib si yav tag los thiab tam sim no. Putin tej kev ua phem rhuav tshem — uas muaj nrog rau kev puas tsuaj rau cov zej zog Yudais — qhia meej tias nws dag thaum nws hais tias nws lub hom phiaj yog los xyuas kom muaj leej twg txoj kev noj qab nyob zoo. Tab sis txawm yog qhov tseem ceeb npaum li cas los tiv thaiv tus chij daj-thiab-xiav tawm tsam Kremlin txoj kev tawm tsam lim hiam, los yuav yog ib qho kev tsis quav ntsej uas txaus ntshai yog tsis lees paub Ukraine keeb kwm kev ntxub ntxaug cov Yudais thiab kev koom tes nrog Hitler cov Nazi, nrog rau kev txais tos nyob rau tiam kawg no rau cov pawg neo-Nazi hauv qee thaj chaw.</w:t>
      </w:r>
    </w:p>
    <w:p>
      <w:pPr>
        <w:pStyle w:val="ArticleScripture"/>
        <w:jc w:val="left"/>
      </w:pPr>
      <w:r>
        <w:rPr>
          <w:rFonts w:ascii="Times New Roman" w:hAnsi="Times New Roman" w:eastAsia="Times New Roman" w:cs="Times New Roman"/>
        </w:rPr>
        <w:t>Vim li cas cov neeg Ukrainian uas tab tom khiav dim thiaj raug hais txog nrog txoj kev hlub tshua loj ua luaj? Lawv yog neeg dawb.</w:t>
      </w:r>
    </w:p>
    <w:p>
      <w:pPr>
        <w:pStyle w:val="ArticleScripture"/>
        <w:jc w:val="left"/>
      </w:pPr>
      <w:r>
        <w:rPr>
          <w:rFonts w:ascii="Times New Roman" w:hAnsi="Times New Roman" w:eastAsia="Times New Roman" w:cs="Times New Roman"/>
        </w:rPr>
        <w:t>Ua ntej Tsov Rog Ntiaj Teb Zaum II pib, Ukraine yog vaj tse nyob ntawm ib pawg neeg Yudais uas loj tshaj plaws ib pawg hauv teb chaws Europe, nrog kev kwv yees siab txog li 2.7 lab leej, uas yog ib tug naj npawb txawv tshaj plaw thaum xav txog daim av ntawd keeb kwm ntev ntawm kev ntxub Yudais thiab kev tua neeg loj ua pogroms. Thaum xaus lawm, ntau tshaj ib nrab ntawm lawv yuav tuag puv npo. Thaum cov tub rog German los tuav Kyiv xyoo 1941, lawv tau txais tos los ntawm tej chij sau lo lus “Heil Hitler.” Tsis ntev tom qab ntawd, yuav luag 34,000 tus Yudais—ua ke nrog cov Roma thiab lwm tus uas raug suav tias “tsis tsim nyog”—raug ntes sib sau thiab raug coj mus kev rau cov teb sab nraum lub nroog raws li ib qho kev dag hais tias yog yuav tsiv lawv mus nyob dua lwm qhov, tsuas yog kom raug tua pov tseg rau hauv yam uas tom qab no hu ua “Holocaust by bullets.”</w:t>
      </w:r>
    </w:p>
    <w:p>
      <w:pPr>
        <w:pStyle w:val="ArticleScripture"/>
        <w:jc w:val="left"/>
      </w:pPr>
      <w:r>
        <w:rPr>
          <w:rFonts w:ascii="Times New Roman" w:hAnsi="Times New Roman" w:eastAsia="Times New Roman" w:cs="Times New Roman"/>
        </w:rPr>
        <w:t>Qhov kwj hav Babyn Yar tseem raug muab ntim puv ntxiv mus ua ib lub ntxa loj rau neeg coob tau ob xyoos. Muaj neeg raug tua nyob ntawd txog li 100,000 leej, ua rau nws dhau los ua ib qho ntawm cov chaw tua neeg ib zaug loj tshaj plaws ntawm Holocaust sab nraum Auschwitz thiab lwm cov chaw tua neeg tuag. Cov kws tshawb fawb tau qhia tseg txog lub luag hauj lwm tseem ceeb uas cov neeg hauv zos tau ua hauv kev ua kom tiav cov lus txib tua neeg ntawm Nazi nyob rau ntawm qhov chaw ntawd.</w:t>
      </w:r>
    </w:p>
    <w:p>
      <w:pPr>
        <w:pStyle w:val="ArticleScripture"/>
        <w:jc w:val="left"/>
      </w:pPr>
      <w:r>
        <w:rPr>
          <w:rFonts w:ascii="Times New Roman" w:hAnsi="Times New Roman" w:eastAsia="Times New Roman" w:cs="Times New Roman"/>
        </w:rPr>
        <w:t>Niaj hnub no, hauv Ukraine muaj kwv yees li 56,000 txog 140,000 tus Yudais, uas tab tom tau txais txoj kev ywj pheej thiab kev tiv thaiv uas lawv cov yawg koob tsis tau xav txog li. Qhov ntawd suav nrog ib txoj cai tshiab kho dua tshiab uas tau pom zoo lub hli tas los, uas muab kev ua txhaum cai rau tej kev ua phem tawm tsam cov Yudais. Hmoov tsis zoo, txoj cai ntawd yog npaj los teb rau kev nce siab meej heev ntawm kev ntxub ntxaug uas raug nthuav tawm rau pej xeem, suav nrog kev rhuav tshem tsev teev ntuj Yudais thiab chaw nco txog cov Yudais los ntawm tej cim swastika, thiab tej kev taug kev ua yeeb ncuab txaus ntshai hauv Kyiv thiab lwm lub nroog uas qhuas Waffen SS.</w:t>
      </w:r>
    </w:p>
    <w:p>
      <w:pPr>
        <w:pStyle w:val="ArticleScripture"/>
        <w:jc w:val="left"/>
      </w:pPr>
      <w:r>
        <w:rPr>
          <w:rFonts w:ascii="Times New Roman" w:hAnsi="Times New Roman" w:eastAsia="Times New Roman" w:cs="Times New Roman"/>
        </w:rPr>
        <w:t>Hauv ib qho kev txhim kho phem ntxiv thiab txaus ntshai, nyob rau xyoo tsis ntev no Ukraine tau tsa ib pawg loj ntawm tej mlom los qhuas cov neeg nyiam teb chaws Ukraine uas lawv tej qub txeeg qub teg raug lo qias vim lawv cov ntaub ntawv pov thawj uas tsis muaj leejtwg txwv tau txog qhov lawv tau ua haujlwm sawv cev rau Nazis. Xov xwm Forward tau sau tseg qee leej ntawm cov neeg txaus ntxub no, nrog rau Stepan Bandera, tus thawj coj ntawm Lub Koom Haum ntawm Cov Neeg Nyiam Teb Chaws Ukraine (OUN), uas nws cov thwjtim tau ua haujlwm ua tswvcuab tub ceev xwm hauv zos rau SS thiab tub rog German. “Ukraine muaj ob peb caug lub monument thiab ntau lub npe kev uas qhuas tus neeg koom tes nrog Nazis no, ntau txaus uas yuav tsum muaj ob nplooj Wikipedia cais nyias,” Forward tau sau.</w:t>
      </w:r>
    </w:p>
    <w:p>
      <w:pPr>
        <w:pStyle w:val="ArticleScripture"/>
        <w:jc w:val="left"/>
      </w:pPr>
      <w:r>
        <w:rPr>
          <w:rFonts w:ascii="Times New Roman" w:hAnsi="Times New Roman" w:eastAsia="Times New Roman" w:cs="Times New Roman"/>
        </w:rPr>
        <w:t>Ib tug neeg uas kuj raug qhuas nquag ntxiv yog Roman Shukhevych, uas raug hwm ua ib tug neeg tua rog rau kev ywj pheej ntawm Ukraine, tiamsis kuj yog tus thawj coj ntawm ib pab tub ceev xwm pab cuam rau Nazi uas ua rau neeg ntshai heev; raws li Forward tau sau tseg, pab ntawd “tau ua lub luag haujlwm rau kev tua neeg lim hiam ntawm ntau txhiab tus Yudais thiab … cov Poles.” Kuj tau tsa tej pej thuam rau Yaroslav Stetsko, uas ib zaug yog tus thawj coj ntawm OUN, tus uas tau sau tias “Kuv hais kom yuav tsum muab cov Yudais hauv Ukraine rhuav tshem kom tag.”</w:t>
      </w:r>
    </w:p>
    <w:p>
      <w:pPr>
        <w:pStyle w:val="ArticleScripture"/>
        <w:jc w:val="left"/>
      </w:pPr>
      <w:r>
        <w:rPr>
          <w:rFonts w:ascii="Times New Roman" w:hAnsi="Times New Roman" w:eastAsia="Times New Roman" w:cs="Times New Roman"/>
        </w:rPr>
        <w:t>Cov pab pawg sab xis kawg kuj tau txais hwj chim hauv kev nom kev tswv ntau ntxiv nyob rau kaum xyoo dhau los no, tsis muaj pab twg ua rau ntshai txias siab tshaj Svoboda (yav tas los hu ua Social National Party of Ukraine), uas nws tus thawj coj tau hais tias lub teb chaws raug tswj los ntawm ib “Muscovite-Yudais mafia” thiab nws tus lwm thawj coj tau siv ib lo lus saib tsis taus haiv Yudais los piav txog Mila Kunis, tus neeg ua yeeb yam Yudais yug hauv Ukraine. Svoboda tau xa ntau tus tswv cuab mus rau Ukraine lub Rooj Sab Laj, nrog rau ib tug uas tau hu Holocaust tias yog ib “lub caij nyoog ci ntsa iab” hauv keeb kwm ntawm tib neeg, raws li Foreign Policy.</w:t>
      </w:r>
    </w:p>
    <w:p>
      <w:pPr>
        <w:pStyle w:val="ArticleScripture"/>
        <w:jc w:val="left"/>
      </w:pPr>
      <w:r>
        <w:rPr>
          <w:rFonts w:ascii="Times New Roman" w:hAnsi="Times New Roman" w:eastAsia="Times New Roman" w:cs="Times New Roman"/>
        </w:rPr>
        <w:t>Qhov uas ua rau ntxhov siab ib yam nkaus, cov neo-Nazi kuj yog ib feem ntawm qee pab tub rog yeem pab uas Ukraine tab tom nthuav dav zuj zus. Lawv twb raug kev sib ntaus ua kom tawv lawm tom qab lawv tau ua ib co kev sib tua hauv kev hauv nroog uas hnyav tshaj plaws tawm tsam cov neeg cais tawm uas Moscow txhawb nqa nyob sab hnub tuaj Ukraine tom qab Putin txeeb Crimea xyoo 2014. Ib pab yog Azov Battalion, uas tau tsim los ntawm ib tug neeg tshaj tawm meej tias nws ntseeg kev ua kom haiv neeg dawb nyob siab dua lwm haiv, tus uas tau hais tias lub hom phiaj ntawm teb chaws Ukraine yog yuav tshem cov Yudais thiab lwm haiv neeg uas nws suav tias qis dua tawm hauv lub teb chaws. Xyoo 2018, U.S. Congress tau teev tseg tias nws txoj kev pab rau Ukraine yuav tsis pub siv “to provide arms, training or other assistance to the Azov Battalion.” Txawm li ntawd los, tam sim no Azov yog ib tug tswvcuab raug cai ntawm Ukraine National Guard.</w:t>
      </w:r>
    </w:p>
    <w:p>
      <w:pPr>
        <w:pStyle w:val="ArticleScripture"/>
        <w:jc w:val="left"/>
      </w:pPr>
      <w:r>
        <w:rPr>
          <w:rFonts w:ascii="Times New Roman" w:hAnsi="Times New Roman" w:eastAsia="Times New Roman" w:cs="Times New Roman"/>
        </w:rPr>
        <w:t>Muaj tseeb tiag, tsis muaj ib qho ntawm cov ntsiab lus ntxhov siab no uas ua rau muaj cai rau txoj kev txom nyem uas tau poob los rau saum cov neeg Ukrainian nyob rau ob peb lub lis piam dhau los no li — thiab kuj tsis zoo li tias Putin raug ib qho ntawm cov no txhawb siab thaum nws pib nws txoj kev txeeb teb txeeb chaw. Qhov tseeb, vim yog Putin, cov Yudais uas nyob hauv Odessa, Kharkiv thiab lwm lub nroog sab hnub tuaj tam sim no nyob hauv kev nyuaj siab hnyav heev. Thaum coob leej twb tau mus nkaum thiab nrhiav chaw cawm siav hauv cov tsev pe hawm Yudais hauv cheeb tsam thiab cov chaw Jewish, lwm tus ho tau khiav mus rau lwm lub teb chaws txawv, nrog rau Israel, uas tau yaum kom cov Yudais txhua tus tawm hauv Ukraine.</w:t>
      </w:r>
    </w:p>
    <w:p>
      <w:pPr>
        <w:pStyle w:val="ArticleScripture"/>
        <w:jc w:val="left"/>
      </w:pPr>
      <w:r>
        <w:rPr>
          <w:rFonts w:ascii="Times New Roman" w:hAnsi="Times New Roman" w:eastAsia="Times New Roman" w:cs="Times New Roman"/>
        </w:rPr>
        <w:t>Kuv cov yawg koob yawm txwv lawv tus kheej kuj tau khiav tawm sab hnub poob Ukraine kom dim ntawm kev tsim txom, thiab nws yog ib qho kev tu siab heev uas pom lub voj voog no tseem txuas ntxiv mus. Yog hais tias lub teb chaws poob mus rau hauv kev ntxhov ntxoo thiab kev tawm tsam ntawm cov neeg sawv cev riam phom, cov neeg Yudais kuj yuav rov raug kev phom sij dua ib zaug ntxiv los ntawm qee leej ntawm lawv cov pej xeem sib koom teb chaws. Kev tsis lees paub txog txoj kev hem thawj no txhais tau tias tsuas muaj me ntsis xwb uas tab tom raug ua los tiv thaiv nws.</w:t>
      </w:r>
    </w:p>
    <w:p>
      <w:pPr>
        <w:pStyle w:val="ArticleScripture"/>
        <w:jc w:val="left"/>
      </w:pPr>
      <w:r>
        <w:rPr>
          <w:rFonts w:ascii="Times New Roman" w:hAnsi="Times New Roman" w:eastAsia="Times New Roman" w:cs="Times New Roman"/>
        </w:rPr>
        <w:t>Tab sis txawm hais tias qee yam hauv lub teb chaws ntawd tau raug khiam nrog ib qho ntawm cov kev txav uas qias neeg tshaj plaws hauv keeb kwm, kev sawv nrog Ukraine yeej tsis muaj qhov ua xyem xyav li tias yog txoj hauj lwm muaj meej mom uas yuav tsum coj hauv zaj xwm txheej no. Tam sim no, txhua txhua hnub uas Putin txuas ntxiv ua kom nws qhov kev tawm tsam rau cov pej xeem Ukrainian hnyav zuj zus nrog txoj kev kub siab rhuav tshem av kom tshauv, yeej nyuaj heev uas yuav tsis pom tias leej twg tiag thiaj tsim nyog raug hu ua lo lus N.</w:t>
      </w:r>
    </w:p>
    <w:p>
      <w:pPr>
        <w:pStyle w:val="ArticleScripture"/>
        <w:jc w:val="left"/>
      </w:pPr>
      <w:r>
        <w:rPr>
          <w:rFonts w:ascii="Times New Roman" w:hAnsi="Times New Roman" w:eastAsia="Times New Roman" w:cs="Times New Roman"/>
        </w:rPr>
        <w:t>Allen Ripp, Lub Peb Hlis 5, 2022 – Qhov Chaw</w:t>
      </w:r>
    </w:p>
    <w:p>
      <w:pPr>
        <w:pStyle w:val="ArticleBody"/>
        <w:jc w:val="left"/>
      </w:pPr>
      <w:r>
        <w:rPr>
          <w:rFonts w:ascii="Times New Roman" w:hAnsi="Times New Roman" w:eastAsia="Times New Roman" w:cs="Times New Roman"/>
        </w:rPr>
        <w:t>Peb yuav txuas ntxiv txoj kev kawm no hauv peb zaj lus tom ntej.</w:t>
      </w:r>
    </w:p>
    <w:p>
      <w:pPr>
        <w:pStyle w:val="ArticleScripture"/>
        <w:jc w:val="left"/>
      </w:pPr>
      <w:r>
        <w:rPr>
          <w:rFonts w:ascii="Times New Roman" w:hAnsi="Times New Roman" w:eastAsia="Times New Roman" w:cs="Times New Roman"/>
        </w:rPr>
        <w:t>“Cov neeg uas tsis muaj peev xwm nco qab txog yav dhau los raug txiav txim kom rov ua nws dua.” George Santayana.</w:t>
      </w:r>
    </w:p>
    <w:p>
      <w:pPr>
        <w:pStyle w:val="ArticleScripture"/>
        <w:jc w:val="left"/>
      </w:pPr>
      <w:r>
        <w:rPr>
          <w:rFonts w:ascii="Times New Roman" w:hAnsi="Times New Roman" w:eastAsia="Times New Roman" w:cs="Times New Roman"/>
        </w:rPr>
        <w:t>“Txhua yam uas Vajtswv hauv keeb kwm yav tom ntej tau qhia meej tias yuav tsum tau ua tiav yav dhau los, yeej tau ua tiav lawm; thiab txhua yam uas tseem yuav los txog raws li nws txoj txheej txheem, yeej yuav muaj los. Daniyees, Vajtswv tus yaj saub, sawv hauv nws qhov chaw. Yauhas sawv hauv nws qhov chaw. Nyob hauv Phau Tshwm Sim, Tsov Ntxhuav ntawm xeem Yudas tau qhib phau Daniyees rau cov neeg kawm txog yav tom ntej, thiab yog li ntawd Daniyees thiaj sawv hauv nws qhov chaw. Nws ris nws zaj lus tim khawv, yog yam uas tus Tswv tau tshwm rau nws hauv zaj yog toog txog cov xwm txheej loj thiab hnyav uas peb yuav tsum paub thaum peb sawv ntawm ntug kev ua tiav ntawm tej ntawd.”</w:t>
      </w:r>
    </w:p>
    <w:p>
      <w:pPr>
        <w:pStyle w:val="ArticleScripture"/>
        <w:jc w:val="left"/>
      </w:pPr>
      <w:r>
        <w:rPr>
          <w:rFonts w:ascii="Times New Roman" w:hAnsi="Times New Roman" w:eastAsia="Times New Roman" w:cs="Times New Roman"/>
        </w:rPr>
        <w:t>“Hauv keeb kwm thiab hauv tej lus faj lem, Vajtswv Txojlus qhia txog txoj kev sib ntaus sib tua ntev mus li ntawm qhov tseeb thiab qhov yuam kev. Txoj kev sib ntaus ntawd tseem tab tom txuas ntxiv mus. Tej yam uas twb tau muaj lawm yuav rov muaj dua. Tej kev sib ceg qub yuav raug tsa rov los, thiab tej kev qhuab qhia tshiab yuav tshwm sim tsis tseg. Tiamsis Vajtswv haiv neeg, cov uas hauv lawv txoj kev ntseeg thiab hauv kev ua kom tiav raws li tej lus faj lem tau ua lawv feem hauv txoj haujlwm tshaj tawm thawj, tus thib ob, thiab tus thib peb tus tim tswv tej xov, yeej paub meej tias lawv sawv qhov twg. Lawv muaj ib qho kev paub uas muaj nqes tshaj kub ntshiab. Lawv yuav tsum sawv ruaj nreb ib yam li pob zeb, tuav ruaj nreb txoj kev pib ntawm lawv txoj kev cia siab mus txog qhov kawg.” Selected Messages, phau ntawv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Rau Caug Rau</dc:title>
  <dc:subject>Tshawb Txog Lus Qhia Yav Tom Ntej: Kev Tawm Tsam Fab Kis, Putin Tebchaws Lavxias, thiab Kev Tsis Sib Haum Hauv Ukraine</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