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Ib Puas Xya Caug Ib</w:t>
      </w:r>
    </w:p>
    <w:p>
      <w:pPr>
        <w:pStyle w:val="ArticleSubtitle"/>
        <w:jc w:val="left"/>
      </w:pPr>
      <w:r>
        <w:rPr>
          <w:rFonts w:ascii="Arial" w:hAnsi="Arial" w:eastAsia="Arial" w:cs="Arial"/>
        </w:rPr>
        <w:t>Kev Ua Si Xws Li Chess Hauv Kev Nom Tswv Ntiajteb: Lub Vatican, Kev Koom Tsham, thiab Kev Nrhiav Kev Kav Teb Kav Chaw Thoob Ntiajteb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Phau ntawv The Keys of This Blood: The Struggle for World Dominion Between Pope John Paul II, Mikhail Gorbachev, and the Capitalist West, raug sau los ntawm Malachi Martin, thiab nws tau luam tawm thawj zaug xyoo 1990. Martin tshuaj xyuas lub luag hauj lwm ntawm Pope John Paul II ua ib tug cwj pwm hloov pauv loj hauv kev nom kev tswv thiab kev sib raug zoo ntawm cov teb chaws thoob ntiaj teb nyob rau ib nrab tom qab ntawm xyoo pua nees nkaum. Nws tham txog lub luag hauj lwm ntawm tus Pope hauv kev vau tshem ntawm Kev Koom Tsham nyob sab hnub tuaj Europe. Phau ntawv no nthuav tawm ib lub zeem muag Kas Tos Liv txog cov kev txav mus los uas coj los txog rau kev ua tiav ntawm nqe plaub caug ntawm Daniyee kaum ib, thaum lub sij hawm kawg hauv xyoo 1989.</w:t>
      </w:r>
    </w:p>
    <w:p>
      <w:pPr>
        <w:pStyle w:val="ArticleBody"/>
        <w:jc w:val="left"/>
      </w:pPr>
      <w:r>
        <w:rPr>
          <w:rFonts w:ascii="Times New Roman" w:hAnsi="Times New Roman" w:eastAsia="Times New Roman" w:cs="Times New Roman"/>
        </w:rPr>
        <w:t>Martin txheeb xyuas txog cov txheej txheem txav sab hauv ntawm lub Soviet Union nyob rau hauv kev coj ntawm Mikhail Gorbachev, tshwj xeeb tshaj yog tsom rau Gorbachev cov cai “glasnost” (kev qhib siab) thiab “perestroika” (kev rov txhim kho qauv). Nws tham txog cov kev nyuaj uas lub Soviet Union tab tom ntsib thiab Gorbachev cov kev sim kho dua tshiab rau lub cev txheej txheem Communist. Nws tshawb nrhiav txog cov kev nruj nreem hauv thaj tsam nom tswv ntiaj teb thiab cov kev tawm tsam los sib tw rau hwj chim ntawm lub Soviet Union (vajntxwv sab qab teb—tus zaj), lub Koom Txoos Kav Tos Liv (vajntxwv sab qaum teb—tus tsiaj qus), thiab yam uas nws hu ua lub teb chaws sab hnub poob uas raws li kev peev nyiaj txiag (pab tub rog sawv cev ntawm vajntxwv sab qaum teb—tus yaj saub cuav). Nws tham txog cov kev tsis sib haum xeeb ntawm kev xav txheej txheem, kev soj ntsuam zais, thiab cov haujlwm zais cia uas yog yam cim tshwj xeeb rau lub caij nyoog Tsov Rog Txias, thiab nws tshuaj xyuas txog tej kev siv zog ntawm ntau tus neeg ua haujlwm sib txawv los tsim kho yav tom ntej ntawm lub ntiaj teb.</w:t>
      </w:r>
    </w:p>
    <w:p>
      <w:pPr>
        <w:pStyle w:val="ArticleBody"/>
        <w:jc w:val="left"/>
      </w:pPr>
      <w:r>
        <w:rPr>
          <w:rFonts w:ascii="Times New Roman" w:hAnsi="Times New Roman" w:eastAsia="Times New Roman" w:cs="Times New Roman"/>
        </w:rPr>
        <w:t>Martin hais kom pom meej txog qhov tseem ceeb ntawm txoj Kev Ntseeg Kas Tos Liv ua ib lub zog hauv kev nom kev tswv thiab kev sib raug zoo ntawm haiv neeg thoob ntiaj teb. Nws sib cav hais tias lub Koom Txoos Kas Tos Liv, nyob hauv txoj kev coj noj coj ua ntawm Pope John Paul II, tau ua ib tes dej num tseem ceeb heev hauv kev teeb tsa txoj kev khiav ntawm keeb kwm nyob rau lub caij nyoog ntawd thiab hauv kev cuam tshuam rau qhov txiaj ntsig kawg ntawm Tsov Rog Txias. Nws muab John Paul txoj kev cuam tshuam tso rau hauv lub ntsiab lus ntawm cov kev tshwm sim ntawm Niam Mab Liab ntawm Fatima, Portugal, thiab nws taw qhia txog qhov kev cuam tshuam ntawm Fatima rau tej xwm txheej thoob ntiaj teb thiab lub luag hauj lwm ntawm lub Koom Txoos Kas Tos Liv hauv kev teeb tsa txoj kev khiav ntawm keeb kwm. Martin pom zoo hais tias tej xwm txheej ntawm Fatima muaj tej yam cuam tshuam tseem ceeb txog yav tom ntej raws li lus faj lem thiab hais txog kev nom kev tswv ntawm haiv neeg, tshwj xeeb tshaj yog nyob rau hauv lub ntsiab lus ntawm tiam Tsov Rog Txias.</w:t>
      </w:r>
    </w:p>
    <w:p>
      <w:pPr>
        <w:pStyle w:val="ArticleBody"/>
        <w:jc w:val="left"/>
      </w:pPr>
      <w:r>
        <w:rPr>
          <w:rFonts w:ascii="Times New Roman" w:hAnsi="Times New Roman" w:eastAsia="Times New Roman" w:cs="Times New Roman"/>
        </w:rPr>
        <w:t>Martin tshuaj xyuas peb lo lus zais ntawm Fatima, uas tau hais tias Nkauj Xwb Mab Liab tau qhia rau peb tug menyuam yug yaj hluas nyob Fatima xyoo 1917. Nws qhia tias lo lus zais thib peb, uas thaum chiv thawj Vatican tau ceev cia ua qhov zais thiab tsuas yog muab nthuav tawm xyoo 2000 xwb, muaj tej lus ceeb toom txog hnub kawg hais txog yav tom ntej ntawm lub Koom Txoos Kas Tos Liv thiab lub ntiajteb. Martin sib cav tias tej xwm txheej ntawm Fatima, nrog rau tej kev tshwm sim thiab cov lus uas Nkauj Xwb Mab Liab tau xa los, muaj qhov tseem ceeb loj rau kev nom kev tswv thoob ntiajteb thiab rau kev tawm tsam ntawm kev ntseeg liab thiab kev peev nyiaj txiag nyob rau tiam Tsov Rog Txias.</w:t>
      </w:r>
    </w:p>
    <w:p>
      <w:pPr>
        <w:pStyle w:val="ArticleBody"/>
        <w:jc w:val="left"/>
      </w:pPr>
      <w:r>
        <w:rPr>
          <w:rFonts w:ascii="Times New Roman" w:hAnsi="Times New Roman" w:eastAsia="Times New Roman" w:cs="Times New Roman"/>
        </w:rPr>
        <w:t>Martin hais txog lub luag hauj lwm ntawm Pope John Paul II ua ib tug neeg tseem ceeb hauv kev ua kom tiav cov lus faj lem ntawm Fatima. Nws qhia tias John Paul II tau pom nws tus kheej ua tus “npis sov hnav dawb” uas tau hais txog hauv daim zais thib peb ntawm Fatima, thiab tias nws tau saib nws txoj hauj lwm ua pope raws li ib txoj haujlwm tshaj xo los tawm tsam cov hwj chim ntawm kev phem thiab txhawb kev rov tsim kho sab ntsuj plig nyob hauv lub Koom Txoos Kas Tos Liv thiab hauv zej zog dav dav.</w:t>
      </w:r>
    </w:p>
    <w:p>
      <w:pPr>
        <w:pStyle w:val="ArticleBody"/>
        <w:jc w:val="left"/>
      </w:pPr>
      <w:r>
        <w:rPr>
          <w:rFonts w:ascii="Times New Roman" w:hAnsi="Times New Roman" w:eastAsia="Times New Roman" w:cs="Times New Roman"/>
        </w:rPr>
        <w:t>Martin hais tias cov lus ntawm Fatima tau hais qhia tshwj xeeb txog qhov tseem ceeb ntawm kev ua rog sab ntsuj plig thiab txog qhov uas lub Koom Txoos Kas Tos Liv yuav tsum tawm tsam cov hwj chim ntawm kev phem, ob sab hauv thiab sab nraum lub Koom Txoos. Nws sib cav tias tej xwm txheej ntawm Fatima tau muab ib lub hauv paus ntsuj plig thiab kev coj ncaj ncees los pab nkag siab thiab teb rau cov kev nyuaj uas tib neeg tab tom ntsib hauv lub ntiaj teb niaj hnub no. Cov lus ntawm Fatima sawv cev rau Xatas txoj lus uas cob qhia Kas Tos Liv kom lees txais Xatas ua Khetos, thaum nws “ua txuj sawv cev” ua Khetos nyob rau hauv txoj cai Hnub Caiv uas yuav los sai sai no.</w:t>
      </w:r>
    </w:p>
    <w:p>
      <w:pPr>
        <w:pStyle w:val="ArticleScripture"/>
        <w:jc w:val="left"/>
      </w:pPr>
      <w:r>
        <w:rPr>
          <w:rFonts w:ascii="Times New Roman" w:hAnsi="Times New Roman" w:eastAsia="Times New Roman" w:cs="Times New Roman"/>
        </w:rPr>
        <w:t>“Xatas yuav ua txuj ci tseem ceeb kom dag ntxias cov uas nyob saum lub ntiajteb no. Kev ntseeg dab yuav ua nws tes haujlwm los ntawm kev ua kom cov neeg tuag raug sawv cev ua neeg ciaj sia. Cov koomhaum kev ntseeg uas tsis kam mloog Vajtswv tej lus ceeb toom yuav poob rau hauv kev dag ntxias loj heev, thiab yuav koom tes nrog lub hwjchim pej xeem kom tsim txom cov neeg dawb huv. Cov pawg ntseeg Protestant yuav koom nrog lub hwjchim papal hauv kev tsim txom Vajtswv haiv neeg uas ceev rawv cov lus txib. Qhov no yog lub hwjchim uas tsim los ua lub txheej txheem loj ntawm kev tsim txom, uas yuav siv kev tswj hwm sab ntsuj plig ua kev quab yuam rau neeg tej siab ntsws.”</w:t>
      </w:r>
    </w:p>
    <w:p>
      <w:pPr>
        <w:pStyle w:val="ArticleScripture"/>
        <w:jc w:val="left"/>
      </w:pPr>
      <w:r>
        <w:rPr>
          <w:rFonts w:ascii="Times New Roman" w:hAnsi="Times New Roman" w:eastAsia="Times New Roman" w:cs="Times New Roman"/>
        </w:rPr>
        <w:t>“‘Nws muaj ob tug kub zoo li ib tug yaj, thiab nws hais lus zoo li ib tug zaj.’ Txawm yog lawv tshaj tawm tias lawv yog cov raws tus Menyuam Yaj ntawm Vajtswv qab, los tibneeg kuj raug tsau puv npo los ntawm tus zaj tus ntsuj plig. Lawv tshaj tawm tias lawv yog cov siab mos siab muag thiab txo hwjchim, tiam sis lawv hais lus thiab tsim kev cai raws li Xatas tus ntsuj plig, qhia tawm los ntawm lawv tej haujlwm tias lawv yog qhov txawv kiag ntawm yam uas lawv tshaj tawm tias lawv yog. Lub hwjchim zoo li menyuam yaj no koom nrog tus zaj los ua rog tawm tsam cov uas ceev Vajtswv tej lus txib thiab muaj Yexus Khetos zaj lus timkhawv. Thiab Xatas kuj koom nrog cov Protestants thiab cov papists, ua haujlwm sib haum nrog lawv ib yam li nws yog tus vajtswv ntawm lub ntiajteb no, txib kom tibneeg raws li yog lawv yog cov pejxeem hauv nws lub tebchaws, kom raug nws tuav, kav, thiab tswj raws nraim li nws xav.”</w:t>
      </w:r>
    </w:p>
    <w:p>
      <w:pPr>
        <w:pStyle w:val="ArticleScripture"/>
        <w:jc w:val="left"/>
      </w:pPr>
      <w:r>
        <w:rPr>
          <w:rFonts w:ascii="Times New Roman" w:hAnsi="Times New Roman" w:eastAsia="Times New Roman" w:cs="Times New Roman"/>
        </w:rPr>
        <w:t>“Yog tibneeg tsis kam pom zoo los tsuj rawv Vajtswv tej lus txib rau hauv qab taw, ces tus ntsuj plig ntawm tus zaj tau raug qhia tawm. Lawv raug kaw, raug coj mus sawv ntawm tej rooj sablaj, thiab raug nplua nyiaj. ‘Nws ua kom sawvdaws, tsis hais cov me thiab cov loj, cov nplua nuj thiab cov pluag, cov ywj siab thiab cov qhev, txais ib lub cim rau ntawm lawv sab tes xis, lossis rau ntawm lawv hauv pliaj’ [Revelation 13:16]. ‘Nws muaj hwjchim pub sia rau tus tsiaj qus tus mlom, xwv kom tus tsiaj qus tus mlom hais tau lus, thiab ua kom txhua tus uas tsis pe tus tsiaj qus tus mlom raug tua’ [nqe 15]. Yog li no Xatas txeeb Yehauvas tej cai tshwjxeeb rau nws tus kheej. Tus neeg ntawm txoj kev txhaum zaum hauv Vajtswv lub chaw, tshaj tawm nws tus kheej tias yog Vajtswv, thiab ua haujlwm nyob siab dua Vajtswv.” Manuscript Releases, volume 14, 162.</w:t>
      </w:r>
    </w:p>
    <w:p>
      <w:pPr>
        <w:pStyle w:val="ArticleBody"/>
        <w:jc w:val="left"/>
      </w:pPr>
      <w:r>
        <w:rPr>
          <w:rFonts w:ascii="Times New Roman" w:hAnsi="Times New Roman" w:eastAsia="Times New Roman" w:cs="Times New Roman"/>
        </w:rPr>
        <w:t>Tus Antichrist yog ib lub cim sawv cev rau ob leeg—tus pope ntawm Rome, thiab Xatas—vim tus pope ntawm Rome yog Xatas tus sawv cev hauv ntiajteb. “Yog li no Xatas txeeb Yehauvas tej cai tshwjxeeb los ua nws tug. Tus neeg ntawm txojkev txhaum zaum rau hauv Vajtswv lub chaw zaum, tshaj tawm nws tus kheej tias yog Vajtswv, thiab ua yam siab dua Vajtswv.” Xatas muaj lub hom phiaj tias thaum nws txeeb tau txojkev tswj kav lawm nws yuav tswj lub ntiajteb kom kawg nkaus, xwv kom nws yuav txib “rau tibneeg ib yam li lawv yog cov pejxeem hauv nws lub nceeg vaj, kom raug tuav, kav, thiab tswj raws li nws siab nyiam.” Txhawm rau kom muaj ib lub zwm txwv kev ntseeg uas nws yuav kav tawm ntawm ntawd los, nws thiaj tsim lub Koom Txoos Kas Tos Liv, thiab txhawm rau kom muaj ib lub zwm txwv kev nom kev tswv uas nws yuav kav tawm ntawm ntawd los, nws thiaj tsim lub United Nations.</w:t>
      </w:r>
    </w:p>
    <w:p>
      <w:pPr>
        <w:pStyle w:val="ArticleScripture"/>
        <w:jc w:val="left"/>
      </w:pPr>
      <w:r>
        <w:rPr>
          <w:rFonts w:ascii="Times New Roman" w:hAnsi="Times New Roman" w:eastAsia="Times New Roman" w:cs="Times New Roman"/>
        </w:rPr>
        <w:t>“Qhov kev sib haum xeeb no nruab nrab ntawm kev teev dab mlom thiab kev ntseeg Khetos tau ua rau muaj kev loj hlob ntawm ‘tus neeg ntawm kev txhaum’ uas tau raug hais tseg ua ntej hauv lus faj lem tias yuav tawm tsam thiab tsa nws tus kheej siab tshaj Vajtswv. Txoj kev cai dab qhuas cuav loj kawg ntawd yog ib qho hauj lwm zoo tshaj plaws ntawm Xatas lub hwj chim—ib lub cim nco txog nws txoj kev siv zog los tsa nws tus kheej zaum saum lub zwm txwv kom kav lub ntiaj teb raws li nws lub siab nyiam.” The Great Controversy, 50.</w:t>
      </w:r>
    </w:p>
    <w:p>
      <w:pPr>
        <w:pStyle w:val="ArticleBody"/>
        <w:jc w:val="left"/>
      </w:pPr>
      <w:r>
        <w:rPr>
          <w:rFonts w:ascii="Times New Roman" w:hAnsi="Times New Roman" w:eastAsia="Times New Roman" w:cs="Times New Roman"/>
        </w:rPr>
        <w:t>Qhov txuj ci tseem ceeb ntawm Fatima, thiab nws txoj lus faj lem uas yog los ntawm Xatas, yog yam Xatas tau siv los npaj ib qho chaw txheej xwm faj lem uas tso cai rau Kev Ntseeg Kas Tos Liv kom ceev nrooj muab lawv pawg ntseeg zwm rau hauv nws txoj kev tswj hwm, thaum nws tshwm los thiab coj yam ntxwv ua Khetos. Nws txoj kev coj yam ntxwv ua Khetos pib thaum txoj cai hnub Sunday uas yuav los sai sai no, uas raug sawv cev hauv nqe kaum rau, nqe nees nkaum ob, nqe peb caug ib, thiab nqe plaub caug ib ntawm Daniyee tshooj kaum ib.</w:t>
      </w:r>
    </w:p>
    <w:p>
      <w:pPr>
        <w:pStyle w:val="ArticleScripture"/>
        <w:jc w:val="left"/>
      </w:pPr>
      <w:r>
        <w:rPr>
          <w:rFonts w:ascii="Times New Roman" w:hAnsi="Times New Roman" w:eastAsia="Times New Roman" w:cs="Times New Roman"/>
        </w:rPr>
        <w:t>“Los ntawm tsab cai uas yuam kom tsa lub hwj chim Papacy, uas yog kev ua txhaum rau Vajtswv txoj kevcai, peb haiv neeg yuav txiav nws tus kheej tawm mus kom puv npo ntawm txoj kev ncaj ncees. Thaum Protestantism yuav ncab nws txhais tes hla lub kwj deg tob mus tuav tes nrog lub hwj chim Roman, thaum nws yuav ncav hla lub hav tob tsis muaj chaw kawg mus koom tes nrog Kev Ntseeg Dab, thaum, nyob rau hauv lub hwj chim ntawm qhov kev sib koom ua peb npaug no, peb lub tebchaws yuav tsis lees txais txhua lub hauv paus ntsiab lus ntawm nws Txoj Cai Lij Choj raws li ib tsoomfwv Protestant thiab republican, thiab yuav npaj txoj kev rau kev nthuav tawm tej lus dag thiab tej kev dag ntxias ntawm papacy, ces peb thiaj paub tau tias lub sijhawm twb los txog rau Xatas txoj haujlwm loj kawg uas ua yam txaus ntshai kawg, thiab tias hnub kawg twb nyob ze lawm.” Testimonies, volume 5, 451.</w:t>
      </w:r>
    </w:p>
    <w:p>
      <w:pPr>
        <w:pStyle w:val="ArticleBody"/>
        <w:jc w:val="left"/>
      </w:pPr>
      <w:r>
        <w:rPr>
          <w:rFonts w:ascii="Times New Roman" w:hAnsi="Times New Roman" w:eastAsia="Times New Roman" w:cs="Times New Roman"/>
        </w:rPr>
        <w:t>Thaum txog txoj cai Hnub Caiv hauv Tebchaws Meskas, “lub sij hawm twb los txog rau txoj hauj lwm uas Xatas ua yam txaus xav tsis thoob.” Hauv Tshwmsim tshooj kaum peb, nqe kaum ib, Tebchaws Meskas “hais lus” zoo li ib tug zaj, thiab tom qab ntawd hauv nqe kaum peb, uas tsuas yog qhia kom paub tias muaj dab tsi tshwm sim thaum Tebchaws Meskas “hais lus,” los ntawm kev tshaj tawm txoj cai Hnub Caiv, Xatas tshwm los hu kom hluav taws nqes saum ntuj los.</w:t>
      </w:r>
    </w:p>
    <w:p>
      <w:pPr>
        <w:pStyle w:val="ArticleScripture"/>
        <w:jc w:val="left"/>
      </w:pPr>
      <w:r>
        <w:rPr>
          <w:rFonts w:ascii="Times New Roman" w:hAnsi="Times New Roman" w:eastAsia="Times New Roman" w:cs="Times New Roman"/>
        </w:rPr>
        <w:t>“Vajtswv ntawm Vajtswv, nrog lawv tej ntsej muag ci ntsa iab thiab kaj lug vim kev fij dawb huv, yuav maj nroos ntawm ib qhov chaw mus rau lwm qhov chaw kom tshaj tawm txoj xov ntawm saum ntuj ceeb tsheej. Los ntawm ntau txhiab lub suab, thoob plaws lub ntiaj teb, lo lus ceeb toom yuav raug muab tshaj tawm. Tej txuj ci tseem ceeb yuav raug ua, cov neeg mob yuav raug kho kom zoo, thiab tej cim thiab tej yam txaus ntshai yuav raws cov ntseeg qab. Xatas los kuj ua haujlwm, nrog tej txuj ci dag ntxias, txawm coj hluav taws nqes saum ntuj los rau ntawm tib neeg lub xub ntiag. Tshwm Sim 13:13. Yog li no cov neeg nyob hauv lub ntiaj teb yuav raug coj los xaiv lawv txoj hauj lwm.” The Great Controversy, 611, 612.</w:t>
      </w:r>
    </w:p>
    <w:p>
      <w:pPr>
        <w:pStyle w:val="ArticleBody"/>
        <w:jc w:val="left"/>
      </w:pPr>
      <w:r>
        <w:rPr>
          <w:rFonts w:ascii="Times New Roman" w:hAnsi="Times New Roman" w:eastAsia="Times New Roman" w:cs="Times New Roman"/>
        </w:rPr>
        <w:t>Cov lus ceeb toom ntawm Fatima tau raug lees paub los ntawm ib qho txuj ci tseem ceeb uas cov ntawv xov xwm ntawm tsoom fwv tsis ntseeg Vajtswv—uas tau tuaj koom qhov xwm txheej ntawd kom tsis lees cov lus thov uas tau raug hais tawm txog tus uas hu ua Nkauj Ntxawm Mab Liab tuaj xyuas peb tug me nyuam rau hnub kaum peb ntawm txhua hli txij lub Tsib Hlis mus txog rau txuj ci tseem ceeb hnub Kaum Hli 13, 1917—tau ua tim khawv txog. Txhua lub koom haum xov xwm tsis ntseeg Vajtswv uas nyob hauv Fatima thaum lub sijhawm ntawm txuj ci tseem ceeb ntawd tau lees paub qhov xwm txheej ntawd. Nws yog ib qho txuj ci tseem ceeb tiag tiag (ntawm Xatas).</w:t>
      </w:r>
    </w:p>
    <w:p>
      <w:pPr>
        <w:pStyle w:val="ArticleBody"/>
        <w:jc w:val="left"/>
      </w:pPr>
      <w:r>
        <w:rPr>
          <w:rFonts w:ascii="Times New Roman" w:hAnsi="Times New Roman" w:eastAsia="Times New Roman" w:cs="Times New Roman"/>
        </w:rPr>
        <w:t>Raws li Malachi Martin tau qhia tseg hauv nws phau ntawv, Pope John Paul raug coj los ntawm nws txoj kev mob siab rau Mary ntawm Fatima. Cov lus faj lem zais cia ntawm Fatima, uas tsis tau muab qhia tawm mus txog xyoo 2000, yeej yog ib lo lus faj lem los ntawm Xatas; tiam sis nyob rau hnub kawg Yexus rov ua dua tej xwm txheej ntawm thawj hnub. Phau ntawv qub tshaj plaws hauv Phau Vajlugkub, yog thawj phau ntawv uas Mauxes tau sau, yog phau ntawv Yauj; thiab phau ntawv ntawd qhia tias Yauj, uas sawv cev rau ib puas plaub caug plaub txhiab leej, vim txhua lo lus faj lem tau ua tiav kom zoo tshaj plaws hauv hnub kawg. Xatas, hauv zaj keeb kwm ntawm Yauj, raug tso cai kom coj kev tuag thiab kev puas tsuaj los rau saum Yauj, rau lub hom phiaj los sim Yauj. Cov txuj ci tseem ceeb uas Xatas raug tso cai ua kom tiav hauv hnub kawg, yog txuj ci tseem ceeb tiag tiag. Lawv yog txuj ci tseem ceeb ntawm Xatas, tiam sis Vajtswv tau tso cai rau Xatas kom ua tiav nws txoj haujlwm kawg uas yog lub kaus mom, rau tib lub hom phiaj uas Nws tau tso cai rau Xatas sim Yauj.</w:t>
      </w:r>
    </w:p>
    <w:p>
      <w:pPr>
        <w:pStyle w:val="ArticleScripture"/>
        <w:jc w:val="left"/>
      </w:pPr>
      <w:r>
        <w:rPr>
          <w:rFonts w:ascii="Times New Roman" w:hAnsi="Times New Roman" w:eastAsia="Times New Roman" w:cs="Times New Roman"/>
        </w:rPr>
        <w:t>“Coob tus siv zog piav txog tej kev tshwm sim ntawm sab ntsuj plig los ntawm kev muab tag nrho rau kev dag ntxias thiab kev ua khawv khuav ntawm tus medium. Tiamsis txawm yog qhov tseeb tias tej txiaj ntsig ntawm kev ua dag ntxias yeej feem ntau raug muab nthuav tawm ua tej kev tshwm sim tiag, los kuj yeej muaj thiab tej kev nthuav qhia pom tseeb txog hwj chim tshaj ntuj tsim. Lub suab nrov npuaj nrov nroo uas muaj qhov zais ntshis, uas yog yam uas kev ntseeg spiritualism niaj hnub no pib los ntawm, tsis yog qhov tshwm sim ntawm tibneeg kev dag lossis kev txawj ntxias, tiam sis yog hauj lwm ncaj qha ntawm cov tim tswv phem, uas los ntawm qhov no tau coj los qhia ib qho ntawm tej kev ntxias ua kom plig puam tsuaj uas tau ua tiav tshaj plaws. Coob leej yuav raug ntxias nkag rau hauv lub cuab vim txoj kev ntseeg tias spiritualism tsuas yog ib hom kev dag ntxias ntawm tibneeg xwb; thaum lawv raug coj los ntsib tim ntsej tim muag nrog tej kev tshwm sim uas lawv tsis muaj peev xwm tsis lees tias yog yam tshaj ntuj tsim, lawv yuav raug dag ntxias, thiab yuav raug coj kom lees txais tej ntawd tias yog lub hwj chim loj ntawm Vajtswv.</w:t>
      </w:r>
    </w:p>
    <w:p>
      <w:pPr>
        <w:pStyle w:val="ArticleScripture"/>
        <w:jc w:val="left"/>
      </w:pPr>
      <w:r>
        <w:rPr>
          <w:rFonts w:ascii="Times New Roman" w:hAnsi="Times New Roman" w:eastAsia="Times New Roman" w:cs="Times New Roman"/>
        </w:rPr>
        <w:t>“Cov neeg no tsis quav ntsej txog Vajlugkub tej lus tim khawv hais txog tej yam txuj ci tseem ceeb uas Xatas thiab nws cov neeg sawv cev tau ua. Yog los ntawm kev pab ntawm Xatas uas Falau cov kws ua khawv koob thiaj li muaj peev xwm ua cuav raws li Vajtswv tes hauj lwm. Povlauj ua tim khawv tias ua ntej Khetos txoj kev los zaum ob yuav muaj tej kev tshwm sim zoo ib yam ntawm Xatas lub hwj chim. Tus Tswv txoj kev los yuav raug ua ntej los ntawm ‘Xatas txoj kev ua hauj lwm nrog txhua yam hwj chim thiab tej cim thiab tej txuj ci dag, thiab nrog txhua yam kev ntxias ntawm kev tsis ncaj ncees.’ 2 Thexalaunikes 2:9,10. Thiab tus timthawj Yauhas, thaum piav txog lub hwj chim ua txuj ci tseem ceeb uas yuav raug tshwm sim rau hnub kawg, tshaj tawm tias: ‘Nws ua tej yam txuj ci tseem ceeb loj, txawm ua rau hluav taws nqis saum ntuj los rau hauv ntiajteb no rau ntawm neeg pom, thiab dag ntxias cov uas nyob saum npoo av los ntawm tej txuj ci tseem ceeb ntawd uas nws muaj hwj chim ua.’ Tshwmsim 13:13, 14. Tsis yog tsuas yog tej kev dag ntxias xwb uas raug qhia tseg nyob ntawm no. Tibneeg raug dag los ntawm tej txuj ci tseem ceeb uas Xatas cov neeg sawv cev muaj hwj chim ua, tsis yog tej uas lawv tsuas ua txuj hais tias ua tau.” The Great Controversy, 553.</w:t>
      </w:r>
    </w:p>
    <w:p>
      <w:pPr>
        <w:pStyle w:val="ArticleBody"/>
        <w:jc w:val="left"/>
      </w:pPr>
      <w:r>
        <w:rPr>
          <w:rFonts w:ascii="Times New Roman" w:hAnsi="Times New Roman" w:eastAsia="Times New Roman" w:cs="Times New Roman"/>
        </w:rPr>
        <w:t>Cov lus ntawm Fatima hauv phau ntawv ntawm Malachi Martin raug nthuav tawm ua lub qauv yaj saub ntawm Kev Ntseeg Kas Tos Liv nyob rau hnub kawg, nyob rau hauv kev txuas nrog ib qho kev tawm tsam sab hauv lub Koom Txoos, uas yuav raug sawv cev tau tias yog tus pope zoo tawm tsam tus pope phem, los sis tus pope khaws cia kev qhuab qhia qub tawm tsam tus pope ywj pheej. Tus pope khaws cia kev qhuab qhia qub, thiab raws li Martin txoj kev nyeem txog txuj ci tseem ceeb ntawd, tus pope zoo, tsa nws txoj kev to taub rau saum Pawg Sab Laj Vatican Thawj, uas kuj hu ua Vatican I, uas tau muaj txij hnub tim 8 lub Kaum Ob Hlis, 1869 mus txog hnub tim 20 lub Xya Hli, 1870, raug hu los ntawm Pope Pius IX thiab feem ntau tsom rau kev txhais kom meej txog txoj lus qhuab qhia tsis yuam kev ntawm tus pope thiab los daws ntau yam teeb meem kev teev ntuj thiab kev qhuab qhia uas lub Koom Txoos Kas Tos Liv tab tom ntsib rau lub sijhawm ntawd. Pawg Sab Laj Vatican Ob, uas feem ntau hu ua Vatican II, tau muaj ntau xyoo tom qab, txij hnub tim 11 lub Kaum Hli, 1962 mus txog hnub tim 8 lub Kaum Ob Hlis, 1965. Nws raug hu los ntawm Pope John XXIII thiab raug txuas ntxiv los ntawm Pope Paul VI tom qab John XXIII tas sim neej.</w:t>
      </w:r>
    </w:p>
    <w:p>
      <w:pPr>
        <w:pStyle w:val="ArticleBody"/>
        <w:jc w:val="left"/>
      </w:pPr>
      <w:r>
        <w:rPr>
          <w:rFonts w:ascii="Times New Roman" w:hAnsi="Times New Roman" w:eastAsia="Times New Roman" w:cs="Times New Roman"/>
        </w:rPr>
        <w:t>Raws li Martin tau hais, cov hnub kawg ntawm Catholicism qhia txog kev tawm tsam ntawm qhov kev tsis yuam kev thiab txoj cai ua thawj ntawm lub koom txoos Rome raws li tau muab teev tseg hauv Vatican I, tawm tsam rau txoj kev ywj pheej tshiab uas tam sim no tab tom tshwm los ntawm Francis tus “woke-pope,” thiab raug sawv cev nyob hauv cov ntaub ntawv ntawm Vatican II. Martin hais tias nyob hauv txoj kev tawm tsam rau ob txoj kev no ntawm kev tswj hwm lub koom txoos, tsov rog ntiaj teb zaum peb tawg tawm, thiab Yexus rov qab los, nqes los rau saum ntuj los rau hauv ntiaj teb thiab muab Nws txoj koob hmoov rau saum tus pope zoo thiab txais lub zwm txwv ntawm lub koom txoos Catholic.</w:t>
      </w:r>
    </w:p>
    <w:p>
      <w:pPr>
        <w:pStyle w:val="ArticleBody"/>
        <w:jc w:val="left"/>
      </w:pPr>
      <w:r>
        <w:rPr>
          <w:rFonts w:ascii="Times New Roman" w:hAnsi="Times New Roman" w:eastAsia="Times New Roman" w:cs="Times New Roman"/>
        </w:rPr>
        <w:t>Hauv nqe kaum peb txog kaum tsib ntawm Daniyee kaum ib, keeb kwm uas tam sim ntawd los ua ntej txoj cai hnub Sunday hauv nqe kaum rau, piav txog tsov rog thib peb thiab zaum kawg ntawm cov tsov rog sawv cev. Nws yog tsov rog uas los tom qab Putin txoj kev yeej hauv nqe kaum ib thiab kaum ob, tiam sis nyob hauv nruab nrab ntawm peb nqe ntawd, nqe kaum plaub qhia txog lub sijhawm uas Catholicism nkag los rau hauv keeb kwm ntawm hnub kawg.</w:t>
      </w:r>
    </w:p>
    <w:p>
      <w:pPr>
        <w:pStyle w:val="ArticleBody"/>
        <w:jc w:val="left"/>
      </w:pPr>
      <w:r>
        <w:rPr>
          <w:rFonts w:ascii="Times New Roman" w:hAnsi="Times New Roman" w:eastAsia="Times New Roman" w:cs="Times New Roman"/>
        </w:rPr>
        <w:t>Raws li Yaxayas hais, tus niam ntiav ntawm Loos raug hnov qab thaum lub sijhawm cim uas yog xya caum xyoo ntawm txoj kev kav ntawm lub nceeg vaj thib rau hauv Vajlugkub tej lus faj lem. Thawj zaug uas txoj kev ua papas tau raug tsa los kav saum lub ntiaj teb hauv xyoo 538, tus cim qhia txoj kev uas los ua ntej nws raug tsa los kav yog txoj cai txib ntawm Justinian hauv xyoo 533.</w:t>
      </w:r>
    </w:p>
    <w:p>
      <w:pPr>
        <w:pStyle w:val="ArticleBody"/>
        <w:jc w:val="left"/>
      </w:pPr>
      <w:r>
        <w:rPr>
          <w:rFonts w:ascii="Times New Roman" w:hAnsi="Times New Roman" w:eastAsia="Times New Roman" w:cs="Times New Roman"/>
        </w:rPr>
        <w:t>Keeb kwm uas nyob ib ncig ntawm Justinian txoj kev cai lij choj qhia meej tias Justinian nrhiav kev sib sau ua ke nws txoj kev tswj hwm nws lub nceeg vaj los ntawm kev coj kom xaus rau qhov kev sib cav txog kev ntseeg uas tau ua rau muaj kev kub ntxhov hauv lub nceeg vaj. Qhov kev sib cav ntawd yog hais tias puas yog pawg ntseeg hauv Constantinople nyob sab hnub tuaj, los yog pawg ntseeg hauv Rome nyob sab hnub poob, yog lub taub hau ntawm pawg ntseeg uas hu ua Khetos. Hauv nqe kaum peb, tus thawj tswj hwm kawg ntawm Tebchaws Meskas yuav ntsib ib qho kev tsis sib haum uas yuam nws kom taug raws li keeb kwm ntawm Justinian, thiab tshaj tawm tias lub Koom Txoos Kas Tos Liv yog lub taub hau ntawm cov koom txoos, thiab yog tus kho cov neeg yuam kev, kom thiaj tsim tau txoj kev txhawb nqa nom tswv uas tsim nyog los sib sau ua ke nws lub hwj chim.</w:t>
      </w:r>
    </w:p>
    <w:p>
      <w:pPr>
        <w:pStyle w:val="ArticleBody"/>
        <w:jc w:val="left"/>
      </w:pPr>
      <w:r>
        <w:rPr>
          <w:rFonts w:ascii="Times New Roman" w:hAnsi="Times New Roman" w:eastAsia="Times New Roman" w:cs="Times New Roman"/>
        </w:rPr>
        <w:t>Peb tsis txhob tso siab rau ib qho kev ntseeg siab twg hauv cov lus twv phem uas yog Xatas li ntawm Fatima, tiam sis peb raug hu kom pom qhov uas raug tshwm tawm hauv Vajtswv Txojlus. Thaum pib ntawm xyoo pua nees nkaum, ob lub kub ntawm tus tsiaj qus hauv ntiajteb nkag mus rau hauv lawv tiam thib peb, uas yog tiam ntawm kev sib haum xeeb nrog kev tso tseg txoj cai. Lub kub Republican tau muab nws txoj kev tswj nyiaj txiag rau cov neeg txhab nyiaj ntawm lub ntiajteb, uas taug lawv keeb kwm rov qab mus rau lub tsev ntawm Daim Phiaj Liab, yog cov Rothschilds, thiab nws txoj kev txuas uas tsis meej pem nrog cov Illuminati, Freemasonry, cov koom haum zais, thiab pawg Jesuit. Muam White ceeb toom ncaj qha txog cov koomhaum no. Nyob rau tib lub sijhawm ntawd Laodicean Adventism, raws li lub kub Protestant, tau muab nws cov tsev kawm ntawv thiab tej koomhaum kev ntseeg rau txoj kev tswj kav ntawm lub ntiajteb.</w:t>
      </w:r>
    </w:p>
    <w:p>
      <w:pPr>
        <w:pStyle w:val="ArticleBody"/>
        <w:jc w:val="left"/>
      </w:pPr>
      <w:r>
        <w:rPr>
          <w:rFonts w:ascii="Times New Roman" w:hAnsi="Times New Roman" w:eastAsia="Times New Roman" w:cs="Times New Roman"/>
        </w:rPr>
        <w:t>Nyob rau tib lub sijhawm ntawd, tus vajntxwv niaj hnub no ntawm sab qab teb pib nws keeb kwm nrog Kev Tawm Tsam Lavxias, thiab tus vajntxwv niaj hnub no ntawm sab qaum teb pib nws keeb kwm nrog txujci tseem ceeb ntawm Fatima. Raws li Malachi Martin hais meej hauv nws phau ntawv, dhau qhov kev tawm tsam sab hauv ntawm tus pope zoo thiab tus pope phem lawm, tej lus ceebtoom ntawm Fatima tau qhia txog kev tawm tsam ntawm Kev Ntseeg Kas Tos Liv tawm tsam kev tsis ntseeg Vajtswv feem ntau, tiam sis tshwj xeeb tshaj yog tawm tsam kev tsis ntseeg Vajtswv ntawm Russia. Qhov zais cia uas tus pope xyoo 1917 yuav tsum ua raws ntawd muaj nyob hauv nws ib lo lus cog tseg (ntawm Xatas), tias yog tus pope hu ib rooj sibtham conclave thiab fij Russia rau Nkauj Ntshiab Mab Liab Nkauj Xwb, ces yuav tsis muaj tsov rog ntiaj teb zaum ob. Nws kuj tau qhia tias yog tus pope tsis kam, Russia yuav nthuav nws txoj kev xav mus dav kawg nkaus, thiab ces yuav muaj dua ib zaug ntxiv tsov rog ntiaj teb.</w:t>
      </w:r>
    </w:p>
    <w:p>
      <w:pPr>
        <w:pStyle w:val="ArticleBody"/>
        <w:jc w:val="left"/>
      </w:pPr>
      <w:r>
        <w:rPr>
          <w:rFonts w:ascii="Times New Roman" w:hAnsi="Times New Roman" w:eastAsia="Times New Roman" w:cs="Times New Roman"/>
        </w:rPr>
        <w:t>Tsov Rog Ntiaj Teb Zaum Ob tau muaj kev tsov rog ntawm Khetos Kav Tos Liv tawm tsam kev Communist ntawm Russia. Cov tub rog sawv cev uas Khetos Kav Tos Liv siv hauv txoj kev tsov rog ntawd yog Nazi Germany. Lub hwj chim papacy ib txwm siv cov tub rog sawv cev. Xyoo 1933 lub koom txoos Khetos Kav Tos Liv, los ntawm txoj haujlwm ntawm Cardinal Pacelli, tau kos npe rau ib daim concordat nrog Adolph Hitler uas pub rau Hitler los tuav txoj kev tswj hwm ntawm Germany, thiab raws li Hitler tus kheej zaj lus tim khawv, daim ntawv cog lus (concordat) ntawd yog yam uas pub rau Hitler daws tau lo lus nug txog cov Yudais. Cov Nazi yog cov tub rog sawv cev ntawm papacy tawm tsam Russia uas tsis lees paub Vajtswv hauv Tsov Rog Ntiaj Teb Zaum Ob, thiab hauv qhov kev sib ntaus zaum ob ntawm cov kev tsov rog sawv cev ntawd, uas tam sim no tab tom raug ua kom tiav nyob hauv Ukraine, nws tab tom raug ua los ntawm lwm pab tub rog Nazi sawv cev.</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“Los ntawm ob txoj kev yuam kev loj—txoj kev ntseeg tias tus ntsuj plig tsis txawj tuag thiab kev tuav hnub Sunday ua hnub dawb huv—Xatas yuav coj cov neeg los poob rau hauv nws tej kev dag ntxias. Thaum qhov thawj ua lub hauv paus rau kev ntseeg dab, qhov tom qab tsim kev sib raug zoo nrog Loos. Cov Protestant hauv Tebchaws Meskas yuav yog cov ua ntej tshaj plaws ncab tes hla lub kwj deg kom tuav tes nrog kev ntseeg dab; lawv yuav ncav tes hla lub chaw tob tsis muaj qab kom los koom tes nrog lub hwj chim Loos; thiab nyob rau hauv txoj kev cuam tshuam ntawm txoj kev sib koom peb txheej no, lub tebchaws no yuav taug raws li Loos cov kauj ruam hauv kev tsuj hwm txoj cai ntawm lub siab dawb paug.”</w:t>
      </w:r>
    </w:p>
    <w:p>
      <w:pPr>
        <w:pStyle w:val="ArticleScripture"/>
        <w:jc w:val="left"/>
      </w:pPr>
      <w:r>
        <w:rPr>
          <w:rFonts w:ascii="Times New Roman" w:hAnsi="Times New Roman" w:eastAsia="Times New Roman" w:cs="Times New Roman"/>
        </w:rPr>
        <w:t>“Thaum txoj kev hu plig phem hajyam xyaum raws li txoj kev ntseeg Khetos uas tsuas muaj npe nyob rau niaj hnub no ntau zuj zus, nws hajyam muaj hwjchim los dag ntxias thiab ntes cuab. Xatas nws tus kheej yuav hloov siab los ntseeg, raws li txheej txheem tshiab ntawm tej xwm txheej niaj hnub no. Nws yuav tshwm los nyob hauv tus cwj pwm ntawm ib tug timtswv uas yog timtswv kaj. Los ntawm txoj kev ua haujlwm ntawm kev hu plig phem, yuav muaj tej txujci tseemceeb tshwm sim, cov neeg mob yuav raug kho kom zoo, thiab yuav muaj ntau yam txujci uas tsis muaj leejtwg yuav tsis lees tau raug ua. Thiab vim cov dab yuav lees hais tias lawv ntseeg phau Vajlugkub, thiab qhia kev hwm rau tej koom haum ntawm pawg ntseeg, lawv tes haujlwm yuav raug lees txais tias yog ib qho kev tshwm sim ntawm Vajtswv lub hwjchim.</w:t>
      </w:r>
    </w:p>
    <w:p>
      <w:pPr>
        <w:pStyle w:val="ArticleScripture"/>
        <w:jc w:val="left"/>
      </w:pPr>
      <w:r>
        <w:rPr>
          <w:rFonts w:ascii="Times New Roman" w:hAnsi="Times New Roman" w:eastAsia="Times New Roman" w:cs="Times New Roman"/>
        </w:rPr>
        <w:t>“Txoj kab uas cais cov Khixatia uas lees lub npe tawm ntawm cov neeg tsis ntseeg Vajtswv tam sim no twb yuav luag pom tsis txawv lawm. Cov tswvcuab hauv pawg ntseeg nyiam yam uas lub ntiajteb nyiam thiab npaj siab koom nrog lawv, thiab Xatas txiav txim siab yuav muab lawv los koom ua ib lub cev, thiab li no ua kom nws txoj hauj lwm muaj zog dua los ntawm kev cheb txhua tus mus rau hauv cov qeb ntawm kev ntseeg ntsujplig. Cov Papists, uas khav txog tej txuj ci tseem ceeb tias yog ib qho cim tseeb ntawm pawg ntseeg tseeb, yuav raug dag ntxias yooj yim los ntawm lub hwjchim ua tej txujci no; thiab cov Protestants, vim tau muab daim hlau thaiv ntawm qhov tseeb pov tseg lawm, kuj yuav raug ntxias dag thiab. Cov Papists, cov Protestants, thiab cov neeg ntiajteb yuav ib yam nkaus lees txais daim duab ntawm kev hwm Vajtswv uas tsis muaj hwjchim, thiab lawv yuav pom nyob hauv txoj kev sib koom no ib qho kev txav loj kawg rau kev hloov siab los ntseeg ntawm lub ntiajteb thiab rau kev coj los txog ntawm txhiab xyoo uas tau tos ntsoov ntev los lawm.”</w:t>
      </w:r>
    </w:p>
    <w:p>
      <w:pPr>
        <w:pStyle w:val="ArticleScripture"/>
        <w:jc w:val="left"/>
      </w:pPr>
      <w:r>
        <w:rPr>
          <w:rFonts w:ascii="Times New Roman" w:hAnsi="Times New Roman" w:eastAsia="Times New Roman" w:cs="Times New Roman"/>
        </w:rPr>
        <w:t>“Los ntawm kev ntseeg hu plig, Xatas tshwm los zoo li yog tus muaj siab pab rau tib neeg haiv neeg, kho cov kab mob ntawm cov pejxeem, thiab tshaj tawm tias nws tab tom nthuav ib txoj kab ke tshiab thiab siab dua ntawm txoj kev ntseeg; tiamsis tib lub sijhawm ntawd nws tab tom ua tus rhuav tshem. Nws tej kev ntxias tab tom coj coob leej mus rau kev puastsuaj. Kev tsis paub txwv hauv kev haus dej cawv muab kev txawj xav ncaj ncees txo pov tseg; kev ua raws kev ntshaw cev nqaij daim tawv, kev sib ceg sib ntaus, thiab kev tua neeg los ntshav thiaj li raws qab los. Xatas zoo siab rau kev ua rog, rau qhov kev ua rog ntawd ua rau tej kev ntshaw phem tshaj plaws hauv tus ntsuj plig raug kub ntxhov sawv, thiab tom qab ntawd cheb nws cov neeg raug tsim txom mus rau hauv ib txhis nyob rau hauv kev txhaum phem thiab ntshav. Nws lub hom phiaj yog los txhawb cov haiv neeg kom ua rog tawm tsam ib leeg ib tug, rau qhov li no nws thiaj muab tau neeg lub siab tig mus deb ntawm txoj hauj lwm npaj kom sawv taus rau hnub ntawm Vajtswv.”</w:t>
      </w:r>
    </w:p>
    <w:p>
      <w:pPr>
        <w:pStyle w:val="ArticleScripture"/>
        <w:jc w:val="left"/>
      </w:pPr>
      <w:r>
        <w:rPr>
          <w:rFonts w:ascii="Times New Roman" w:hAnsi="Times New Roman" w:eastAsia="Times New Roman" w:cs="Times New Roman"/>
        </w:rPr>
        <w:t>“Xatas kuj ua hauj lwm dhau ntawm tej ntsiab tseem ceeb ntawm ntuj tsim thiab, kom nws sau tau nws cov qoob loo ntawm cov ntsuj plig uas tsis tau npaj txhij. Nws tau kawm txog tej yam zais ntawm tej chaw kuaj hauv ntuj tsim, thiab nws siv tag nrho nws lub hwj chim los tswj tej ntsiab no raws li Vajtswv pub. Thaum nws raug tso cai kom tsim txom Yauj, pab yaj, pab tsiaj, cov tub qhe, tej tsev, thiab cov me nyuam raug cheb ploj mus sai npaum li cas, ib txoj kev txom nyem raws ib txoj kev txom nyem los, zoo li nyob hauv ib pliag xwb. Yog Vajtswv uas tiv thaiv Nws tej tsiaj txhu tsim los thiab ua laj kab thaiv lawv ntawm tus uas rhuav tshem lub hwj chim. Tiam sis lub ntiaj teb Khixatia tau qhia kev saib tsis taus rau Yehauvas txoj kevcai; thiab tus Tswv yuav ua raws nraim li Nws tau tshaj tawm tias Nws yuav ua—Nws yuav thim Nws tej koob hmoov tawm hauv lub ntiaj teb mus thiab tshem Nws txoj kev saib xyuas tiv thaiv tawm ntawm cov uas tab tom ntxeev siab tawm tsam Nws txoj kevcai thiab nws tej lus qhuab qhia, thiab yuam kom lwm tus ua ib yam nkaus. Xatas muaj hwj chim tswj txhua tus uas Vajtswv tsis tshwj xeeb tiv thaiv. Nws yuav pub txiaj ntsig thiab ua kom qee leej vam meej kom txhawb nws tus kheej tej hom phiaj, hos nws yuav coj teeb meem los rau lwm tus thiab ua rau tib neeg ntseeg tias yog Vajtswv uas tab tom tsim txom lawv.” Kev Txom Nyem Loj,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Ib Puas Xya Caug Ib</dc:title>
  <dc:subject>Kev Ua Si Xws Li Chess Hauv Kev Nom Tswv Ntiajteb: Lub Vatican, Kev Koom Tsham, thiab Kev Nrhiav Kev Kav Teb Kav Chaw Thoob Ntiajteb</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