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Puag Xya Caum Ob</w:t>
      </w:r>
    </w:p>
    <w:p>
      <w:pPr>
        <w:pStyle w:val="ArticleSubtitle"/>
        <w:jc w:val="left"/>
      </w:pPr>
      <w:r>
        <w:rPr>
          <w:rFonts w:ascii="Arial" w:hAnsi="Arial" w:eastAsia="Arial" w:cs="Arial"/>
        </w:rPr>
        <w:t>Duab Ntxoo ntawm Fatima: Kev Txhaum Siab Qhib Tshaj Txog Kev Cuam Tshuam Ntawm Xatas Uas Nyob Qab Cov Zeem Muag Yaj Saub ntawm Koom Txoos Kas Tos Liv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Kev qhia yav tom ntej ntawm Fatima yog Xatas tes hauj lwm npaj ua ntej los npaj lub Koom Txoos Kas Tos Liv kom muab lawv lub koom haum cob rau nws thaum nws ua txuj ua Khetos, rau qhov ntawd yog “txuj ci loj tshaj plaws ntawm Xatas lub hwj chim—ib lub chaw nco txog nws tej kev siv zog los tsa nws tus kheej saum lub zwm txwv kom kav lub ntiaj teb raws li nws lub siab nyiam.” Cov uas yuav tsis tau txais txiaj ntsig los ntawm zaj lus tim khawv cev xwm txheej uas qhia meej txog Fatima lub luag hauj lwm hauv kev coj Kas Tos Liv, vim lawv tsis kam ntseeg txog Xatas lub peev xwm ua tej txuj ci tseem ceeb, tab tom npaj lawv tus kheej kom raug dag ntxias. Fatima zaj lus qhia yav tom ntej tau hais txog kev sib tawm tsam sab hauv ntawm Kas Tos Liv, thiab Kas Tos Liv txoj kev ua rog tawm tsam kev tsis ntseeg Vajtswv.</w:t>
      </w:r>
    </w:p>
    <w:p>
      <w:pPr>
        <w:pStyle w:val="ArticleBody"/>
        <w:jc w:val="left"/>
      </w:pPr>
      <w:r>
        <w:rPr>
          <w:rFonts w:ascii="Times New Roman" w:hAnsi="Times New Roman" w:eastAsia="Times New Roman" w:cs="Times New Roman"/>
        </w:rPr>
        <w:t>Tsov rog uas Kev Ntseeg Kav Tos Liv muaj nrog kev tsis ntseeg Vajtswv yog lub ntsiab lus ntawm nqe plaub caug hauv Daniyee kaum ib. Daim duab piv txwv ntawm txoj kev tawm tsam ntawd pib xyoo 1798, hauv nqe plaub caug. Nws pib nrog txoj kev sib ntaus uas Napoleon, tus vajntxwv sab qab teb, ntes tus pope mus kaw xyoo 1798, thiab zaj lus tim khawv nyob hauv nqe ntawd mam xaus nrog tus vajntxwv sab qaum teb los cheb tshem tus vajntxwv sab qab teb tawm mus xyoo 1989. Nyob hauv keeb kwm ntawd (1798 txog 1989), ob tug yeeb ncuab tawm tsam ntawd hauv xyoo 1917 thiab 1918, raug cim tseg nyias muaj nyias lub cim yaj saub, uas txuas lawv ob zaj lus tim khawv ua ke, thaum tseem khaws cia lub ntsiab lus dav dav ntawm nqe ntawd. Zaj yaj saub ntawm Fatima yeej tsis muaj kev ua xyem xyav li tias yog ib zaj yaj saub los ntawm Xatas, tiam sis nws yog ib lub ntsiab lus nyob hauv Vajtswv Txojlus yaj saub, thiab vim li ntawd nws yog keeb kwm uas yuav tsum to taub kom raug.</w:t>
      </w:r>
    </w:p>
    <w:p>
      <w:pPr>
        <w:pStyle w:val="ArticleScripture"/>
        <w:jc w:val="left"/>
      </w:pPr>
      <w:r>
        <w:rPr>
          <w:rFonts w:ascii="Times New Roman" w:hAnsi="Times New Roman" w:eastAsia="Times New Roman" w:cs="Times New Roman"/>
        </w:rPr>
        <w:t>“Txoj kev nyab xeeb nkaus xwb rau tus ntsuj plig nyob rau lub sijhawm no yog nug rau txhua kauj ruam tias, Tus Tswv hais dab tsi rau Nws tus qhev? Lo lus ntawm tus Tswv nyob ruaj mus ib txhis. Phau Vajlugkub yuav tsum yog peb phau ntawv coj kev, thiab tsis txhob mus nrhiav kev txawj ntse ntawm tibneeg, thiab lees txais tej lus hais ntawm cov neeg txawj tuag uas txwv kawg nkaus ua qhov tseeb los saum ntuj los, peb yuav tsum tshawb nrhiav lo lus ruaj khov ntawm kev qhia yav tom ntej. Vajtswv twb hais lawm, thiab Nws lo lus yeej ntseeg tau, thiab peb yuav tsum tsa peb txoj kev ntseeg rau saum ib lo lus tias, ‘Tus Tswv hais li no.’ Vajtswv xav kom peb kawm txog tej xwm txheej uas tab tom tshwm sim nyob ib puag ncig peb, thiab muab lawv piv nrog tej lus twv tseg hauv Nws lo lus, xwv kom peb thiaj li nkag siab tias peb tab tom nyob hauv hnub kawg. Peb xav tau peb tej Phau Vajlugkub, thiab peb xav paub yam uas sau nyob hauv ntawd. Tus tub kawm txog tej lus faj lem uas rau siab ntso yuav tau txais nqi zog nrog tej kev tshwm qhia meej ntawm qhov tseeb, rau qhov Yexus hais tias, ‘Koj lo lus yog qhov tseeb.’” Signs of the Times, October 1, 1894.</w:t>
      </w:r>
    </w:p>
    <w:p>
      <w:pPr>
        <w:pStyle w:val="ArticleBody"/>
        <w:jc w:val="left"/>
      </w:pPr>
      <w:r>
        <w:rPr>
          <w:rFonts w:ascii="Times New Roman" w:hAnsi="Times New Roman" w:eastAsia="Times New Roman" w:cs="Times New Roman"/>
        </w:rPr>
        <w:t>Hauv kev ua rog sawv cev zaum peb, raws li tau sawv cev nyob hauv nqe kaum peb mus txog kaum tsib ntawm Daniyees kaum ib, lub hwj chim uas tsa nws tus kheej kom tsa lub zeem muag kom ruaj khov raug qhia tawm. Nqe ntawd tau ua tiav nyob rau xyoo 200 BC, thaum “cov Loos tau cuam tshuam los sawv cev rau tus vajntxwv hluas ntawm tim Ejyptes,” thiab “tau txiav txim tias yuav tsum tiv thaiv nws kom dim ntawm txoj kev puastsuaj uas Antiochus thiab Philip tau npaj tseg.” Nqe ntawd thiab keeb kwm ntawm xyoo 200 BC qhia tias, tam sim no ua ntej txoj cai Hnub Caiv, raws li lub hauv paus kev xav ntawm kev tiv thaiv tus uas los hloov Putin uas twb qaug zog lawm, nyob rau lub sijhawm uas Tebchaws Meskas thiab Tebchaws Koomhaum Tebchaws Ntiajteb (Seleucus thiab Philip ntawm Macedon) tau txiav txim siab yuav txeeb thaj av Lavxias teb sab thiab faib lawv tawm kom muaj txiaj ntsig rau nkawd ob leeg, Loos papal (tus niam ntiav ntawm Tyre) yuav pib ntaus nws cov suab paj nruag, thaum nws pib tawm mus ua nkauj ua nraug nrog cov vajntxwv hauv ntiajteb.</w:t>
      </w:r>
    </w:p>
    <w:p>
      <w:pPr>
        <w:pStyle w:val="ArticleBody"/>
        <w:jc w:val="left"/>
      </w:pPr>
      <w:r>
        <w:rPr>
          <w:rFonts w:ascii="Times New Roman" w:hAnsi="Times New Roman" w:eastAsia="Times New Roman" w:cs="Times New Roman"/>
        </w:rPr>
        <w:t>Xyoo 533, thiab txoj cai txib ntawm Justinian yuav rov qab raug hais dua raws li tau sawv cev ua yaj saub hauv Phau Ntawv Qhia Tshwm tshooj kaum peb, nqe ob, uas qhia tias tus zaj (Loos uas pe dab qhuas), yuav muab peb yam rau tus thawj hwj papacy.</w:t>
      </w:r>
    </w:p>
    <w:p>
      <w:pPr>
        <w:pStyle w:val="ArticleScripture"/>
        <w:jc w:val="left"/>
      </w:pPr>
      <w:r>
        <w:rPr>
          <w:rFonts w:ascii="Times New Roman" w:hAnsi="Times New Roman" w:eastAsia="Times New Roman" w:cs="Times New Roman"/>
        </w:rPr>
        <w:t>Tus tsiaj qus uas kuv pom ntawd zoo ib yam li ib tug tsov txaij, thiab nws ob txhais ko taw zoo li ob txhais ko taw ntawm ib tug dais, thiab nws lub qhov ncauj zoo li lub qhov ncauj ntawm ib tug tsov ntxhuav; thiab tus zaj tau muab nws lub hwjchim, thiab nws lub zwm txwv, thiab txoj cai loj rau nws. Tshwmsim 13:2.</w:t>
      </w:r>
    </w:p>
    <w:p>
      <w:pPr>
        <w:pStyle w:val="ArticleBody"/>
        <w:jc w:val="left"/>
      </w:pPr>
      <w:r>
        <w:rPr>
          <w:rFonts w:ascii="Times New Roman" w:hAnsi="Times New Roman" w:eastAsia="Times New Roman" w:cs="Times New Roman"/>
        </w:rPr>
        <w:t>Tus zaj loj ntawm Loos txheej dab mlom tau muab nws “lub zwm txwv” (lub nroog Loos) rau txoj hauj lwm papacy rau xyoo 330, thaum Constantine tsiv nws lub peev mus rau Constantinople. Clovis tau muab nws lub “hwj chim” tub rog rau txoj hauj lwm papacy pib txij xyoo 496, thiab nyob rau xyoo 533 Justinian tau muab txoj “cai kav” pej xeem rau txoj hauj lwm papacy. Tsib xyoos tom qab ntawd, Loos txheej dab mlom tau tsa txoj hauj lwm papacy rau saum lub zwm txwv, raws li tau sawv cev nyob hauv nqe kaum rau, peb caug ib, thiab plaub caug ib ntawm Daniel kaum ib. Thaum Tebchaws Meskas yeej tsov rog sawv cev thib peb, txoj hauj lwm papacy yuav tau kov yeej lub hwj chim Koomunis ntawm Lavxias teb sab uas yog lub ntsiab lus ntawm zaj lus faj lem Fatima. Cov tsov rog sawv cev no nqa lub cim qhia tias yog qhov tseeb, rau qhov peb qho kev sib ntaus no txhua qhov raug ua tiav los ntawm ib pab tub rog sawv cev ntawm papacy.</w:t>
      </w:r>
    </w:p>
    <w:p>
      <w:pPr>
        <w:pStyle w:val="ArticleBody"/>
        <w:jc w:val="left"/>
      </w:pPr>
      <w:r>
        <w:rPr>
          <w:rFonts w:ascii="Times New Roman" w:hAnsi="Times New Roman" w:eastAsia="Times New Roman" w:cs="Times New Roman"/>
        </w:rPr>
        <w:t>Pab tub rog sawv cev ntawm lub hwj chim papal thawj thiab kawg yog Tebchaws Meskas (Cov Protestant uas tau thim txojkev ntseeg lawm). Pab tub rog sawv cev nruab nrab yog cov Nazi hauv Ukraine, uas kuj yog pab tub rog sawv cev Catholic tawm tsam Communist Russia hauv Tsov Rog Ntiaj Teb Zaum Ob. Muaj peb zaug tsov rog ntiaj teb, thiab muaj peb zaug tsov rog sawv cev. Tsov rog zaum ob ntawm ob pawg no—tsov rog ntiaj teb thiab tsov rog sawv cev—yog Nazism. Tsov rog tam sim no hauv Ukraine yog tsov rog ntawm thaj ciam teb uas thawj zaug ua tiav nqe kaum ib thiab kaum ob ntawm kev sib ntaus ntawm Raphia. Tsov rog hauv Ukraine tam sim no tab tom raug ua kom tiav thaum lub sijhawm ntawm kev ntaus zaum ob ntawm peb zaug kev ntaus ntawm Islam hauv txoj kev ceeb toom thib peb, txawm yog Islam tsis koom nrog hauv tsov rog tshwj xeeb ntawd los xij.</w:t>
      </w:r>
    </w:p>
    <w:p>
      <w:pPr>
        <w:pStyle w:val="ArticleBody"/>
        <w:jc w:val="left"/>
      </w:pPr>
      <w:r>
        <w:rPr>
          <w:rFonts w:ascii="Times New Roman" w:hAnsi="Times New Roman" w:eastAsia="Times New Roman" w:cs="Times New Roman"/>
        </w:rPr>
        <w:t>Qhov kev ntaus thawj zaug yog tawm tsam lub tebchaws muaj hwjchim ci ntsa iab sab ntsujplig rau hnub Cuaj Hlis 11, 2001, thiab qhov kawg ntawm peb qhov kev ntaus ntawd yog thaum txoj cai Hnub Caiv, thiab nws rov tawm tsam lub tebchaws muaj hwjchim ci ntsa iab sab ntsujplig dua. Qhov kev ntaus thib ob ntawm peb qhov kev ntaus ntawm Islam ntawm txoj kev txom nyem thib peb yog tawm tsam lub tebchaws qub puag thaum ub uas muaj hwjchim ci ntsa iab tiag tiag rau hnub Kaum Hli 7, 2023. Tsov rog ntawd tab tom muaj tshwm sim nyob rau thaj av tib yam nkaus uas Ptolemy tau yeej hauv kev sib ntaus ntawm Raphia. Yexus tau hais tias hauv hnub kawg yuav muaj tsov rog thiab lus xaiv txog tsov rog.</w:t>
      </w:r>
    </w:p>
    <w:p>
      <w:pPr>
        <w:pStyle w:val="ArticleBody"/>
        <w:jc w:val="left"/>
      </w:pPr>
      <w:r>
        <w:rPr>
          <w:rFonts w:ascii="Times New Roman" w:hAnsi="Times New Roman" w:eastAsia="Times New Roman" w:cs="Times New Roman"/>
        </w:rPr>
        <w:t>Cov rog uas Yexus tau hais txog ntawd, tshwm sim hauv keeb kwm thaum qhov txiaj ntsig ntawm txhua txoj kev yog toog pom raug ua kom tiav, thiab yog Exekees uas tau sau tseg qhov tseeb ntawd. Hauv keeb kwm ntawd, kev los txog ntawm txoj kev txom nyem thib peb ntawm Islam, kev sib ntaus rog thib ob thiab thib peb ntawm cov rog sawv cev sib tua, kev rov muaj dua ntawm Tsov Rog Hauv Tebchaws Meskas, thiab kev rov muaj dua ntawm Tsov Rog Kiv Puag Ncig Meskas raug sawv cev. Cov rog no raug ua kom tiav nyob rau hauv keeb kwm ntawm kev muab lub cim rau ib puas plaub caug plaub txhiab leej, thiab thaum txoj cai Hnub Caiv yuav los txog sai no tus Tswv yuav tsa Nws pab tub rog sawv ua ib lub chij raws li tsov rog ntiaj teb zaum kawg, zaum thib peb, pib, thiab raws li Islam ntawm txoj kev txom nyem thib peb ua kom nws txoj kev npau taws rau cov tebchaws nce zuj zus.</w:t>
      </w:r>
    </w:p>
    <w:p>
      <w:pPr>
        <w:pStyle w:val="ArticleScripture"/>
        <w:jc w:val="left"/>
      </w:pPr>
      <w:r>
        <w:rPr>
          <w:rFonts w:ascii="Times New Roman" w:hAnsi="Times New Roman" w:eastAsia="Times New Roman" w:cs="Times New Roman"/>
        </w:rPr>
        <w:t>Thiab nej yuav hnov txog kev tsov rog thiab xov xaiv txog kev tsov rog: nej yuav tsum ceev faj kom txhob ntxhov siab: rau qhov txhua yam no yuav tsum muaj tshwm sim los, tiam sis qhov kawg tseem tsis tau txog. Rau qhov ib haiv neeg yuav sawv tawm tsam ib haiv neeg, thiab ib lub tebchaws tawm tsam ib lub tebchaws: thiab yuav muaj kev tshaib nqhis, thiab kab mob kis loj, thiab av qeeg, nyob rau ntau qhov chaw. Tag nrho tej no yog qhov pib ntawm kev txom nyem. Mathais 24:6–8.</w:t>
      </w:r>
    </w:p>
    <w:p>
      <w:pPr>
        <w:pStyle w:val="ArticleBody"/>
        <w:jc w:val="left"/>
      </w:pPr>
      <w:r>
        <w:rPr>
          <w:rFonts w:ascii="Times New Roman" w:hAnsi="Times New Roman" w:eastAsia="Times New Roman" w:cs="Times New Roman"/>
        </w:rPr>
        <w:t>Nyob rau lub sij hawm muab lub cim ntim ntawm ib puas plaub caug plaub txhiab leej, ob chav ntawm Vajtswv haiv neeg raug qhia meej los ntawm lawv lub peev xwm pom thiab hnov.</w:t>
      </w:r>
    </w:p>
    <w:p>
      <w:pPr>
        <w:pStyle w:val="ArticleScripture"/>
        <w:jc w:val="left"/>
      </w:pPr>
      <w:r>
        <w:rPr>
          <w:rFonts w:ascii="Times New Roman" w:hAnsi="Times New Roman" w:eastAsia="Times New Roman" w:cs="Times New Roman"/>
        </w:rPr>
        <w:t>Vim li no kuv hais lus rau lawv ua lus piv txwv; rau qhov lawv saib los tsis pom, thiab lawv mloog los tsis hnov, thiab lawv kuj tsis to taub. Thiab tej lus faj lem ntawm Esaias thiaj li muaj tiav rau hauv lawv, uas hais tias, Nej yuav hnov tiag los yuav tsis to taub; thiab nej yuav pom tiag los yuav tsis ceeb toom li: Rau qhov haiv neeg no lub siab twb txhav lawm, thiab lawv pob ntseg twb hnov tsis meej, thiab lawv twb kaw lawv ob lub qhov muag lawm; tsam tsam lawv yuav pom tau ntawm lawv ob lub qhov muag, thiab hnov tau ntawm lawv ob lub pob ntseg, thiab to taub tau hauv lawv lub siab, thiab tig rov los, thiab kuv yuav kho lawv kom zoo. Tiamsis nej ob lub qhov muag tau koob hmoov lawm, vim nej pom; thiab nej ob lub pob ntseg, vim nej hnov. Mathais 13:13–16.</w:t>
      </w:r>
    </w:p>
    <w:p>
      <w:pPr>
        <w:pStyle w:val="ArticleBody"/>
        <w:jc w:val="left"/>
      </w:pPr>
      <w:r>
        <w:rPr>
          <w:rFonts w:ascii="Times New Roman" w:hAnsi="Times New Roman" w:eastAsia="Times New Roman" w:cs="Times New Roman"/>
        </w:rPr>
        <w:t>Nyob rau lub sijhawm ntawd, uas tau pib thaum lub Cuaj Hli 11, 2001, Yexus tau hais tias, “nej yuav hnov tej kev tsov rog thiab tej xov lus xaiv txog kev tsov rog.” Hauv phau Ntawv Tshwmsim, Yauhas sawv cev rau cov uas hnov Khetos lub suab.</w:t>
      </w:r>
    </w:p>
    <w:p>
      <w:pPr>
        <w:pStyle w:val="ArticleScripture"/>
        <w:jc w:val="left"/>
      </w:pPr>
      <w:r>
        <w:rPr>
          <w:rFonts w:ascii="Times New Roman" w:hAnsi="Times New Roman" w:eastAsia="Times New Roman" w:cs="Times New Roman"/>
        </w:rPr>
        <w:t>Kuv tau nyob hauv tus Ntsuj Plig rau hnub ntawm tus Tswv, thiab hnov ib lub suab nrov ncha loj tom qab kuv, zoo li suab raj nrov. Qhia Tshwm 1:10.</w:t>
      </w:r>
    </w:p>
    <w:p>
      <w:pPr>
        <w:pStyle w:val="ArticleBody"/>
        <w:jc w:val="left"/>
      </w:pPr>
      <w:r>
        <w:rPr>
          <w:rFonts w:ascii="Times New Roman" w:hAnsi="Times New Roman" w:eastAsia="Times New Roman" w:cs="Times New Roman"/>
        </w:rPr>
        <w:t>“Lub suab” uas nws hnov yog “zoo li ib lub raj ncas,” thiab ib lub raj ncas yog lub cim ntawm kev ua rog, thiab nws hnov lub suab ntawd nyob tom qab nws. Ces nws tig los saib lub suab ntawd.</w:t>
      </w:r>
    </w:p>
    <w:p>
      <w:pPr>
        <w:pStyle w:val="ArticleScripture"/>
        <w:jc w:val="left"/>
      </w:pPr>
      <w:r>
        <w:rPr>
          <w:rFonts w:ascii="Times New Roman" w:hAnsi="Times New Roman" w:eastAsia="Times New Roman" w:cs="Times New Roman"/>
        </w:rPr>
        <w:t>Thiab kuv tig mus saib lub suab uas hais nrog kuv. Thiab thaum kuv tig lawm, kuv pom xya tus ceg tswm ciab kub; thiab nyob nruab nrab ntawm xya tus ceg tswm ciab ntawd muaj ib tug zoo li Leej Tub Neeg, hnav ib lub tsho ntev mus txog ko taw, thiab xuas ib txoj siv kub qhwv ncig ntawm lub hauv siab. Nws lub taub hau thiab nws cov plaub hau dawb zoo li ntaub plaub, dawb li daus; thiab nws ob lub qhov muag zoo li nplaim taws; thiab nws ob txhais ko taw zoo li tooj dag huv nplua mias, ib yam li yog muab kub hnyiab hauv cub; thiab nws lub suab zoo li lub suab ntawm dej ntau. Thiab nws tuav xya lub hnub qub hauv nws sab tes xis; thiab tawm hauv nws lub qhov ncauj muaj ib rab ntaj ntse ob sab; thiab nws lub ntsej muag ci ntsa iab zoo li lub hnub thaum ci nyob hauv nws lub hwj chim. Thiab thaum kuv pom nws, kuv poob ntawm nws ko taw zoo li tuag lawm. Thiab nws tsa nws sab tes xis los tso rau saum kuv, hais rau kuv tias, Tsis txhob ntshai; Kuv yog tus thawj thiab tus kawg. Qhia Tshwm 1:12–17.</w:t>
      </w:r>
    </w:p>
    <w:p>
      <w:pPr>
        <w:pStyle w:val="ArticleBody"/>
        <w:jc w:val="left"/>
      </w:pPr>
      <w:r>
        <w:rPr>
          <w:rFonts w:ascii="Times New Roman" w:hAnsi="Times New Roman" w:eastAsia="Times New Roman" w:cs="Times New Roman"/>
        </w:rPr>
        <w:t>Txoj kev yog toog pom Khetos uas Yauhas tau pom thaum nws tig mus saib lub suab hais lus, yog tib txoj kev yog toog pom uas Daniyee tau pom hauv tshooj kaum, yog tib txoj kev yog toog pom uas Yaxayas tau pom hauv tshooj rau, thiab yog tib txoj kev yog toog pom uas Povlauj tau pom thaum nws pom keeb kwm ntawm xya lub xob quaj.</w:t>
      </w:r>
    </w:p>
    <w:p>
      <w:pPr>
        <w:pStyle w:val="ArticleScripture"/>
        <w:jc w:val="left"/>
      </w:pPr>
      <w:r>
        <w:rPr>
          <w:rFonts w:ascii="Times New Roman" w:hAnsi="Times New Roman" w:eastAsia="Times New Roman" w:cs="Times New Roman"/>
        </w:rPr>
        <w:t>“Kev txo hwj chim yog yam uas cais tsis tau ntawm kev dawb huv ntawm lub siab. Tus ntsuj plig yim los ze rau Vajtswv npaum li cas, nws yim raug txo kom qis thiab nyob hauv kev mloog lus ntau npaum ntawd. Thaum Yauj hnov tus Tswv lub suab tawm hauv xob cua, nws thiaj qw hais tias, ‘Kuv ntxub kuv tus kheej, thiab hloov siab lees txim hauv plua tshauv thiab hmoov tshauv.’ Thaum Yaxayas pom tus Tswv lub hwjchim ci ntsa iab, thiab hnov cov Khelunpee qw hais tias, ‘Dawb huv, dawb huv, dawb huv yog tus Tswv uas kav txhua pab tub rog,’ ces nws thiaj qw tawm tias, ‘Txoj kev puastsuaj rau kuv, rau qhov kuv raug rhuav tas lawm!’ Daniyee, thaum tus tubtxib dawb huv tuaj xyuas nws, hais tias, ‘Kuv txoj kev zoo nkauj hauv kuv tau hloov mus ua kev lwj liam.’ Povlauj, tom qab uas nws raug nqa mus txog saum ntuj ceeb tsheej txheej peb, thiab hnov tej yam uas tsis tsim nyog rau tibneeg hais tawm, tau hais txog nws tus kheej tias yog ‘tus uas tsawg dua tus tsawg tshaj plaws ntawm txhua tus neeg dawb huv.’ Yauhas uas yog tus uas Yexus hlub, tus uas khuam ntawm Yexus lub xubntiag thiab pom nws lub hwjchim ci ntsa iab, yog tus uas poob rau ntawm cov timtswv ib yam li tus neeg tuag. Peb yim ntsia ntsoov peb tus Cawmseej ze zog thiab tsis tu ncua npaum li cas, peb yim pom tsawg dua yam uas yuav qhuas tau hauv peb tus kheej npaum ntawd.” Signs of the Times, April 7, 1887.</w:t>
      </w:r>
    </w:p>
    <w:p>
      <w:pPr>
        <w:pStyle w:val="ArticleBody"/>
        <w:jc w:val="left"/>
      </w:pPr>
      <w:r>
        <w:rPr>
          <w:rFonts w:ascii="Times New Roman" w:hAnsi="Times New Roman" w:eastAsia="Times New Roman" w:cs="Times New Roman"/>
        </w:rPr>
        <w:t>Thaum Nkaspis (Gabriel) txhais lub zeem muag rau Daniyee, nws tau nthuav tawm tej xwm txheej yaj saub hauv tshooj kaum ib. Tej xwm txheej ntawd yog kev piav txog kev ua rog, thiab hauv kev sawv cev ntawm tej kev ua rog ntawd, lub zeem muag uas yog qhov ua kom muaj, uas yog tus pojniam “mareh,” hais tawm ua “marah,” tau ua rau Daniyee raug hloov los ua tus yam ntxwv ntawm Khetos. Thaum Khetos hais tias nej yuav hnov txog kev ua rog, thiab lus xaiv txog kev ua rog, Nws tab tom qhia txog tej kev ua rog uas tau nthuav tawm hauv Daniyee tshooj kaum ib. Nws tseem qhia ntxiv tias kom pom lub zeem muag uas ua rau tus saib raug hloov los ua tus yam ntxwv ntawm Nws, nej yuav tsum tig rov qab, rau qhov lub suab nyob tom qab nej. Tej kev ua rog uas sawv cev hauv Daniyee tshooj kaum ib yog kev piav txog tej kev ua rog uas tau tshwm sim hauv keeb kwm yav dhau los. Los ntawm kev hnov txog tej kev ua rog ntawd hauv yav dhau los, ib tug neeg raug qhia txog keeb kwm uas tam sim no tab tom tshwm sim, tiam sis tsuas yog thaum tus neeg ntawd muaj qhov muag pom thiab muaj pob ntseg hnov xwb.</w:t>
      </w:r>
    </w:p>
    <w:p>
      <w:pPr>
        <w:pStyle w:val="ArticleBody"/>
        <w:jc w:val="left"/>
      </w:pPr>
      <w:r>
        <w:rPr>
          <w:rFonts w:ascii="Times New Roman" w:hAnsi="Times New Roman" w:eastAsia="Times New Roman" w:cs="Times New Roman"/>
        </w:rPr>
        <w:t>Thaum Exekhee sau tseg tias yuav muaj ib lub sij hawm uas zaj yog toog yuav tsis raug ncua ntxiv lawm, nws tau hais txog qhov no hauv kev txuas nrog Exekhee zaj yog toog ntawm lub chaw dawb huv saum ntuj ceeb tsheej, qhov chaw uas, nrog rau lwm yam, Exekhee tau pom “lub log nyob hauv nruab nrab ntawm lub log,” uas Muam White qhia tias yog kev sib txuam ua ke uas nyuaj to taub ntawm tej xwm txheej hauv tib neeg lub neej.</w:t>
      </w:r>
    </w:p>
    <w:p>
      <w:pPr>
        <w:pStyle w:val="ArticleScripture"/>
        <w:jc w:val="left"/>
      </w:pPr>
      <w:r>
        <w:rPr>
          <w:rFonts w:ascii="Times New Roman" w:hAnsi="Times New Roman" w:eastAsia="Times New Roman" w:cs="Times New Roman"/>
        </w:rPr>
        <w:t>Ntawm ntug dej Chebar, Exekees pom ib cua daj cua dub zoo li tuaj ntawm sab qaum teb los, “ib tauv huab loj, thiab ib hluav taws tig ncig nws tus kheej, thiab muaj ib qho ci ntsa iab nyob ib ncig ntawm nws, thiab tawm hauv nruab nrab thereof zoo li xim amber.” Muaj ntau lub log, sib hla ib leeg, raug txav los ntawm plaub tug tsiaj muaj sia. Siab tshaj txhua yam no “muaj qhov zoo li ib lub zwm txwv, zoo ib yam li qhov pom ntawm ib lub pob zeb sapphire: thiab saum qhov zoo li lub zwm txwv ntawd yog qhov zoo li, raws li qhov pom ntawm ib tug neeg nyob saum nws.” “Thiab nyob hauv cov cherubim tau tshwm sim daim duab ntawm ib tug neeg txhais tes nyob hauv qab lawv tej tis.” Ezekiel 1:4, 26; 10:8. Cov log ntawd raug teem cia sib ntxaws thiab nyuab heev, ua rau thaum xub thawj pom zoo li muaj kev ntxhov; tiam sis lawv txav mus raws li kev sib haum xeeb tag nrho. Cov neeg saum ntuj ceeb tsheej, uas tau raug txhawb nqa thiab coj los ntawm txhais tes nyob hauv qab cov tis ntawm cov cherubim, yog cov ua kom cov log no txav mus; saum lawv, saum lub zwm txwv sapphire, yog Tus Nyob Mus Ib Txhis; thiab nyob ib ncig ntawm lub zwm txwv muaj ib tug duab zaj sawv, uas yog lub cim ntawm Vajtswv txoj kev hlub tshua.</w:t>
      </w:r>
    </w:p>
    <w:p>
      <w:pPr>
        <w:pStyle w:val="ArticleScripture"/>
        <w:jc w:val="left"/>
      </w:pPr>
      <w:r>
        <w:rPr>
          <w:rFonts w:ascii="Times New Roman" w:hAnsi="Times New Roman" w:eastAsia="Times New Roman" w:cs="Times New Roman"/>
        </w:rPr>
        <w:t>“Zoo ib yam li cov kev ntxhov nyuaj uas zoo li lub log nyob hauv txoj kev coj ntawm txhais tes nyob hauv qab tis ntawm cov khelubim, ib yam li ntawd qhov kev sib txuam nyuab ntawm tej xwm txheej hauv tib neeg lub neej kuj nyob hauv qab Vajtswv txoj kev tswj hwm. Nyob nruab nrab ntawm kev sib ceg thiab kev kub ntxhov ntawm cov haiv neeg, Tus uas zaum saum cov khelubim tseem coj thiab tswj tej dej num ntawm lub ntiajteb.”</w:t>
      </w:r>
    </w:p>
    <w:p>
      <w:pPr>
        <w:pStyle w:val="ArticleScripture"/>
        <w:jc w:val="left"/>
      </w:pPr>
      <w:r>
        <w:rPr>
          <w:rFonts w:ascii="Times New Roman" w:hAnsi="Times New Roman" w:eastAsia="Times New Roman" w:cs="Times New Roman"/>
        </w:rPr>
        <w:t>“Zaj keeb kwm ntawm tej tebchaws uas ib lub dhau ib lub tau los tuav lawv lub sijhawm thiab lawv qhov chaw uas tau raug faib tseg rau lawv, yam tsis paub tab tom ua timkhawv rau qhov tseeb uas lawv tus kheej tsis paub nws lub ntsiab li, tab tom hais rau peb. Rau txhua haiv neeg thiab rau txhua tus tibneeg niaj hnub no Vajtswv tau muab ib qho chaw rau hauv Nws txoj kev npaj loj. Niaj hnub no tibneeg thiab tej tebchaws tab tom raug ntsuas los ntawm tus kav hnyav uas nyob hauv tes ntawm Tus uas tsis ua yuam kev li. Txhua tus tab tom txiav txim lawv txoj hmoo los ntawm lawv tus kheej txoj kev xaiv, thiab Vajtswv tab tom kav tswj txhua yam kom ua tiav Nws tej hom phiaj.”</w:t>
      </w:r>
    </w:p>
    <w:p>
      <w:pPr>
        <w:pStyle w:val="ArticleScripture"/>
        <w:jc w:val="left"/>
      </w:pPr>
      <w:r>
        <w:rPr>
          <w:rFonts w:ascii="Times New Roman" w:hAnsi="Times New Roman" w:eastAsia="Times New Roman" w:cs="Times New Roman"/>
        </w:rPr>
        <w:t>“Keeb kwm uas tus loj kawg nkaus KUV YOG tau cim tseg rau hauv Nws Txojlus, txuas ib qho txuas tom qab ib qho hauv txoj saw yaj saub, txij thaum ib txhis yav tag los mus txog ib txhis yav tom ntej, qhia rau peb tias niaj hnub no peb nyob qhov twg hauv txoj kev taug ntawm txhua tiam, thiab yam twg yuav raug cia siab rau lub sijhawm uas tseem yuav los. Txhua yam uas yaj saub tau xub qhia tseg tias yuav muaj tiav, mus txog rau lub sijhawm tam sim no, twb raug sau tseg meej rau saum nplooj ntawv keeb kwm lawm, thiab peb yuav muaj kev paub tseeb tau tias txhua yam uas tseem yuav los tom ntej no yuav raug ua kom tiav raws li nws tej kev txiav txim.”</w:t>
      </w:r>
    </w:p>
    <w:p>
      <w:pPr>
        <w:pStyle w:val="ArticleScripture"/>
        <w:jc w:val="left"/>
      </w:pPr>
      <w:r>
        <w:rPr>
          <w:rFonts w:ascii="Times New Roman" w:hAnsi="Times New Roman" w:eastAsia="Times New Roman" w:cs="Times New Roman"/>
        </w:rPr>
        <w:t>“Kev rhuav tshem zaum kawg ntawm txhua lub hwjchim kav hauv ntiajteb no tau raug cev faj lem meej nthuav tawm hauv lo lus tseeb. Nyob hauv zaj lus faj lem uas tau hais tawm thaum txoj kev txiav txim los ntawm Vajtswv raug tshaj tawm rau tus vajntxwv kawg ntawm cov Yixayee, muaj zaj lus no.” Education, 178, 179.</w:t>
      </w:r>
    </w:p>
    <w:p>
      <w:pPr>
        <w:pStyle w:val="ArticleBody"/>
        <w:jc w:val="left"/>
      </w:pPr>
      <w:r>
        <w:rPr>
          <w:rFonts w:ascii="Times New Roman" w:hAnsi="Times New Roman" w:eastAsia="Times New Roman" w:cs="Times New Roman"/>
        </w:rPr>
        <w:t>Cov log uas ntxaws nyuab uas thaum xub thawj pom zoo li nyob hauv kev ntxhov thiab tsis muaj txib tsis muaj cai, yog qhov kev txav mus los uas ntxaws nyuab ntawm tej xwm txheej tibneeg raws li tau sawv cev nyob hauv kev sib cav sib tua thiab kev kub ntxhov ntawm tej haiv neeg. Zaj keeb kwm uas Khetos tau cim tseg hauv Nws Txojlus qhia peb tias peb nyob qhov twg, thiab hauv qhov uas Nws ua li ntawd, nws kuj qhia meej txog kev rhuav tshem zaum kawg ntawm txhua txoj kev kav hauv ntiajteb. Lub sij hawm muab lub cim rau ib puas plaub caug plaub txhiab yog qhov chaw uas qhov tshwm sim ntawm txhua zaj yog toog pom raug ua kom tiav, thiab nyob hauv zaj keeb kwm ntawd cov log sawv cev rau tej kev tsov rog thiab tej lus xaiv txog kev tsov rog uas Khetos tau hu ua “qhov pib ntawm kev txom nyem”. Qhov pib ntawm kev txom nyem tau pib thaum lub Cuaj Hlis 11, 2001, rau qhov ntawd yog thaum lub sij hawm muab lub cim rau ib puas plaub caug plaub txhiab tau pib, thiab tus tim tswv muab lub cim ntawd tso Nws lub cim rau saum cov uas quaj ntsuag thiab quaj thov vim yog tej kev qias vuab tsuab uas raug ua nyob hauv pawg ntseeg thiab hauv lub tebchaws.</w:t>
      </w:r>
    </w:p>
    <w:p>
      <w:pPr>
        <w:pStyle w:val="ArticleBody"/>
        <w:jc w:val="left"/>
      </w:pPr>
      <w:r>
        <w:rPr>
          <w:rFonts w:ascii="Times New Roman" w:hAnsi="Times New Roman" w:eastAsia="Times New Roman" w:cs="Times New Roman"/>
        </w:rPr>
        <w:t>Cov kev ua rog hauv lub tebchaws tsim kev tu siab rau cov uas pom thiab hnov tias cov kev ua rog ntawd sawv cev rau dab tsi. Keeb kwm ntawm kev muab lub cim foob tab tom qhia txog qhov kev rhuav tshem kawg nkaus ntawm txhua lub nceeg vaj hauv ntiajteb no, thiab kev rhuav tshem cov nceeg vaj ntawd twb raug taug qab cia hauv keeb kwm yaj saub ntawm yav dhau los lawm. Thaum Yaxayas, hauv tshooj rau, pom tib lub zeem muag uas Yauhas, Daniyee, Exekees, Yauj thiab Povlauj pom, nws txaus siab los nqa zaj xov rau lub sijhawm ntawd, tiam sis nws nug tias nws yuav tsum nqa zaj xov ntawd mus ntev npaum li cas?</w:t>
      </w:r>
    </w:p>
    <w:p>
      <w:pPr>
        <w:pStyle w:val="ArticleScripture"/>
        <w:jc w:val="left"/>
      </w:pPr>
      <w:r>
        <w:rPr>
          <w:rFonts w:ascii="Times New Roman" w:hAnsi="Times New Roman" w:eastAsia="Times New Roman" w:cs="Times New Roman"/>
        </w:rPr>
        <w:t>Kuv kuj tau hnov tus Tswv lub suab hais tias, Kuv yuav txib leejtwg mus, thiab leejtwg yuav mus sawv cev rau peb? Ces kuv hais tias, Kuv nyob ntawm no; thov txib kuv mus. Thiab nws hais tias, Cia li mus, thiab hais rau haiv neeg no tias, Nej yeej hnov tiag, los nej tsis to taub; thiab nej yeej pom tiag, los nej tsis paub tseeb. Ua kom haiv neeg no lub siab rog, thiab ua kom lawv pob ntseg hnyav, thiab kaw lawv qhov muag; tsam lawv yuav pom nrog lawv qhov muag, thiab hnov nrog lawv pob ntseg, thiab to taub nrog lawv lub siab, thiab tig los, thiab tau txais kev kho kom zoo. Ces kuv hais tias, Tus Tswv, yuav ntev npaum li cas? Thiab nws teb tias, Mus txog thaum tej nroog puam tsuaj tsis muaj neeg nyob, thiab tej tsev tsis muaj neeg, thiab lub tebchaws qhuav qhawv kawg nkaus, Thiab tus Tswv tau tshem neeg mus deb heev lawm, thiab muaj kev tso tseg loj kawg nyob hauv nruab nrab ntawm lub tebchaws. Yaxayas 6:8–12.</w:t>
      </w:r>
    </w:p>
    <w:p>
      <w:pPr>
        <w:pStyle w:val="ArticleBody"/>
        <w:jc w:val="left"/>
      </w:pPr>
      <w:r>
        <w:rPr>
          <w:rFonts w:ascii="Times New Roman" w:hAnsi="Times New Roman" w:eastAsia="Times New Roman" w:cs="Times New Roman"/>
        </w:rPr>
        <w:t>Lo lus teb uas Yaxayas tau txais yog tias nws yuav tsum nthuav qhia txoj xov mus txog thaum “lub teb chaws raug puam tsuaj tas nrho.” Txoj xov ntawm kev muab cim khi no raug muab rau thaum lub caij ua tsov ua rog, thiab txoj kev ua tsov ua rog ntawd raug qhia meej tias yog kev txhais ntawm zaj yog toog “marah” uas cov yaj saub sawv daws tau pom. Txoj xov sab nraud raug npaj tseg kom tsim tau ib qho kev paub sab hauv, tiamsis tsuas yog rau cov uas “yuav mloog” xwb.</w:t>
      </w:r>
    </w:p>
    <w:p>
      <w:pPr>
        <w:pStyle w:val="ArticleBody"/>
        <w:jc w:val="left"/>
      </w:pPr>
      <w:r>
        <w:rPr>
          <w:rFonts w:ascii="Times New Roman" w:hAnsi="Times New Roman" w:eastAsia="Times New Roman" w:cs="Times New Roman"/>
        </w:rPr>
        <w:t>Kev kev txuas ntawm cov tub rog sawv cev ntawm papacy, uas yog cov Nazi hauv Tsov Rog Ntiaj Teb Zaum Ob, sib haum raws li ib kab saum ib kab, nrog rau pab tub rog sawv cev zaum ob hauv tsov rog sawv cev zaum ob; thiab Tsov Rog Ntiaj Teb Zaum Ob nws tus kheej kuj sib haum nrog tsov rog sawv cev zaum ob. Kev txuas ntawm tsov rog sawv cev zaum ob nrog tsov rog ciam teb ntawm Raphia, uas tam sim no tab tom rov muaj dua hauv Ukraine, raug txuas raws thaj chaw nrog kev ntaus zaum ob ntawm Islam ntawm kev txom nyem zaum peb, uas tau pib thaum Lub Kaum Hli 7, 2023, thiab sawv cev rau cov log yaj saub nyob hauv cov log.</w:t>
      </w:r>
    </w:p>
    <w:p>
      <w:pPr>
        <w:pStyle w:val="ArticleBody"/>
        <w:jc w:val="left"/>
      </w:pPr>
      <w:r>
        <w:rPr>
          <w:rFonts w:ascii="Times New Roman" w:hAnsi="Times New Roman" w:eastAsia="Times New Roman" w:cs="Times New Roman"/>
        </w:rPr>
        <w:t>Xyoo 1999, ib phau ntawv uas John Cornwell tau sau raug luam tawm. Lub sijhawm ntawd John Cornwell yog ib tug Senior Research Fellow ntawm Jesus College, hauv Cambridge, tebchaws Askiv, thiab yog ib tug kws sau xov xwm thiab kws sau ntawv uas tau txais khoom plig qhuas. Phau ntawv ntawd hais txog tes dej num ntawm tus pope ntawm Loos uas kav thaum lub sijhawm Tsov Rog Ntiaj Teb Zaum Ob. Phau ntawv pib nrog yawg koob ntawm tus pope yav tom ntej no, uas yog tus pab tes xis ntawm Pope Pius IX, tus uas hu ua Pio Nono. Xyoo 1849 ib pab neeg Republican uas kub ntxhov tau tawm tsam cov vaj tsev hauv Vatican, thiab Pope Pius IX tau khiav tawm hauv lub nroog Loos. Tus txiv neej uas nws coj nrog nws mus nyob tawg rog yog yawg koob ntawm Eugenio Pacelli. Eugenio Pacelli yog xeeb ntxwv ntawm tus pab tes xis ntawm Pope Pius IX, thiab tom qab ntawd nws tau los ua Pius XII, thiab phau ntawv hais txog Eugenio Pacelli ntawd muaj npe tias Hitler’s Pope, The Secret History of Pius XII.</w:t>
      </w:r>
    </w:p>
    <w:p>
      <w:pPr>
        <w:pStyle w:val="ArticleBody"/>
        <w:jc w:val="left"/>
      </w:pPr>
      <w:r>
        <w:rPr>
          <w:rFonts w:ascii="Times New Roman" w:hAnsi="Times New Roman" w:eastAsia="Times New Roman" w:cs="Times New Roman"/>
        </w:rPr>
        <w:t>Hauv hauv phau ntawv no Cornwell tshawb nrhiav txog qhov dav uas Pope Pius XII, uas yav tas los yog Cardinal Eugenio Pacelli, tau paub txog thiab teb li cas rau kev tsim txom cov Yudais los ntawm tsoom fwv Nazi thaum lub Ntiaj Teb Tsov Rog Zaum II. Nws qhia meej tias Pius XII qhov kev ntsiag to rau pej xeem thiab qhov tsis muaj kev nqis tes ua hauv kev rau txim rau Holocaust yog ib qho piv txwv qhia txog nws txoj kev coj noj coj ua uas tsis ncaj ncees thaum lub sijhawm ua tsov rog.</w:t>
      </w:r>
    </w:p>
    <w:p>
      <w:pPr>
        <w:pStyle w:val="ArticleBody"/>
        <w:jc w:val="left"/>
      </w:pPr>
      <w:r>
        <w:rPr>
          <w:rFonts w:ascii="Times New Roman" w:hAnsi="Times New Roman" w:eastAsia="Times New Roman" w:cs="Times New Roman"/>
        </w:rPr>
        <w:t>Cornwell muab keeb kwm ntsiab lus los txhawb kev to taub txog Pius XII txoj hauj lwm ua pope, nrog rau nws keeb kwm hauv kev ua tub ceev xwm kev sib raug zoo ntawm teb chaws thiab cov kev hloov nom tswv uas nyuaj ntawm lub sijhawm ntawd. Nws tshuaj xyuas Vatican txoj kev coj hauv kev hais haum nrog Nazi Germany. Cornwell qhia tias Pius XII tsis tau hais tawm tawm tsam Holocaust thiab tsis tau cuam tshuam los sawv cev pab cov Yudais uas raug tsim txom, vim hais tias nws, thaum tseem yog Cardinal xyoo 1933, tau ua kom muaj ib daim concordat nrog Hitler uas cog lus txog kev mloog lus ntawm Catholic rau Hitler txoj hauj lwm.</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Tom qab Tsov Rog Ntiaj Teb Zaum Ob, qee leej ntawm cov neeg ua txhaum rog Nazi tau muaj peev xwm khiav dim ntawm kev ncaj ncees los ntawm kev khiav mus rau ntau lub teb chaws, nrog rau ob peb lub hauv South America. Cov hauv kev tseem ceeb uas lawv tau siv los khiav dim thiab mus txog South America muaj xws li:</w:t>
      </w:r>
    </w:p>
    <w:p>
      <w:pPr>
        <w:pStyle w:val="ArticleScripture"/>
        <w:jc w:val="left"/>
      </w:pPr>
      <w:r>
        <w:rPr>
          <w:rFonts w:ascii="Times New Roman" w:hAnsi="Times New Roman" w:eastAsia="Times New Roman" w:cs="Times New Roman"/>
        </w:rPr>
        <w:t>Ratlines: Ratlines yog txoj kab kev khiav dim zais ntshis uas ntau lub koom haum tau tsim tsa, xws li lub Koom Txoos Kas Tos Liv thiab cov chaw ua hauj lwm txawj ntse uas muaj kev txhawb nqa, kom pab cov Nazis thiab lwm tus neeg khiav txim kom dim ntawm Teb Chaws Europe. Cov kev no feem ntau muaj xws li kev siv npe cuav, ntaub ntawv cuav uas raug dag tsim, thiab tes hauj lwm nyiag coj neeg hla ciam teb, kom pab txhawb lawv txoj kev mus txog tej chaw nyab xeeb, nrog rau South America.</w:t>
      </w:r>
    </w:p>
    <w:p>
      <w:pPr>
        <w:pStyle w:val="ArticleScripture"/>
        <w:jc w:val="left"/>
      </w:pPr>
      <w:r>
        <w:rPr>
          <w:rFonts w:ascii="Times New Roman" w:hAnsi="Times New Roman" w:eastAsia="Times New Roman" w:cs="Times New Roman"/>
        </w:rPr>
        <w:t>Cov ntaub ntawv cuav: Coob tus Nazi uas khiav dim tau txais daim passport cuav, visa cuav, thiab lwm yam ntaub ntawv taug kev cuav kom zais lawv tus kheej tiag thiab kom dim ntawm kev raug ntes. Lawv siv cov ntaub ntawv no mus ncig hla cov teb chaws uas nyob nruab nrab tsis xaiv tog lossis muaj kev txhawb lawv ua ntej mus txog South America.</w:t>
      </w:r>
    </w:p>
    <w:p>
      <w:pPr>
        <w:pStyle w:val="ArticleScripture"/>
        <w:jc w:val="left"/>
      </w:pPr>
      <w:r>
        <w:rPr>
          <w:rFonts w:ascii="Times New Roman" w:hAnsi="Times New Roman" w:eastAsia="Times New Roman" w:cs="Times New Roman"/>
        </w:rPr>
        <w:t>Kev Koom Tes Ua Phem ntawm Cov Thawj Coj Muaj Cai: Hauv qee kis, cov nom tswv uas txhawb nqa hauv cov teb chaws South America ua txuj tsis pom kev muaj nyob ntawm cov neeg Nazi uas khiav dim, los sis txawm pab lawv kom dim ntawm kev raug ntes. Qee lub tseem fwv, tshwj xeeb yog cov uas muaj kev tswj hwm nruj thiab muaj kev nyiam rau txoj kev xav ntawm Nazi, tau muab chaw nkaum rau cov neeg no.</w:t>
      </w:r>
    </w:p>
    <w:p>
      <w:pPr>
        <w:pStyle w:val="ArticleScripture"/>
        <w:jc w:val="left"/>
      </w:pPr>
      <w:r>
        <w:rPr>
          <w:rFonts w:ascii="Times New Roman" w:hAnsi="Times New Roman" w:eastAsia="Times New Roman" w:cs="Times New Roman"/>
        </w:rPr>
        <w:t>Qhov Khoob Nyuaj Hauv Txoj Cai: Qee tus neeg ua txhaum rog Nazi tau siv qhov khoob nyuaj hauv txoj cai los yog cov cai xa rov qab tus neeg ua txhaum uas tsis nruj hauv cov teb chaws South America kom dim ntawm kev raug xa rov qab mus rau Tebchaws Europe, qhov chaw uas lawv yuav raug foob rau lawv tej kev ua txhaum.</w:t>
      </w:r>
    </w:p>
    <w:p>
      <w:pPr>
        <w:pStyle w:val="ArticleScripture"/>
        <w:jc w:val="left"/>
      </w:pPr>
      <w:r>
        <w:rPr>
          <w:rFonts w:ascii="Times New Roman" w:hAnsi="Times New Roman" w:eastAsia="Times New Roman" w:cs="Times New Roman"/>
        </w:rPr>
        <w:t>Feem ntau, kev sib xyaw ua ke ntawm ratlines, ntaub ntawv cuav, kev koom tes ntawm cov thawj coj muaj cai, thiab qhov khoob hauv txoj cai lij choj tau pab kom cov neeg ua phem ua rog Nazi khiav dim mus rau South America thiab zam tau kev ncaj ncees tau ntau xyoo tom qab Tsov Rog Ntiaj Teb Zaum II xaus lawm. ChatGPT, March,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Puag Xya Caum Ob</dc:title>
  <dc:subject>Duab Ntxoo ntawm Fatima: Kev Txhaum Siab Qhib Tshaj Txog Kev Cuam Tshuam Ntawm Xatas Uas Nyob Qab Cov Zeem Muag Yaj Saub ntawm Koom Txoos Kas Tos Liv</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