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Zauv Ib Puas Xya Caug Peb</w:t>
      </w:r>
    </w:p>
    <w:p>
      <w:pPr>
        <w:pStyle w:val="ArticleSubtitle"/>
        <w:jc w:val="left"/>
      </w:pPr>
      <w:r>
        <w:rPr>
          <w:rFonts w:ascii="Arial" w:hAnsi="Arial" w:eastAsia="Arial" w:cs="Arial"/>
        </w:rPr>
        <w:t>Duab Ntxoo Ntawm Vaj Qhia: Qhib Pom Txog Lub Cawv Nqaij thiab Cov Hom Phiaj Tom Qab “Tus Vaj Qhia ntawm Hitler”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Hauv phau ntawv uas muaj npe hu ua *Hitler’s Pope*, tus kws sau ntawv John Cornwell pib zaj keeb kwm ntawm tus txiv plig saum ntuj yav tom ntej uas kav thaum Hitler kav tebchaws Yelemes, nrog nws yawg thiab Pope Pius IX, uas raug ntiab tawm hauv Nroog Loos. Thaum Pius IX khiav tawm hauv nroog Loos, hnav cev cuav ua ib tug niam nkauj txiag, tib tug txiv neej uas nws coj nrog nws mus yog tus txiv plig saum ntuj yav tom ntej tus yawg. Cornwell hais txog txoj kev sib raug zoo ze heev ntawm ob tug txiv neej no, thiab tom qab ntawd qhia tias tus txiv plig saum ntuj yav tom ntej leej txiv kuj tau txuas nrog lub chaw nruab nrab ntawm hwjchim hauv lub Koom Txoos Kas Tos Liv. Los ntawm kev ua li ntawd nws txheeb qhia txog ib puag ncig kev sib raug zoo, kev nom kev tswv, thiab kev ntseeg ntawm zaj keeb kwm txij lub sijhawm Pius IX mus txog Ntiaj Teb Tsov Rog Zaum Ob. Qhov kev txheeb dav dav ntawm keeb kwm no muaj txiaj ntsig qhia paub loj kawg.</w:t>
      </w:r>
    </w:p>
    <w:p>
      <w:pPr>
        <w:pStyle w:val="ArticleScripture"/>
        <w:jc w:val="left"/>
      </w:pPr>
      <w:r>
        <w:rPr>
          <w:rFonts w:ascii="Times New Roman" w:hAnsi="Times New Roman" w:eastAsia="Times New Roman" w:cs="Times New Roman"/>
        </w:rPr>
        <w:t>“Muaj ib theem ntxiv ntawm txoj kev uas papacy txeeb sawv cev rau nws tus kheej, thaum nyob hauv tiam kaum ib, Pope Gregory VII tshaj tawm txog qhov zoo tag nrho ntawm lub Koom Txoos Loos. Ntawm cov lus tshaj tawm uas nws tau muab tawm muaj ib lo hais tias lub koom txoos yeej tsis tau ua yuam kev li, thiab yuav tsis ua yuam kev ib zaug li, raws li Vajluskub. Tiamsis cov pov thawj hauv Vajluskub tsis tau nrog txoj lus ntawd los. Tus thawj coj khav theeb ntawd kuj tau lees tias nws muaj hwjchim tshem tau cov huab tais kav tebchaws tawm ntawm lawv txoj hauj lwm, thiab nws tshaj tawm tias tsis muaj leejtwg yuav hloov tau ib lo lus txiav txim uas nws tau hais, tiamsis yog nws thiaj muaj cai tshwjxeeb hloov tau txhua tus lwm leej lwm tus tej kev txiav txim.”</w:t>
      </w:r>
    </w:p>
    <w:p>
      <w:pPr>
        <w:pStyle w:val="ArticleScripture"/>
        <w:jc w:val="left"/>
      </w:pPr>
      <w:r>
        <w:rPr>
          <w:rFonts w:ascii="Times New Roman" w:hAnsi="Times New Roman" w:eastAsia="Times New Roman" w:cs="Times New Roman"/>
        </w:rPr>
        <w:t>“Ib daim duab piv txwv uas ua rau pom meej txog tus cwj pwm lim hiam thiab kav ua phem ntawm tus uas txhawb txoj kev hais tias nws tsis txawj yuam kev, tau tshwm nyob rau hauv txoj kev uas nws tau ua rau tus huab tais Loos ntawm lub teb chaws Yelemees, Henry IV. Vim nws tau twv tsis quav ntsej txog tus pope txoj cai kav, tus vajntxwv no thiaj raug tshaj tawm tias raug txiav tawm ntawm pawg ntseeg thiab raug muab tshem tawm ntawm lub zwm txwv. Vim ntshai nws tus kheej cov thawj coj tso nws tseg thiab lawv tej lus hem, cov uas tau raug txhawb kom sawv ntxeev siab tawm tsam nws los ntawm tus pope lo lus txib, Henry thiaj pom tias nws yuav tsum nrhiav kev sib haum nrog Loos. Nrog nws tus pojniam thiab ib tug tub qhe ncaj ncees, nws hla roob Alps thaum nruab nrab caij ntuj no, kom nws thiaj yuav txo nws tus kheej rau ntawm tus pope xub ntiag. Thaum mus txog lub tsev fuabtais uas Gregory tau thim mus nyob, nws raug coj, tsis pub nws cov neeg zov nrog nws, mus rau hauv ib lub tshav puam sab nraud, thiab nyob ntawd, hauv qhov txias heev ntawm caij ntuj no, taub hau liab qab thiab ko taw dawb paug, hnav ris tsho txom nyem, nws tos tus pope tso cai kom nws tau los rau ntawm nws xub ntiag. Tsis txog thaum nws tau nyob li ntawd tau peb hnub, yoo mov thiab lees txim, tus thawj pov thawj loj mam li txo nws tus kheej pub zam txim rau nws. Txawm li ntawd los, qhov ntawd tsuas yog raws li ib nqe cai tias tus huab tais yuav tsum tos kom tau tus pope kev pom zoo ua ntej nws yuav rov qab txais cov cim hwjchim lossis siv txoj cai kav ua vajntxwv. Thiab Gregory, zoo siab qhuas nws txoj kev yeej, khav hais tias nws lub luag haujlwm yog rhuav tshem vajntxwv txoj kev khav theeb.” The Great Controversy, 57.</w:t>
      </w:r>
    </w:p>
    <w:p>
      <w:pPr>
        <w:pStyle w:val="ArticleBody"/>
        <w:jc w:val="left"/>
      </w:pPr>
      <w:r>
        <w:rPr>
          <w:rFonts w:ascii="Times New Roman" w:hAnsi="Times New Roman" w:eastAsia="Times New Roman" w:cs="Times New Roman"/>
        </w:rPr>
        <w:t>Gregory VII yog ib tug “tus txhawb txoj kev qhia tias tsis yuam kev,” tiam sis qhov kev lees tias tsis tsim nyog ntawd tsis tau raug muab tsa ua ib txoj kev qhia uas raug lees paub raws cai (dogma) mus txog rau Pius IX, tus uas tau tsa qhov kev lees uas ruam ntawd ua ib txoj kev qhia uas raug tsim tsa ruaj khov hauv thawj Pawg Vatican. Txoj kev qhia ntawd tau raug pom zoo rau hnub Tim 18 Lub Xya Hli, 1870, ib puas tsib caug xyoo raws nraim ua ntej hnub thawj zaug uas muaj kev chim siab ntawm ib puas plaub caug plaub txhiab leej.</w:t>
      </w:r>
    </w:p>
    <w:p>
      <w:pPr>
        <w:pStyle w:val="ArticleBody"/>
        <w:jc w:val="left"/>
      </w:pPr>
      <w:r>
        <w:rPr>
          <w:rFonts w:ascii="Times New Roman" w:hAnsi="Times New Roman" w:eastAsia="Times New Roman" w:cs="Times New Roman"/>
        </w:rPr>
        <w:t>Yam uas qhia tau meej hauv keeb kwm yog tias thaum Pius IX tau npaj tsa thawj lub Vatican Council, thiab coj los siv nws txoj kev qhuab qhia txog kev tsis yuam kev, nws qhov kev txhawb siab tau tshwm los ntawm nws txoj kev ntxub yam uas hu ua “modernism.” Qhov no tsis muaj cag hauv lub tswv yim hais tias ib tug pope yuav tsis ua yuam kev thaum txhais cov kev qhuab qhia hauv phau Vajlugkub, tiam sis nws yog kev tiv thaiv ntawm papacy txoj kev tawm tsam rau txoj kev cuam tshuam uas tau yug los ntawm Fab Kis Kev Tawm Tsam. Qhov no tau tsom ncaj tawm tsam yam uas thaum kawg mam li raug hu ua Communism.</w:t>
      </w:r>
    </w:p>
    <w:p>
      <w:pPr>
        <w:pStyle w:val="ArticleBody"/>
        <w:jc w:val="left"/>
      </w:pPr>
      <w:r>
        <w:rPr>
          <w:rFonts w:ascii="Times New Roman" w:hAnsi="Times New Roman" w:eastAsia="Times New Roman" w:cs="Times New Roman"/>
        </w:rPr>
        <w:t>Kev Tawm Tsam Fab Kis tau coj los muaj ib qho kev ntxhov loj hauv txheej txheem kav teb chaws ntawm cov haiv neeg Europe, nrog ib qho kev ntxub ntxaug tshwj xeeb rau txoj kev kav huab tais uas yog papacy. Nws yog ib qho kev sawv tawm tsam ntawm cov Republican Italian uas tau ntiab Pius IX ib ntus tawm hauv Rome, nrog rau nws tus neeg txhais tes xis. “Modernism,” uas tau sawv cev los ntawm ntau yam kev xav tswv yim uas tau yug los ntawm Kev Tawm Tsam Fab Kis, yog tus yeeb ncuab loj tshaj plaws ntawm Pius IX, thiab nws txoj kev qhuab qhia txog kev tsis yuam kev tau raug tsim los txhawb nqa txhua lo lus thov uas tus pope tau tawm tsam tej tswv yim modernist uas tau yug los ntawm Kev Tawm Tsam Fab Kis.</w:t>
      </w:r>
    </w:p>
    <w:p>
      <w:pPr>
        <w:pStyle w:val="ArticleBody"/>
        <w:jc w:val="left"/>
      </w:pPr>
      <w:r>
        <w:rPr>
          <w:rFonts w:ascii="Times New Roman" w:hAnsi="Times New Roman" w:eastAsia="Times New Roman" w:cs="Times New Roman"/>
        </w:rPr>
        <w:t>Daniyees tshooj kaum ib, nqe plaub caug qhia meej tias nyob rau xyoo 1798, tus vajntxwv sab qab teb (Fabkis uas tsis ntseeg Vajtswv), tau muab lub qhov txhab uas txaus tuag rau tus vajntxwv sab qaum teb (papacy).</w:t>
      </w:r>
    </w:p>
    <w:p>
      <w:pPr>
        <w:pStyle w:val="ArticleBody"/>
        <w:jc w:val="left"/>
      </w:pPr>
      <w:r>
        <w:rPr>
          <w:rFonts w:ascii="Times New Roman" w:hAnsi="Times New Roman" w:eastAsia="Times New Roman" w:cs="Times New Roman"/>
        </w:rPr>
        <w:t>Pius IX cov lus qhuab qhia hais txog kev tsis yuam kev tau txuas nrog tsov rog uas sawv cev nyob hauv nqe plaub caug ntawm Daniyee kaum ib, thiab txij thaum ib feem kawg ntawm xyoo 1869 mus txog xyoo tom qab ntawd Pius IX tau hu los sib sau thawj Pawg Vatican, uas paub tias yog Vatican 1, nrog lub hom phiaj los lees paub tias tus pope yog lub taub hau ntawm Khaulaim Kas Tos Liv, thiab tias Khaulaim Kas Tos Liv yog lub taub hau ntawm txhua pawg ntseeg, raws li twb tau tshaj tawm tseg los ntawm Justinian txoj cai txiav txim hauv xyoo 533.</w:t>
      </w:r>
    </w:p>
    <w:p>
      <w:pPr>
        <w:pStyle w:val="ArticleBody"/>
        <w:jc w:val="left"/>
      </w:pPr>
      <w:r>
        <w:rPr>
          <w:rFonts w:ascii="Times New Roman" w:hAnsi="Times New Roman" w:eastAsia="Times New Roman" w:cs="Times New Roman"/>
        </w:rPr>
        <w:t>Lub Rooj Sib Tham Vatican Zaum Ob, uas kuj hu ua Vatican II, tau muaj txij xyoo 1962 mus txog 1965. Nws yog ib qho xwm txheej tseem ceeb loj hauv keeb kwm ntawm lub Koom Txoos Kas Tos Liv, thiab yog ib lub rooj sab laj thoob ntiaj teb uas tseem ceeb tshaj plaws hauv lub caij nyoog niaj hnub no. Lub rooj sab laj ntawd tau raug hu los sib sau raws li Pope John XXIII txoj kev coj noj coj ua, thiab tau txuas ntxiv mus thaum lub sijhawm ua Pope ntawm Pope Paul VI tom qab John XXIII tuag xyoo 1963. Nws tseem ceeb heev uas yuav tsum lees paub qhov txawv txav tshwj xeeb ntawm ob lub rooj sab laj no.</w:t>
      </w:r>
    </w:p>
    <w:p>
      <w:pPr>
        <w:pStyle w:val="ArticleBody"/>
        <w:jc w:val="left"/>
      </w:pPr>
      <w:r>
        <w:rPr>
          <w:rFonts w:ascii="Times New Roman" w:hAnsi="Times New Roman" w:eastAsia="Times New Roman" w:cs="Times New Roman"/>
        </w:rPr>
        <w:t>Lub thawj pawg sablaj tau tsim tsa yam uas hu ua “kev muaj thawj tshaj,” ntawm tus pope, txhais hais tias tus pope yog tus kav, tus qhia, thiab tus yug yaj loj tshaj plaws ntawm lub Koom Txoos, muaj lub luag hauj lwm khaws cia thiab txhais cov lus qhuab qhia ntawm txoj kev ntseeg. Nws txoj cai muaj nyob hauv kev txhais thiab tshaj tawm cov dogma, kev tawm cov lus txib qhuab qhia, thiab kev hais cov lus txiav txim uas muaj hwj chim txog tej xwm txheej ntawm txoj kev ntseeg thiab kev coj ncaj ncees, uas paub tias yog papal infallibility. Qhov no kuj suav nrog tus pope txoj cai kav dej num hla lub Koom Txoos thoob ntiaj teb, nrog rau lub hwj chim tsa cov npis sov, tswj cov sacraments, thiab kav kev tswj hwm ntawm lub Koom Txoos.</w:t>
      </w:r>
    </w:p>
    <w:p>
      <w:pPr>
        <w:pStyle w:val="ArticleBody"/>
        <w:jc w:val="left"/>
      </w:pPr>
      <w:r>
        <w:rPr>
          <w:rFonts w:ascii="Times New Roman" w:hAnsi="Times New Roman" w:eastAsia="Times New Roman" w:cs="Times New Roman"/>
        </w:rPr>
        <w:t>Lub Rooj Sab Laj zaum ob yog tsim los kom tig lub koom txoos mus ua ib lub cev ecumenical. Ob lub Rooj Sab Laj ntawd yog tej lus tawm tswv yim uas sawv ncaj qha sib txeeb. Lub Rooj Sab Laj thawj zaug uas khaws txoj kab ke qub raug lub Rooj Sab Laj zaum ob uas ywj pheej dua tsis lees thiab tawm tsam. Ob pab ntawd txawv sib deb ib yam li hmo ntuj thiab nruab hnub, thiab tej lus faj lem uas raug muab hais txog peb qhov zais ntawm Fatima qhia meej txog ib qho kev ua rog nyob hauv, uas ob lub Rooj Sab Laj no sawv cev tau haum tshaj plaws.</w:t>
      </w:r>
    </w:p>
    <w:p>
      <w:pPr>
        <w:pStyle w:val="ArticleBody"/>
        <w:jc w:val="left"/>
      </w:pPr>
      <w:r>
        <w:rPr>
          <w:rFonts w:ascii="Times New Roman" w:hAnsi="Times New Roman" w:eastAsia="Times New Roman" w:cs="Times New Roman"/>
        </w:rPr>
        <w:t>Cov lus faj lem qhia txog ib pawg neeg uas tuav rawv txoj kev ua thawj uas Pius IX sawv cev, thiab lawv raug sawv cev los ntawm yam uas hu ua “pope dawb,” “pope zoo,” lossis “npis sov zoo”; hos lwm pawg, uas txuas nrog Vatican II, raug sawv cev los ntawm “pope dub,” lossis “pope phem,” lossis “npis sov phem.” Qhov kev sib cav ntawm ob lub tswv yim nom tswv no raug sawv cev tawm los thaum koj mus xyuas lub thaj teev hawm ntawm txuj ci tseem ceeb Fatima, hauv Fatima, Portugal. Thaum nkag mus, txoj kev taug raug teeb tsa nyob nruab nrab ntawm ib tug mlom ntawm tus pope dub nyob rau ib sab, thiab tus pope dawb nyob rau lwm sab.</w:t>
      </w:r>
    </w:p>
    <w:p>
      <w:pPr>
        <w:pStyle w:val="ArticleBody"/>
        <w:jc w:val="left"/>
      </w:pPr>
      <w:r>
        <w:rPr>
          <w:rFonts w:ascii="Times New Roman" w:hAnsi="Times New Roman" w:eastAsia="Times New Roman" w:cs="Times New Roman"/>
        </w:rPr>
        <w:t>Yog li ntawd, qhov no thiaj dhau los ua ib feem ntawm txoj qub txeeg qub teg ntawm tus txiv neej uas thaum kawg yuav dhau los ua yam phau ntawv ntawd hu ua tus pope ntawm Hitler, tias nws tej cag keeb tau sib xyaw ruaj nreb nyob hauv kev tawm tsam nruab nrab ntawm kev tshiab niaj hnub (tus vajntxwv sab qab teb), thiab thawj txoj cai saum toj kawg nkaus ntawm papacy (tus vajntxwv sab qaum teb).</w:t>
      </w:r>
    </w:p>
    <w:p>
      <w:pPr>
        <w:pStyle w:val="ArticleBody"/>
        <w:jc w:val="left"/>
      </w:pPr>
      <w:r>
        <w:rPr>
          <w:rFonts w:ascii="Times New Roman" w:hAnsi="Times New Roman" w:eastAsia="Times New Roman" w:cs="Times New Roman"/>
        </w:rPr>
        <w:t>Yuav tsum to taub tias tus sau phau ntawv uas peb tab tom tshuaj xyuas no yog ib tug Catholic uas nyob ruaj hauv txoj kev lees paub ntawm nws pawg ntseeg, thiab lub hom phiaj uas nws tau hais tseg rau kev sau phau ntawv no yog kom muab qhov teeb pom kev rau saum lo lus liam tias tus pope uas kav nyob rau lub sijhawm Tsov Rog Thoob Ntiaj Teb Zaum 2 tau txhawb Hitler, cov Nazi, lossis tau muaj ib feem ntawm kev txhaum hauv txoj kev tua neeg loj rau cov Yudais thiab lwm tus. Thaum Cornwell hais txog yawg ntawm Pius XII, uas yog tus pab tes xis uas tsa Vatican 1 council, keeb kwm ntawm txoj kev tawm tsam ntawm cov vajntxwv sab qab teb thiab sab qaum teb tab tom raug ua kom tshwm sim hauv keeb kwm ntawd ntag. Thaum kev hloov loj ntawm “Republicanism” mus txog Ltalis, cov neeg Ltalis tau ntiab Pius IX tawm hauv lub nroog Rome mus li kwv yees ib xyoos, thiab txij thaum ntawd los, txawm yog tom qab nws rov qab los lawm los xij, txhua yam uas lub papacy tau muaj ib txwm tsuas yog ib puas kaum daim av xwb, uas hu ua Vatican City.</w:t>
      </w:r>
    </w:p>
    <w:p>
      <w:pPr>
        <w:pStyle w:val="ArticleBody"/>
        <w:jc w:val="left"/>
      </w:pPr>
      <w:r>
        <w:rPr>
          <w:rFonts w:ascii="Times New Roman" w:hAnsi="Times New Roman" w:eastAsia="Times New Roman" w:cs="Times New Roman"/>
        </w:rPr>
        <w:t>Tib txoj kev xwb uas nws thiaj li tau rov qab los rau hauv Vatican yog los ntawm kev pab ntawm cov tub rog Fabkis, thiab ib qho nyiaj qiv ntawm cov Rothschilds, cov neeg ua lag luam nyiaj Yudais uas muaj npe phem. Yuav kom to taub tau nrog kev txawj xav txog kev koom tes ntawm lub papacy hauv qhov kev tua neeg loj heev thaum Tsov Rog Ntiaj Teb Zaum II, yuav tsum muaj qee yam kev to taub hauv paus txog tus cwj pwm ntawm cov neeg Europe rau cov Yudais txij li thaum raug ntsia saum ntoo khaub lig ntawm Khetos. Phau ntawv no hais tias kev ntxub ntxaug Semites thiab kev ntxub ntxaug haiv neeg yog ob yam cwj pwm sib txawv, thiab hais tias Hitler txoj kev ntxub cov Yudais yog kev ntxub ntxaug haiv neeg, vim Hitler saib cov Yudais ua ib pawg tib neeg uas qis dua, hos kev ntxub ntxaug Semites yog kev ntxub cov Yudais vim lawv tau tua Vajtswv. Txawm yog ob yam no yog ib yam nkaus xwb, los sis yeej muaj qhov sib txawv tiag tiag ntawm ob yam ntawd, qhov tseeb ntawm kev txom nyem uas cov Yudais raug ntsib yog ib yam tsim nyog kom to taub.</w:t>
      </w:r>
    </w:p>
    <w:p>
      <w:pPr>
        <w:pStyle w:val="ArticleBody"/>
        <w:jc w:val="left"/>
      </w:pPr>
      <w:r>
        <w:rPr>
          <w:rFonts w:ascii="Times New Roman" w:hAnsi="Times New Roman" w:eastAsia="Times New Roman" w:cs="Times New Roman"/>
        </w:rPr>
        <w:t>Piv txwv li, nyob hauv Asmeskas niaj hnub no yog siv lo lus “ghetto,” ces feem coob xav tias nws yog lo lus txhais txog thaj chaw txom nyem thiab qhuav qhawv hauv nroog. Tiamsis lo lus “ghetto,” thaum chiv thawj yog siv hais txog ib feem ntawm ib lub nroog, tshwj xeeb tshaj yog hauv Venice, Ltalis, qhov chaw uas cov Yudais raug yuam kom nyob rau thaum lub Sijhawm Nruab Nrab. Lub ghetto thawj zaug raug tsim tsa hauv Venice xyoo 1516, thaum lub Koomhaum Venice kaw cov Yudais cia nyob hauv ib thaj chaw tshwj tseg hauv lub nroog uas hu ua “geto nuovo” (lub chaw yaj hlau tshiab), uas thaum kawg thiaj los paub tias yog lub ghetto.</w:t>
      </w:r>
    </w:p>
    <w:p>
      <w:pPr>
        <w:pStyle w:val="ArticleBody"/>
        <w:jc w:val="left"/>
      </w:pPr>
      <w:r>
        <w:rPr>
          <w:rFonts w:ascii="Times New Roman" w:hAnsi="Times New Roman" w:eastAsia="Times New Roman" w:cs="Times New Roman"/>
        </w:rPr>
        <w:t>Nyob hauv Tebchaws Europe thoob plaws lub Sijhawm Nruab Nrab, cov Yudais raug txwv hais txog tej chaw uas lawv yuav nyob tau, thiab kuj raug txwv txog cov haujlwm uas lawv raug tso cai ua. Cov kev txwv ntawd tau raws li lub ntsiab qub ntawm kev ntxub ntxaug cov Yudais, uas hais txog txoj kev ntseeg tias cov Yudais tau tua Vajtswv, thiab tias txhua yam teeb meem uas lawv tau ntsib tom qab ntawd yog lawv tus kheej tej kev ua uas tau coj los rau saum lawv.</w:t>
      </w:r>
    </w:p>
    <w:p>
      <w:pPr>
        <w:pStyle w:val="ArticleBody"/>
        <w:jc w:val="left"/>
      </w:pPr>
      <w:r>
        <w:rPr>
          <w:rFonts w:ascii="Times New Roman" w:hAnsi="Times New Roman" w:eastAsia="Times New Roman" w:cs="Times New Roman"/>
        </w:rPr>
        <w:t>Nyob rau tiam Nruab Nrab, nws yog ib txoj kev cai uas twb raug lees paub lawm tias cov Khixatia tsis raug tso cai qiv nyiaj los yog txais paj ntawm ib qho nyiaj qiv. Cov Yudais raug zam ntawm qhov kev txwv ntawd, thiab kev qiv nyiaj thiaj los ua ib yam ntawm cov haujlwm uas cov Yudais raug tso cai ua. Cov neeg Yudais ua lag luam txhab nyiaj, xws li tsev neeg Rothschild, yog cov pauv nyiaj vim yog teb rau cov kev txwv raws cai hais txog yam haujlwm twg uas lawv raug tso cai ua. Thaum Pius IX xav tau nyiaj txiag kom rov qab mus rau Vatican, txoj kev chim siab vim nws tsis kav lub nroog Loos lawm tau loj hlob ntxiv vim nws yuav tsum tig mus nrhiav nyiaj ntawm cov Yudais.</w:t>
      </w:r>
    </w:p>
    <w:p>
      <w:pPr>
        <w:pStyle w:val="ArticleBody"/>
        <w:jc w:val="left"/>
      </w:pPr>
      <w:r>
        <w:rPr>
          <w:rFonts w:ascii="Times New Roman" w:hAnsi="Times New Roman" w:eastAsia="Times New Roman" w:cs="Times New Roman"/>
        </w:rPr>
        <w:t>Ua ntej nws raug ntiab tawm hauv Loos, Pius IX zoo li yog nyob hauv ib pawg ntawm ob pawg hais txog cov Yudais thiab txoj kev sib raug zoo ntawm lub koom txoos rau cov Yudais. Ob pawg ntawd muaj xws li cov uas ntseeg hais tias cov Yudais, txawm muaj dab tsi tshwm sim rau lawv los xij, tsuas yog tab tom tau yam uas lawv tsim nyog tau xwb; thiab lwm pawg ntawd kuj pheej nyiam qhia kev khuv leej me ntsis rau cov Yudais. Thaum Pius IX rov qab los rau lub Vatican tom qab raug ntiab tawm lawm, txoj kev khuv leej uas tej zaum nws tau qhia qee zaus ua ntej nws raug ntiab tawm tsis tau tshwm sim dua ib zaug li. Ua ntej nws raug ntiab tawm, nws tau kaw lub ghetto hauv lub nroog Loos, thiab tom qab nws rov qab los, nws rov tsa lub ghetto dua, thiab pib sau se rau cov Yudais kom rov khaws tau nws cov kev poob nyiaj txiag.</w:t>
      </w:r>
    </w:p>
    <w:p>
      <w:pPr>
        <w:pStyle w:val="ArticleBody"/>
        <w:jc w:val="left"/>
      </w:pPr>
      <w:r>
        <w:rPr>
          <w:rFonts w:ascii="Times New Roman" w:hAnsi="Times New Roman" w:eastAsia="Times New Roman" w:cs="Times New Roman"/>
        </w:rPr>
        <w:t>Tus neeg tes xis ntawm Pope Pius IX yog Marcantonio Pacelli, uas yog yawg ntawm tus pope ntawm Hitler. Nws yog ib tug kws lij choj uas koom rau hauv ib pab kws lij choj tshwj xeeb uas txhawb nqa lub hwj chim papacy. Nws tus tub kuj tau los koom rau hauv tib pab kws lij choj qib siab ntawd, thiab nws tus xeeb ntxwv kuj ua ib yam li ntawd, tus uas thaum kawg yuav los ua tus pope ntawm Hitler. Tom qab phau ntawv nthuav txog keeb kwm ntawm Eugenio Pacelli tus yawg, nws txiv, thiab nws thaum hluas nrog nws txoj kev kawm, nws mam hais txog txoj haujlwm uas Pacelli tau txais thaum nws pib ua haujlwm rau lub papacy. Ua ib tug kws lij choj, yug los ntawm caj ces kws lij choj qib siab ntawm papacy, nws raug xaiv los ua tus thawj coj ntawm ib chav haujlwm uas tshwj xeeb hauv cov ntawv cog lus, uas hu ua concords. Xyoo 1901 Pacelli raug coj los nkag rau hauv lub chaw haujlwm ntawm Papal Secretariat of State.</w:t>
      </w:r>
    </w:p>
    <w:p>
      <w:pPr>
        <w:pStyle w:val="ArticleBody"/>
        <w:jc w:val="left"/>
      </w:pPr>
      <w:r>
        <w:rPr>
          <w:rFonts w:ascii="Times New Roman" w:hAnsi="Times New Roman" w:eastAsia="Times New Roman" w:cs="Times New Roman"/>
        </w:rPr>
        <w:t>Pacelli tau los ua tus sawv cev mus rau tej tebchaws. Hauv kev qhia yav tom ntej Pacelli tau los ua qhov chaw raug cai uas ua kom tiav txoj kev deev luag poj luag txiv ntawm cov vajntxwv hauv ntiajteb nrog txoj kev ua vajntxwv ntawm papacy. Xyoo 1903, Pius X tau txais kev tsa mom ua pope. Tam sim ntawd nws pib tawm tsam “cov tshuaj lom ntawm kev txawj ntse” uas tsim tau “kev txheeb txhua yam raws li tus kheej kev xav thiab kev ua xyem xyav.” Tus txiv neej uas coj Pius X txoj kev siv zog kom rhuav tshem “modernism” yog Umberto Benigni, uas ua haujlwm hauv tib lub chaw ua haujlwm li Pacelli. Ib zaug Benigni tau hais txog ib pab kws keeb kwm nto moo thoob ntiajteb tias lawv yog cov txiv neej uas, “keeb kwm tsis yog dabtsi li tsuas yog ib qho kev sim tas mus li uas tag kev cia siab kom ntuav xwb. Rau hom neeg zoo li no tsuas muaj ib qho tshuaj kho xwb: txoj kev inquisition!” Rau Benigni, ib tug kws keeb kwm uas qhia ib qho kev pom zoo twg nrog tej tswv yim uas tawm los ntawm Fabkis Kev Tawm Tsam mas yuav tsum raug muab tua.</w:t>
      </w:r>
    </w:p>
    <w:p>
      <w:pPr>
        <w:pStyle w:val="ArticleBody"/>
        <w:jc w:val="left"/>
      </w:pPr>
      <w:r>
        <w:rPr>
          <w:rFonts w:ascii="Times New Roman" w:hAnsi="Times New Roman" w:eastAsia="Times New Roman" w:cs="Times New Roman"/>
        </w:rPr>
        <w:t>Raws li kev cai, Benigni yog tus tswj hwm lub chaw haujlwm tshaj tawm lus qhuab ntuas rau lub papacy, tiam sis raws li tsis yog kev cai nws kuj yog tus tswj hwm ib lub vas sab nyiag zais cia thiab, uas raug tsim los txheeb xyuas txhua tus Catholic uas muaj ib qho kev txhawb siab twg rau “modernism,” uas tau yug los ntawm tus vaj ntxwv sab qab teb. Thaum kawg, xyoo 1910, nws tes haujlwm tau tsim ib daim lus txib uas yuam cov neeg ua haujlwm ntawm lub papacy kom cog ib lo lus cog tseg, hu ua Antimodernist Oath. Nws tseem muaj hwj chim siv los txog niaj hnub no. Yog xav tau ua haujlwm rau Vatican, koj yuav tsum cog lus tias yuav ntxub tej tswv yim modernist, uas niaj hnub no peb yuav hu ua tej tswv yim communist.</w:t>
      </w:r>
    </w:p>
    <w:p>
      <w:pPr>
        <w:pStyle w:val="ArticleBody"/>
        <w:jc w:val="left"/>
      </w:pPr>
      <w:r>
        <w:rPr>
          <w:rFonts w:ascii="Times New Roman" w:hAnsi="Times New Roman" w:eastAsia="Times New Roman" w:cs="Times New Roman"/>
        </w:rPr>
        <w:t>Nyob rau hauv qhov kev xaus luv ntawm Cronwell phau ntawv, nyob rau ntawm nplooj flyleaf nws hais tias, “Nyob rau thawj kaum xyoo ntawm lub xyoo pua no, thaum Pacelli tseem yog ib tug tub ceev xwm kev cai lij choj ci ntsa iab hluas ntawm Vatican, nws tau pab txhim tsa ib txoj kev xav txog hwj chim papal uas tsis tau muaj dua li; nyob rau lub caij xyoo 1920s nws tau siv kev dag ntxias thiab kev hem kom yuam kom siv hwj chim nyob hauv Lub Tebchaws Yelemees. Xyoo 1933, Hitler tau los ua nws tus khub sib tham uas zoo tshaj plaws, thiab ib daim concordat tau raug teeb tsa uas tau pub txiaj ntsig kev cai dab qhuas thiab kev kawm rau lub Koom Txoos Kas Tos Liv, pauv nrog kev thim rov qab ntawm cov Kas Tos Liv tawm ntawm kev koom tes hauv zej zog thiab kev ua nom ua tswv. Qhov kev ‘txaus siab’ tso tseg no ntawm kev ua Kas Tos Liv hauv kev nom kev tswv, uas raug yuam los ntawm Loos, tau pab ua kom kev sawv los ntawm Nazism yooj yim.”</w:t>
      </w:r>
    </w:p>
    <w:p>
      <w:pPr>
        <w:pStyle w:val="ArticleBody"/>
        <w:jc w:val="left"/>
      </w:pPr>
      <w:r>
        <w:rPr>
          <w:rFonts w:ascii="Times New Roman" w:hAnsi="Times New Roman" w:eastAsia="Times New Roman" w:cs="Times New Roman"/>
        </w:rPr>
        <w:t>Thaum lub rooj sib tham ntawm tsoom fwv hnub tim 14 Lub Xya hli ntuj 1933, Adolph Hitler tau hais tawm nws lub tswv yim hauv tib lub hli ntawd tias daim ntawv cog lus uas Pacelli tau tsim nrog cov Nazi thiab muab rau lub teb chaws Yelemees ntawd tau tsim “ib thaj chaw ntawm kev ntseeg siab…. Hauv txoj kev tawm tsam uas tab tom loj hlob tiv thaiv cov Yudais thoob ntiaj teb.”</w:t>
      </w:r>
    </w:p>
    <w:p>
      <w:pPr>
        <w:pStyle w:val="ArticleBody"/>
        <w:jc w:val="left"/>
      </w:pPr>
      <w:r>
        <w:rPr>
          <w:rFonts w:ascii="Times New Roman" w:hAnsi="Times New Roman" w:eastAsia="Times New Roman" w:cs="Times New Roman"/>
        </w:rPr>
        <w:t>Phau ntawv ntawm Cornwell tsis tau txais kev lees txais zoo ntawm cov Catholic uas tsis kam lees txais cov pov thawj tias Pacelli yog tus laj thawj tseem ceeb uas ua rau Hitler muaj peev xwm sawv los kav hwj chim, vim lub teb chaws Yelemees yog ib lub teb chaws uas cov Catholic muaj coob tshaj. Pacelli tau cog lus ib daim ntawv pom zoo uas txwv tsis pub lub tsev luam tawm ntawv Catholic, cov koom haum xov xwm Catholic, thiab cov tsev kawm Catholic hais dab tsi li txog txoj kev uas Hitler tab tom coj txij xyoo 1933 mus lawm. Phau ntawv no nthuav qhia txog qhov kev ntxub ntxaug Yudais uas pom tseeb hauv Pacelli, uas tom qab ntawd tau los ua tus pope thaum Tsov Rog Ntiaj Teb Zaum II. Yam tsawg kawg peb yam muaj peev xwm raug tsim tsa tau los ntawm cov ntaub ntawv keeb kwm uas ntseeg tau heev hauv phau ntawv no.</w:t>
      </w:r>
    </w:p>
    <w:p>
      <w:pPr>
        <w:pStyle w:val="ArticleBody"/>
        <w:jc w:val="left"/>
      </w:pPr>
      <w:r>
        <w:rPr>
          <w:rFonts w:ascii="Times New Roman" w:hAnsi="Times New Roman" w:eastAsia="Times New Roman" w:cs="Times New Roman"/>
        </w:rPr>
        <w:t>Qhov thawj yog kev ua rog ntawm vajntxwv sab qaum teb thiab vajntxwv sab qab teb, raws li tau sawv cev nyob hauv Daniyees tshooj kaum ib. Nyob hauv txoj kev ua rog ntawd, cov yeeb ncuab yog Kev Ntseeg Kas Tos Liv tawm tsam kev tsis ntseeg Vajtswv, tus pope tawm tsam Kev Koomyis. Lwm lub ntsiab yog tias tus pope tau siv Nazism ua nws pab tub rog sawv cev tawm tsam kev tsis ntseeg Vajtswv thaum Tsov Rog Ntiaj Teb Zaum Ob, ib yam li tus pope tau siv Protestantism uas thim txoj kev ntseeg lawm nyob rau xyoo 1989 ua nws pab tub rog sawv cev tawm tsam kev tsis ntseeg Vajtswv ntawm USSR. Phau ntawv no kuj qhia meej txog sab hauv thiab sab nraud ntawm tus qauv cev Vajtswv lus uas tau sawv cev los ntawm cov lus ntawm Xatas uas tau tawm los ntawm qhov txuj ci tseem ceeb ntawm Fatima.</w:t>
      </w:r>
    </w:p>
    <w:p>
      <w:pPr>
        <w:pStyle w:val="ArticleBody"/>
        <w:jc w:val="left"/>
      </w:pPr>
      <w:r>
        <w:rPr>
          <w:rFonts w:ascii="Times New Roman" w:hAnsi="Times New Roman" w:eastAsia="Times New Roman" w:cs="Times New Roman"/>
        </w:rPr>
        <w:t>Tsov rog ciam teb ntawm Raphia, uas raug sawv cev nyob rau hauv nqe kaum ib thiab kaum ob ntawm Daniyee kaum ib, sawv cev rau tsov rog ciam teb uas tam sim no tab tom tshwm sim hauv Ukraine. Tsov rog txheej thaum ub ntawd yog ib tsov rog kub; qhov thib ob yog tsov rog sawv cev thib ob, nrog rau cov tub rog sawv cev uas koom tes nyob rau hauv kev sib ntaus sib tua uas ua rau tuag taus. Raphia qhia tias tsov rog ciam teb ntawd yog nruab nrab ntawm vajntxwv sab qaum teb thiab vajntxwv sab qab teb, tiam sis lus faj lem qhia tias txog rau thaum txoj cai Hnub Caiv uas yuav los sai no, tus niam ntiav ntawm Tyre raug tsis nco qab lawm, Jezebel nyob hauv Samaria, thiab Herodias hla dhau Herod lub rooj noj mov hnub yug. Peb tug tim khawv ntawd hais txog tes haujlwm ntawm vajntxwv sab qaum teb hauv keeb kwm tam sim no no, yog tias nws nyob tom qab txheej xwm rub cov hlua. Cov tsov rog kub, tsov rog sawv cev, thiab tsov rog txias uas tshwm sim thaum nws raug tsis nco qab ntawd raug ua tiav los ntawm nws cov tub rog sawv cev.</w:t>
      </w:r>
    </w:p>
    <w:p>
      <w:pPr>
        <w:pStyle w:val="ArticleBody"/>
        <w:jc w:val="left"/>
      </w:pPr>
      <w:r>
        <w:rPr>
          <w:rFonts w:ascii="Times New Roman" w:hAnsi="Times New Roman" w:eastAsia="Times New Roman" w:cs="Times New Roman"/>
        </w:rPr>
        <w:t>Russia yog tus vajntxwv sab qab teb, thiab tam sim no nws tab tom koom nyob rau hauv ib txoj kev ua rog ze ciam teb uas raug them nyiaj los ntawm cov neeg thoob ntiaj teb tshiab ntawm lub ntiaj teb sab hnub poob, feem ntau yog cov Democrats uas vam meej thiab cov Republicans RINO (Republican Hauv Npe Xwb) hauv Tebchaws Meskas. Thaum Tebchaws Meskas raug sawv cev ua tus vajntxwv sab qaum teb tus tub rog sawv cev hauv nqe plaub caug ntawm Daniyees kaum ib, nws ob yam cwj pwm yaj saub yog hwjchim tub rog thiab lub zog nyiaj txiag. Tebchaws Meskas tab tom ua tiav tib txoj haujlwm hauv Ukraine uas nws tau ua xyoo 1989, pab tus Pope tawm tsam Russia, thiab tus tub rog sawv cev uas nyob rau pem teb, tiv thaiv Ukraine, puv npo nrog cov neeg txhawb nqa Nazi heev kawg uas txawm yog cov xov xwm tseem ceeb los kuj tsis muaj peev xwm tsis lees nws. Tam sim no Loos tab tom siv tib cov tub rog sawv cev uas nws tau siv hauv txoj kev ua rog kub uas yog Tsov Rog Ntiaj Teb Zaum Ob, thiab xyoo 1989, los ua rog tawm tsam Russia. Nyeem phau ntawv: Hitler’s Pope, the Secret History of Pius XII.</w:t>
      </w:r>
    </w:p>
    <w:p>
      <w:pPr>
        <w:pStyle w:val="ArticleBody"/>
        <w:jc w:val="left"/>
      </w:pPr>
      <w:r>
        <w:rPr>
          <w:rFonts w:ascii="Times New Roman" w:hAnsi="Times New Roman" w:eastAsia="Times New Roman" w:cs="Times New Roman"/>
        </w:rPr>
        <w:t>Peb yuav txuas ntxiv txoj kev kawm no nyob rau hauv zaj lus tom ntej.</w:t>
      </w:r>
    </w:p>
    <w:p>
      <w:pPr>
        <w:pStyle w:val="ArticleScripture"/>
        <w:jc w:val="left"/>
      </w:pPr>
      <w:r>
        <w:rPr>
          <w:rFonts w:ascii="Times New Roman" w:hAnsi="Times New Roman" w:eastAsia="Times New Roman" w:cs="Times New Roman"/>
        </w:rPr>
        <w:t>“Zoo ib yam nkaus, thaum Vajtswv tab tom yuav qhib keeb kwm ntawm pawg ntseeg rau tiam tom ntej rau Yauhas tus uas Nws hlub, Nws tau muab ib lo lus lees paub rau nws txog tus Cawmseej txoj kev txaus siab thiab txoj kev saib xyuas Nws haiv neeg, los ntawm kev qhia rau nws pom ‘Ib tug zoo li Leej Tub ntawm neeg,’ taug kev nyob nruab nrab ntawm tej ceg teeb, uas yog lub cim sawv cev rau xya pawg ntseeg. Thaum Yauhas raug qhia kom pom cov kev tawm tsam loj kawg ntawm pawg ntseeg nrog tej hwjchim hauv ntiajteb, nws kuj raug pub kom pom txoj kev yeej zaum kawg thiab txoj kev dim cawm ntawm cov ncaj ncees. Nws pom pawg ntseeg raug coj mus rau hauv kev sib ntaus uas txaus tuag nrog tus tsiaj qus thiab nws tus mlom, thiab kev pe hawm tus tsiaj qus ntawd raug yuam kom ua, tsis li ntawd ces raug txim tuag. Tiamsis thaum ntsia dhau ntawm pa luam yeeb thiab suab nrov ntawm kev sib ntaus, nws pom ib pab neeg nyob saum Roob Xi-oos nrog tus Menyuam Yaj, uas, tsis yog muaj tus cim ntawm tus tsiaj qus, lawv muaj ‘Leej Txiv lub npe sau rau saum lawv tej pliaj.’ Thiab dua nws pom ‘cov uas twb yeej tus tsiaj qus lawm, thiab yeej nws tus mlom, thiab yeej nws tus cim, thiab yeej tus zauv ntawm nws lub npe, sawv saum lub hiav txwv iav, tuav Vajtswv tej nkauj ntaus’ thiab hu zaj nkauj ntawm Mauxes thiab ntawm tus Menyuam Yaj.”</w:t>
      </w:r>
    </w:p>
    <w:p>
      <w:pPr>
        <w:pStyle w:val="ArticleScripture"/>
        <w:jc w:val="left"/>
      </w:pPr>
      <w:r>
        <w:rPr>
          <w:rFonts w:ascii="Times New Roman" w:hAnsi="Times New Roman" w:eastAsia="Times New Roman" w:cs="Times New Roman"/>
        </w:rPr>
        <w:t>“Cov lus qhia no yog rau peb txoj kev pab. Peb yuav tsum tsa peb txoj kev ntseeg rau saum Vajtswv, rau qhov ua ntej peb tam sim no muaj ib lub sij hawm uas yuav sim neeg lub siab. Khetos, nyob saum Roob Txiv Ntoo Roj, tau rov hais txog cov kev txiav txim txaus ntshai uas yuav los ua ntej Nws txoj kev los zaum ob tias: ‘Nej yuav hnov txog kev tsov rog thiab tej lus xaiv txog kev tsov rog.’ ‘Ib haiv neeg yuav sawv tawm tsam ib haiv neeg, thiab ib lub nceeg vaj tawm tsam ib lub nceeg vaj: thiab yuav muaj kev tshaib nqhis, thiab kab mob phem, thiab av qeeg, nyob ntau qhov chaw. Tag nrho tej no tsuas yog qhov pib ntawm kev txom nyem xwb.’ Txawm yog tias tej lus faj lem no tau muaj ib feem kev ua tiav thaum Yeluxalees raug rhuav tshem, los lawv tseem muaj kev siv ncaj qha dua rau hnub kawg.”</w:t>
      </w:r>
    </w:p>
    <w:p>
      <w:pPr>
        <w:pStyle w:val="ArticleScripture"/>
        <w:jc w:val="left"/>
      </w:pPr>
      <w:r>
        <w:rPr>
          <w:rFonts w:ascii="Times New Roman" w:hAnsi="Times New Roman" w:eastAsia="Times New Roman" w:cs="Times New Roman"/>
        </w:rPr>
        <w:t>“Peb tab tom sawv ntawm lub chaw nkag mus rau hauv tej xwm txheej loj thiab dawb ceev heev. Tej lus faj lem tab tom ua tiav sai heev. Tus Tswv twb nyob ntawm qhov rooj lawm. Tsis ntev no yuav muaj ib ntu sijhawm qhib tawm rau ntawm peb xub ntiag uas yuav ua rau txhua tus uas tseem muaj sia nyob muaj kev txaus siab thiab ceev faj loj kawg nkaus. Tej kev sib cav sib ceg ntawm yav tag los yuav raug tsa rov los dua; tej kev sib cav sib ceg tshiab yuav tshwm sim tuaj. Tej xwm txheej uas yuav raug ua tawm los hauv peb lub ntiajteb no tseem tsis tau txawm yog nyob hauv neeg txoj kev npau suav li. Xatas tab tom ua haujlwm los ntawm tib neeg tej cuab yeej. Cov uas tab tom siv zog hloov Txoj Cai Lij Choj thiab nrhiav kom tau ib txoj cai yuam kom hwm hnub Sunday yeej tsis tshua paub tias qhov tshwm sim yuav yog dab tsi. Ib qho teebmeem loj tab tom los txog rau saum peb lawm.”</w:t>
      </w:r>
    </w:p>
    <w:p>
      <w:pPr>
        <w:pStyle w:val="ArticleScripture"/>
        <w:jc w:val="left"/>
      </w:pPr>
      <w:r>
        <w:rPr>
          <w:rFonts w:ascii="Times New Roman" w:hAnsi="Times New Roman" w:eastAsia="Times New Roman" w:cs="Times New Roman"/>
        </w:rPr>
        <w:t>“Tiamsis cov Vajtswv cov tub qhe tsis txhob cia siab rau lawv tus kheej thaum muaj kev kub ntxhov loj no. Hauv tej yog toog uas tau muab rau Yaxayas, rau Exekees, thiab rau Yauhas, peb pom tias ntuj ceeb tsheej muaj kev sib txuas ze npaum li cas nrog tej xwm txheej uas tab tom muaj nyob saum npoo ntiajteb no thiab tias Vajtswv txoj kev saib xyuas rau cov uas ncaj ncees rau Nws loj npaum li cas. Lub ntiajteb no tsis yog tsis muaj tus kav. Txoj kev npaj ntawm tej xwm txheej uas yuav los tom ntej no nyob hauv tus Tswv txhais tes. Tus Huab Tais Loj Tshaj Plaws saum ntuj ceeb tsheej tuav rawv txoj hmoo ntawm txhua haiv neeg, ib yam nkaus li tej xwm txheej uas txhawj txog Nws pawg ntseeg, nyob hauv Nws tus kheej txoj kev saib xyuas.” Testimonies, ntim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Zauv Ib Puas Xya Caug Peb</dc:title>
  <dc:subject>Duab Ntxoo Ntawm Vaj Qhia: Qhib Pom Txog Lub Cawv Nqaij thiab Cov Hom Phiaj Tom Qab “Tus Vaj Qhia ntawm Hitler”</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