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Xya Caug Plaub</w:t>
      </w:r>
    </w:p>
    <w:p>
      <w:pPr>
        <w:pStyle w:val="ArticleSubtitle"/>
        <w:jc w:val="left"/>
      </w:pPr>
      <w:r>
        <w:rPr>
          <w:rFonts w:ascii="Arial" w:hAnsi="Arial" w:eastAsia="Arial" w:cs="Arial"/>
        </w:rPr>
        <w:t>Kev Pom Pom Uas Yaj Saub Tau Txais thiab Tej Kev Tshwm Sim Los Ntawm Vajtswv: Kev To Taub Daniyee Lub Zeem Muag thiab Nws Tej Kev Cuam Tshuam Rau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Thaum peb hais txog tsov rog sawv cev thib peb, uas raug sawv cev nyob rau hauv nqe kaum peb mus txog kaum tsib, peb yuav rov nco peb tus kheej txog yam uas tau coj los txog rau cov nqe no. Hauv tshooj kaum, Daniyees txais nws lub zeem muag kawg, thiab hauv qhov ntawd nws raug qhia tias yog tus to taub ob qho tib si tej zeem muag cev lus faj lem sab hauv thiab sab nraud. Lo lus Henplais “dabar,” uas txhais tias “lus,” raug txhais ua “yam.” Hauv tshooj cuaj, thaum Kalelais los ua kom Daniyees to taub txog lub zeem muag ntawm ob txhiab peb puas hnub, lo lus Henplais “dabar” raug txhais ua “tej xwm txheej.”</w:t>
      </w:r>
    </w:p>
    <w:p>
      <w:pPr>
        <w:pStyle w:val="ArticleScripture"/>
        <w:jc w:val="left"/>
      </w:pPr>
      <w:r>
        <w:rPr>
          <w:rFonts w:ascii="Times New Roman" w:hAnsi="Times New Roman" w:eastAsia="Times New Roman" w:cs="Times New Roman"/>
        </w:rPr>
        <w:t>Yog lawm, thaum kuv tseem tab tom hais lus thov Vajtswv, tus txivneej Khas Npis-ee uas kuv tau pom hauv yog toog thaum chiv thawj ntawd, raug txib kom ya nrawm nroos los kov kuv rau lub sijhawm ua kev fij hlawv yav tsaus ntuj. Thiab nws qhia rau kuv, thiab hais lus nrog kuv, thiab hais tias, Au Daniyee, nim no kuv twb tawm los kom pub kev txawj ntse thiab kev nkag siab rau koj lawm. Thaum pib ntawm koj tej lus thov, lo lus txib twb tawm los lawm, thiab kuv tuaj los qhia rau koj; vim koj yog tus uas raug hlub heev kawg li: yog li ntawd cia li to taub zaj no, thiab xav txog yog toog ntawd. Daniyee 9:21–23.</w:t>
      </w:r>
    </w:p>
    <w:p>
      <w:pPr>
        <w:pStyle w:val="ArticleBody"/>
        <w:jc w:val="left"/>
      </w:pPr>
      <w:r>
        <w:rPr>
          <w:rFonts w:ascii="Times New Roman" w:hAnsi="Times New Roman" w:eastAsia="Times New Roman" w:cs="Times New Roman"/>
        </w:rPr>
        <w:t>Thaum Nka-ees-las hais rau Daniyees kom “nkag siab txog lo lus no, thiab xav txog yog toog pom ntawd,” lo lus Henplais “biyn” tau muab txhais ua ob yam tib si, yog “nkag siab” thiab kuj yog “xav txog” thiab. Lo lus no txhais tias cais tawm hauv siab ntsws. Nka-ees-las qhia rau Daniyees kom nws cais tawm hauv kev xav nruab nrab ntawm “dabar” uas tau txhais tias “lo lus” thiab “mareh” uas tau txhais tias “yog toog pom.” Kom thiaj nkag siab tau txog txoj kev txhais uas Nka-ees-las tab tom muab rau Daniyees hais txog txoj lus faj lem ntawm ob txhiab peb puas xyoo, Daniyees yuav tsum lees paub qhov sib txawv nruab nrab ntawm yog toog pom qhia txoj lus faj lem uas sawv cev ua “lo lus” thiab yog toog pom faj lem “mareh.” “Lo lus,” uas yog “dabar,” txhais tias lus, sawv cev rau txoj kab sab nraud ntawm txoj lus faj lem; hos yog toog pom “mareh” sawv cev rau txoj kab sab hauv ntawm txoj lus faj lem.</w:t>
      </w:r>
    </w:p>
    <w:p>
      <w:pPr>
        <w:pStyle w:val="ArticleBody"/>
        <w:jc w:val="left"/>
      </w:pPr>
      <w:r>
        <w:rPr>
          <w:rFonts w:ascii="Times New Roman" w:hAnsi="Times New Roman" w:eastAsia="Times New Roman" w:cs="Times New Roman"/>
        </w:rPr>
        <w:t>Hauv Daniyee tshooj kaum, thawj qhov tseeb uas raug nthuav tawm rau tus kawm txog tej yaj saub tej lus qhia yog tias Daniyee sawv cev rau Vajtswv haiv neeg nyob rau hnub kawg uas to taub ob txoj kab ntawm tej lus faj lem, sab hauv thiab sab nraud.</w:t>
      </w:r>
    </w:p>
    <w:p>
      <w:pPr>
        <w:pStyle w:val="ArticleScripture"/>
        <w:jc w:val="left"/>
      </w:pPr>
      <w:r>
        <w:rPr>
          <w:rFonts w:ascii="Times New Roman" w:hAnsi="Times New Roman" w:eastAsia="Times New Roman" w:cs="Times New Roman"/>
        </w:rPr>
        <w:t>Hauv xyoo peb ntawm Khaulas uas yog vajntxwv kav Pawxia, ib lo lus tau raug tshwm rau Daniyees, uas hu ua Npeletesaxas; thiab lo lus ntawd yog tseeb, tiamsis lub sijhawm uas tau teem tseg ntawd ntev heev; thiab nws thiaj to taub lo lus ntawd, thiab muaj kev nkag siab txog zaj yog toog pom. Daniel 10:1.</w:t>
      </w:r>
    </w:p>
    <w:p>
      <w:pPr>
        <w:pStyle w:val="ArticleBody"/>
        <w:jc w:val="left"/>
      </w:pPr>
      <w:r>
        <w:rPr>
          <w:rFonts w:ascii="Times New Roman" w:hAnsi="Times New Roman" w:eastAsia="Times New Roman" w:cs="Times New Roman"/>
        </w:rPr>
        <w:t>Lo lus “yam ntawd,” yog lo lus Henplais “dabar,” hos “lub zeem muag,” yog lub zeem muag “mareh.” Ua ib tug yaj saub, Daniyees sawv cev rau Vajtswv haiv neeg nyob rau hnub kawg, uas nws txoj kev ua tiav zoo meej yog ib puas plaub caug plaub txhiab leej. Xyoo peb ntawm Xailas muab Daniyees tso rau hauv txoj kab kho dua tshiab uas tau pib thaum lub sijhawm kawg hauv xyoo 1989. Nyob rau “cov hnub ntawd,” uas sawv cev rau keeb kwm txij xyoo 1989 mus txog txoj cai Hnub Caiv uas yuav los sai sai hauv Tebchaws Meskas, Daniyees tau quaj ntsuag peb lub limtiam. Hauv txoj kab kho dua tshiab ntawm ib puas plaub caug plaub txhiab leej, lub sijhawm quaj ntsuag ntawd tab tom cim peb hnub ib nrab uas ob tug timkhawv hauv Tshwmsim tshooj kaum ib, pw tuag rau hauv txojkev. Txojkev ntawm lub nroog loj ntawd ntawm Xaudoo thiab Iyi tebchaws, qhov chaw uas peb tus Tswv kuj raug ntsia saum ntoo khaublig, kuj yog Exekees lub hav ntawm cov pob txha qhuav uas tuag lawm.</w:t>
      </w:r>
    </w:p>
    <w:p>
      <w:pPr>
        <w:pStyle w:val="ArticleBody"/>
        <w:jc w:val="left"/>
      </w:pPr>
      <w:r>
        <w:rPr>
          <w:rFonts w:ascii="Times New Roman" w:hAnsi="Times New Roman" w:eastAsia="Times New Roman" w:cs="Times New Roman"/>
        </w:rPr>
        <w:t>Nyob rau tshooj kaum, Daniyees raug hloov kom zoo ib yam li tus duab ntawm Khetos, thiab raug kov peb zaug ua ntej Gabriyees txhais lub zeem muag uas Daniyees tau pom. Lub zeem muag ntawd ua rau muaj kev cais tawm ntawm ob pawg neeg pe hawm. Txoj moo zoo uas nyob mus ib txhis yeej ib txwm ua rau muaj ob pawg neeg pe hawm. Daniyees sawv cev rau pawg neeg pe hawm uas raug sawv cev tias yog ib puas plaub caug plaub txhiab leej, txawv ntawm pawg uas khiav dim mus vim ntshai lub zeem muag ntawd.</w:t>
      </w:r>
    </w:p>
    <w:p>
      <w:pPr>
        <w:pStyle w:val="ArticleBody"/>
        <w:jc w:val="left"/>
      </w:pPr>
      <w:r>
        <w:rPr>
          <w:rFonts w:ascii="Times New Roman" w:hAnsi="Times New Roman" w:eastAsia="Times New Roman" w:cs="Times New Roman"/>
        </w:rPr>
        <w:t>Ua ntej tshooj kaum, Gabriel tau los cuag Daniyees peb zaug los txhais ib zaj yog toog pom. Nws tau txhais cov yog toog pom hauv tshooj xya thiab tshooj yim, uas tau qhia txog tej tebchaws hauv Vajlugkub txoj kev cev Vajtswv lus yav tom ntej, ob qho tib si hauv lawv txoj kev tshwm sim sab nom tswv (tshooj xya), thiab hauv lawv txoj kev tshwm sim sab kev ntseeg (tshooj yim). Tom qab ntawd hauv tshooj cuaj Gabriel tau txhais txoj lus cev Vajtswv lus yav tom ntej txog ob txhiab peb puas xyoo. Gabriel los txog hauv tshooj kaum kom ua kom tiav qhov kev txhais uas tau tso cia tsis tau puv hauv tshooj cuaj, thiab los muab rau Daniyees txoj kev txhais ntawm zaj yog toog pom uas ua rau muaj ob pab neeg pe hawm. Gabriel xub muab ib daim duab dav dav ntawm zaj yog toog pom ntawd rau Daniyees hauv nqe kaum plaub.</w:t>
      </w:r>
    </w:p>
    <w:p>
      <w:pPr>
        <w:pStyle w:val="ArticleScripture"/>
        <w:jc w:val="left"/>
      </w:pPr>
      <w:r>
        <w:rPr>
          <w:rFonts w:ascii="Times New Roman" w:hAnsi="Times New Roman" w:eastAsia="Times New Roman" w:cs="Times New Roman"/>
        </w:rPr>
        <w:t>Tam sim no tuaj ua kom koj to taub txog yam uas yuav tshwm sim rau koj haiv neeg nyob rau hnub kawg; rau qhov lub zeem muag no tseem hais txog ntau hnub tom ntej. Daniel 10:14.</w:t>
      </w:r>
    </w:p>
    <w:p>
      <w:pPr>
        <w:pStyle w:val="ArticleBody"/>
        <w:jc w:val="left"/>
      </w:pPr>
      <w:r>
        <w:rPr>
          <w:rFonts w:ascii="Times New Roman" w:hAnsi="Times New Roman" w:eastAsia="Times New Roman" w:cs="Times New Roman"/>
        </w:rPr>
        <w:t>Zaj yog kev ua yog toog pom txog Khetos, uas tsim tau ob pawg neeg pe hawm, sawv cev rau yam uas yuav los raug Vajtswv haiv neeg hauv hnub kawg. Kev txhais ntawm tshooj xya thiab tshooj yim yog kev txhais txog keeb kwm uas sawv cev los ntawm kev sawv thiab kev poob ntawm tej tebchaws hauv Vajlugkub tej lus faj lem, raws li tau piav qhia los ntawm tej tsiaj qus tua noj thiab tej tsiaj ntawm lub tuam tsev dawb huv raws li lawv nyias hom. Kev txhais ntawm tshooj cuaj yog ib qho kev faib tawg ntxaws ntxaws ntawm ntau lub sij hawm faj lem uas sawv cev nyob hauv zaj lus faj lem ntawm ob txhiab peb puas xyoo. Ib yam li ntawd, zaj yog toog pom txog Khetos uas raug tsa nto muaj hwjchim ci ntsa iab hauv tshooj kaum sawv cev rau yam uas yuav los raug Vajtswv haiv neeg hauv hnub kawg. Ua ntej Gabriel pib nrog daim qauv keeb kwm uas ntxaws, uas yog kev txhais ntawm zaj yog toog pom txog Khetos uas raug tsa nto muaj hwjchim ci ntsa iab, nws rov nco Daniel tias nws twb tau qhia Daniel lawm tias txoj kev txhais ntawd sawv cev rau dabtsi.</w:t>
      </w:r>
    </w:p>
    <w:p>
      <w:pPr>
        <w:pStyle w:val="ArticleScripture"/>
        <w:jc w:val="left"/>
      </w:pPr>
      <w:r>
        <w:rPr>
          <w:rFonts w:ascii="Times New Roman" w:hAnsi="Times New Roman" w:eastAsia="Times New Roman" w:cs="Times New Roman"/>
        </w:rPr>
        <w:t>Nws nws thiaj hais tias, Koj puas paub tias vim li cas kuv thiaj tuaj cuag koj? Thiab nim no kuv yuav rov qab mus tawm tsam tus thawj ntawm Persia; thiab thaum kuv tawm mus lawm, saib maj, tus thawj ntawm Grecia yuav los. Daniel 10:20.</w:t>
      </w:r>
    </w:p>
    <w:p>
      <w:pPr>
        <w:pStyle w:val="ArticleBody"/>
        <w:jc w:val="left"/>
      </w:pPr>
      <w:r>
        <w:rPr>
          <w:rFonts w:ascii="Times New Roman" w:hAnsi="Times New Roman" w:eastAsia="Times New Roman" w:cs="Times New Roman"/>
        </w:rPr>
        <w:t>Gabriel rov qab nco Daniel tias nws twb tau hais rau Daniel hauv nqe kaum plaub lawm, tias nws tau los ua kom Daniel to taub yam uas yuav tshwm sim rau Vajtswv haiv neeg nyob rau hnub kawg, thiab nws cia siab tias Daniel yuav muab zaj lus nthuav txog keeb kwm cev Vajtswv lus nram qab no tso rau hauv lub ntsiab ntawd. Daniel tau nrhiav ib qho kev to taub tshwj xeeb txij thawj hnub uas nws pib quaj ntsuag.</w:t>
      </w:r>
    </w:p>
    <w:p>
      <w:pPr>
        <w:pStyle w:val="ArticleScripture"/>
        <w:jc w:val="left"/>
      </w:pPr>
      <w:r>
        <w:rPr>
          <w:rFonts w:ascii="Times New Roman" w:hAnsi="Times New Roman" w:eastAsia="Times New Roman" w:cs="Times New Roman"/>
        </w:rPr>
        <w:t>Ces nws hais rau kuv tias, Tsis txhob ntshai, Daniyee; rau qhov txij hnub thawj uas koj tau muab koj lub siab los nkag siab, thiab txo koj tus kheej rau ntawm koj tus Vajtswv xub ntiag, koj tej lus thov twb tau hnov lawm, thiab kuv tuaj vim yog koj tej lus. Tiamsis tus thawj ntawm lub nceeg vaj Pawxia tau tawm tsam kuv tau nees nkaum ib hnub; tab sis saib seb, Mikha-ee, ib tug ntawm cov thawj loj, tau tuaj pab kuv; thiab kuv tseem nyob ntawd nrog cov vajntxwv ntawm Pawxia. Daniel 10:12, 13.</w:t>
      </w:r>
    </w:p>
    <w:p>
      <w:pPr>
        <w:pStyle w:val="ArticleBody"/>
        <w:jc w:val="left"/>
      </w:pPr>
      <w:r>
        <w:rPr>
          <w:rFonts w:ascii="Times New Roman" w:hAnsi="Times New Roman" w:eastAsia="Times New Roman" w:cs="Times New Roman"/>
        </w:rPr>
        <w:t>Tom qab Daniyee tau quaj ntsuag peb lub lim tiam, nws tau pom zaj yog toog txog Khetos, uas hauv txoj kev yaj saub sib haum nrog zaj yog toog txog Khetos uas Yauhas nyob hauv Patmos tau pom.</w:t>
      </w:r>
    </w:p>
    <w:p>
      <w:pPr>
        <w:pStyle w:val="ArticleScripture"/>
        <w:jc w:val="left"/>
      </w:pPr>
      <w:r>
        <w:rPr>
          <w:rFonts w:ascii="Times New Roman" w:hAnsi="Times New Roman" w:eastAsia="Times New Roman" w:cs="Times New Roman"/>
        </w:rPr>
        <w:t>“Tsis muaj tus twg qis dua Leej Tub ntawm Vajtswv thiaj tau tshwm sim rau Daniyees. Lo lus piav no zoo ib yam li lo uas Yauhas tau muab thaum Khetos raug tshwm rau nws saum lub kob Patmos. Peb tus Tswv nim no los nrog ib tug tubtxib saum ntuj ntxiv tuaj qhia Daniyees txog yam uas yuav tshwm sim nyob rau hnub kawg. Qhov kev paub no raug muab pub rau Daniyees thiab raug sau cia los ntawm kev tshoov siab rau peb, cov uas lub qab ntuj kawg twb los txog rau peb lawm.</w:t>
      </w:r>
    </w:p>
    <w:p>
      <w:pPr>
        <w:pStyle w:val="ArticleScripture"/>
        <w:jc w:val="left"/>
      </w:pPr>
      <w:r>
        <w:rPr>
          <w:rFonts w:ascii="Times New Roman" w:hAnsi="Times New Roman" w:eastAsia="Times New Roman" w:cs="Times New Roman"/>
        </w:rPr>
        <w:t>“Cov ntsiab tseeb loj uas tus Txhiv Dim ntawm lub ntiajteb tau nthuav tawm ntawd yog rau cov uas nrhiav qhov tseeb ib yam li nrhiav tej nyiaj txiag uas muab zais. Daniyees yog ib tug txwj laus lawm. Nws lub neej tau dhau mus nyob nruab nrab ntawm tej kev ntxias nyiam ntawm ib lub vaj loog ntawm cov neeg pe hawm lwm haiv vajtswv, nws lub siab thiab lub tswv yim raug tej haujlwm ntawm ib lub tebchaws loj ua rau hnyav; tiam sis nws tig ntawm txhua yam ntawd mus txo nws tus ntsujplig rau ntawm Vajtswv xub ntiag, thiab nrhiav kom paub txog tej hom phiaj ntawm tus Siab Tshaj Plaws. Thiab raws li lus teb rau nws tej lus thov khwv, qhov kaj ntawm tej vaj loog saum ntuj tau raug xa los pub rau cov uas yuav nyob rau hnub kawg. Yog li ntawd, peb yimhuab yuav tsum nrhiav Vajtswv nrog txoj kev kub siab npaum li cas, kom nws qhib peb txoj kev nkag siab kom to taub cov ntsiab tseeb uas tau coj los rau peb ntawm Saum Ntuj Ceeb Tsheej.”</w:t>
      </w:r>
    </w:p>
    <w:p>
      <w:pPr>
        <w:pStyle w:val="ArticleScripture"/>
        <w:jc w:val="left"/>
      </w:pPr>
      <w:r>
        <w:rPr>
          <w:rFonts w:ascii="Times New Roman" w:hAnsi="Times New Roman" w:eastAsia="Times New Roman" w:cs="Times New Roman"/>
        </w:rPr>
        <w:t>“‘Thiab kuv, Daniel, tib leeg xwb thiaj pom zaj yog toog ntawd; rau qhov cov txivneej uas nrog kuv nyob tsis pom zaj yog toog ntawd; tiam sis ib qho kev tshee hnyo loj heev poob saum lawv, ua rau lawv khiav mus nkaum lawv tus kheej…. Thiab tsis tshuav ib qho zog nyob hauv kuv lawm; rau qhov kuv txoj kev zoo nkauj nyob hauv kuv twb hloov mus ua kev qias thiab kev puas tsuaj, thiab kuv tsis khaws tau ib qho zog li.’ Qhov no yuav yog txoj kev paub ntawm txhua tus uas raug dawb huv tiag tiag. Thaum lawv pom meej dua txog qhov loj kawg nkaus, lub hwjchim ci ntsa iab, thiab qhov zoo tag nrho ntawm Khetos, lawv yuav pom tseeb dua lawv tus kheej txoj kev qaug zog thiab tsis zoo tag nrho. Lawv yuav tsis muaj lub siab xav lees tias lawv muaj tus cwj pwm tsis muaj txhaum; yam uas tau tshwm rau lawv tus kheej tias yog ncaj ncees thiab zoo nkauj lawm, thaum muab piv rau Khetos txoj kev dawb huv thiab hwjchim ci ntsa iab, yuav zoo li tsuas yog yam tsis tsim nyog thiab yuav ploj puas xwb. Thaum twg tibneeg raug cais deb ntawm Vajtswv, thaum lawv muaj kev pom txog Khetos tsis meej pem heev, thaum ntawd lawv thiaj hais tias, ‘Kuv tsis muaj txhaum; kuv raug dawb huv lawm.’”</w:t>
      </w:r>
    </w:p>
    <w:p>
      <w:pPr>
        <w:pStyle w:val="ArticleScripture"/>
        <w:jc w:val="left"/>
      </w:pPr>
      <w:r>
        <w:rPr>
          <w:rFonts w:ascii="Times New Roman" w:hAnsi="Times New Roman" w:eastAsia="Times New Roman" w:cs="Times New Roman"/>
        </w:rPr>
        <w:t>“Tom qab ntawd Khebari-ees thiaj tshwm los rau tus yaj saub, thiab hais rau nws li no tias; ‘Au Daniyees, tus neeg uas tau raug hlub heev, cia li to taub tej lus uas kuv hais rau koj, thiab sawv ntsug ncaj; rau qhov nim no kuv raug txib los cuag koj. Thiab thaum nws tau hais lo lus ntawd rau kuv lawm, kuv thiaj sawv ntsug tshee hnyo. Ces nws hais rau kuv tias, Tsis txhob ntshai, Daniyees; rau qhov txij hnub thawj uas koj tau mob siab nrhiav kev to taub, thiab txo koj tus kheej rau ntawm koj tus Vajtswv xub ntiag, koj tej lus twb raug hnov lawm, thiab kuv tau los vim yog koj tej lus.’”</w:t>
      </w:r>
    </w:p>
    <w:p>
      <w:pPr>
        <w:pStyle w:val="ArticleScripture"/>
        <w:jc w:val="left"/>
      </w:pPr>
      <w:r>
        <w:rPr>
          <w:rFonts w:ascii="Times New Roman" w:hAnsi="Times New Roman" w:eastAsia="Times New Roman" w:cs="Times New Roman"/>
        </w:rPr>
        <w:t>“Muaj ib lub meejmom loj npaum li cas uas tau muab rau Daniyees los ntawm Tus Huab Tais Ntuj Ceebtsheej! Nws nplig Nws tus tub qhe uas tab tom tshee hnyo, thiab lees paub rau nws tias nws zaj lus thov twb tau hnov nyob saum ntuj lawm, thiab tias raws li lo lus thov kub siab ntawd, tus timtswv Khexaliyas tau raug xa mus kov yeej lub siab ntawm tus vajntxwv Peesxias. Tus vajntxwv ntawd tau tawm tsam cov kev chwv ntawm Vajtswv tus Ntsuj Plig nyob rau hauv peb lub limtiam thaum Daniyees yoo mov thiab thov Vajtswv, tiam sis Tus Tub Vaj Ntxwv ntawm ntuj ceebtsheej, tus thawj timtswv, Mikha-ee, tau raug xa mus tig lub siab ntawm tus vajntxwv tawv ncauj ntawd kom ua ib qho kev txiav txim meej tseeb los teb Daniyees zaj lus thov.</w:t>
      </w:r>
    </w:p>
    <w:p>
      <w:pPr>
        <w:pStyle w:val="ArticleScripture"/>
        <w:jc w:val="left"/>
      </w:pPr>
      <w:r>
        <w:rPr>
          <w:rFonts w:ascii="Times New Roman" w:hAnsi="Times New Roman" w:eastAsia="Times New Roman" w:cs="Times New Roman"/>
        </w:rPr>
        <w:t>“‘Thiab thaum nws tau hais tej lus ntawd rau kuv lawm, kuv tsa kuv lub ntsej muag rau hauv av, thiab kuv los ua neeg ntsiag to tsis hais lus li. Thiab saib seb, ib tug uas zoo ib yam li tus yam ntxwv ntawm cov tub ntawm neeg tau kov kuv daim di ncauj…. Thiab hais tias, Au tus neeg uas raug hlub heev, txhob ntshai: kev thaj yeeb rau koj; cia li muaj zog, muaj tseeb tiag, cia li muaj zog. Thiab thaum nws tau hais rau kuv lawm, kuv thiaj tau txais zog, thiab hais tias, Cia kuv tus tswv hais; rau qhov koj tau ntxiv dag zog rau kuv lawm.’ Vajtswv txoj kev hwjchim ci ntsa iab uas raug qhia tawm rau Daniel loj heev npaum li ntawd uas nws tsis muaj peevxwm nyiaj taus qhov uas pom ntawd. Ces tus tubtxib saum ntuj txawm npog qhov ci ntsa iab ntawm nws lub xub ntiag thiab tshwm sim rau tus yajsaub zoo li ‘ib tug uas zoo ib yam li tus yam ntxwv ntawm cov tub ntawm neeg.’ Los ntawm nws lub hwjchim saum ntuj los, nws txhawb tus txiv neej uas ncaj ncees thiab muaj kev ntseeg no kom muaj zog txaus hnov cov lus uas Vajtswv xa tuaj rau nws.”</w:t>
      </w:r>
    </w:p>
    <w:p>
      <w:pPr>
        <w:pStyle w:val="ArticleScripture"/>
        <w:jc w:val="left"/>
      </w:pPr>
      <w:r>
        <w:rPr>
          <w:rFonts w:ascii="Times New Roman" w:hAnsi="Times New Roman" w:eastAsia="Times New Roman" w:cs="Times New Roman"/>
        </w:rPr>
        <w:t>“Daniyees yog ib tug tub qhe rau Siab Tshaj Plaws uas mob siab rau. Nws lub neej ntev tau puv npo nrog tej hauj lwm muaj meej mom ntawm kev ua dej num rau nws tus Tswv. Nws txoj kev dawb huv ntawm tus cwj pwm, thiab nws txoj kev ncaj ncees ruaj khov uas tsis txawj yuj yees, tsuas muaj nws txoj kev txo hwj chim hauv siab thiab nws txoj kev tawg siab lees txim rau ntawm Vajtswv thiaj phim tau. Peb rov hais dua tias, Daniyees lub neej yog ib daim duab piv txwv uas raug tshoov siab txog kev dawb huv tiag tiag.” Review and Herald, February 8, 1881.</w:t>
      </w:r>
    </w:p>
    <w:p>
      <w:pPr>
        <w:pStyle w:val="ArticleBody"/>
        <w:jc w:val="left"/>
      </w:pPr>
      <w:r>
        <w:rPr>
          <w:rFonts w:ascii="Times New Roman" w:hAnsi="Times New Roman" w:eastAsia="Times New Roman" w:cs="Times New Roman"/>
        </w:rPr>
        <w:t>Yaj saub uas Daniyee tau ntsib nyob rau hauv tshooj kaum sawv cev rau Vajtswv haiv neeg nyob rau hnub kawg, uas ib yam li Daniyee thiab Yauhas, to taub txog Kev Qhia Tshwm ntawm Yexus Khetos. Tus yuam sij los muab Daniyee tso rau hauv keeb kwm yaj saub uas nws qhov kev ntsib ntawd nyob yog raws li qhov tseeb tias nws nyob hauv kev quaj ntsuag, thiab tias Mikha-ee tau raug xa los thaum xaus ntawm nees nkaum ib hnub. Hauv nqe ib, Daniyee sau tseg tias nws muaj kev nkag siab txog ob qho tib si yog kev ua yog toog hauv yaj saub sab hauv thiab sab nraud. Ua ntej nees nkaum ib hnub ntawd, Daniyee tseem muaj kev nkag siab uas tsis tiav txog ob lub zeem muag, tiam sis nrog Kebleees qhov kev txhais, Daniyee thiaj li to taub tag nrho “yam ntawd” thiab “lub zeem muag” tias yog ob yam kev tshwm sim txawv.</w:t>
      </w:r>
    </w:p>
    <w:p>
      <w:pPr>
        <w:pStyle w:val="ArticleScripture"/>
        <w:jc w:val="left"/>
      </w:pPr>
      <w:r>
        <w:rPr>
          <w:rFonts w:ascii="Times New Roman" w:hAnsi="Times New Roman" w:eastAsia="Times New Roman" w:cs="Times New Roman"/>
        </w:rPr>
        <w:t>“Thaum lub sij hawm uas xya caum xyoo ntawm txoj kev ua cev qhev tab tom los txog rau qhov xaus, Daniyee lub siab raug ntxhov heev rau tej lus faj lem ntawm Yelemis. Nws pom tias lub sij hawm twb los ze lawm thaum Vajtswv yuav pub nws haiv neeg uas nws tau xaiv muaj dua ib zaug kev sim siab; thiab nrog kev yoo mov, kev txo hwj chim, thiab kev thov Vajtswv, nws tau thov khawv khwv rau tus Vajtswv saum ntuj ceeb tsheej sawv cev rau Ixayees, hauv cov lus no: ‘Au tus Tswv, tus Vajtswv loj thiab txaus ntshai, uas tuav rawv txoj kev cog lus thiab txoj kev hlub tshua rau cov uas hlub nws, thiab rau cov uas ceev nws tej lus txib’; peb tau ua txhaum lawm, thiab tau ua phem tsis ncaj, thiab tau ua phem qias, thiab tau ntxeev siab, txawm yog los ntawm kev tig ncaim ntawm koj tej lus qhuab qhia thiab ntawm koj tej kev txiav txim; peb kuj tsis tau mloog koj cov tub txib yog cov yaj saub, uas tau hais los ntawm koj lub npe rau peb cov vaj ntxwv, peb cov thawj, thiab peb cov yawg koob, thiab rau txhua tus pej xeem hauv thaj av.”</w:t>
      </w:r>
    </w:p>
    <w:p>
      <w:pPr>
        <w:pStyle w:val="ArticleScripture"/>
        <w:jc w:val="left"/>
      </w:pPr>
      <w:r>
        <w:rPr>
          <w:rFonts w:ascii="Times New Roman" w:hAnsi="Times New Roman" w:eastAsia="Times New Roman" w:cs="Times New Roman"/>
        </w:rPr>
        <w:t>“Cia li saib cov lus no. Daniyee tsis tshaj tawm nws tus kheej txoj kev ncaj ncees ntawm tus Tswv xub ntiag. Tsis yog tias nws lees tias nws tus kheej yog tus dawb huv thiab tus dawb ceev; tiam sis nws suav nws tus kheej nrog cov neeg txhaum tiag tiag hauv cov Yixayee. Txoj kev txawj ntse uas Vajtswv pub rau nws ntawd siab dua npaum li cas tshaj li txoj kev txawj ntse ntawm cov neeg txawj ntse hauv ntiaj teb no, ib yam li qhov kaj ntawm lub hnub ci ntsa iab saum ntuj thaum nruab hnub ci zog dua lub hnub qub uas qaug zog tshaj plaws. Los cia li xav txog txoj kev thov Vajtswv uas tawm hauv daim di ncauj ntawm tus txiv neej no, tus uas Ntuj Ceebtsheej tau pub txiaj ntsim ntau heev. Nrog txoj kev txo hwj chim tob kawg, nrog kua muag, thiab nrog lub siab tawg ntho, nws thov sawv cev rau nws tus kheej thiab rau nws haiv neeg. Nws qheb nws tus ntsuj plig hlo rau ntawm Vajtswv xub ntiag, lees nws tus kheej txoj kev qias vuab tsuab, thiab lees paub tus Tswv txoj kev loj kawg nkaus thiab hwjchim ci ntsa iab.”</w:t>
      </w:r>
    </w:p>
    <w:p>
      <w:pPr>
        <w:pStyle w:val="ArticleScripture"/>
        <w:jc w:val="left"/>
      </w:pPr>
      <w:r>
        <w:rPr>
          <w:rFonts w:ascii="Times New Roman" w:hAnsi="Times New Roman" w:eastAsia="Times New Roman" w:cs="Times New Roman"/>
        </w:rPr>
        <w:t>“Cas nws tej lus thov raug cim los ntawm kev kub siab thiab kev mob siab npaum li cas! Nws tab tom los ze zog thiab ze zog rau Vajtswv. Tes ntawm txoj kev ntseeg raug tsa siab mus txhawm rau tuav rawv tej lus cog tseg uas tsis txawj poob qis ntawm Tus Siab Tshaj Plaws. Nws tus ntsuj plig tab tom sib tawm tsam hauv txoj kev txom nyem hnyav. Thiab nws muaj qhov pov thawj tias nws tej lus thov raug hnov lawm. Nws hnov tias txoj kev yeej yog nws li. Yog peb uas yog ib haiv neeg yuav thov Vajtswv ib yam li Daniyees tau thov, thiab sib tawm tsam ib yam li nws tau sib tawm tsam, txo peb tus ntsuj plig rau hauv Vajtswv lub xub ntiag, peb yuav pom cov lus teb tshwj xeeb rau peb tej lus thov ib yam li cov uas tau pub rau Daniyees. Mloog seb nws hais nws rooj plaub rau hauv lub tsev hais plaub saum Ntuj Ceeb Tsheej li cas:”</w:t>
      </w:r>
    </w:p>
    <w:p>
      <w:pPr>
        <w:pStyle w:val="ArticleScripture"/>
        <w:jc w:val="left"/>
      </w:pPr>
      <w:r>
        <w:rPr>
          <w:rFonts w:ascii="Times New Roman" w:hAnsi="Times New Roman" w:eastAsia="Times New Roman" w:cs="Times New Roman"/>
        </w:rPr>
        <w:t>“‘Au kuv tus Vajtswv, thov tsa koj pob ntseg los mloog; qhib koj ob lub qhov muag thiab saib peb tej kev puam tsuaj, thiab lub nroog uas hu raws li koj lub npe; rau qhov peb tsis muab peb tej lus thov txo hwjchim los rau ntawm koj vim peb tej kev ncaj ncees, tiam sis vim koj txoj kev hlub tshua uas loj kawg. Au tus Tswv, thov mloog; Au tus Tswv, thov zam txim; Au tus Tswv, thov ua tib zoo mloog thiab ua; txhob ncua, vim koj tus kheej lub npe, Au kuv tus Vajtswv; rau qhov koj lub nroog thiab koj haiv neeg raug hu raws li koj lub npe. Thiab thaum kuv tseem tab tom hais lus thiab thov Vajtswv, thiab lees kuv tej kev txhaum thiab kuv haiv neeg tej kev txhaum, … txawm yog tus txiv neej Gabriyee, tus uas thaum chiv thawj kuv tau pom hauv yog toog, uas raug ua kom ya ceev nrooj, tau kov kuv thaum txog lub sijhawm ntawm txoj kev fij hmo ntuj.’”</w:t>
      </w:r>
    </w:p>
    <w:p>
      <w:pPr>
        <w:pStyle w:val="ArticleScripture"/>
        <w:jc w:val="left"/>
      </w:pPr>
      <w:r>
        <w:rPr>
          <w:rFonts w:ascii="Times New Roman" w:hAnsi="Times New Roman" w:eastAsia="Times New Roman" w:cs="Times New Roman"/>
        </w:rPr>
        <w:t>“Thaum Daniyee txoj kev thov Vajtswv tab tom nce mus, tus timtswv Kha-ees Npili-ees txawm ya nqes los ntawm tej vaj tse hais plaub saum ntuj, los qhia rau nws tias nws tej lus thov twb tau hnov thiab twb tau teb lawm. Tus timtswv muaj hwjchim loj no twb raug txib los pub kev txawj thiab kev nkag siab rau nws,—kom nthuav tawm rau ntawm nws tej qhov tob tob zais cia ntawm cov tiam tom ntej. Yog li ntawd, thaum nws tab tom rau siab nrhiav kom paub thiab kom nkag siab qhov tseeb, Daniyee thiaj raug coj los nyob hauv kev sib txuas lus nrog tus neeg xa xov uas Saum Ntuj tau tsa los.”</w:t>
      </w:r>
    </w:p>
    <w:p>
      <w:pPr>
        <w:pStyle w:val="ArticleScripture"/>
        <w:jc w:val="left"/>
      </w:pPr>
      <w:r>
        <w:rPr>
          <w:rFonts w:ascii="Times New Roman" w:hAnsi="Times New Roman" w:eastAsia="Times New Roman" w:cs="Times New Roman"/>
        </w:rPr>
        <w:t>“Tug neeg ntawm Vajtswv tab tom thov Vajtswv, tsis yog rau ib qho kev ya davhlau ntawm txoj kev kaj siab lug ntawm kev xav, tiam sis rau kev paub txog Vajtswv txoj kev xav. Thiab nws ntshaw qhov kev paub no, tsis yog rau nws tus kheej xwb, tab sis rau nws haiv neeg thiab. Nws lub nra hnyav loj yog rau cov Ixayees, uas tsis yog, raws li qhov txhais nruj tshaj plaws, tab tom khaws Vajtswv txoj kevcai. Nws lees paub tias tag nrho lawv tej kev txom nyem tau los raug rau lawv vim yog lawv tej kev ua txhaum txoj kevcai dawb huv ntawd. Nws hais tias, ‘Peb tau ua txhaum, peb tau ua phem…. Vim yog peb tej kev txhaum thiab vim yog peb yawg koob tej kev ua phem, Yeluxalees thiab koj haiv neeg thiaj tau los ua ib qho kev thuam rau txhua tus uas nyob ib ncig ntawm peb.’ Lawv twb poob lawv tus yam ntxwv tshwj xeeb, dawb huv, uas yog Vajtswv haiv neeg uas raug xaiv lawm. ‘Yog li nim no, Au peb tus Vajtswv, thov mloog koj tus tub qhe txoj kev thov, thiab nws tej lus thov khawv, thiab thov kom koj lub ntsej muag ci tuaj rau saum koj lub chaw dawb huv uas tau puam tsuaj lawm.’ Daniyees lub siab tig mus rau Vajtswv lub chaw dawb huv uas puam tsuaj lawm nrog kev ntshaw heev kawg. Nws paub tias nws txoj kev vam meej yuav raug kho rov qab tau tsuas yog thaum cov Ixayees yuav hloov siab lees txim ntawm lawv tej kev ua txhaum Vajtswv txoj kevcai, thiab los ua neeg txo hwj chim, ncaj ncees, thiab mloog lus.”</w:t>
      </w:r>
    </w:p>
    <w:p>
      <w:pPr>
        <w:pStyle w:val="ArticleScripture"/>
        <w:jc w:val="left"/>
      </w:pPr>
      <w:r>
        <w:rPr>
          <w:rFonts w:ascii="Times New Roman" w:hAnsi="Times New Roman" w:eastAsia="Times New Roman" w:cs="Times New Roman"/>
        </w:rPr>
        <w:t>Hauv kev teb rau nws tej lus thov, Daniel tau txais tsis yog tsuas yog txoj kev kaj thiab qhov tseeb uas nws thiab nws haiv neeg xav tau tshaj plaws xwb, tiam sis tseem tau txais ib qho kev pom txog tej xwm txheej loj ntawm yav tom ntej, txawm mus txog rau lub sijhawm uas Tus Cawm Seej ntawm lub ntiajteb yuav los. Cov uas lees tias lawv twb raug dawb huv lawm, thaum lawv tsis muaj siab xav tshawb nrhiav Vajluskub, los sis tsis kam rau siab ntsoov nrog Vajtswv hauv kev thov ntuj kom tau ib qho kev to taub meej dua txog qhov tseeb hauv Vajluskub, lawv tsis paub tias txoj kev raug dawb huv tiag yog dabtsi.</w:t>
      </w:r>
    </w:p>
    <w:p>
      <w:pPr>
        <w:pStyle w:val="ArticleScripture"/>
        <w:jc w:val="left"/>
      </w:pPr>
      <w:r>
        <w:rPr>
          <w:rFonts w:ascii="Times New Roman" w:hAnsi="Times New Roman" w:eastAsia="Times New Roman" w:cs="Times New Roman"/>
        </w:rPr>
        <w:t>“Txhua tus uas ntseeg Vajtswv txoj lus kawg siab kawg ntsws yuav tshaib plab thiab nqhis dej rau txoj kev paub txog nws lub siab nyiam. Vajtswv yog tus tsim qhov tseeb. Nws ci ntsa iab rau txoj kev to taub uas tau tsaus ntuj lawm, thiab pub rau tibneeg lub siab lub ntsws muaj hwjchim kom tuav tau thiab nkag siab txog tej qhov tseeb uas nws twb tau qhia tawm lawm.</w:t>
      </w:r>
    </w:p>
    <w:p>
      <w:pPr>
        <w:pStyle w:val="ArticleScripture"/>
        <w:jc w:val="left"/>
      </w:pPr>
      <w:r>
        <w:rPr>
          <w:rFonts w:ascii="Times New Roman" w:hAnsi="Times New Roman" w:eastAsia="Times New Roman" w:cs="Times New Roman"/>
        </w:rPr>
        <w:t>“Daniyee tau nrog Vajtswv tham. Ntuj raug qhib rau ntawm nws xub ntiag. Tiamsis tej koob meej siab uas tau muab pub rau nws yog qhov txiaj ntsig los ntawm kev txo hwj chim thiab kev nrhiav tshawb kom tiag tiag. Nws tsis xav ib yam li coob leej nyob rau tiam no xav, tias yam peb ntseeg ntawd tsis muaj qhov txawv dabtsi, tsuav yog peb ua siab ncaj thiab hlub Yexus xwb. Kev hlub Yexus tiag tiag yuav coj mus rau txoj kev nug tshawb kom ze tshaj plaws thiab kub siab tshaj plaws txog yam uas yog qhov tseeb. Khetos tau thov Vajtswv kom nws cov thwjtim raug dawb huv los ntawm qhov tseeb. Tus uas tub nkeeg dhau lawm tsis kam ua txoj kev nrhiav qhov tseeb nrog kev txhawj xeeb thiab kev thov Vajtswv, yuav raug tso tseg kom txais tej kev yuam kev uas yuav ua pov thawj tias yog kev puam tsuaj rau nws tus ntsuj plig.</w:t>
      </w:r>
    </w:p>
    <w:p>
      <w:pPr>
        <w:pStyle w:val="ArticleScripture"/>
        <w:jc w:val="left"/>
      </w:pPr>
      <w:r>
        <w:rPr>
          <w:rFonts w:ascii="Times New Roman" w:hAnsi="Times New Roman" w:eastAsia="Times New Roman" w:cs="Times New Roman"/>
        </w:rPr>
        <w:t>“Thaum lub sijhawm uas Gabriel tuaj xyuas, tus yaj saub Daniel tsis muaj peev xwm txais tau ntxiv kev qhia; tiam sis ob peb xyoos tom qab ntawd, vim xav paub ntxiv txog tej yam uas tseem tsis tau piav qhia kom meej tag nrho, nws rov qab muab nws tus kheej los nrhiav qhov kaj thiab kev txawj ntse ntawm Vajtswv. ‘Nyob rau cov hnub ntawd kuv Daniel tab tom quaj ntsuag tau peb lub lis piam puv npo. Kuv tsis tau noj mov qab ntxiag li, tsis tau muaj nqaij los sis cawv nkag rau hauv kuv lub qhov ncauj, thiab kuv kuj tsis tau pleev roj rau kuv tus kheej li…. Ces kuv tsa kuv ob lub qhov muag ntsia, thiab saib seb, muaj ib tug txivneej hnav ntaub linen, nws lub duav raug sia nrog kub zoo heev ntawm Uphaz. Nws lub cev kuj zoo li lub beryl, thiab nws lub ntsej muag zoo li qhov pom ntawm xob laim, thiab nws ob lub qhov muag zoo li tej teeb hluav taws, thiab nws ob txhais npab thiab ob txhais taw muaj xim zoo li tooj dag uas txhuam ci, thiab lub suab ntawm nws cov lus zoo li lub suab ntawm ib co neeg coob coob.’</w:t>
      </w:r>
    </w:p>
    <w:p>
      <w:pPr>
        <w:pStyle w:val="ArticleScripture"/>
        <w:jc w:val="left"/>
      </w:pPr>
      <w:r>
        <w:rPr>
          <w:rFonts w:ascii="Times New Roman" w:hAnsi="Times New Roman" w:eastAsia="Times New Roman" w:cs="Times New Roman"/>
        </w:rPr>
        <w:t>“Tsis muaj ib tug neeg zoo dua li Vajtswv Leej Tub uas tau tshwm sim rau Daniyee. Cov lus piav no zoo ib yam li qhov uas Yauhas tau txais thaum Khetos raug qhia tawm rau nws saum kob Patmos. Nimno peb tus Tswv tuaj nrog ib tug tubtxib saum ntuj ntxiv los qhia Daniyee txog yam uas yuav tshwm sim rau hnub kawg. Txoj kev paub no tau muab rau Daniyee thiab raug sau tseg los ntawm kev tshoov siab rau peb, cov uas lub ntiajteb kawg tau los txog rau saum peb lawm.” Review and Herald, February 8, 1881.</w:t>
      </w:r>
    </w:p>
    <w:p>
      <w:pPr>
        <w:pStyle w:val="ArticleBody"/>
        <w:jc w:val="left"/>
      </w:pPr>
      <w:r>
        <w:rPr>
          <w:rFonts w:ascii="Times New Roman" w:hAnsi="Times New Roman" w:eastAsia="Times New Roman" w:cs="Times New Roman"/>
        </w:rPr>
        <w:t>Qhov kev txhais uas Gabriel, “tus tubtxib uas ntuj ceeb tsheej tau tsa los ua tus xa lus,” tab tom coj los rau Daniel yog qhov ua kom tiav ntawm qhov kev txhais uas nws twb pib muab rau Daniel hauv tshooj cuaj lawm. Txoj kev kawm ntawm “kab dhau kab,” yuav tsum kom peb muab kev txhais thiab tej xwm txheej uas txuas nrog hauv ob tshooj cuaj thiab kaum los sib phim ua ke, xwv thiaj li faib tau daim duab piv txwv yav tom ntej ntawd kom raug. Nyob hauv qhov kev txhais no itself, tej yog toog ntawm cov dej Ulai thiab Hiddekel thiaj los sib koom ua ib.</w:t>
      </w:r>
    </w:p>
    <w:p>
      <w:pPr>
        <w:pStyle w:val="ArticleBody"/>
        <w:jc w:val="left"/>
      </w:pPr>
      <w:r>
        <w:rPr>
          <w:rFonts w:ascii="Times New Roman" w:hAnsi="Times New Roman" w:eastAsia="Times New Roman" w:cs="Times New Roman"/>
        </w:rPr>
        <w:t>Daniyees tau twb to taub ntawm Yelemis thiab Mauxe tej phau ntawv tias Vajtswv haiv neeg txoj kev cawm dim twb los ze lawm. Nyob hauv qhov no, Daniyees sawv cev rau Vajtswv haiv neeg nyob rau hnub kawg uas to taub tias Vajtswv haiv neeg txoj kev cawm dim kawg nkaus twb los ze lawm. Cov neeg hnub kawg ntawd yuav lees paub tias lawv tau tawg khiav mus nyob rau sab ntsuj plig, raws li Daniyees uas tau tawg khiav mus rau txoj kev ua qhev hauv xya caum xyoo kev poob cev qhev hauv Npanpiloo. Tom qab ntawd lawv yuav to taub tias lawv, ib yam li Daniyees, yuav tsum qhia tawm txoj kev teb rau lawv qhov xwm txheej uas tawg khiav mus ntawd kom phim nrog txoj kev kho uas “xya lub sijhawm” sawv cev, nyob hauv Levis Kevcai tshooj nees nkaum rau.</w:t>
      </w:r>
    </w:p>
    <w:p>
      <w:pPr>
        <w:pStyle w:val="ArticleBody"/>
        <w:jc w:val="left"/>
      </w:pPr>
      <w:r>
        <w:rPr>
          <w:rFonts w:ascii="Times New Roman" w:hAnsi="Times New Roman" w:eastAsia="Times New Roman" w:cs="Times New Roman"/>
        </w:rPr>
        <w:t>Thaum txoj kev paub los ntawm kev txo hwj chim uas Daniel sawv cev rau, uas yog yam uas txoj kev kho tau muab hais tseg hauv Leviticus nees nkaum-rau yuav tsum muaj, raug tshwm sim rau hauv hnub kawg, Vajtswv haiv neeg nyob rau hnub kawg yuav tau quaj ntsuag los lawm rau ib lub sij hawm tshwj xeeb. Lub sij hawm ntawd xaus thaum Mikha-ee tus thawj tubtxib saum ntuj nqes los.</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Thiab nej yuav piam sij nyob hauv cov tebchaws txawv tebchaws, thiab thaj av ntawm nej cov yeeb ncuab yuav nqos nej mus. Cov uas tseem tshuav ntawm nej yuav qaug zog zuj zus hauv lawv txoj kev txhaum nyob hauv thaj av ntawm nej cov yeeb ncuab; thiab lawv kuj yuav qaug zog zuj zus ua ke nrog lawv hauv kev txhaum ntawm lawv cov yawg koob thiab txiv koob. Yog lawv lees lawv txoj kev txhaum, thiab txoj kev txhaum ntawm lawv cov yawg koob thiab txiv koob, nrog rau lawv txoj kev ua txhaum uas lawv tau ua txhaum tawm tsam kuv, thiab hais tias lawv kuj tau taug kev tawm tsam kuv; thiab hais tias kuv kuj tau taug kev tawm tsam lawv, thiab tau coj lawv mus rau hauv thaj av ntawm lawv cov yeeb ncuab; yog li ntawd, thaum ntawd lawv lub siab uas tsis ua kevcai txiav qau raug txo hwj chim, thiab lawv txais yuav txoj kev rau txim ntawm lawv txoj kev txhaum: Ces kuv yuav nco txog kuv txoj kev cog lus nrog Yakhauj, thiab kuj yog kuv txoj kev cog lus nrog Ixaj, thiab kuj yog kuv txoj kev cog lus nrog Anplahas kuv yuav nco txog; thiab kuv yuav nco txog thaj av. Thaj av kuj yuav raug lawv tso tseg, thiab yuav tau txaus siab rau nws cov hnub Xanpataus, thaum nws pw nyob puam tsuaj tsis muaj lawv nyob; thiab lawv yuav txais yuav txoj kev rau txim ntawm lawv txoj kev txhaum, vim hais tias, tseeb tiag vim hais tias lawv tau saib tsis taus kuv tej kev txiav txim, thiab vim hais tias lawv tus ntsuj plig tau ntxub kuv tej kab ke. Txawm li ntawd los xij, rau txhua yam ntawd, thaum lawv nyob hauv thaj av ntawm lawv cov yeeb ncuab, kuv yuav tsis ntiab lawv pov tseg, thiab kuv yuav tsis ntxub lawv kom rhuav tshem lawv kom tag nrho, thiab txhawm rau rhuav kuv txoj kev cog lus nrog lawv: vim kuv yog tus Tswv lawv tus Vajtswv. Tiamsis vim lawv, kuv yuav nco txog txoj kev cog lus ntawm lawv cov poj koob yawm txwv, cov uas kuv tau coj tawm hauv tebchaws Iyi los nyob ntawm qhov muag ntawm cov neeg txawv tebchaws, xwv kom kuv yuav ua tau lawv tus Vajtswv: Kuv yog tus Tswv. Leviticus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Xya Caug Plaub</dc:title>
  <dc:subject>Kev Pom Pom Uas Yaj Saub Tau Txais thiab Tej Kev Tshwm Sim Los Ntawm Vajtswv: Kev To Taub Daniyee Lub Zeem Muag thiab Nws Tej Kev Cuam Tshuam Rau Hnub Kawg</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