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Phau Ntawv Daniyee - Ib Puas Yim Caum Tsib</w:t>
      </w:r>
    </w:p>
    <w:p>
      <w:pPr>
        <w:pStyle w:val="ArticleSubtitle"/>
        <w:jc w:val="left"/>
      </w:pPr>
      <w:r>
        <w:rPr>
          <w:rFonts w:ascii="Arial" w:hAnsi="Arial" w:eastAsia="Arial" w:cs="Arial"/>
        </w:rPr>
        <w:t>Vajtswv Uas Los Ua Neeg Lub Cev: Petus Zaj Lus Lees Txim Tob Nto thiab Nws Tej Yam Cuam Tshuam</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2024-04-15</w:t>
      </w:r>
    </w:p>
    <w:p>
      <w:pPr>
        <w:pStyle w:val="ArticleBody"/>
        <w:jc w:val="left"/>
      </w:pPr>
      <w:r>
        <w:rPr>
          <w:rFonts w:ascii="Times New Roman" w:hAnsi="Times New Roman" w:eastAsia="Times New Roman" w:cs="Times New Roman"/>
        </w:rPr>
        <w:t>Thaum Petus teb rau Khetos lo lus nug txog leejtwg uas cov thwjtim hais tias Khetos yog, nws tau qhia meej tias Yexus yog Tus Pleev Tseg, yog Khetos, yog Mexiyas. Nws kuj hais ntxiv tias Nws yog Vajtswv Leej Tub.</w:t>
      </w:r>
    </w:p>
    <w:p>
      <w:pPr>
        <w:pStyle w:val="ArticleScripture"/>
        <w:jc w:val="left"/>
      </w:pPr>
      <w:r>
        <w:rPr>
          <w:rFonts w:ascii="Times New Roman" w:hAnsi="Times New Roman" w:eastAsia="Times New Roman" w:cs="Times New Roman"/>
        </w:rPr>
        <w:t>Thaum Yexus tuaj txog rau thaj tsam Caesarea Philippi lawm, nws nug nws cov thwjtim tias, Neeg hais tias kuv, uas yog Leej Tub ntawm Neeg, yog leejtwg? Lawv teb tias, Qee leej hais tias koj yog Yauhas tus uas ua kevcai raus dej; qee leej hais tias yog Eliyas; hos lwm tus hais tias yog Yelemis, lossis yog ib tug ntawm cov yaj saub. Nws hais rau lawv tias, Tab sis nej hais tias kuv yog leejtwg? Ximoos Petus teb tias, Koj yog tus Khetos, yog Leej Tub ntawm Vajtswv uas muaj txoj sia nyob. Yexus teb hais rau nws tias, Ximoos Pajawna, koj tau koob hmoov lawm; rau qhov tsis yog nqaij thiab ntshav tau qhia qhov no rau koj, tiamsis yog kuv Txiv uas nyob saum ntuj. Thiab kuv kuj hais rau koj thiab tias, koj yog Petus, thiab saum pob zeb no kuv yuav tsa kuv pawg ntseeg; thiab rooj vag ntuj raug txim yuav tsis kov yeej nws. Thiab kuv yuav muab cov yuam sij ntawm lub nceeg vaj saum ntuj rau koj; thiab txhua yam uas koj yuav khi rau hauv ntiajteb yuav raug khi saum ntuj; thiab txhua yam uas koj yuav daws rau hauv ntiajteb yuav raug daws saum ntuj. Mathais 16:13–19.</w:t>
      </w:r>
    </w:p>
    <w:p>
      <w:pPr>
        <w:pStyle w:val="ArticleBody"/>
        <w:jc w:val="left"/>
      </w:pPr>
      <w:r>
        <w:rPr>
          <w:rFonts w:ascii="Times New Roman" w:hAnsi="Times New Roman" w:eastAsia="Times New Roman" w:cs="Times New Roman"/>
        </w:rPr>
        <w:t>Los ntawm Petus Vaj Ntsuj Plig Dawb Huv tau nthuav tawm qhov tseeb tseem ceeb rau ib puas plaub caug plaub txhiab kom nkag siab. Nws tau ua li ntawd ntawm Panium, uas yog Caesarea Philippi. Panium yog thaj chaw tuam tsev uas dawb huv tshaj plaws hauv kev pe hawm tus zaj, vim hais tias tim Nkij teb chaws sawv cev rau lub ntiaj teb, thiab lub ntiaj teb hauv hnub kawg yog United Nations, uas yog tus zaj tus sawv cev hauv ntiaj teb no. “Cov rooj vag ntawm ntuj txiag teb tsaus” yog ib lub npe rau lub tuam tsev ntawm Pan, tus vajtswv tshis ntawm tim Nkij teb chaws. Lub tuam tsev ntawd tau tsim nyob ntawm xub ntiag ib lub qhov tsua uas muaj Tus Dej Qhov Chaw ntawm Panium nyob hauv. Tus Dej Qhov Chaw ntawm Panium tau pub dej rau tus Dej Yaladee, uas yog ib lub cim ntawm Khetos.</w:t>
      </w:r>
    </w:p>
    <w:p>
      <w:pPr>
        <w:pStyle w:val="ArticleBody"/>
        <w:jc w:val="left"/>
      </w:pPr>
      <w:r>
        <w:rPr>
          <w:rFonts w:ascii="Times New Roman" w:hAnsi="Times New Roman" w:eastAsia="Times New Roman" w:cs="Times New Roman"/>
        </w:rPr>
        <w:t>Lub npe “Jordan” txhais hais tias “tus nqes los,” thiab nws pib nws txoj kev ntws hauv thaj av toj siab ntawm sab qaum teb Ixayees, txais nws lub hauv paus dej loj tshaj plaws los ntawm tej qhov dej txhawv ntawm Roob Hermon, uas yog lub ncov siab tshaj plaws hauv Hermon Toj Siab, qhov chaw uas muaj qhov dej txhawv hu ua “rooj vag ntawm ntuj txiag teb tsaus.” Hermon txhais hais tias “dawb huv” thiab “Jordon” txhais hais tias “nqes los.” Dej Ntws Jordan ntws tawm ntawm tej thaj av siab ntawm Roob Hermon thiab nqes los hla hav phab tawg Jordan, thaum kawg mus txog Hiav Txwv Tuag, uas yog qhov chaw qis tshaj plaws saum npoo ntiaj teb.</w:t>
      </w:r>
    </w:p>
    <w:p>
      <w:pPr>
        <w:pStyle w:val="ArticleBody"/>
        <w:jc w:val="left"/>
      </w:pPr>
      <w:r>
        <w:rPr>
          <w:rFonts w:ascii="Times New Roman" w:hAnsi="Times New Roman" w:eastAsia="Times New Roman" w:cs="Times New Roman"/>
        </w:rPr>
        <w:t>Cov dej uas pub rau tus dej Yaladees, uas muaj keeb kwm tawm hauv lub tuam tsev ntawm Pan, thiab uas thaum kawg tuaj txog rau qhov chaw qis tshaj plaws hauv ntiajteb no, sawv cev rau txoj kev nqis los uas Vajtswv Leej Tub tau ua thaum Nws tawm hauv lub roob dawb huv siab tshaj plaws los nqis los rau hauv “hiav txwv tuag” qis tshaj plaws ntawm lub ntiajteb no. Khetos txoj kev nqis los ntawm saum ntuj ceeb tsheej mus txog rau txoj kev tuag saum ntoo khaublig kuj sawv cev tias Nws tau ris rau saum Nws tus kheej cev nqaij daim tawv ntawm neeg poob lawm, rau qhov Nws txoj kev taug ntawm saum ntuj mus rau saum ntoo khaublig tau txais kev pub los ntawm cov dej uas muaj keeb kwm tawm ntawm “rooj vag ntuj txiag teb tsaus.”</w:t>
      </w:r>
    </w:p>
    <w:p>
      <w:pPr>
        <w:pStyle w:val="ArticleBody"/>
        <w:jc w:val="left"/>
      </w:pPr>
      <w:r>
        <w:rPr>
          <w:rFonts w:ascii="Times New Roman" w:hAnsi="Times New Roman" w:eastAsia="Times New Roman" w:cs="Times New Roman"/>
        </w:rPr>
        <w:t>Lub Hiavtxwv Tuag tsis yog tsuas yog qhov chaw qis tshaj plaws hauv ntiajteb xwb, tiam sis nws kuj yog cov dej qab ntsev tshaj plaws hauv ntiajteb, qab ntsev cuaj npaug tshaj dej hiavtxwv. Khetos txoj kev tuag saum ntoo khaublig, raws li tau ua qauv qhia los ntawm Lub Hiavtxwv Tuag, yog qhov chaw uas Nws tau lees paub Nws txoj kev khi lus nrog coob leej.</w:t>
      </w:r>
    </w:p>
    <w:p>
      <w:pPr>
        <w:pStyle w:val="ArticleScripture"/>
        <w:jc w:val="left"/>
      </w:pPr>
      <w:r>
        <w:rPr>
          <w:rFonts w:ascii="Times New Roman" w:hAnsi="Times New Roman" w:eastAsia="Times New Roman" w:cs="Times New Roman"/>
        </w:rPr>
        <w:t>Thiab txhua yam khoom fij ntawm koj tej khoom noj uas yog kev xyiv fab fij, koj yuav tsum muab ntsev tov rau; thiab koj tsis txhob cia kom ntsev ntawm txoj kev cog lus ntawm koj tus Vajtswv ploj ntawm koj tej khoom noj uas yog kev xyiv fab fij: nrog txhua yam uas koj muab fij, koj yuav tsum muab ntsev fij thiab. Leviticus 2:3.</w:t>
      </w:r>
    </w:p>
    <w:p>
      <w:pPr>
        <w:pStyle w:val="ArticleBody"/>
        <w:jc w:val="left"/>
      </w:pPr>
      <w:r>
        <w:rPr>
          <w:rFonts w:ascii="Times New Roman" w:hAnsi="Times New Roman" w:eastAsia="Times New Roman" w:cs="Times New Roman"/>
        </w:rPr>
        <w:t>Ntawm txoj kev los ntawm cov qhov dej txhawv ntawm Roob Hermon, tus Dej Yaladees ntws hla hauv Hiavtxwv Kalilais, uas kuj raug hu ua Pas Dej Tiberias thiab Pas Dej Kinneret. Kalilais txhais tias yog “lub pob khawm” lossis “lub sijhawm tig hloov.” Tiberias yog lub npe ntawm tus thawj kav Loos uas tau los tom qab Augustus Kaisar, thiab vim yog daim duab zoo li cas ntawm lub pas dej ntawd, thiaj hu ua Kinneret, uas txhais tias “ib lub nkauj nraug” lossis “ib lub lyre.” Lub sijhawm tig hloov rau noob neej yog thaum Tiberius Kaisar kav tebchaws thiab Yexus raug ntsia saum ntoo khaublig, thiab txhua lub nkauj nraug saum ntuj ceeb tsheej tau ntsiag to. Zaj lus tim khawv ntawm thaj chaw ntawm tus Dej Yaladees uas txuas nrog “tej rooj vag ntawm ntuj txiag teb tsaus,” uas yog lub tuam tsev ntawm tus vajtswv Greek hu ua Pan, hais txog zaj lus tim khawv uas Petus tau tshaj tawm los ntawm tus Vaj Ntsuj Plig Dawb Huv txoj kev tshoov siab.</w:t>
      </w:r>
    </w:p>
    <w:p>
      <w:pPr>
        <w:pStyle w:val="ArticleBody"/>
        <w:jc w:val="left"/>
      </w:pPr>
      <w:r>
        <w:rPr>
          <w:rFonts w:ascii="Times New Roman" w:hAnsi="Times New Roman" w:eastAsia="Times New Roman" w:cs="Times New Roman"/>
        </w:rPr>
        <w:t>Kev yug los ua neeg ntawm Khetos yog kev koom ua ke ntawm kev ua Vajtswv thiab kev ua neeg uas tau tshwm sim thaum Vajtswv Leej Tub tau txais cev nqaij daim tawv ntawm tibneeg los ris rau Nws tus kheej, yog li ntawd thiaj koom kev ua Vajtswv nrog kev ua neeg ua ke, raws li tau sawv cev los ntawm cov dej uas ntws tawm hauv qhov txhawv dej ntawm Pan los pub rau tus Dej Yauladees. Yam uas pub rau qhov txhawv dej ntawm Pan yog cov lwg, nag, thiab daus uas poob rau saum cov roob Hermon, Hermon sawv cev rau lub roob “dawb huv,” uas yog Yeluxalees saum ntuj.</w:t>
      </w:r>
    </w:p>
    <w:p>
      <w:pPr>
        <w:pStyle w:val="ArticleScripture"/>
        <w:jc w:val="left"/>
      </w:pPr>
      <w:r>
        <w:rPr>
          <w:rFonts w:ascii="Times New Roman" w:hAnsi="Times New Roman" w:eastAsia="Times New Roman" w:cs="Times New Roman"/>
        </w:rPr>
        <w:t>Ib Zaj Nkauj Qib ntawm Daviv. Saib seb, zoo npaum li cas thiab qab ntxiag npaum li cas uas cov kwv tij nyob ua ke hauv kev sib haum xeeb! Nws zoo li cov roj pleev uas muaj nqis rau saum taub hau, uas ntws los rau saum hwjtxwv, yog Aloos hwjtxwv ntag; uas ntws los txog ntug nws tej tsoos tsho; zoo li lwg saum Hermoos, thiab zoo li lwg uas nqes los rau saum tej roob Xi-oos: rau qhov nyob ntawd tus Tswv tau txib txoj koob hmoov, yog txoj sia mus ib txhis. Ntawv Nkauj 133:1–3.</w:t>
      </w:r>
    </w:p>
    <w:p>
      <w:pPr>
        <w:pStyle w:val="ArticleBody"/>
        <w:jc w:val="left"/>
      </w:pPr>
      <w:r>
        <w:rPr>
          <w:rFonts w:ascii="Times New Roman" w:hAnsi="Times New Roman" w:eastAsia="Times New Roman" w:cs="Times New Roman"/>
        </w:rPr>
        <w:t>“Cov tshuaj tsw qab uas muaj nqis” uas ntws los saum Aloos hwj txwv nqes los yog cov roj uas siv thaum nws thiab nws cov tub raug pleev tsa ua Vajtswv cov pov thawj.</w:t>
      </w:r>
    </w:p>
    <w:p>
      <w:pPr>
        <w:pStyle w:val="ArticleScripture"/>
        <w:jc w:val="left"/>
      </w:pPr>
      <w:r>
        <w:rPr>
          <w:rFonts w:ascii="Times New Roman" w:hAnsi="Times New Roman" w:eastAsia="Times New Roman" w:cs="Times New Roman"/>
        </w:rPr>
        <w:t>Koj yuav tsum muab ib feem ntshav uas nyob saum lub thaj txi ntuj, thiab ib feem roj pleev tsa, txau rau saum Aloos, thiab rau saum nws cov tsoos tsho, thiab rau saum nws cov tub, thiab rau saum nws cov tub cov tsoos tsho nrog nws; ces nws yuav raug muab cais ua neeg dawb huv, thiab nws cov tsoos tsho, thiab nws cov tub, thiab nws cov tub cov tsoos tsho nrog nws. Khiav Dim 29:21.</w:t>
      </w:r>
    </w:p>
    <w:p>
      <w:pPr>
        <w:pStyle w:val="ArticleBody"/>
        <w:jc w:val="left"/>
      </w:pPr>
      <w:r>
        <w:rPr>
          <w:rFonts w:ascii="Times New Roman" w:hAnsi="Times New Roman" w:eastAsia="Times New Roman" w:cs="Times New Roman"/>
        </w:rPr>
        <w:t>Petus tau hais tawm txoj kev lees txim sawv cev rau tag nrho cov thwjtim, thiab thaum nws ua li ntawd nws kuj tau hais tawm txoj kev lees txim ntawm ib puas plaub caug plaub txhiab tus, uas yuav raug pleev tseg ua ib pawg pov thawj koom ib siab, raug tsa siab los ua ib lub chij. “Roj” uas pleev Aloos kuj yog yam xws li lwg ntawm Roob Helmoos thiab kuj yog lwg ntawm tej roob Xi-oos. “Roj” thiab “lwg” yog txoj xov uas sawv cev rau txoj kev pleev tseg ntawm Vaj Ntsuj Plig Dawb Huv.</w:t>
      </w:r>
    </w:p>
    <w:p>
      <w:pPr>
        <w:pStyle w:val="ArticleScripture"/>
        <w:jc w:val="left"/>
      </w:pPr>
      <w:r>
        <w:rPr>
          <w:rFonts w:ascii="Times New Roman" w:hAnsi="Times New Roman" w:eastAsia="Times New Roman" w:cs="Times New Roman"/>
        </w:rPr>
        <w:t>Mloog, nej tej ntuj, thiab kuv yuav hais; thiab mloog, koj lub ntiajteb, tej lus ntawm kuv lub qhov ncauj. Kuv tej lus qhuab qhia yuav poob los ib yam li nag, kuv tej lus hais yuav los ib yam li lwg, ib yam li nag mos poob saum tej nroj mos mos, thiab ib yam li nag tshauv saum tej nyom: Vim kuv yuav tshaj tawm txog lub npe ntawm tus Tswv: nej cia li qhuas txog peb tus Vajtswv txoj kev loj kawg nkaus. Deuteronomy 32:1–3.</w:t>
      </w:r>
    </w:p>
    <w:p>
      <w:pPr>
        <w:pStyle w:val="ArticleBody"/>
        <w:jc w:val="left"/>
      </w:pPr>
      <w:r>
        <w:rPr>
          <w:rFonts w:ascii="Times New Roman" w:hAnsi="Times New Roman" w:eastAsia="Times New Roman" w:cs="Times New Roman"/>
        </w:rPr>
        <w:t>“Lwg” yog “lus qhuab qhia” uas poob los saum tej roob Xi-oos, thiab nws yog “roj” pleev xaiv uas koom ua ib pab ib puas plaub caug plaub txhiab leej, uas yog Vajtswv cov pov thawj hauv hnub nyoog kawg. Lus qhuab qhia ntawd nqes los zoo li nag, thiab ntws los zoo li lwg vim nws raug “luam tawm”. Nws raug luam tawm vim ntuj thiab tebchaws yuav tsum mloog thiab hnov Nws lub qhov ncauj tej lus, los ntawm ib txoj kev pov thawj uas sib koom ua ib, uas yog tus chij uas tshaj tawm tej lus tshaj xo ntawm Midnight Cry thiab Loud Cry.</w:t>
      </w:r>
    </w:p>
    <w:p>
      <w:pPr>
        <w:pStyle w:val="ArticleScripture"/>
        <w:jc w:val="left"/>
      </w:pPr>
      <w:r>
        <w:rPr>
          <w:rFonts w:ascii="Times New Roman" w:hAnsi="Times New Roman" w:eastAsia="Times New Roman" w:cs="Times New Roman"/>
        </w:rPr>
        <w:t>Cas zoo nkauj ua luaj saum tej roob yog tus uas nqa txoj xov zoo ko taw, tus uas tshaj tawm txoj kev thaj yeeb; tus uas nqa txoj xov zoo txog yam zoo, tus uas tshaj tawm txoj kev cawm dim; tus uas hais rau Xi-oos tias, Koj tus Vajtswv kav! Koj cov neeg zov yuav tsa suab; lawv yuav hu nkauj ua ke nrog ib lub suab: rau qhov lawv yuav pom tim ntsej tim muag, thaum tus Tswv yuav coj Xi-oos rov qab los. Nej tej chaw puas tsuaj ntawm Yeluxalees, cia li tawg paj tawg nruag hauv txoj kev xyiv fab, hu nkauj ua ke: rau qhov tus Tswv twb nplij nws haiv neeg lawm, nws twb txhiv Yeluxalees lawm. Tus Tswv twb muab nws txhais npab dawb huv nthuav tawm rau ntawm txhua haiv neeg lub xub ntiag; thiab txhua qhov kawg hauv ntiajteb yuav pom peb tus Vajtswv txoj kev cawm dim. Yaxayas 52:7–10.</w:t>
      </w:r>
    </w:p>
    <w:p>
      <w:pPr>
        <w:pStyle w:val="ArticleBody"/>
        <w:jc w:val="left"/>
      </w:pPr>
      <w:r>
        <w:rPr>
          <w:rFonts w:ascii="Times New Roman" w:hAnsi="Times New Roman" w:eastAsia="Times New Roman" w:cs="Times New Roman"/>
        </w:rPr>
        <w:t>Cov neeg zov xwm nyob rau hnub kawg, uas Petus sawv cev rau lawv, tshaj tawm txoj kev cawm dim thiab kev thaj yeeb, thiab lawv yuav muaj kev sib haum xeeb ua ib leeg, vim lawv yuav pom ib yam nkaus. Qhov no tshwm sim thaum “tus Tswv coj Xi-oos rov qab los.” Lo lus Henplais uas txhais ua “coj rov qab los” txhais hais tias “thim rov qab.” Thaum tus Tswv thim Xi-oos rov qab, nws txhais hais tias Xi-oos twb raug kaw cev qhev lawm, raws li kev tawg khiav mus sawv cev, thiab qhov ntawd raug thim rov qab thaum txoj kev raug kaw cev qhev xaus lawm.</w:t>
      </w:r>
    </w:p>
    <w:p>
      <w:pPr>
        <w:pStyle w:val="ArticleScripture"/>
        <w:jc w:val="left"/>
      </w:pPr>
      <w:r>
        <w:rPr>
          <w:rFonts w:ascii="Times New Roman" w:hAnsi="Times New Roman" w:eastAsia="Times New Roman" w:cs="Times New Roman"/>
        </w:rPr>
        <w:t>Vim hais li no tus Tswv, tias thaum xya caum xyoo puv rau hauv Npanpiloo lawm, kuv yuav tuaj saib nej, thiab ua kom tiav kuv tej lus zoo rau nej, uas yog yuav coj nej rov qab los rau qhov chaw no. Rau qhov kuv paub tej kev xav uas kuv xav rau nej, tus Tswv hais li no, yog tej kev xav ntawm kev thaj yeeb nyab xeeb, tsis yog ntawm kev phem, kom muab ib qho kawg raws li nej cia siab rau nej. Ces nej yuav hu thov kuv, thiab nej yuav mus thov Vajtswv rau kuv, thiab kuv yuav mloog nej. Thiab nej yuav nrhiav kuv, thiab yuav ntsib kuv, thaum nej nrhiav kuv kawg siab kawg ntsws. Thiab kuv yuav cia nej nrhiav tau kuv, tus Tswv hais li no; thiab kuv yuav tig nej txojkev poob cev qhev rov qab, thiab kuv yuav sau nej tawm hauv txhua haiv neeg, thiab tawm hauv txhua qhov chaw uas kuv tau ntiab nej mus, tus Tswv hais li no; thiab kuv yuav coj nej rov qab los rau qhov chaw uas kuv tau cia nej raug coj mus ua neeg raug kaw. Yelemis 29:10–14.</w:t>
      </w:r>
    </w:p>
    <w:p>
      <w:pPr>
        <w:pStyle w:val="ArticleBody"/>
        <w:jc w:val="left"/>
      </w:pPr>
      <w:r>
        <w:rPr>
          <w:rFonts w:ascii="Times New Roman" w:hAnsi="Times New Roman" w:eastAsia="Times New Roman" w:cs="Times New Roman"/>
        </w:rPr>
        <w:t>Tag nrho cov yaj saub tab tom hais txog hnub kawg, thiab nyob rau hnub kawg Nws haiv neeg nyob hauv ib txoj kev poob cev qhev uas yuav tsum raug thim rov qab, kom ua tiav zaj lus tim khawv ntawm kev yaj saub.</w:t>
      </w:r>
    </w:p>
    <w:p>
      <w:pPr>
        <w:pStyle w:val="ArticleScripture"/>
        <w:jc w:val="left"/>
      </w:pPr>
      <w:r>
        <w:rPr>
          <w:rFonts w:ascii="Times New Roman" w:hAnsi="Times New Roman" w:eastAsia="Times New Roman" w:cs="Times New Roman"/>
        </w:rPr>
        <w:t>Lo lus uas los cuag Yelemis ntawm tus Tswv, hais tias, Tus Tswv Vajtswv ntawm cov Ixayees hais li no tias, Cia li sau tseg txhua lo lus uas Kuv tau hais rau koj rau hauv ib phau ntawv. Rau qhov, saib seb, hnub ntawd tab tom los, tus Tswv hais tias, Kuv yuav coj kuv haiv neeg Ixayees thiab Yudas rov qab tawm hauv lawv txoj kev poob cev qhev, tus Tswv hais tias; thiab Kuv yuav ua kom lawv rov qab los rau hauv lub tebchaws uas Kuv tau muab rau lawv tej yawg koob, thiab lawv yuav tuav nws ua lawv tug. Yelemis 30:1–3.</w:t>
      </w:r>
    </w:p>
    <w:p>
      <w:pPr>
        <w:pStyle w:val="ArticleBody"/>
        <w:jc w:val="left"/>
      </w:pPr>
      <w:r>
        <w:rPr>
          <w:rFonts w:ascii="Times New Roman" w:hAnsi="Times New Roman" w:eastAsia="Times New Roman" w:cs="Times New Roman"/>
        </w:rPr>
        <w:t>Tom qab peb hnub rhiab thiab ib nrab ntawm kev tsaug zog, ib yam li Laxalau tau pw tsaug zog tau plaub hnub, thiab Daniyees tau quaj ntsuag tau nees nkaum ib hnub, Mikha-eev tsa ob tug tim khawv sawv rov los, uas yog Nws haiv neeg ntawm hnub kawg, thiab coj lawv los rau hauv kev sib haum xeeb ib leeg, thiab kuj pleev roj rau lawv los ntawm ib zaj lus uas raug luam tawm thoob plaws ntiaj teb. Zaj lus ntawd yog “dej lwg” ntawm roob Hermoos (lub roob dawb huv), uas pub txhawb tus dej txhawv ntawm Pan, uas tom qab ntawd pub txhawb tus dej Yauladees. Txoj kev pleev roj uas raug ua tiav los ntawm zaj lus ntawd sawv cev rau txoj kev pleev roj ntawm Yexus, uas cim tias thaum twg Nws tau los ua tus Khetos, uas Petus tau qhia tseg.</w:t>
      </w:r>
    </w:p>
    <w:p>
      <w:pPr>
        <w:pStyle w:val="ArticleBody"/>
        <w:jc w:val="left"/>
      </w:pPr>
      <w:r>
        <w:rPr>
          <w:rFonts w:ascii="Times New Roman" w:hAnsi="Times New Roman" w:eastAsia="Times New Roman" w:cs="Times New Roman"/>
        </w:rPr>
        <w:t>Thaum Petus lees paub Khetos tias yog Vajtswv Leej Tub, nws sawv cev rau Khetos raws li ob qho tib si yog Vajtswv Leej Tub thiab Neeg Leej Tub, raws li tau sawv cev los ntawm cov dej ntawm “rooj vag ntawm dab teb” uas pub dej rau tus dej Yaladee. Petus txoj kev lees txim ntawd tau yug los ntawm Vaj Ntsuj Plig Dawb Huv txoj kev tshoov siab, thiab yog qhov tseeb ntawd, tias Yexus yog tus Khetos, Tus Raug Pleev, thiab tias Nws yog ob qho tib si Vajtswv thiab tib neeg, uas Yexus tau qhia tias yog qhov tseeb uas yuav yog qhov chaw nruab nrab ntawm kev sib ntaus tawm tsam Vajtswv haiv neeg nyob rau hnub kawg, cov uas Khetos tau cog lus tias yuav yeej, rau qhov “rooj vag ntawm dab teb” yuav tsis kov yeej qhov tseeb no.</w:t>
      </w:r>
    </w:p>
    <w:p>
      <w:pPr>
        <w:pStyle w:val="ArticleBody"/>
        <w:jc w:val="left"/>
      </w:pPr>
      <w:r>
        <w:rPr>
          <w:rFonts w:ascii="Times New Roman" w:hAnsi="Times New Roman" w:eastAsia="Times New Roman" w:cs="Times New Roman"/>
        </w:rPr>
        <w:t>Qhov tseeb yog tias thaum lub Cuaj Hlis tim 11, 2001, ib yam li Yexus raug pleev roj thaum Nws ua kevcai raus dej, txoj haujlwm kaw cim rau ib puas plaub caug plaub txhiab leej tau pib lawm, thiab hauv zaj keeb kwm ntawd yuav muaj ib qho kev chim siab loj uas yuav tua Nws haiv neeg ntawm hnub kawg, mus txog thaum Nws tsa lawv sawv rov los thiab thim lawv txoj kev poob cev qhev. Txoj haujlwm ntawm kev sawv rov los ntawd muaj nrog rau kev coj Nws haiv neeg los koom ua ib pab tub rog muaj hwjchim loj uas raug tsa siab ua ib tug chij. Txoj haujlwm tsa sawv rov los, ntxuav kom dawb huv, koom ua ib, thiab tsa siab, tom qab txoj kev tuag hauv tej kev, raug piav qhia hauv nqe kaum mus txog kaum tsib ntawm Daniyees tshooj kaum ib, thiab kuj nyob hauv lwm qhov Vajlugkub thiab. Tiamsis hauv nqe kaum peb mus txog kaum tsib, Khetos tau coj Nws cov thwjtim rov qab los rau Caesarea Philippi, mus rau Panium, thiab nyob ntawd yog qhov uas Vajtswv lub cim raug nias ruaj mus ib txhis.</w:t>
      </w:r>
    </w:p>
    <w:p>
      <w:pPr>
        <w:pStyle w:val="ArticleBody"/>
        <w:jc w:val="left"/>
      </w:pPr>
      <w:r>
        <w:rPr>
          <w:rFonts w:ascii="Times New Roman" w:hAnsi="Times New Roman" w:eastAsia="Times New Roman" w:cs="Times New Roman"/>
        </w:rPr>
        <w:t>Tsuas yog thaum peb nkag siab txog qhov tob kawg nkaus ntawm cov tseeb no xwb, peb thiaj li yuav paub txog tej kev tshwm sim ntawm qhov tseeb uas nyob hauv zaj lus tim khawv ntawm Caesarea Philippi. Hauv nqe kaum yim ntawm Mathais tshooj kaum rau, Ximoos Pajxalas lub npe raug hloov mus ua Petus, uas sawv cev rau ib puas plaub caug plaub txhiab raws li twb tau hais tseg yav tas los hauv ib tsab xov xwm tsis ntev no. Qhov kev tshwm sim hauv lej uas raug tsa ruaj khov nyob hauv nqe ntawd ua kom Yexus raug qhuas loj hlob ua Tus Muaj Txuj Ci Xam Lej, rau qhov tsis yog Petus xwb thiaj yuav raug to taub tias sawv cev rau ib puas plaub caug plaub txhiab, tiam sis Mathais 16:18 kuj yog lub cim hauv lej ntawm “phi” thiab.</w:t>
      </w:r>
    </w:p>
    <w:p>
      <w:pPr>
        <w:pStyle w:val="ArticleBody"/>
        <w:jc w:val="left"/>
      </w:pPr>
      <w:r>
        <w:rPr>
          <w:rFonts w:ascii="Times New Roman" w:hAnsi="Times New Roman" w:eastAsia="Times New Roman" w:cs="Times New Roman"/>
        </w:rPr>
        <w:t>Ua ntej peb yuav hais txog kev xam lej uas cuam tshuam nrog “phi,” tsim nyog yuav tau sau tseg tias “phi” yog ib feem ntawm lo lus “Philippi,” uas yog lub npe thib ob ntawm ob lub npe ntawm lub nroog Panium. Nqe kaum yim qhia meej tias Yexus tau hais rau Petus ua lus Henplais, uas tau raug sau cia ua lus Kili, thiab tom qab ntawd raug txhais ua lus Askiv. Peb kauj ruam ntawd qhia txog Khetos txoj kev tswj kav saum Nws Txojlus. Thaum muab lo lus ntawd los xav raws li txoj txheej txheem xam lej uas muab cov chaw lej ntawm cov tsiaj ntawv los sib npaug, nws qhia tias lub npe Petus muaj nqis sib npaug rau ib puas plaub caug plaub txhiab, yog li ntawd thiaj hais kom pom tseeb txog Yexus raws li Tus Xam Tooj Zoo Kawg Nkaus. Nyob hauv tib nqe ntawd xwb, qhov chaw uas Yexus tshaj tawm tias Nws yuav tsa Nws pawg ntseeg, Tus Xam Tooj Zoo Kawg Nkaus tau tswj hwm txoj kev txhais lus kom paub tseeb tias qhov tseeb uas sawv cev nyob hauv nqe kaum yim ntawm tshooj kaum rau, yuav sawv cev rau lub cim xam lej ntawm “phi.”</w:t>
      </w:r>
    </w:p>
    <w:p>
      <w:pPr>
        <w:pStyle w:val="ArticleScripture"/>
        <w:jc w:val="left"/>
      </w:pPr>
      <w:r>
        <w:rPr>
          <w:rFonts w:ascii="Times New Roman" w:hAnsi="Times New Roman" w:eastAsia="Times New Roman" w:cs="Times New Roman"/>
        </w:rPr>
        <w:t>Kuv kuj hais rau koj thiab, tias koj yog Petus, thiab saum lub pob zeb no kuv yuav tsa kuv lub koom txoos; thiab tej rooj vag ntawm dab ntxwg nyoog tebchaws yuav tsis kovyeej tau nws. Mathais 16:18.</w:t>
      </w:r>
    </w:p>
    <w:p>
      <w:pPr>
        <w:pStyle w:val="ArticleBody"/>
        <w:jc w:val="left"/>
      </w:pPr>
      <w:r>
        <w:rPr>
          <w:rFonts w:ascii="Times New Roman" w:hAnsi="Times New Roman" w:eastAsia="Times New Roman" w:cs="Times New Roman"/>
        </w:rPr>
        <w:t>Nws pawg ntseeg tsis yog tsuas yog raug tsa saum txoj kev qhuab qhia hais tias Yexus yog tus Khetos, thiab tias Nws yog Vajtswv Leej Tub xwb, tiamsis kuj raug tsa saum qhov tseeb tias Nws yog Txojlus, thiab Txojlus tau tsim thiab kav txhua yam, nrog rau lej, qauv lus, thiab tej haujlwm ntawm tibneeg.</w:t>
      </w:r>
    </w:p>
    <w:p>
      <w:pPr>
        <w:pStyle w:val="ArticleScripture"/>
        <w:jc w:val="left"/>
      </w:pPr>
      <w:r>
        <w:rPr>
          <w:rFonts w:ascii="Times New Roman" w:hAnsi="Times New Roman" w:eastAsia="Times New Roman" w:cs="Times New Roman"/>
        </w:rPr>
        <w:t>Nyob rau hauv tus uas peb kuj tau txais ib tug qub txeeg qub teg, raug teem tseg ua ntej raws li lub hom phiaj ntawm tus uas ua txhua yam raws li kev txiav txim siab ntawm nws tus kheej lub siab nyiam. Efexaus 1:11.</w:t>
      </w:r>
    </w:p>
    <w:p>
      <w:pPr>
        <w:pStyle w:val="ArticleBody"/>
        <w:jc w:val="left"/>
      </w:pPr>
      <w:r>
        <w:rPr>
          <w:rFonts w:ascii="Times New Roman" w:hAnsi="Times New Roman" w:eastAsia="Times New Roman" w:cs="Times New Roman"/>
        </w:rPr>
        <w:t>Phi, uas feem ntau sawv cev los ntawm tsab ntawv Greek φ (phi), yog ib qho lej ruaj khov hauv kev ua lej uas kwv yees sib npaug rau 1.618033988749895. Tus lej no hu ua tus piv kub los sis tus kev faib uas yog vajtswv. Nws yog ib “tus lej tsis muaj feem meej”, txhais tias nws tsis tuaj yeem muab qhia ua ib feem yooj yim, thiab nws daim qauv zauv tom qab lub cim xaus lej txuas mus tsis kawg yam tsis rov qab dua.</w:t>
      </w:r>
    </w:p>
    <w:p>
      <w:pPr>
        <w:pStyle w:val="ArticleBody"/>
        <w:jc w:val="left"/>
      </w:pPr>
      <w:r>
        <w:rPr>
          <w:rFonts w:ascii="Times New Roman" w:hAnsi="Times New Roman" w:eastAsia="Times New Roman" w:cs="Times New Roman"/>
        </w:rPr>
        <w:t>Tus lej kub muaj ntau yam cwj pwm tshwj xeeb uas txaus qhuas heev thiab tshwm sim nyob hauv ntau yam ntsiab lus sib txawv hauv lej, kos duab, vaj tse qauv, ntuj tsim, thiab lwm yam teb. Feem ntau nws pom muaj nyob hauv cov duab kheej xwm, xws li duab plaub ntev, duab tsib ceg, thiab duab kaum ob sab, uas qhov sib piv ntawm sab ntev dua rau sab luv dua yog sib npaug rau phi.</w:t>
      </w:r>
    </w:p>
    <w:p>
      <w:pPr>
        <w:pStyle w:val="ArticleBody"/>
        <w:jc w:val="left"/>
      </w:pPr>
      <w:r>
        <w:rPr>
          <w:rFonts w:ascii="Times New Roman" w:hAnsi="Times New Roman" w:eastAsia="Times New Roman" w:cs="Times New Roman"/>
        </w:rPr>
        <w:t>Hauv kev kos duab thiab qauv vaj tse, muaj kev ntseeg tias qhov sib piv kub tsim kom muaj qhov sib npaug uas ntxim saib zoo nkauj. Cov kws kos duab thiab cov kws qauv vaj tse tau siv nws thoob plaws hauv keeb kwm, txij thaum tej haiv neeg txheej thaum ub mus txog rau tiam Renaissance thiab dhau ntawd mus, los teeb qauv kev teeb tsa, vaj tse, thiab tej haujlwm kos duab. Hauv kev ua lej, qhov sib piv kub tshwm sim hauv ntau yam kab zauv thiab kab lej sib law liag, suav nrog kab Fibonacci, uas txhua ntu yog cov lej ob ntu ua ntej muab los sib sau. Thaum cov ntu hauv kab Fibonacci nce ntxiv, qhov sib piv ntawm ob ntu sib law liag txav mus ze rau phi.</w:t>
      </w:r>
    </w:p>
    <w:p>
      <w:pPr>
        <w:pStyle w:val="ArticleBody"/>
        <w:jc w:val="left"/>
      </w:pPr>
      <w:r>
        <w:rPr>
          <w:rFonts w:ascii="Times New Roman" w:hAnsi="Times New Roman" w:eastAsia="Times New Roman" w:cs="Times New Roman"/>
        </w:rPr>
        <w:t>Nyob rau nqe 16:18, peb pom tus lej phi hauv kev xam zauv (1.618…). Yexus, tus Vajtswv “uas ua txhua yam raws li kev npaj siab ntawm Nws tus kheej lub siab nyiam,” tau txiav txim siab muab Nws lub cim kos npe tias yog Palmoni, tus Naj Npawb Zoo Kawg, lossis tus Suav Cov Zais Ntaub Ntawv, tso rau hauv thaj chaw yavlus faj lem uas txheeb qhia txog thaj chaw sib tua ntawm Nws pawg ntseeg tawm tsam rooj vag ntuj txiag teb tsaus nyob rau hnub kawg. Nyob rau thaj chaw sib tua yavlus faj lem ntawd, los ntawm Nws txoj kev tswj hwm cov lej, Nws tau sawv cev rau ib puas plaub caug plaub txhiab tus nrog “Petus”, tus uas nws lub npe raug hloov ntawm “Ximoos” tus uas hnov tej lus ntawm tus nquab, mus ua “Petus”, yog li cim tseg ib puas plaub caug plaub txhiab tus ntawd ua Nws haiv neeg ntawm txoj kev khi lus nyob rau hnub kawg.</w:t>
      </w:r>
    </w:p>
    <w:p>
      <w:pPr>
        <w:pStyle w:val="ArticleBody"/>
        <w:jc w:val="left"/>
      </w:pPr>
      <w:r>
        <w:rPr>
          <w:rFonts w:ascii="Times New Roman" w:hAnsi="Times New Roman" w:eastAsia="Times New Roman" w:cs="Times New Roman"/>
        </w:rPr>
        <w:t>“Pob zeb” uas Nws tau xaiv los txhim tsa Nws pawg ntseeg saum, yog pob zeb hauv paus, yog lub hauv paus thiab lub pob zeb kaum loj tshaj plaws ntawm “xya lub sij hawm” hauv Leviticus nees nkaum-rau, vim tsis muaj ib lub hauv paus tseeb twg uas tsis yog Khetos. Txij thaum Khetos ua kevcai raus dej, thaum Simon “hnov” txoj xov ntawm tus nquab mus txog rau saum tus ntoo khaub lig ntawm Hiavtxwv Tuag, tau muaj ib txhiab ob puas rau caum hnub, ob zaug txhua hnub, muaj kev xyeem tua tsiaj sawv ntxov thiab yav tsaus ntuj, tsuas yog nyob rau hnub kawg ntawm ib txhiab ob puas rau caum hnub ntawd xwb, rau qhov nyob rau hnub ntawd, kev xyeem yav tsaus ntuj dim ntawm tus pov thawj, thiab saum tus ntoo khaub lig Khetos tuag raws li txoj kev txi zaum ob txhiab tsib puas nees nkaum.</w:t>
      </w:r>
    </w:p>
    <w:p>
      <w:pPr>
        <w:pStyle w:val="ArticleScripture"/>
        <w:jc w:val="left"/>
      </w:pPr>
      <w:r>
        <w:rPr>
          <w:rFonts w:ascii="Times New Roman" w:hAnsi="Times New Roman" w:eastAsia="Times New Roman" w:cs="Times New Roman"/>
        </w:rPr>
        <w:t>“Txhua yam puav leej yog kev txaus ntshai thiab kev ntxhov siab. Tus pov thawj tab tom yuav tua tus tsiaj txi; tiam sis rab riam poob ntawm nws txhais tes uas tsis muaj zog lawm, thiab tus menyuam yaj thiaj dim. Tus qauv twb ntsib qhov uas nws sawv cev tiav npo hauv txoj kev tuag ntawm Vajtswv Leej Tub. Txoj kev txi loj kawg nkaus twb tau ua tiav lawm. Txoj kev nkag mus rau hauv qhov chaw dawb huv tshaj plaws twb raug qhib lawm. Ib txoj kev tshiab thiab muaj sia twb raug npaj tseg rau sawv daws. Tib neeg txhaum uas muaj kev tu siab thiab kev quaj ntsuag tsis tas yuav tos qhov kev los ntawm tus pov thawj hlob ntxiv lawm.” The Desire of Ages, 757.</w:t>
      </w:r>
    </w:p>
    <w:p>
      <w:pPr>
        <w:pStyle w:val="ArticleBody"/>
        <w:jc w:val="left"/>
      </w:pPr>
      <w:r>
        <w:rPr>
          <w:rFonts w:ascii="Times New Roman" w:hAnsi="Times New Roman" w:eastAsia="Times New Roman" w:cs="Times New Roman"/>
        </w:rPr>
        <w:t>“lub pob zeb” uas Nws yuav tsa Nws pawg ntseeg rau saum yog lub pob zeb hauv paus uas cov kws ua tsev tau muab txiav tseg, nws tus lej yog “ob txhiab tsib puas nees nkaum.” Hauv ib nqe luv xwb Khetos nthuav tawm Nws tus kheej ua tus Tswv Kav txhua yam, thiab thaum Nws ua li ntawd Nws tab tom sawv thiab hais lus hauv nqe kaum peb mus txog kaum tsib ntawm Daniyee tshooj kaum ib.</w:t>
      </w:r>
    </w:p>
    <w:p>
      <w:pPr>
        <w:pStyle w:val="ArticleScripture"/>
        <w:jc w:val="left"/>
      </w:pPr>
      <w:r>
        <w:rPr>
          <w:rFonts w:ascii="Times New Roman" w:hAnsi="Times New Roman" w:eastAsia="Times New Roman" w:cs="Times New Roman"/>
        </w:rPr>
        <w:t>Kuv hais rau koj thiab tias, koj yog Petus, thiab saum lub pob zeb no kuv yuav txhim tsa kuv pawg ntseeg; thiab tej rooj vag ntawm dab ntxwg nyoog tebchaws yuav tsis kov yeej nws. Mathais 16:18.</w:t>
      </w:r>
    </w:p>
    <w:p>
      <w:pPr>
        <w:pStyle w:val="ArticleBody"/>
        <w:jc w:val="left"/>
      </w:pPr>
      <w:r>
        <w:rPr>
          <w:rFonts w:ascii="Times New Roman" w:hAnsi="Times New Roman" w:eastAsia="Times New Roman" w:cs="Times New Roman"/>
        </w:rPr>
        <w:t>Peb yuav txuas ntxiv txoj kev kawm no hauv zaj lus tom ntej.</w:t>
      </w:r>
    </w:p>
    <w:p>
      <w:pPr>
        <w:pStyle w:val="ArticleScripture"/>
        <w:jc w:val="left"/>
      </w:pPr>
      <w:r>
        <w:rPr>
          <w:rFonts w:ascii="Times New Roman" w:hAnsi="Times New Roman" w:eastAsia="Times New Roman" w:cs="Times New Roman"/>
        </w:rPr>
        <w:t>“‘Tej yam uas zais cia yog tus Tswv peb tus Vajtswv li: tiam sis tej yam uas raug qhia tawm yog peb li thiab peb cov me nyuam li mus ib txhis.’ Deuteronomy 29:29. Vajtswv tsis tau qhia rau tib neeg paub li tias Nws tau ua tiav tes hauj lwm tsim ntuj tsim teb li cas; tib neeg txoj kev txawj ntse tsis muaj peev xwm tshawb nrhiav tau tej kev zais ntawm Tus Siab Tshaj Plaws. Nws lub hwj chim tsim muaj yog dhau kev to taub ib yam li Nws txoj kev muaj nyob.”</w:t>
      </w:r>
    </w:p>
    <w:p>
      <w:pPr>
        <w:pStyle w:val="ArticleScripture"/>
        <w:jc w:val="left"/>
      </w:pPr>
      <w:r>
        <w:rPr>
          <w:rFonts w:ascii="Times New Roman" w:hAnsi="Times New Roman" w:eastAsia="Times New Roman" w:cs="Times New Roman"/>
        </w:rPr>
        <w:t>“Vajtswv tau tso cai kom muaj ib nthwv dej loj ntawm qhov kaj raug nchuav los rau saum lub ntiajteb no, nyob rau hauv ob qho tib si kev txawj ntse thiab txuj ci kos duab; tiam sis thaum cov neeg uas tshaj tawm tias yog neeg txawj tshawb fawb los hais txog cov ntsiab no raws li ib qho kev xav uas yog tibneeg nkaus xwb, lawv yeej yuav los txog rau tej lus xaus uas tsis yog. Tej zaum kuj tsis yog kev txhaum uas yuav xav kwv yees dhau qhov uas Vajtswv Txojlus twb tau tshwm sim lawm, yog tias peb tej kev xav ntawd tsis tawm tsam tej qhov tseeb uas muaj nyob hauv Vajlugkub; tiam sis cov uas tso Vajtswv Txojlus tseg, thiab nrhiav los piav txog Nws tej hauj lwm tsim los raws li tej hauv paus ntsiab cai kev tshawb fawb, tab tom yaig mus yam tsis muaj daim ntawv qhia kev los sis koob taw kev saum ib lub hiav txwv uas tsis paub. Cov siab ntsws uas loj tshaj plaws, yog tsis muaj Vajtswv Txojlus coj lawv hauv lawv txoj kev tshawb nrhiav, yuav poob siab ntxhov siab hauv lawv tej kev sim nrhiav kom paub txoj kev sib raug zoo ntawm kev tshawb fawb thiab kev tshwm sim saum ntuj. Vim tus Tsim thiab Nws tej hauj lwm nyob deb dhau lawv txoj kev nkag siab uas lawv tsis muaj peev xwm piav tau lawv raws li tej kev cai ntuj tsim, lawv thiaj suav keeb kwm Vajlugkub tias tsis ntseeg tau. Cov uas ua xyem xyav txog qhov tseeb ntawm tej ntaub ntawv sau tseg hauv Phau Qub thiab Phau Tshiab, yuav raug coj mus ib kauj ruam ntxiv, thiab ua xyem xyav txog Vajtswv txoj kev muaj tiag; ces thaum lawv twb poob lawv lub thauj tog rau nkoj lawm, lawv thiaj raug cia rau qhov uas yuav raug ntaus ua dog ua dig rau saum tej pob zeb ntawm kev tsis ntseeg.”</w:t>
      </w:r>
    </w:p>
    <w:p>
      <w:pPr>
        <w:pStyle w:val="ArticleScripture"/>
        <w:jc w:val="left"/>
      </w:pPr>
      <w:r>
        <w:rPr>
          <w:rFonts w:ascii="Times New Roman" w:hAnsi="Times New Roman" w:eastAsia="Times New Roman" w:cs="Times New Roman"/>
        </w:rPr>
        <w:t>“Cov neeg no tau plam txoj kev ntseeg uas yooj yim dawb huv lawm. Yuav tsum muaj txoj kev ntseeg ruaj khov rau txoj cai muaj hwj chim saum ntuj ntawm Vajtswv Txojlus Dawb Huv. Phau Vajlugkub tsis yog yam yuav muab coj mus kuaj raws li tibneeg tej kev xav ntawm kev tshawb fawb. Tibneeg txoj kev paub yog ib tug coj uas tsis ruaj tsis khov. Cov neeg tsis ntseeg uas nyeem phau Vajlugkub tsuas yog nrhiav qhov los thuam xwb, vim lawv tsis to taub txaus txog kev tshawb fawb lossis txog kev tshwm sim saum ntuj, tej zaum lawv yuav hais tias lawv pom muaj kev sib txeeb sib txawv nyob nruab nrab ntawm ob yam no; tiam sis thaum to taub kom raug lawm, nkawd nyob hauv kev sib haum xeeb zoo kawg nkaus. Mauxes tau sau raws li Vajtswv tus Ntsuj Plig coj, thiab ib txoj kev xav raug txog geology yuav tsis muaj hnub lees tias muaj tej yam tshawb pom uas tsis tuaj yeem coj los haum nrog nws tej lus. Txhua qhov tseeb, txawm nyob hauv ntuj tsim los sis hauv kev tshwm sim saum ntuj, yeej sib haum nrog nws tus kheej hauv txhua yam uas nws qhia tawm.”</w:t>
      </w:r>
    </w:p>
    <w:p>
      <w:pPr>
        <w:pStyle w:val="ArticleScripture"/>
        <w:jc w:val="left"/>
      </w:pPr>
      <w:r>
        <w:rPr>
          <w:rFonts w:ascii="Times New Roman" w:hAnsi="Times New Roman" w:eastAsia="Times New Roman" w:cs="Times New Roman"/>
        </w:rPr>
        <w:t>“Hauv Vajtswv Txojlus muaj ntau lo lus nug raug tsa los uas txawm cov kws txawj ntse tob tshaj plaws los yeej tsis muaj hnub teb tau. Kev mloog raug hu los rau cov ntsiab lus no kom qhia peb tias tseem muaj ntau npaum li cas, txawm nyob hauv tej yam ib txwm muaj ntawm lub neej niaj hnub, uas tej siab txawj xav uas muaj ciam, txawm nrog tag nrho lawv txoj kev txawj ntse uas lawv khav theeb, los yeej tsis muaj peev xwm to taub kom puv npo li.”</w:t>
      </w:r>
    </w:p>
    <w:p>
      <w:pPr>
        <w:pStyle w:val="ArticleScripture"/>
        <w:jc w:val="left"/>
      </w:pPr>
      <w:r>
        <w:rPr>
          <w:rFonts w:ascii="Times New Roman" w:hAnsi="Times New Roman" w:eastAsia="Times New Roman" w:cs="Times New Roman"/>
        </w:rPr>
        <w:t>“Tiamsis cov neeg txawj tshawb fawb xav tias lawv muaj peev xwm nkag siab tau Vajtswv txoj kev txawj ntse, uas yog yam uas Nws tau ua los sis ua tau. Lub tswv yim no yeej nthuav dav heev tias Nws raug txwv los ntawm Nws tej kevcai uas yog Nws tus kheej. Tibneeg ces yog tsis lees, los sis tsis quav ntsej txog Nws txoj kev muaj nyob, los sis xav piav tau txhua yam, txawm yog txoj haujlwm ntawm Nws tus Ntsuj Plig rau hauv tibneeg lub siab; thiab lawv tsis hwm Nws lub npe lawm thiab tsis ntshai Nws lub hwjchim lawm. Lawv tsis ntseeg txog yam uas nyob saum ntuj tsim teb raug, vim lawv tsis to taub Vajtswv tej kevcai los sis Nws lub hwjchim uas tsis muaj chaw kawg, uas ua kom tiav tau Nws lub siab nyiam los ntawm cov kevcai ntawd. Raws li ib txwm siv, lo lus ‘tej kevcai ntawm ntuj tsim teb raug’ muaj xws li yam uas tibneeg muaj peev xwm tshawb pom tau hais txog cov kevcai uas kav lub ntiajteb cev nqaij daim tawv; tiamsis lawv txoj kev paub ntawd txwv npaum li cas, hos thaj chaw uas tus Tsim Txhua Yam muaj peev xwm ua haujlwm sib haum nrog Nws tej kevcai uas yog Nws tus kheej thiab tseem dhau plaws ntawm tej neeg txawj tuag txoj kev nkag siab, loj kawg npaum li cas!”</w:t>
      </w:r>
    </w:p>
    <w:p>
      <w:pPr>
        <w:pStyle w:val="ArticleScripture"/>
        <w:jc w:val="left"/>
      </w:pPr>
      <w:r>
        <w:rPr>
          <w:rFonts w:ascii="Times New Roman" w:hAnsi="Times New Roman" w:eastAsia="Times New Roman" w:cs="Times New Roman"/>
        </w:rPr>
        <w:t>“Coob leej coob qhia tias tej yam ntaub ntawj muaj hwj chim ciaj sia nyob hauv nws tus kheej—hais tias muaj qee yam cwj pwm raug pub rau tej yam ntaub ntawj, ces cia nws ua hauj lwm raws li nws lub zog uas muaj nyob hauv nws tus kheej; thiab tias tej kev ua num hauv ntuj tsim raug coj mus raws li tej kevcai ruaj khov, uas txawm yog Vajtswv Nws Tus Kheej los kuj tsis cuam tshuam tau. Qhov no yog txuj ci dag, thiab tsis raug txhawb los ntawm Vajtswv Txojlus. Xwm ntuj yog tus qhev ntawm nws tus Tsim. Vajtswv tsis rhuav tshem Nws tej kevcai los sis ua hauj lwm tawm tsam tej ntawd, tiam sis Nws tseem niaj hnub siv tej ntawd ua Nws tej cuab yeej. Xwm ntuj ua tim khawv txog ib lub tswv yim txawj ntse, ib qho kev muaj nyob, ib lub zog muaj sia ua hauj lwm, uas ua hauj lwm nyob hauv thiab dhau los ntawm nws tej kevcai. Hauv xwm ntuj muaj txoj hauj lwm uas Leej Txiv thiab Leej Tub tab tom ua tsis tu ncua. Khetos hais tias, ‘Kuv Txiv ua hauj lwm los txog nim no, thiab Kuv kuj ua hauj lwm thiab.’ Yauhas 5:17.”</w:t>
      </w:r>
    </w:p>
    <w:p>
      <w:pPr>
        <w:pStyle w:val="ArticleScripture"/>
        <w:jc w:val="left"/>
      </w:pPr>
      <w:r>
        <w:rPr>
          <w:rFonts w:ascii="Times New Roman" w:hAnsi="Times New Roman" w:eastAsia="Times New Roman" w:cs="Times New Roman"/>
        </w:rPr>
        <w:t>“Cov Levis, hauv lawv zaj nkauj qhuas uas sau tseg los ntawm Nehemi, hu tias, ‘Koj, yog Koj xwb, yog tus Tswv tib leeg; Koj tau tsim lub ntuj, lub ntuj saum tej ntuj, nrog lawv tej pab tub rog tag nrho, lub ntiajteb, thiab txhua yam uas nyob hauv ntawd, … thiab Koj khaws cia lawv txhua tus.’ Nehemi 9:6. Hais txog lub ntiajteb no, Vajtswv txoj hauj lwm tsim twb tiav lawm. Rau qhov ‘tej hauj lwm ntawd twb tiav lawm txij thaum tsim lub ntiajteb los.’ Henplais 4:3. Tiamsis Nws lub hwj chim tseem raug nthuav tawm los txhawb nqa tej yam uas Nws tau tsim. Tsis yog vim ib lub tshuab uas ib zaug raug qhib khiav lawm tseem ua hauj lwm mus raws li nws tus kheej lub zog nyob hauv nws, thiaj ua rau mem tes dhia thiab pa ua pa txuas ntxiv; tiam sis txhua zaug ua pa, txhua zaug lub siab dhia, yog ib qho pov thawj txog txoj kev saib xyuas uas nphav thoob plaws ntawm Tus uas nyob hauv Nws ‘peb thiaj ciaj sia, txav mus los, thiab muaj peb txoj sia nyob.’ Tes Hauj Lwm 17:28. Tsis yog vim ib lub hwj chim nyob hauv nws tus kheej thiaj ua rau lub ntiajteb xyoo dhau xyoo tsim tawm nws tej qoob loo nplua mias thiab txuas ntxiv nws txoj kev ncig lub hnub. Vajtswv txhais tes coj cov hnub qub ntiajteb thiab tuav lawv nyob hauv lawv qhov chaw hauv lawv txoj kev taug uas muaj kev txiav txim zoo hla saum tej ntuj. Nws ‘coj lawv tej pab tub rog tawm los raws li tus lej: Nws hu lawv txhua tus raws li lawv tej npe vim Nws lub hwj chim loj kawg nkaus, rau qhov Nws muaj zog kawg hauv hwj chim; tsis muaj ib tug twg ploj.’ Yaxayas 40:26. Yog los ntawm Nws lub hwj chim thiaj ua rau tej nroj tsuag vam meej, nplooj hlav tuaj thiab paj tawg. Nws ‘ua kom nyom hlob saum tej roob’ (Nkauj Ntshiab 147:8), thiab los ntawm Nws tej hav kuj raug ua kom txi txiv nplua nuj. ‘Tag nrho tej tsiaj qus hauv hav zoov … nrhiav lawv tej zaub mov ntawm Vajtswv los,’ thiab txhua yam tsiaj muaj sia, txij ntawm tus kab me tshaj plaws mus txog rau neeg, txhua hnub puav leej vam khom Nws txoj kev saib xyuas raws li Nws txoj kev tswj hwm. Hauv cov lus zoo nkauj ntawm tus sau nkauj qhuas Vajtswv, ‘Cov no txhua tus tos ntsoov rau Koj…. Yam uas Koj pub rau lawv, lawv thiaj khaws tau: Koj qhib Koj txhais tes, lawv thiaj puv npo nrog tej yam zoo.’ Nkauj Ntshiab 104:20, 21, 27, 28. Nws lo lus tswj hwm tej ntsiab ntuj tsim; Nws npog tej ntuj nrog huab thiab npaj nag rau lub ntiajteb. ‘Nws pub daus zoo li plaub yaj: Nws txau te khov dawb paug zoo li tshauv.’ Nkauj Ntshiab 147:16. ‘Thaum Nws tsa Nws lub suab, muaj dej coob coob saum tej ntuj, thiab Nws ua kom tej pa dej nce saum ntawm tej ciam kawg ntawm lub ntiajteb; Nws tsim xob laim nrog nag, thiab coj cua tawm hauv Nws tej txhab.’ Yelemi 10:13.”</w:t>
      </w:r>
    </w:p>
    <w:p>
      <w:pPr>
        <w:pStyle w:val="ArticleScripture"/>
        <w:jc w:val="left"/>
      </w:pPr>
      <w:r>
        <w:rPr>
          <w:rFonts w:ascii="Times New Roman" w:hAnsi="Times New Roman" w:eastAsia="Times New Roman" w:cs="Times New Roman"/>
        </w:rPr>
        <w:t>“Vajtswv yog lub hauv paus ntawm txhua yam. Txhua yam kev tshawb fawb uas muaj tseeb yog nyob rau hauv kev sib haum nrog Nws tej hauj lwm; txhua yam kev kawm uas muaj tseeb coj mus rau kev mloog lus rau Nws txoj kev kav. Kev tshawb fawb qhib tej yam txuj ci tseem ceeb tshiab rau peb txoj kev pom; nws ya siab heev, thiab tshawb xyuas tej qhov tob tshiab; tiam sis nws tsis coj ib yam dab tsi tawm hauv nws txoj kev tshawb nrhiav uas tawm tsam nrog kev tshwm sim saum ntuj los. Kev tsis paub yuav nrhiav kev txhawb tej kev xav cuav txog Vajtswv los ntawm kev hu rau kev tshawb fawb, tab sis phau ntawv ntawm xwm thiab Lo Lus uas raug sau tseg ci kaj rau ib leeg. Yog li no peb raug coj mus pe hawm tus Tsim thiab muaj kev tso siab uas muaj kev to taub rau hauv Nws Lo Lus.” Patriarchs and Prophets, 113–115.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Phau Ntawv Daniyee - Ib Puas Yim Caum Tsib</dc:title>
  <dc:subject>Vajtswv Uas Los Ua Neeg Lub Cev: Petus Zaj Lus Lees Txim Tob Nto thiab Nws Tej Yam Cuam Tshuam</dc:subject>
  <dc:creator>Jeff Pippenger</dc:creator>
  <cp:keywords/>
  <dc:description>Generated by ArticleDigger from daniel\185_daniel.json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