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Lus Qhia Ib Puas Yim Caug Yim</w:t>
      </w:r>
    </w:p>
    <w:p>
      <w:pPr>
        <w:pStyle w:val="ArticleSubtitle"/>
        <w:jc w:val="left"/>
      </w:pPr>
      <w:r>
        <w:rPr>
          <w:rFonts w:ascii="Arial" w:hAnsi="Arial" w:eastAsia="Arial" w:cs="Arial"/>
        </w:rPr>
        <w:t>Txij ntawm Raphia mus rau Panium: Qhia Tawm Txog Qhov Tseem Ceeb Ntawm Tej Yaj Saub hauv Cov Tsov Rog Qub Qab Ntuj Thranscribed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Tsov Rog ntawm Raphia thiab Tsov Rog ntawm Panium yog ob qhov xwm txheej keeb kwm uas sib txawv, uas tau tshwm sim nyob rau lub sijhawm thiab hauv cov xwm txheej sib txawv, tiam sis nkawd ob leeg muaj qhov tseem ceeb hauv keeb kwm ntawm Yudas teb thaum ub thiab cov cheeb tsam uas nyob ib puag ncig nws. Tsov Rog ntawm Raphia tau muaj tshwm sim xyoo 217 BC. Tsov Rog ntawm Panium tau tshwm sim xyoo 200 BC ntawm lub nceeg vaj Seleucid (vajntxwv sab qaum teb) thiab lub nceeg vaj Ptolemaic (vajntxwv sab qab teb). Ob tsov rog no raug txheeb tseg hauv nqe kaum ib mus txog kaum tsib ntawm Daniyee tshooj kaum ib. Ob tsov rog no tau tshwm sim ua ntej Kev Tawm Tsam Maccabees xyoo 167 BC.</w:t>
      </w:r>
    </w:p>
    <w:p>
      <w:pPr>
        <w:pStyle w:val="ArticleBody"/>
        <w:jc w:val="left"/>
      </w:pPr>
      <w:r>
        <w:rPr>
          <w:rFonts w:ascii="Times New Roman" w:hAnsi="Times New Roman" w:eastAsia="Times New Roman" w:cs="Times New Roman"/>
        </w:rPr>
        <w:t>Tsov Rog ntawm Panium tau txais nws lub npe los ntawm thaj chaw nyob ze hu ua Roob Panium, uas yog qhov chaw kev sib ntaus ntawd tau tshwm sim. Lub npe Panium yog muab los ntawm tus vajtswv Kili hu ua Pan, uas muaj ib lub tuam tsev tau fij rau nws nyob ntawd. Qhov chaw ntawd raug hu ua Panium vim nws txoj kev txuas nrog kev pe hawm Pan. Lub tuam tsev pawg ntawd feem ntau raug hu ua Chaw Dawb Huv ntawm Pan, qhia meej txog nws tes haujlwm ua ib qho chaw rau kev mob siab rau kev ntseeg thiab kev pe hawm uas tau fij tseg rau tus vajtswv Pan. Lo lus “Nymphaeum” yog hais txog ib lub tuam monument lossis lub chaw pe hawm uas tau fij rau cov ntsuj plig poj dej hauv kev cai dab qhuas Kili thiab Loos thaum ub. Lub tuam tsev pawg ntawm Panium muaj ib lub qhov tsua thiab ib qhov dej txhawv ntuj tsim, uas raug ntseeg tias muaj cov nymphs nyob hauv, thiab yog li ntawd qee zaus kuj raug hu ua Nymphaeum ntawm Panium.</w:t>
      </w:r>
    </w:p>
    <w:p>
      <w:pPr>
        <w:pStyle w:val="ArticleBody"/>
        <w:jc w:val="left"/>
      </w:pPr>
      <w:r>
        <w:rPr>
          <w:rFonts w:ascii="Times New Roman" w:hAnsi="Times New Roman" w:eastAsia="Times New Roman" w:cs="Times New Roman"/>
        </w:rPr>
        <w:t>Tom qab lub nroog ntawd raug txhim kho dua tshiab thiab nthuav dav los ntawm Helauj Filis, tus tub ntawm Helauj Tus Loj, nws thiaj raug hu ua Xixa Npelepis Filis los qhuas tus Huab Tais Loos Xixa Ausxukhtus thiab Helauj Filis nws tus kheej. Lub tuam tsev ntawd yog ib lub chaw tseem ceeb ntawm kev pe hawm nyob hauv lub nroog no.</w:t>
      </w:r>
    </w:p>
    <w:p>
      <w:pPr>
        <w:pStyle w:val="ArticleBody"/>
        <w:jc w:val="left"/>
      </w:pPr>
      <w:r>
        <w:rPr>
          <w:rFonts w:ascii="Times New Roman" w:hAnsi="Times New Roman" w:eastAsia="Times New Roman" w:cs="Times New Roman"/>
        </w:rPr>
        <w:t>Thaum lub sij hawm uas Vajntxwv Huab Tais Augustus kav teb chaws, lub tuam tsev ntawd tau raug fij dua tshiab lossis muab tis npe dua los qhuas Augustus, uas qhia txog kev pe hawm huab tais thiab kev koom ua ke ntawm tej kev cai dab qhuas Loos rau hauv thaj tsam kev cai dab qhuas hauv zos. Thaj chaw uas nyob ze lub nroog qub Caesarea Philippi, uas yog qhov chaw uas lub tuam tsev ntawm Pan nyob, qee zaus kuj raug hu ua “Rooj Vag Ntuj Tawg” lossis “Rooj Vag Hades.”</w:t>
      </w:r>
    </w:p>
    <w:p>
      <w:pPr>
        <w:pStyle w:val="ArticleBody"/>
        <w:jc w:val="left"/>
      </w:pPr>
      <w:r>
        <w:rPr>
          <w:rFonts w:ascii="Times New Roman" w:hAnsi="Times New Roman" w:eastAsia="Times New Roman" w:cs="Times New Roman"/>
        </w:rPr>
        <w:t>Hauv nqe kaum txog kaum cuaj ntawm Daniyees tshooj kaum ib, peb thaj chaw thaj av ntawm kev yeej uas Loos pagan yuav tsum kov yeej kom thiaj raug tsa los ua lub nceeg vaj thib plaub hauv Vajlugkub txoj lus faj lem thiab ua tus vajntxwv sab qaum teb hauv tshooj ntawd, raug sawv cev qhia tawm. Hauv nqe kaum rau, tus thawj tub rog Loos Pompey raug qhia tias tau kov yeej Xiliya xyoo 65 BC, thiab tom qab ntawd Yeluxalees xyoo 63 BC. Nqe kaum xya txog kaum cuaj qhia txog Yuli-us Kaisalis qhov kev kov yeej Iyi tebchaws, uas yog qhov thib peb ntawm peb yam kev thaiv. Tsov Rog Actium xyoo 31 BC cim pib ntawm peb puas rau caum xyoo uas Loos pagan yuav kav ua tus muaj hwjchim tshaj plaws raws li kev ua tiav ntawm nqe nees nkaum plaub hauv Daniyees tshooj kaum ib.</w:t>
      </w:r>
    </w:p>
    <w:p>
      <w:pPr>
        <w:pStyle w:val="ArticleBody"/>
        <w:jc w:val="left"/>
      </w:pPr>
      <w:r>
        <w:rPr>
          <w:rFonts w:ascii="Times New Roman" w:hAnsi="Times New Roman" w:eastAsia="Times New Roman" w:cs="Times New Roman"/>
        </w:rPr>
        <w:t>Nyob rau hauv nqe nees nkaum, txoj kev kav ntawm Augustus Caesar raug cim tseg, thiab hauv keeb kwm ntawd, Yexus tau yug los. Ces nyob rau hauv nqe nees nkaum ib thiab nees nkaum ob, txoj kev kav ntawm Tiberius Caesar tus neeg phem raug qhia meej, yog li cim txog txoj kev raug ntsia saum ntoo khaublig ntawm Khetos. Nyob rau hauv nqe nees nkaum peb, kev sib koom tes uas cov Yudais Maccabean tau nkag mus nrog Loos uas teev dab mlom raug cim tseg, thiab yog li no, kev ntws ntawm keeb kwm uas tau pib hauv nqe kaum ib raug nres, thiab zaj lus piav keeb kwm rov poob qab mus rau lub caij nyoog 161 BC txog 158 BC.</w:t>
      </w:r>
    </w:p>
    <w:p>
      <w:pPr>
        <w:pStyle w:val="ArticleBody"/>
        <w:jc w:val="left"/>
      </w:pPr>
      <w:r>
        <w:rPr>
          <w:rFonts w:ascii="Times New Roman" w:hAnsi="Times New Roman" w:eastAsia="Times New Roman" w:cs="Times New Roman"/>
        </w:rPr>
        <w:t>Nqe nees nkaum peb sawv cev rau txoj kab keeb kwm ntawm cov Maccabees, thiab txawm hais tias nws tsis muab txhua yam ntsiab lus ntawm lawv txoj kab yaj saub qhia tseg, los keeb kwm ntawv teev cia yeej muab. Xyoo 217 BC, muaj Tsov Rog ntawm Raphia, thiab tom qab ntawd ib tug vajntxwv uas tseem yog menyuam yaus tau ua rau tim lyiv teb chaws poob rau hauv kev tsis ruaj khov. Thaum cov vajntxwv Seleucid thiab Greek npaj tswv yim los daws nrog tus vajntxwv menyuam yaus ntawd hauv xyoo 200 BC, Loos tau nkag los rau hauv keeb kwm thiab los ua tus tiv thaiv tus vajntxwv menyuam yaus ntawm tim lyiv teb chaws. Nyob rau tib lub xyoo ntawd Tsov Rog ntawm Panium tau muaj. Tom qab ntawd, hauv xyoo 167 BC, kev ua tsov ua rog zais nyiag ntawm cov Maccabees tau pib.</w:t>
      </w:r>
    </w:p>
    <w:p>
      <w:pPr>
        <w:pStyle w:val="ArticleBody"/>
        <w:jc w:val="left"/>
      </w:pPr>
      <w:r>
        <w:rPr>
          <w:rFonts w:ascii="Times New Roman" w:hAnsi="Times New Roman" w:eastAsia="Times New Roman" w:cs="Times New Roman"/>
        </w:rPr>
        <w:t>Kev tawm tsam Maccabees tau pib hauv Modein xyoo 167 BC, thiab nws muaj xws li tias cov Maccabees tsis yog tsuas tawm tsam rau lub tebchaws Seleucid xwb, tiamsis kuj tawm tsam cov Yudais uas lawv tau txiav txim tias yog cov nyob hauv kev koom tes nrog cov Seleucids thiab. Kev tawm tsam ntawd muaj lub hauv paus txhawb los ntawm kev ntseeg, thiab nws tau raug coj los ua tawm tsam ib tug yeeb ncuab sab hauv thiab sab nraud. Xyoo 164 BC cov Maccabees tau rov fij dua lub tuam tsev, thiab qhov xwm txheej no raug nco txog los ntawm cov Yudais txoj kev ua koob tsheej Hanukkah. Nyob rau xyoo ntawd Antiochus Epiphanes uas muaj npe phem heev tau tuag. Tom qab ntawd, txij xyoo 161 BC mus txog 158 BC, “pab koomtes” ntawm nqe nees nkaum-peb tau raug nkag mus nrog Loos.</w:t>
      </w:r>
    </w:p>
    <w:p>
      <w:pPr>
        <w:pStyle w:val="ArticleBody"/>
        <w:jc w:val="left"/>
      </w:pPr>
      <w:r>
        <w:rPr>
          <w:rFonts w:ascii="Times New Roman" w:hAnsi="Times New Roman" w:eastAsia="Times New Roman" w:cs="Times New Roman"/>
        </w:rPr>
        <w:t>Qhov kev hais ncaj qha nkaus xwb txog cov Maccabees, lawv txoj kev sawv tawm tsam thiab lawv txoj kev cog lus koom tes nrog Loos, muaj nyob hauv nqe nees nkaum peb, tiam sis keeb kwm ntawm txoj vaj ntxwv kab, hu ua Hasmonean Dynasty, tau pib ntawm Modein xyoo 167 BC, thiab txuas mus txog rau lub sijhawm ntawm tus ntoo khaub lig. Cov sawv cev kawg ntawm Hasmonean Dynasty yog cov Falixais hauv lub sijhawm ntawm Khetos. Yog li ntawd, muaj ib txoj kab yaj saub ntawm keeb kwm ntawm cov Yudais uas tau thim txoj kev ntseeg raws li cov Maccabees sawv cev, uas tau pib xyoo 167 BC ntawm kev sawv tawm tsam hauv Modein, thiab xaus rau hauv nqe nees nkaum ib thiab nees nkaum ob thaum Yexus raug ntsia saum ntoo khaub lig.</w:t>
      </w:r>
    </w:p>
    <w:p>
      <w:pPr>
        <w:pStyle w:val="ArticleBody"/>
        <w:jc w:val="left"/>
      </w:pPr>
      <w:r>
        <w:rPr>
          <w:rFonts w:ascii="Times New Roman" w:hAnsi="Times New Roman" w:eastAsia="Times New Roman" w:cs="Times New Roman"/>
        </w:rPr>
        <w:t>Lawv keeb kwm tau mus txog ib qho chaw tig hloov nyob rau hauv nqe kaum rau, thaum Loos, thawj zaug, los ntawm Pompey, yeej Yeluxalees. Nws qhov laj thawj tseem ceeb uas coj kev puas tsuaj los rau saum Yeluxalees thaum ntawd yog kev sib ceg ntawm ob pab hauv Hasmonean Dynasty. Txij lub sij hawm ntawd mus (63 BC), Yudas nyob hauv qab Loos txoj kev kav. Hasmonean Dynasty ntawm cov Maccabees, raws li lus faj lem, pib ntawm kev sib ntaus sib tua ntawm Modein hauv 167 BC, thiab tom qab ntawd raug muab tso rau hauv qab kev mloog lus rau Loos hauv 63 BC. Tsis ntev tom qab pib ntawm zaj keeb kwm ntawd, cov Maccabees tau pib thiab nkag mus rau hauv ib daim ntawv cog lus nrog Loos txij 161 BC mus txog 158 BC. Lawv nyob hauv qab Loos txoj kev kav txij 63 BC mus txog saum tus ntoo khaub lig thiab txog kev puas tsuaj kawg nkaus ntawm Yeluxalees hauv xyoo 70.</w:t>
      </w:r>
    </w:p>
    <w:p>
      <w:pPr>
        <w:pStyle w:val="ArticleBody"/>
        <w:jc w:val="left"/>
      </w:pPr>
      <w:r>
        <w:rPr>
          <w:rFonts w:ascii="Times New Roman" w:hAnsi="Times New Roman" w:eastAsia="Times New Roman" w:cs="Times New Roman"/>
        </w:rPr>
        <w:t>Kab yaj saub txoj kab ntawm cov Maccabees yog txoj kab ntawm Yudais kev thim txojkev ntseeg, thiab yog li ntawd nws yog ib hom piv txwv txog txoj kab ntawm Protestantism kev thim txojkev ntseeg. Txij ntawm Tsov Rog Panium mus txog rau txoj cai Hnub Caiv ntawm nqe kaum rau, cov xwm txheej yaj saub ntawm xyoo 200 BC, 167 BC, 164 BC, thiab kev cog lus koom tes txij xyoo 161 BC mus txog 158 BC yuav rov muaj dua hauv keeb kwm ntawm Protestantism kev thim txojkev ntseeg. Cov cim taw qhia no yuav tshwm sim hauv keeb kwm ntawm tus thawj tswj hwm thib yim uas yog ntawm xya tus ntawd ua ntej txoj cai Hnub Caiv. Xyoo 200 BC sawv cev rau txoj kab sab nraud ntawm lub republican horn nyob rau hauv kev txheeb rau xyoo 167 BC, uas sawv cev rau txoj kab sab hauv ntawm lub horn Protestant kev thim txojkev ntseeg.</w:t>
      </w:r>
    </w:p>
    <w:p>
      <w:pPr>
        <w:pStyle w:val="ArticleBody"/>
        <w:jc w:val="left"/>
      </w:pPr>
      <w:r>
        <w:rPr>
          <w:rFonts w:ascii="Times New Roman" w:hAnsi="Times New Roman" w:eastAsia="Times New Roman" w:cs="Times New Roman"/>
        </w:rPr>
        <w:t>Cov cim qhia no yeej raug zais cia nyob hauv kab keeb kwm ntawm Tsev Neeg Vajntxwv Hasmonean, los txawm li cas los xij lawv tseem ua ib feem ntawm keeb kwm uas raug zais cia ntawm nqe plaub caug hauv Daniyees kaum ib. Nws yog ib kab uas yog ib feem ntawm “ntawd feem ntawm tej lus faj lem hauv Daniyees uas hais txog hnub kawg.”</w:t>
      </w:r>
    </w:p>
    <w:p>
      <w:pPr>
        <w:pStyle w:val="ArticleBody"/>
        <w:jc w:val="left"/>
      </w:pPr>
      <w:r>
        <w:rPr>
          <w:rFonts w:ascii="Times New Roman" w:hAnsi="Times New Roman" w:eastAsia="Times New Roman" w:cs="Times New Roman"/>
        </w:rPr>
        <w:t>Qhov uas Yudais kev ntseeg ua koob tsheej Hanukkah los ua kev nco txog kev tawm tsam ntawm cov Maccabees, tsis yog qhov uas txhais tau tias cov Maccabees yog cov ncaj ncees. Vim yog kev ntxeev siab, shekinah yeej tsis tau rov qab los rau hauv lub tuam tsev uas raug txhim tsa dua tom qab xya caum xyoo ntawm kev poob cev qhev. Zaj lus cev Vajtswv lus kawg tau los ntawm Malachi kwv yees li ob puas xyoo ua ntej cov Maccabees. Keeb kwm ntawm cov Maccabees qhia tias lawv tau cia lawv cov thawj coj nom tswv kuj ua hauj lwm raws li tus pov thawj hlob thiab, uas yog tib qho kev txhaum uas Ptolemy tus Iyi tebchaws tau sim ua, thiab uas Vajntxwv Uzziah kuj tau sim ua thiab. Kab lis kev cai qhia tias Vajtswv tau cuam tshuam los thaiv Ptolemy ntawm txoj kev ua phem thuam yam dawb ceev ntawd, thiab Vajtswv Txojlus qhia meej ncaj qha tias Vajtswv yeej tau cuam tshuam thaum vajntxwv Uzziah tau sim ua tes dej num ntawm tus pov thawj thiab tus vajntxwv. Txiv hmab txiv ntoo kawg ntawm lawv txoj kev kav vaj ntxwv yog cov Falixais. Tsis muaj ib qho laj thawj yuav xaus lus tias cov Maccabees yog ib lub cim ntawm kev ncaj ncees, txawm hais tias cov Yudais ntawm Yudais kev ntseeg niaj hnub no tej zaum yuav tuav lawv tseg nrog kev hwm raws keeb kwm.</w:t>
      </w:r>
    </w:p>
    <w:p>
      <w:pPr>
        <w:pStyle w:val="ArticleBody"/>
        <w:jc w:val="left"/>
      </w:pPr>
      <w:r>
        <w:rPr>
          <w:rFonts w:ascii="Times New Roman" w:hAnsi="Times New Roman" w:eastAsia="Times New Roman" w:cs="Times New Roman"/>
        </w:rPr>
        <w:t>Kev Hloov Tshiab Kev Ntseeg Protestant pib thaum lub caij nyoog ntawm Luther, thiab nws yog ib txoj kev loj hlob mus ntxiv zuj zus. Nws tsis yog ib kab ke tshiab, rau qhov Yexus thiab Nws cov thwjtim yeej yog Protestants. Nws yog ib txoj kev tsim dheev sawv ntawm qhov tsaus ntuj nti hauv keeb kwm, uas Luther thiab lwm cov neeg kho kom tshiab tau raug tsa kom paub. Qhov ncov kawg ntawm txoj kev hloov tshiab uas loj hlob mus ntxiv ntawd yog txoj kev txav Millerite. Vajtswv tsis yog tsuas xav tsa cov neeg kho kom tshiab thaum chiv thawj kom pom tej kev txhaum ntawm Npanpiloo xwb, tab sis Nws npaj siab coj lawv mus txog rau qhov kev nkag siab puv npo txog Nws txoj kev cai, thiab Nws tes haujlwm hauv lub tuam tsev dawb huv saum ntuj ceeb tsheej. Hnub tim 19 lub Plaub Hlis, 1844, cov Protestants tau tsis lees txais qhov kaj uas tab tom nce ntxiv ntawm kev hloov tshiab ntawd, thiab tau los ua Protestantism uas thim txojkev ntseeg lawm.</w:t>
      </w:r>
    </w:p>
    <w:p>
      <w:pPr>
        <w:pStyle w:val="ArticleBody"/>
        <w:jc w:val="left"/>
      </w:pPr>
      <w:r>
        <w:rPr>
          <w:rFonts w:ascii="Times New Roman" w:hAnsi="Times New Roman" w:eastAsia="Times New Roman" w:cs="Times New Roman"/>
        </w:rPr>
        <w:t>Cov Millerites uas ncaj ncees thaum ntawd tau “txais lub tsho khuam,” thiab raug coj mus rau hauv Chaw Dawb Huv Tshaj Plaws kom ua tiav txoj hauj lwm kom lawv thiaj li loj hlob tiav nrag ua cov Khixatia Protestant uas paub tab. Xyoo 1863, cov uas tau txais lub tsho khuam ntawd, vim txoj kev tsis mloog lus, tau tso lub tsho khuam ntawm Protestantism tseg, thiab tau txais lub tsho khuam ntawm Laodicea. Nyob rau lub caij kawg ntawm txoj kev muab lub cim foob rau ib puas plaub caug plaub txhiab leej, uas tau pib nees nkaum ob xyoos tom qab lub Cuaj Hlis 11, 2001, yog xyoo 2023, Tsov Ntxhuav ntawm xeem Yudas tab tom qhib cov lus tseeb uas ua kom tiav keeb kwm zais cia ntawm nqe plaub caug hauv Daniyees tshooj kaum ib, uas yog keeb kwm txij thaum Soviet Union poob xyoo 1989 mus txog rau txoj cai Hnub Caiv uas yuav los sai sai no. Nyob hauv qhov no, Nws tau qhib tawm keeb kwm ntawm Yudais kev ntxeev siab raws li ib lub cim ntawm Protestantism kev ntxeev siab.</w:t>
      </w:r>
    </w:p>
    <w:p>
      <w:pPr>
        <w:pStyle w:val="ArticleBody"/>
        <w:jc w:val="left"/>
      </w:pPr>
      <w:r>
        <w:rPr>
          <w:rFonts w:ascii="Times New Roman" w:hAnsi="Times New Roman" w:eastAsia="Times New Roman" w:cs="Times New Roman"/>
        </w:rPr>
        <w:t>Ob txoj kab ntawm Vajtswv haiv neeg uas poob kev ntseeg, txawm yog cov ntawm Yudas tiag tiag los yog Yudas sab ntsuj plig (ob leeg tib si yog tej teb chaws muaj hwjchim ci ntsa iab), xaus rau ntawm kev kov yeej Yeluxalees, thawj txoj kab ntawd nyob rau xyoo 63 BC, hos txoj kab tom qab ntawd yog thaum txoj cai Hnub Caiv yuav los sai sai no. Ob txoj kab no sawv cev rau kev ua tsov rog uas raug txhawb los ntawm tej kev ntseeg yuam kev. Ob txoj kab no sawv cev rau ib qho kev ua tsov rog tawm tsam cov kev xav ntawm kev ntseeg uas yog los ntawm tim Nkij teb chaws, thiab thaum kawg ob txoj kab no xaus rau qhov uas cov neeg thim txoj kev ntseeg raug Roma tswj kav. Kuv txheeb xyuas peb qhov kev sib tua hauv nqe plaub caug tias sawv cev rau kev poob ntawm Soviet Union xyoo 1989, Tsov Rog Ukraine, thiab Panium thaum txog txoj cai Hnub Caiv, rau lub hom phiaj qhia kom pom ib qho kev txawv ntawm peb qhov kev sib tua ntawd thiab peb zaug kev tsov rog ntiaj teb.</w:t>
      </w:r>
    </w:p>
    <w:p>
      <w:pPr>
        <w:pStyle w:val="ArticleScripture"/>
        <w:jc w:val="left"/>
      </w:pPr>
      <w:r>
        <w:rPr>
          <w:rFonts w:ascii="Times New Roman" w:hAnsi="Times New Roman" w:eastAsia="Times New Roman" w:cs="Times New Roman"/>
        </w:rPr>
        <w:t>“Vajtswv tej lus twb tau ceeb toom txog txoj kev phom sij uas tab tom los txog lawm; yog cia tsis quav ntsej rau qhov no, ces lub ntiajteb Protestant yuav kawm paub tias lub hom phiaj tiag tiag ntawm Loos yog dabtsi, tsuas yog thaum twb lig dhau lawm tsis muaj kev dim ntawm lub cuab. Nws tab tom ntsiag to loj hlob mus rau hauv hwjchim. Nws tej kev qhuab qhia tab tom siv lawv lub hwjchim rau hauv tej tsev sablaj tsim kevcai, hauv tej pawg ntseeg, thiab hauv neeg lub siab. Nws tab tom tsa kom siab zuj zus nws tej qauv vaj tse loj thiab hnyav, nyob rau hauv tej qhov chaw zais tob uas nws tej kev tsim txom yav tas los yuav rov qab muaj dua. Ntsiag to thiab yam tsis muaj leejtwg xav txog, nws tab tom txhawb kom nws tej quab yuam muaj zog ntxiv kom pab tau nws tej hom phiaj thaum txog lub sijhawm uas nws yuav nqis tes tawm tsam. Txhua yam uas nws ntshaw yog thaj chaw muaj txiaj ntsig, thiab twb muaj neeg muab qhov no rau nws lawm. Tsis ntev no peb yuav pom thiab yuav hnov tias lub hom phiaj ntawm Roman sab ntawd yog dabtsi. Tus twg los xij uas ntseeg thiab mloog Vajtswv tej lus yuav raug kev thuam thiab kev tsim txom vim li ntawd.” The Great Controversy, 581.</w:t>
      </w:r>
    </w:p>
    <w:p>
      <w:pPr>
        <w:pStyle w:val="ArticleBody"/>
        <w:jc w:val="left"/>
      </w:pPr>
      <w:r>
        <w:rPr>
          <w:rFonts w:ascii="Times New Roman" w:hAnsi="Times New Roman" w:eastAsia="Times New Roman" w:cs="Times New Roman"/>
        </w:rPr>
        <w:t>Pib ntawm nqe kaum, uas qhia txog kev poob ntawm lub Soviet Union xyoo 1989, mus txog rau Tsov Rog Panium hauv nqe kaum tsib, txoj kev ua vajntxwv kav ntawm papacy tau “txhawb nws tej rog kom mus ntxiv nws tus kheej tej hom phiaj thaum lub sijhawm yuav los txog rau nws tawm tsam.” Cov nqe no qhia txog tej xwm txheej raws li lus faj lem uas yog “cuab” uas papacy tau npaj tseg lawm, uas yuav tsis muaj peev xwm “dim” tau. Hauv qhov kev sib tua zaum kawg, sawv cev los ntawm Tsov Rog Panium, daim duab ntawm tus tsiaj qus yuav raug tsim tsa hauv Tebchaws Meskas. Kev tsim tsa daim duab ntawd yog qhov kev sim siab kawg rau Vajtswv haiv neeg hauv hnub kawg.</w:t>
      </w:r>
    </w:p>
    <w:p>
      <w:pPr>
        <w:pStyle w:val="ArticleScripture"/>
        <w:jc w:val="left"/>
      </w:pPr>
      <w:r>
        <w:rPr>
          <w:rFonts w:ascii="Times New Roman" w:hAnsi="Times New Roman" w:eastAsia="Times New Roman" w:cs="Times New Roman"/>
        </w:rPr>
        <w:t>“Tus Tswv tau qhia rau kuv kom meej tseeb tias daim duab ntawm tus tsiaj nyaum yuav raug tsim ua ntej lub sijhawm sim siab xaus; vim qhov no yuav yog qhov kev sim loj rau Vajtswv haiv neeg, uas los ntawm qhov ntawd lawv txoj hmoo nyob mus ib txhis yuav raug txiav txim. … Hauv Tshwmsim 13, zaj lus no raug nthuav tawm meej heev; [Tshwmsim 13:11–17, quoted].</w:t>
      </w:r>
    </w:p>
    <w:p>
      <w:pPr>
        <w:pStyle w:val="ArticleScripture"/>
        <w:jc w:val="left"/>
      </w:pPr>
      <w:r>
        <w:rPr>
          <w:rFonts w:ascii="Times New Roman" w:hAnsi="Times New Roman" w:eastAsia="Times New Roman" w:cs="Times New Roman"/>
        </w:rPr>
        <w:t>“Nov yog qhov kev sim uas Vajtswv haiv neeg yuav tsum tau hla ua ntej lawv raug muab lub cim ntim. Txhua tus uas tau ua pov thawj txog lawv txoj kev ncaj ncees rau Vajtswv los ntawm kev hwm Nws txoj kevcai, thiab tsis kam lees txais ib hnub Xanpataus cuav, yuav sawv nyob hauv tus Tswv Vajtswv Yehauvas lub chij, thiab yuav txais tau lub cim ntim ntawm Vajtswv tus uas muaj txoj sia nyob. Cov uas tso tseg qhov tseeb uas muaj keeb kwm saum ntuj ceeb tsheej thiab lees txais hnub Xanpataus Hnub Caiv, yuav txais tau tus tsiaj qus lub cim.” Manuscript Releases, volume 15, 15.</w:t>
      </w:r>
    </w:p>
    <w:p>
      <w:pPr>
        <w:pStyle w:val="ArticleBody"/>
        <w:jc w:val="left"/>
      </w:pPr>
      <w:r>
        <w:rPr>
          <w:rFonts w:ascii="Times New Roman" w:hAnsi="Times New Roman" w:eastAsia="Times New Roman" w:cs="Times New Roman"/>
        </w:rPr>
        <w:t>Kev tsim tsa tus yam ntxwv ntawm tus tsiaj nyaum yog sawv cev los ntawm lub sijhawm uas tau nkag mus rau hauv kev koom tes nrog Loos. Lub kub uas yog Protestant ntawm Tebchaws Meskas tau los ua cov ntxhais ntawm Loos nyob rau xyoo 1844, thiab thaum pib ntawm lawv keeb kwm rov muaj dua thaum kawg ntawm lawv keeb kwm thaum lawv ib zaug ntxiv txiav txim siab xyaum lawv niam.</w:t>
      </w:r>
    </w:p>
    <w:p>
      <w:pPr>
        <w:pStyle w:val="ArticleScripture"/>
        <w:jc w:val="left"/>
      </w:pPr>
      <w:r>
        <w:rPr>
          <w:rFonts w:ascii="Times New Roman" w:hAnsi="Times New Roman" w:eastAsia="Times New Roman" w:cs="Times New Roman"/>
        </w:rPr>
        <w:t>“Kuv tau pom tias tus tsiaj qus muaj ob tug kub muaj ib lub qhov ncauj zoo li tus zaj, thiab tias nws lub hwj chim nyob hauv nws lub taub hau, thiab tias txoj cai txib yuav tawm hauv nws lub qhov ncauj. Ces kuv tau pom Leej Niam ntawm cov Poj Ntxeev Siab; tias tus niam tsis yog cov ntxhais, tiam sis cais tawm thiab txawv ntawm lawv. Nws twb muaj nws lub caij lawm, thiab lub caij ntawd twb dhau mus, hos nws cov ntxhais, uas yog cov Protestant pawg ntseeg, yog cov tom ntej uas tau los tshwm saum theem thiab ua raws tib lub siab uas tus niam tau muaj thaum nws tsim txom cov neeg dawb huv. Kuv tau pom tias raws li tus niam tau nqis zuj zus hauv hwj chim, cov ntxhais tau loj hlob tuaj, thiab tsis ntev lawv yuav siv lub hwj chim uas ib zaug tus niam tau siv.”</w:t>
      </w:r>
    </w:p>
    <w:p>
      <w:pPr>
        <w:pStyle w:val="ArticleScripture"/>
        <w:jc w:val="left"/>
      </w:pPr>
      <w:r>
        <w:rPr>
          <w:rFonts w:ascii="Times New Roman" w:hAnsi="Times New Roman" w:eastAsia="Times New Roman" w:cs="Times New Roman"/>
        </w:rPr>
        <w:t>“Kuv pom tias pawg ntseeg uas tsuas muaj npe xwb thiab cov Adventists uas tsuas muaj npe xwb, zoo li Yudas, yuav ntxeev siab muab peb cob rau cov Khetos Kas Tos Liv kom tau lawv txoj kev txhawb thiab lub hwj chim los tawm tsam qhov tseeb. Ces cov neeg dawb huv yuav yog ib haiv neeg uas nyob ntsiag to thiab tsis muaj leejtwg paub ntau, tsis tshua muaj neeg paub los ntawm cov Kas Tos Liv; tiamsis cov pawg ntseeg thiab cov Adventists uas tsuas muaj npe xwb uas paub txog peb txoj kev ntseeg thiab peb tej kev coj (vim lawv ntxub peb vim yog Hnub Xanpataus, rau qhov lawv tsis muaj peevxwm thim lossis rhuav nws tau) yuav ntxeev siab rau cov neeg dawb huv thiab tshaj tawm lawv rau cov Kas Tos Liv tias lawv yog cov uas tsis quav ntsej tej kev cai uas yog ntawm cov pejxeem; uas yog, tias lawv ceev Hnub Xanpataus thiab tsis quav ntsej hnub Sunday.”</w:t>
      </w:r>
    </w:p>
    <w:p>
      <w:pPr>
        <w:pStyle w:val="ArticleScripture"/>
        <w:jc w:val="left"/>
      </w:pPr>
      <w:r>
        <w:rPr>
          <w:rFonts w:ascii="Times New Roman" w:hAnsi="Times New Roman" w:eastAsia="Times New Roman" w:cs="Times New Roman"/>
        </w:rPr>
        <w:t>“Tom qab ntawd cov Catholic hu kom cov Protestant mus tom ntej, thiab tshaj ib txoj cai tias txhua tus uas tsis kam coj thawj hnub ntawm lub limtiam, hloov chaw rau hnub xya, yuav tsum raug tua. Thiab cov Catholic, uas lawv muaj coob heev, yuav sawv nrog cov Protestant. Cov Catholic yuav muab lawv lub hwjchim rau tus duab ntawm tsiaj nyaum. Thiab cov Protestant yuav ua haujlwm ib yam li lawv niam tau ua ua ntej lawv los rhuav tshem cov neeg dawb huv. Tabsis ua ntej lawv txoj cai ntawd yuav coj los sis yug tau txiv, cov neeg dawb huv yuav raug cawm dim los ntawm Vajtswv Lub Suab.” Spalding and Magan, 1, 2.</w:t>
      </w:r>
    </w:p>
    <w:p>
      <w:pPr>
        <w:pStyle w:val="ArticleBody"/>
        <w:jc w:val="left"/>
      </w:pPr>
      <w:r>
        <w:rPr>
          <w:rFonts w:ascii="Times New Roman" w:hAnsi="Times New Roman" w:eastAsia="Times New Roman" w:cs="Times New Roman"/>
        </w:rPr>
        <w:t>Hauv hauv nqe lus ntawd muaj ob pab “nominal,” uas txhais hais tias “hauv npe xwb,” uas ntxeev siab muab Vajtswv cov neeg ncaj ncees rau cov Kas Tos Liv. Ellen White txoj kev to taub txog cov koom txoos nominal thiab cov nominal Adventists txawv ntawm yam uas lawv sawv cev tiag tiag rau hauv hnub kawg; rau nws txoj kev to taub, ib tug “nominal Adventist” yuav yog ib tug ntseeg Khetos uas lees hais tias nws ntseeg txog Khetos txoj kev rov qab los. Tiamsis cov yaj saub hais txog hnub kawg ntau dua li txog cov hnub uas lawv tus kheej tau nyob, thiab ib tug “nominal Adventist,” hauv hnub kawg, sawv cev rau lub koom txoos Xya-hnub Adventist Laodicea, hos cov koom txoos nominal yog cov xeeb ntxwv ntawm cov uas tau los ua cov ntxhais ntawm Loos xyoo 1844.</w:t>
      </w:r>
    </w:p>
    <w:p>
      <w:pPr>
        <w:pStyle w:val="ArticleBody"/>
        <w:jc w:val="left"/>
      </w:pPr>
      <w:r>
        <w:rPr>
          <w:rFonts w:ascii="Times New Roman" w:hAnsi="Times New Roman" w:eastAsia="Times New Roman" w:cs="Times New Roman"/>
        </w:rPr>
        <w:t>Cov ntseeg Seventh-day Adventist yuav ntxub cov “neeg tsis muaj npe nrov,” uas yog Vajtswv cov sawv cev tseeb, rau qhov lawv “tsis muaj peev xwm tawm tsam qhov tseeb txog Hnub Xanpataus,” uas sawv cev rau Hnub Xanpataus ntawm txoj kev cia thaj av so. Lub koom txoos Seventh-day Adventist lees tias lawv txhawb hnub xya ua hnub teev hawm, tiamsis nyob rau hnub kawg no, Hnub Xanpataus uas lawv tawm tsam tsis tau yog “xya lub sij hawm,” hauv Leviticus nees nkaum rau, uas yog thawj qhov tseeb ua hauv paus uas lawv tau tsis lees txais hauv xyoo 1863.</w:t>
      </w:r>
    </w:p>
    <w:p>
      <w:pPr>
        <w:pStyle w:val="ArticleBody"/>
        <w:jc w:val="left"/>
      </w:pPr>
      <w:r>
        <w:rPr>
          <w:rFonts w:ascii="Times New Roman" w:hAnsi="Times New Roman" w:eastAsia="Times New Roman" w:cs="Times New Roman"/>
        </w:rPr>
        <w:t>Nqe lus uas peb tam sim no tab tom hais txog no tab tom txheeb qhia txog tej txheej txheem yaj saub uas muaj feem nrog keeb kwm uas pib ntawm txoj cai Sunday uas yuav los sai no, tiam sis keeb kwm ntawm txoj kev sim siab kawg uas raws tom qab txoj cai Sunday ntawd los mas xub raug ua kom tiav hauv Tebchaws Meskas. Thaum txog txoj cai Sunday, Tebchaws Meskas yuav yuam kom tag nrho lub ntiajteb tsa ib tug duab rau tus tsiaj nyaum, tiam sis ua ntej lawv ua tiav tes haujlwm ntawd, lawv yuav tau tsa ib tug duab rau tus tsiaj nyaum hauv Tebchaws Meskas lawm.</w:t>
      </w:r>
    </w:p>
    <w:p>
      <w:pPr>
        <w:pStyle w:val="ArticleScripture"/>
        <w:jc w:val="left"/>
      </w:pPr>
      <w:r>
        <w:rPr>
          <w:rFonts w:ascii="Times New Roman" w:hAnsi="Times New Roman" w:eastAsia="Times New Roman" w:cs="Times New Roman"/>
        </w:rPr>
        <w:t>“Thaum uas America, lub tebchaws ntawm txojkev ywj pheej sab kev ntseeg, yuav koom nrog Papacy hauv kev yuam lub siab lub ntsws thiab quab yuam tibneeg kom hwm hnub Xanpataus cuav, cov neeg ntawm txhua lub tebchaws thoob plaws lub ntiajteb yuav raug coj kom ua raws li nws tus yam ntxwv.” Testimonies, volume 6, 18.</w:t>
      </w:r>
    </w:p>
    <w:p>
      <w:pPr>
        <w:pStyle w:val="ArticleScripture"/>
        <w:jc w:val="left"/>
      </w:pPr>
      <w:r>
        <w:rPr>
          <w:rFonts w:ascii="Times New Roman" w:hAnsi="Times New Roman" w:eastAsia="Times New Roman" w:cs="Times New Roman"/>
        </w:rPr>
        <w:t>“Tej tebchaws txawv yuav ua raws li tus qauv piv txwv ntawm Tebchaws Meskas. Txawm hais tias nws yog tus xub coj tawm, los tib yam kev kub ntxhov ntawd yuav los raug peb haiv neeg nyob rau txhua feem ntawm lub ntiajteb.” Testimonies, volume 6, 395.</w:t>
      </w:r>
    </w:p>
    <w:p>
      <w:pPr>
        <w:pStyle w:val="ArticleBody"/>
        <w:jc w:val="left"/>
      </w:pPr>
      <w:r>
        <w:rPr>
          <w:rFonts w:ascii="Times New Roman" w:hAnsi="Times New Roman" w:eastAsia="Times New Roman" w:cs="Times New Roman"/>
        </w:rPr>
        <w:t>Qhov kev sim siab loj rau Vajtswv haiv neeg, tshwm sim ua ntej txoj cai Sunday, vim thaum txog txoj cai Sunday lub sijhawm sim siab yuav xaus rau cov Seventh-day Adventists. Qhov kev sim no raug sawv cev ua txoj kev tsim tsa daim duab ntawm tus tsiaj nyaum, thiab daim duab ntawm tus tsiaj nyaum yog kev sib koom ua ke ntawm pawg ntseeg thiab lub xeev, nrog pawg ntseeg tuav txoj cai kav txoj kev sib raug zoo ntawd. Ib yam li cov Protestants tau los ua ib tug ntxhais ntawm Loos xyoo 1844, thiab ib tug ntxhais yog daim duab ntawm nws niam, cov Protestants uas tau poob kev ntseeg yuav ua tiav ib txoj haujlwm uas sib luag rau ntawd nyob rau hnub kawg, rau qhov Yexus ib txwm siv qhov pib ntawm ib yam los qhia qhov kawg ntawm ib yam.</w:t>
      </w:r>
    </w:p>
    <w:p>
      <w:pPr>
        <w:pStyle w:val="ArticleBody"/>
        <w:jc w:val="left"/>
      </w:pPr>
      <w:r>
        <w:rPr>
          <w:rFonts w:ascii="Times New Roman" w:hAnsi="Times New Roman" w:eastAsia="Times New Roman" w:cs="Times New Roman"/>
        </w:rPr>
        <w:t>Zaj keeb kwm uas tau sawv cev los ntawm “kev cog lus koom” hauv nqe nees nkaum peb ntawm Daniyees tshooj kaum ib, sawv cev rau ib haiv neeg uas lees tias yog Vajtswv haiv neeg los ntawm thaj av muaj hwjchim ci ntsa iab, tiamsis twb poob kev ntseeg lawm, ncav tes mus tsim kev koom tes nrog Loos. 161 BC txog 158 BC sawv cev rau kev tsim tus duab ntawm tus tsiaj nyaum uas xaus rau hauv txoj cai Hnub Caiv.</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“Tab sis ‘tus mlom rau tsiaj qus’ yog dab tsi? thiab nws yuav raug tsim li cas? Tus mlom ntawd yog tsim los ntawm tus tsiaj qus uas muaj ob lub kub, thiab nws yog ib tug mlom rau tus tsiaj qus. Nws kuj raug hu ua tus mlom ntawm tus tsiaj qus. Yog li ntawd, kom paub tias tus mlom zoo li cas thiab nws yuav raug tsim li cas, peb yuav tsum kawm txog tej yam ntxwv ntawm tus tsiaj qus ntawd nws tus kheej—uas yog lub hwj chim papacy.</w:t>
      </w:r>
    </w:p>
    <w:p>
      <w:pPr>
        <w:pStyle w:val="ArticleScripture"/>
        <w:jc w:val="left"/>
      </w:pPr>
      <w:r>
        <w:rPr>
          <w:rFonts w:ascii="Times New Roman" w:hAnsi="Times New Roman" w:eastAsia="Times New Roman" w:cs="Times New Roman"/>
        </w:rPr>
        <w:t>“Thaum pawg ntseeg thawj tiam tau qias neeg los ntawm kev ncaim ntawm txoj kev yooj yim ntawm txoj moo zoo thiab lees txais tej kab ke thiab kev coj ua ntawm lwm haiv neeg pe dab pe mlom, nws tau poob Vajtswv tus Ntsuj Plig thiab hwj chim; thiab kom tswj tau tibneeg tej kev xav raws siab xav, nws thiaj nrhiav kev txhawb nqa ntawm hwj chim nom tswv. Qhov uas tshwm sim los yog lub hwj chim papacy, ib pawg ntseeg uas tswj lub hwj chim ntawm lub xeev thiab siv nws los txhawb nws tus kheej tej hom phiaj, tshwj xeeb yog rau kev rau txim rau “kev ntseeg yuam kev.” Kom Tebchaws Meskas thiaj tsim tau ib daim duab ntawm tus tsiaj nyaum, lub hwj chim kev ntseeg yuav tsum tswj tau tsoom fwv pej xeem kom txog qib uas lub hwj chim ntawm lub xeev kuj yuav raug pawg ntseeg siv los ua kom tiav nws tus kheej tej hom phiaj.”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Lus Qhia Ib Puas Yim Caug Yim</dc:title>
  <dc:subject>Txij ntawm Raphia mus rau Panium: Qhia Tawm Txog Qhov Tseem Ceeb Ntawm Tej Yaj Saub hauv Cov Tsov Rog Qub Qab Ntuj Thranscribed</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