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Cuaj Caug Ob</w:t>
      </w:r>
    </w:p>
    <w:p>
      <w:pPr>
        <w:pStyle w:val="ArticleSubtitle"/>
        <w:jc w:val="left"/>
      </w:pPr>
      <w:r>
        <w:rPr>
          <w:rFonts w:ascii="Arial" w:hAnsi="Arial" w:eastAsia="Arial" w:cs="Arial"/>
        </w:rPr>
        <w:t>Qhia Txog Keeb Kwm Zais Cia: Kev Sib Txuam Hauv Yaj Saub ntawm Daniyees 11 thiab Kev Muab Foob Hniav Rau 144,000 leej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Peb tab tom xav txog “keeb kwm zais” ntawm nqe plaub caug hauv Daniyees tshooj kaum ib, thaum nws tso tseg nws zaj lus tim khawv uas raug sau tseg nyob rau lub sijhawm kawg xyoo 1989, mus txog rau txoj cai Hnub Chiv hauv nqe plaub caug ib. Keeb kwm zais ntawd sawv cev rau tus qauv uas yuav muab txhua txoj kab yaj saub ntawm cov hnub kawg los kho kom sib haum raws li, vim qhov kev muab cim rau ib puas plaub caug plaub txhiab leej tshwm sim nyob hauv keeb kwm zais ntawd. Keeb kwm ntawd yog qhov chaw uas txoj kev sim siab uas cuam tshuam nrog kev tsim tsa tus duab ntawm tus tsiaj nyaum tshwm sim. Yog li ntawd nws yog keeb kwm uas Nebukhanexas txoj kev npau suav zais ntawm tus duab ntawm cov tsiaj nyaum raug qhib lub ntsiab lus. Keeb kwm zais ntawd yog qhov chaw uas keeb kwm zais txij li Donald Trump thawj lub sijhawm ua haujlwm xaus rau hauv Daniyees 11 nqe ob mus txog nqe peb. Keeb kwm zais ntawd yog feem ntawm yaj saub lus hauv Daniyees uas cuam tshuam rau cov hnub kawg, thiab nws yog Kev Tshwm Sim ntawm Yexus Khetos uas raug qhib lub ntsiab lus tsis ntev ua ntej lub sijhawm sim siab kaw rau ntawm txoj cai Hnub Chiv. Tag nrho cov kab tseeb no raug sawv cev los ntawm kev tshem tawm lub foob xya, uas yog lub foob kawg.</w:t>
      </w:r>
    </w:p>
    <w:p>
      <w:pPr>
        <w:pStyle w:val="ArticleBody"/>
        <w:jc w:val="left"/>
      </w:pPr>
      <w:r>
        <w:rPr>
          <w:rFonts w:ascii="Times New Roman" w:hAnsi="Times New Roman" w:eastAsia="Times New Roman" w:cs="Times New Roman"/>
        </w:rPr>
        <w:t>Nqe kaum mus txog kaum tsib ntawm Daniyees tshooj kaum ib yuav tsum raug muab sib haum nrog zaj keeb kwm zais ntawd, thiab peb nqe kawg hauv cov nqe ntawd nthuav tawm peb txoj kab yaj saub. Lawv qhia tias thaum twg txoj kev kav ntawm papacy rov nkag los rau hauv keeb kwm, ib yam li nws tau ua rau xyoo 200 BC, thaum Loos txheej dab teev mlom xub nkag los rau hauv keeb kwm yaj saub uas sawv cev nyob rau hauv Daniyees tshooj kaum ib, nqe kaum plaub. Nqe ntawd, thiab qhov kev ua tiav ntawm nqe ntawd hauv keeb kwm ntawm Loos txheej dab teev mlom, tau tsa txoj yog toog pom kom ruaj, rau qhov Loos txheej dab teev mlom yog lub cim ntawm lub hwj chim uas tsa nws tus kheej siab, txeeb Vajtswv haiv neeg, ces thaum kawg poob. Cov Protestant uas thim txoj kev ntseeg tau siv nqe ntawd rau Antiochus Epiphanes, tiam sis cov Millerites siv nws rau Loos txheej dab teev mlom, txheeb kom paub tias nqe ntawd yog ib qho tseeb rau kev sim siab hauv Millerite keeb kwm. Niaj hnub no cov kws txawj ntseeg ntawm Laodicean Adventism tiam tshiab rov qhia dua tias nws yog Antiochus Epiphanes, yog li ntawd nws rov los ua ib qho tseeb rau kev sim siab dua.</w:t>
      </w:r>
    </w:p>
    <w:p>
      <w:pPr>
        <w:pStyle w:val="ArticleBody"/>
        <w:jc w:val="left"/>
      </w:pPr>
      <w:r>
        <w:rPr>
          <w:rFonts w:ascii="Times New Roman" w:hAnsi="Times New Roman" w:eastAsia="Times New Roman" w:cs="Times New Roman"/>
        </w:rPr>
        <w:t>Tsis yog tias nws tsuas yog ib qho tseeb uas coj los sim xwb, tiamsis nqe Vajlugkub ntawd thiab nws qhov kev ua tiav hauv xyoo 200 BC, qhia meej tias thaum twg tus niam ntiav ntawm Tyre (Roma niaj hnub no) pib hu nws cov nkauj Xatas, thiab taw qhia rau lub hwj chim papacy nkag los rau hauv keeb kwm ntawm hnub kawg, thiab yog li ntawd sawv cev rau qhov tseeb tseem ceeb tshaj uas coj los sim rau cov hnub kawg, uas sib haum nrog qhov tseeb uas coj los sim uas sawv cev los ntawm kev sib cav hauv keeb kwm Millerite.</w:t>
      </w:r>
    </w:p>
    <w:p>
      <w:pPr>
        <w:pStyle w:val="ArticleBody"/>
        <w:jc w:val="left"/>
      </w:pPr>
      <w:r>
        <w:rPr>
          <w:rFonts w:ascii="Times New Roman" w:hAnsi="Times New Roman" w:eastAsia="Times New Roman" w:cs="Times New Roman"/>
        </w:rPr>
        <w:t>Peb nqe no kuj no kuj no kuj sawv cev ib yam nkaus rau txoj kab ntawm tus kub ntawm Republican ntawm tus tsiaj qus hauv ntiajteb, thiab lawv txheeb qhia cov kauj ruam yajsaub ntawm Donald Trump thaum nws nkag mus rau hauv nws lub sijhawm kav thib ob ua tus thawj tswj hwm thib yim uas yog los ntawm xya tus thawj tswj hwm, nyob hauv ib txoj kab ntawm cov thawj tswj hwm uas tau pib nrog Ronald Reagan thaum lub sijhawm kawg xyoo 1989. Tom qab Tsov Rog Raphia ntawm nqe kaum ob, “Antiochus” xub tua kom tus ib qho kev ntxeev siab nyob hauv Tebchaws Meskas, ces npaj rau ib qho tsov rog tawm tsam kev tswj hwm thoob ntiajteb, uas tim lyiv teb chaws sawv cev rau hauv Tsov Rog Panium. Trump yeej tsov rog ntawd, tabsis tsov rog ntawd pib Tsov Rog Ntiajteb Zaum Peb (Actium). Cov haujlwm no raug ua qauv qhia los ntawm Antiochus III Magnus, tus uas tim lyiv teb chaws tau kov yeej nws ntawm Tsov Rog Raphia, tabsis tom qab ntawd nws yuav rov tawm tsam nrog kev yeej ntawm Tsov Rog Panium.</w:t>
      </w:r>
    </w:p>
    <w:p>
      <w:pPr>
        <w:pStyle w:val="ArticleBody"/>
        <w:jc w:val="left"/>
      </w:pPr>
      <w:r>
        <w:rPr>
          <w:rFonts w:ascii="Times New Roman" w:hAnsi="Times New Roman" w:eastAsia="Times New Roman" w:cs="Times New Roman"/>
        </w:rPr>
        <w:t>Hauv nqe kaum peb, “tom qab ntau xyoo,” Antiochus Magnus, raws li Uriah Smith hais, “Antiochus, tom qab tau tshem tawm kev ntxeev siab hauv nws lub tebchaws, thiab tau txo kom yeej thiab tsa cov cheeb tsam sab hnub tuaj kom nyob hauv lawv txoj kev mloog lus lawm, ces nws thiaj muaj sijhawm ua txhua yam haujlwm thaum tus hluas Epiphanes tuaj txog rau lub zwm txwv ntawm Egypt; thiab xav tias lub sijhawm no zoo dhau rau kev nthuav nws txoj kev kav kom txhob cia plam mus, nws thiaj tsa ib pab tub rog loj kawg, loj dua li yav tas los”. Trump yuav xub tshem tawm ib qho kev ntxeev siab hauv nws lub tebchaws, thiab tom qab ntawd npaj ib pab tub rog loj dua li qhov nws muaj thaum nws yav dhau los raug swb. Trump raug swb hauv xyoo 2020, raws li kev ua tiav ntawm Tshwmsim tshooj kaum ib, thaum tus tsiaj qus ntawm kev tsis ntseeg Vajtswv, uas sawv cev rau kev ntiaj teb thoob plaws lub qab ntuj, thiab cov neeg ntiaj teb no ntawm ob tog Democratic thiab Republican tau nyiag txoj kev xaiv tsa, thiab raws li thawj pab tub rog sawv cev ntawm tus niam ntiav ntawm Tyre, nws kuj yuav yog ib qho kev swb thaum Putin yuav yeej Ukraine.</w:t>
      </w:r>
    </w:p>
    <w:p>
      <w:pPr>
        <w:pStyle w:val="ArticleBody"/>
        <w:jc w:val="left"/>
      </w:pPr>
      <w:r>
        <w:rPr>
          <w:rFonts w:ascii="Times New Roman" w:hAnsi="Times New Roman" w:eastAsia="Times New Roman" w:cs="Times New Roman"/>
        </w:rPr>
        <w:t>Kab yaj saub thib peb nyob hauv peb nqe uas peb tab tom txiav txim siab no yog kab ntawm Protestantism uas tau thim txoj kev ntseeg lawm, raws li sawv cev los ntawm kab ntawm cov Maccabees, thiab lawv txoj kev sawv tawm tsam Antiochus Epiphanes tej kev sim yuam kom txoj kev ntseeg ntawm tim Nkij teb chaws raug coj los yuam rau cov Yudais. Kab ntawm Trump thiab kab ntawm Protestantism uas tau thim txoj kev ntseeg lawm sawv cev rau ob lub hwj chim uas thaum kawg yuav los sib koom ua ib lub kub uas raug sawv cev ua tus duab ntawm tus tsiaj nyaum. Nqe kaum peb mus txog kaum tsib sawv cev rau keeb kwm uas coj mus txog txoj cai Sunday, thiab ob kab ntawm Protestantism uas tau thim txoj kev ntseeg lawm thiab Republicanism uas tau thim txoj kev ntseeg lawm qhia txog kev sib cuam tshuam ntawm ob lub hwj chim no thaum lawv los ua ke thiab muab Koom Txoos thiab Xeev sib xyaw ua ntej txoj cai Sunday.</w:t>
      </w:r>
    </w:p>
    <w:p>
      <w:pPr>
        <w:pStyle w:val="ArticleBody"/>
        <w:jc w:val="left"/>
      </w:pPr>
      <w:r>
        <w:rPr>
          <w:rFonts w:ascii="Times New Roman" w:hAnsi="Times New Roman" w:eastAsia="Times New Roman" w:cs="Times New Roman"/>
        </w:rPr>
        <w:t>Hauv cov zaj lus uas peb tau luam tawm dhau los no, peb tau txheeb xyuas tias peb qhov xwm txheej uas raug sawv cev los ntawm cov tim xyoos 1776, 1789 thiab 1798—uas sawv cev rau Daim Ntawv Tshaj Tawm Kev Ywj Pheej, Txoj Cai Lij Choj, thiab Cov Cai Alien and Sedition—yog cov cim qhia txog ib lub sij hawm uas tau coj mus rau qhov pib ntawm tus tsiaj qus hauv ntiajteb no raws li lub nceeg vaj thib rau ntawm tej lus faj lem hauv Phau Vajlugkub. Vim li no, peb cov cim sij hawm no kuj sawv cev rau peb cov cim sij hawm uas coj mus rau qhov xaus ntawm lub nceeg vaj thib rau ntawm tej lus faj lem hauv Phau Vajlugkub. Peb tau txheeb xyuas tias nees nkaum ob xyoos uas ncua ntawm 1776 mus txog 1798 yog ib lub cim ntawm lub sij hawm muab lub foob rau ib puas plaub caug plaub txhiab leej, rau qhov lej nees nkaum ob yog ib lub cim ntawm kev sib koom ua ke ntawm Vajtswv txoj kev muaj ntuj ceeb tsheej nrog tib neeg.</w:t>
      </w:r>
    </w:p>
    <w:p>
      <w:pPr>
        <w:pStyle w:val="ArticleBody"/>
        <w:jc w:val="left"/>
      </w:pPr>
      <w:r>
        <w:rPr>
          <w:rFonts w:ascii="Times New Roman" w:hAnsi="Times New Roman" w:eastAsia="Times New Roman" w:cs="Times New Roman"/>
        </w:rPr>
        <w:t>Peb tau txheeb xyuas tau tias keeb kwm no ris lub cim kos npe ntawm “Qhov Tseeb,” rau qhov tias thawj thiab qhov cim ciam kawg sawv cev rau kev ywj pheej uas raug tsim tsa thiab kev ywj pheej uas raug muab tshem tawm lawm. Tag nrho peb lub cim ciam sawv cev rau lub cim thawj ntawm tus tsiaj qus hauv ntiajteb, vim lawv txhua tus sawv cev rau kev hais lus ntawm Tebchaws Meskas, rau qhov “kev hais lus ntawm ib haiv neeg yog ib qho kev ua ntawm cov thawj coj tsim cai lij choj thiab cov thawj coj txiav txim plaub ntug.” Lub cim ciam nruab nrab ntawm xyoo 1789 thiab Txoj Cai Lij Choj raug pom zoo los ntawm kaum peb pawg neeg nyob qub, thiab tsab ntawv nruab nrab hauv lo lus Henplais “Qhov Tseeb,” yog tsab ntawv thib kaum peb. Nees nkaum ob xyoos txij xyoo 1776 mus txog xyoo 1798 kuj sib haum nrog nees nkaum ob tsab ntawv uas ua ke tsim tau tus niam ntawv Henplais.</w:t>
      </w:r>
    </w:p>
    <w:p>
      <w:pPr>
        <w:pStyle w:val="ArticleBody"/>
        <w:jc w:val="left"/>
      </w:pPr>
      <w:r>
        <w:rPr>
          <w:rFonts w:ascii="Times New Roman" w:hAnsi="Times New Roman" w:eastAsia="Times New Roman" w:cs="Times New Roman"/>
        </w:rPr>
        <w:t>Peb kuj tau txheeb pom tias Alien and Sedition Acts xyoo 1798 sawv cev rau lub ntsiab chaw uas Tebchaws Meskas hais lus zoo li ib tug zaj. Keeb kwm ntawm cov Yudais txoj kev koom tes nrog Loos, uas yog ib feem ntawm kab ntawm Protestantism uas tau poob cev qhev nyob hauv Daniel kaum ib nqe kaum peb mus txog kaum tsib, sawv cev rau ib lub sij hawm thaum tus duab ntawm tus tsiaj qus raug tsim, thiab kev tsim tsa tus duab ntawd yog qhov kev sim siab kawg rau ib puas plaub caug plaub txhiab leej. Nws yog qhov kev sim siab uas lawv yuav tsum dhau ua ntej lawv raug muab khi cim. Yog li ntawd, cov Yudais txoj kev koom tes txij xyoo 161 BC mus txog 158 BC yog ib qho tseem ceeb heev ntawm qhov kev sim siab uas cov uas raug hu kom nyob hauv ib puas plaub caug plaub txhiab leej raug ua kom tiav.</w:t>
      </w:r>
    </w:p>
    <w:p>
      <w:pPr>
        <w:pStyle w:val="ArticleBody"/>
        <w:jc w:val="left"/>
      </w:pPr>
      <w:r>
        <w:rPr>
          <w:rFonts w:ascii="Times New Roman" w:hAnsi="Times New Roman" w:eastAsia="Times New Roman" w:cs="Times New Roman"/>
        </w:rPr>
        <w:t>Kom lees tias xyoo 161 BC mus txog 158 BC sawv cev rau ib ntu sij hawm uas raug ua cim los ntawm txoj kev cog lus sib koom ntawm cov Yudais, yog ib qho tawm tsam rau tej keeb kwm qhia tseg, vim cov kws sau keeb kwm qhia tias txoj kev cog lus ntawd yog xyoo 161 BC hos cov Millerites qhia tias yog xyoo 158 BC, thiab lawv txoj kev ntseeg ruaj khov txog qhov tseeb ntawd raug nthuav qhia tseg rau saum ob daim duab dawb ceev.</w:t>
      </w:r>
    </w:p>
    <w:p>
      <w:pPr>
        <w:pStyle w:val="ArticleBody"/>
        <w:jc w:val="left"/>
      </w:pPr>
      <w:r>
        <w:rPr>
          <w:rFonts w:ascii="Times New Roman" w:hAnsi="Times New Roman" w:eastAsia="Times New Roman" w:cs="Times New Roman"/>
        </w:rPr>
        <w:t>Lo lus nug tsis yog tsuas yog seb cov kws sau keeb kwm puas raug hauv kev teev hnub xyoo 161 BC rau daim ntawv cog lus ntawm cov Yudais, lossis seb cov Millerites puas raug hauv kev txheeb xyoo 158 BC. Hauv ib qho ntawm ob txoj kev xaiv ntawd, yeej muaj ib pab neeg uas yuav pom zoo nrog koj txoj kev xaiv. Lo lus nug yog seb ob tog—cov kws sau keeb kwm thiab cov Millerites—puas yog ob leeg raug, thiab tias qhov tseeb hais txog daim ntawv cog lus nrog cov Yudais tiag tiag sawv cev rau ib ncua sij hawm, tsis yog ib qho ntawm ob lub ntsiab taw tes tshwj xeeb uas yuav ua tau hauv keeb kwm.</w:t>
      </w:r>
    </w:p>
    <w:p>
      <w:pPr>
        <w:pStyle w:val="ArticleBody"/>
        <w:jc w:val="left"/>
      </w:pPr>
      <w:r>
        <w:rPr>
          <w:rFonts w:ascii="Times New Roman" w:hAnsi="Times New Roman" w:eastAsia="Times New Roman" w:cs="Times New Roman"/>
        </w:rPr>
        <w:t>Nyob rau hauv tej zaj lus yav dhau los peb tau nthuav tawm yam uas peb ntseeg tias yog kev xav raws kev dawb huv uas muaj tseeb, hais tias kev koom tes nrog Loos thiab cov Yudais sawv cev rau ib ntu sijhawm txij xyoo 161 BC mus txog xyoo 158 BC, thiab hais tias lub sijhawm ntawd ua piv txwv txog kev tsim tsa tus yam ntxwv ntawm tus tsiaj qus. Yog li ntawd, txawm yog qhov kev txiav txim siab lees txais tias kev koom tes ntawm cov Yudais nrog Loos yog ib ntu sijhawm los kuj dhau los ua ib qho kev sim siab, thiab hauv txoj kev txawj hais yav tom ntej ntawd nws sib haum nrog qhov tseeb tias kev tsim tsa tus yam ntxwv ntawm tus tsiaj qus yog “qhov kev sim siab loj rau haiv neeg ntawm Vajtswv.”</w:t>
      </w:r>
    </w:p>
    <w:p>
      <w:pPr>
        <w:pStyle w:val="ArticleBody"/>
        <w:jc w:val="left"/>
      </w:pPr>
      <w:r>
        <w:rPr>
          <w:rFonts w:ascii="Times New Roman" w:hAnsi="Times New Roman" w:eastAsia="Times New Roman" w:cs="Times New Roman"/>
        </w:rPr>
        <w:t>Qhov no hais tas, xyoo 158 BC qhia meej txog thaum txoj kev sib koom tes ntawm cov Yudais uas twb tig mus rau txoj kev ncaj ncees lawm hu ua cov Maccabees raug tsa kom ruaj khov nrog Loos, thiab vim li ntawd nws ua tus piv txwv txog txoj cai Hnub Caiv, rau qhov Vajlugkub nug ib lo lus nug raws li kev hais kom xav tias, “Ob leeg puas yuav taug kev ua ke tau, tsuas yog lawv tau pom zoo ua ntej lawm?” Xyoo 158 BC qhia txog qhov chaw thiab lub sij hawm uas Protestantism uas twb tig mus lawm txuas tes nrog lub hwj chim papacy, thiab lub sij hawm uas pib xyoo 161 BC uas coj mus txog 158 BC ntawd qhia txog lub caij nyoog uas sawv cev rau kev tsim tsa tus yam ntxwv ntawm tus tsiaj nyaum. Nws yog ib yam tseem ceeb heev kom lees paub tias lub sij hawm no tab tom qhia txog thaum Protestantism uas twb tig mus lawm yuav koom nrog Republicanism uas twb tig mus lawm. Ob lub hwj chim uas twb tig mus lawm ntawd raug sawv cev hauv nqe kaum peb mus txog kaum tsib, yog li ntawd nkawd muaj qee cov cim ciam sib xws.</w:t>
      </w:r>
    </w:p>
    <w:p>
      <w:pPr>
        <w:pStyle w:val="ArticleBody"/>
        <w:jc w:val="left"/>
      </w:pPr>
      <w:r>
        <w:rPr>
          <w:rFonts w:ascii="Times New Roman" w:hAnsi="Times New Roman" w:eastAsia="Times New Roman" w:cs="Times New Roman"/>
        </w:rPr>
        <w:t>Nws yog qhov raug los siv xyoo 1776, 1789 thiab 1798 ua yam piv txwv txog lub Cuaj Hli 11, 2001, tom qab ntawd yog Pelosi Cov Kev Sim ntawm txoj kev txav cuav chij uas txuas nrog lub Ib Hlis 6, 2021, thiab lub sijhawm pib thawj ntawm Biden qhov kev xaiv tsa uas raug nyiag, uas coj mus rau txoj cai Hnub Caiv. Hauv qhov kev siv no, Patriot Act ntawm 2001, uas phim nrog Daim Ntawv Tshaj Tawm Kev Ywj Pheej, nthuav tawm ib lub cim qhia kev uas txheeb tau qhov pib ntawm kev tshem tawm kev ywj pheej. Tom qab ntawd yog lub cim qhia kev thib ob ntawm Pelosi thiab Schiff lub tsev hais plaub tsis ncaj uas phim nrog kev pom zoo lees txais Txoj Cai Lij Choj, yog li ntawd ua yam piv txwv txog qhov pib ntawm kev rhuav tshem Txoj Cai Lij Choj, ces tom qab ntawd yog lub cim qhia kev thib peb ntawm Alien and Sedition Acts uas sawv cev rau Tebchaws Asmeskas hais lus zoo li ib tug zaj. Kev siv cov cim qhia kev no raws li yam no yog los txheeb kom pom cov cim qhia kev ntawm cov Protestant uas poob kev ntseeg raws li cov Maccabees sawv cev.</w:t>
      </w:r>
    </w:p>
    <w:p>
      <w:pPr>
        <w:pStyle w:val="ArticleBody"/>
        <w:jc w:val="left"/>
      </w:pPr>
      <w:r>
        <w:rPr>
          <w:rFonts w:ascii="Times New Roman" w:hAnsi="Times New Roman" w:eastAsia="Times New Roman" w:cs="Times New Roman"/>
        </w:rPr>
        <w:t>Nyob rau ib theem ntxiv, kev txheeb xyuas peb lub cim ciam no kom txuas nrog Republicanism uas twb thim kev ntseeg lawm, ua rau muaj ib daim ntawv siv uas txawv me ntsis. Cuaj Hlis 11, 2001 sib haum nrog 1776, tiam sis 1789, rau Republicanism uas twb thim kev ntseeg lawm, sib haum nrog Alien and Sedition Acts, thiab teeb tsa ib qho kev sib txawv ntawm cov “acts” ntawd thiab txoj kev hais lus ntawm tus zaj, uas yog yam sawv cev los ntawm kev yuam kom hwm Hnub Caiv. Thaum muab ob txoj kab ntawd tso ua ke nyob hauv lub ntsiab lus ntawm txoj kev sim ntawm daim duab ntawm tus tsiaj qus, lawv tsim tau tus qauv cev lus faj lem ntawm kev tsa daim duab ntawm tus tsiaj qus, thiab txoj kev sim loj rau haiv neeg ntawm Vajtswv yog kev tsim daim duab ntawm tus tsiaj qus. Rau haiv neeg ntawm Vajtswv, kev tsim daim duab ntawm tus tsiaj qus yuav tsum xub raug lees paub raws li nws raug sawv cev (raug tsim) hauv Vajtswv Txojlus, xwv kom cov neeg hnub kawg ntawd thiaj yuav paub txog txoj kev tsim ntawd hauv lub ntiaj teb kev nom kev tswv thiab kev cai dab qhuas.</w:t>
      </w:r>
    </w:p>
    <w:p>
      <w:pPr>
        <w:pStyle w:val="ArticleBody"/>
        <w:jc w:val="left"/>
      </w:pPr>
      <w:r>
        <w:rPr>
          <w:rFonts w:ascii="Times New Roman" w:hAnsi="Times New Roman" w:eastAsia="Times New Roman" w:cs="Times New Roman"/>
        </w:rPr>
        <w:t>Yog li cas, ces, Pelosi Trials ntawm Lub Ib Hlis 6, 2021 thiaj yuav sib haum nrog Alien and Sedition Acts? Pelosi Trials no cim txog kev ua koob tsheej ntawm tus tsiaj qus tawm hauv lub qhov tob uas nyuam qhuav tua tus thawj tswj hwm nplua nuj uas tau ntxias kom muaj kev ntiaj teb ib leeg. Keeb kwm ntawm txoj kev ua koob tsheej ntawd pib nrog lub caij ntawm Biden txoj kev tsa los ua thawj tswj hwm, thiab nws sawv cev rau ib lub sijhawm uas xaus nrog Trump txoj kev tsa zaum ob los ua thawj tswj hwm. Yuav tsum nco tseg tias Trump tawm tsam nrhiav txoj hauj lwm thawj tswj hwm peb zaug, thiab hauv thawj zaug thiab zaug kawg nws yeej, tiam sis nyob rau hauv nruab nrab nws txoj kev yeej raug nyiag los ntawm lub hwj chim uas Vaj Lug Kub qhia tias yog leej txiv ntawm tej lus dag. Pelosi Trials uas pib nrog qhov kev xaiv tsa raug nyiag no qhia txog ib pawg thib ob ntawm Pelosi Trials ntawm kev pauj kua zaub ntsuab uas pib thaum Trump raug tsa los ua thawj tswj hwm rau Lub Ib Hlis 20, 2025.</w:t>
      </w:r>
    </w:p>
    <w:p>
      <w:pPr>
        <w:pStyle w:val="ArticleBody"/>
        <w:jc w:val="left"/>
      </w:pPr>
      <w:r>
        <w:rPr>
          <w:rFonts w:ascii="Times New Roman" w:hAnsi="Times New Roman" w:eastAsia="Times New Roman" w:cs="Times New Roman"/>
        </w:rPr>
        <w:t>Lub caij nyoog ntawm Joe Biden txoj kev tuav txoj hauj lwm thawj tswj hwm pib nrog ib pawg Pelosi Trials, thiab nws xaus nrog ib pawg Pelosi Trials thiab. Ob tog ntawd yog kev txiav txim plaub ntug hais txog nom tswv, tiam sis cov uas raug foob hauv pawg plaub ntug thib ob yog cov uas tau coj tawm hauv pawg plaub ntug thawj. Thaum Trump txais txoj hauj lwm thawj tswj hwm zaum ob, xyoo 164 BC raug cim tseg. Trump txoj kev txais txoj hauj lwm thawj tswj hwm zaum ob raug ua qauv los ntawm 164 BC, thiab kev rov fij tsa lub tuam tsev Yudais qhia txog kev rov fij tsa lub tuam tsev nom tswv zaum ob.</w:t>
      </w:r>
    </w:p>
    <w:p>
      <w:pPr>
        <w:pStyle w:val="ArticleBody"/>
        <w:jc w:val="left"/>
      </w:pPr>
      <w:r>
        <w:rPr>
          <w:rFonts w:ascii="Times New Roman" w:hAnsi="Times New Roman" w:eastAsia="Times New Roman" w:cs="Times New Roman"/>
        </w:rPr>
        <w:t>Qhov ntawd yog tib lub xyoo uas Antiochus Epiphanes tuag, thiab nws yog lub hwjchim uas thawb kev coj noj coj ua ntawm Kili tim Nkij teb chaws rau saum cov Yudais, yog li ua rau muaj kev sawv tawm tsam ntawm cov Maccabees xyoo 167 BC. Thaum Trump raug tsa ua thawj tswj hwm zaum ob xyoo 2025, kev ntseeg ntawm Kili tim Nkij teb chaws (kev ntiaj teb koom ua ib) yuav raug yeej kom poob qis tag nrho hauv Tebchaws Meskas, thiab tej txujci tseem ceeb uas yog dabntxwgnyoog yuav pib txhawb lub haujlwm ntawm kev coj pawg ntseeg thiab lub xeev los koom ua ke. Thaum ntawd Trump yuav kos npe rau tej lus txib thawjcoj uas sib txig rau Alien and Sedition Acts, yog li cim qhov pib ntawm kev tsim daim duab ntawm tus tsiaj nyaum (161 BC), thiab nws yuav pib txheej ob ntawm Pelosi Trials. Alien and Sedition Acts cim qhov pib ntawm lub sijhawm ntawm kev tsim daim duab ntawm tus tsiaj nyaum, thiab lub sijhawm ntawd xaus rau ntawm txoj kevcai Hnub Caiv, raws li tau ua qauv qhia los ntawm 158 BC.</w:t>
      </w:r>
    </w:p>
    <w:p>
      <w:pPr>
        <w:pStyle w:val="ArticleBody"/>
        <w:jc w:val="left"/>
      </w:pPr>
      <w:r>
        <w:rPr>
          <w:rFonts w:ascii="Times New Roman" w:hAnsi="Times New Roman" w:eastAsia="Times New Roman" w:cs="Times New Roman"/>
        </w:rPr>
        <w:t>Yog li no, lub sij hawm uas yog kev tsim tsa tus duab ntawm tus tsiaj nyaum pib nrog cov “kev ua” uas pub rau Trump kaw cov xov xwm tseem ceeb, ntiab cov neeg txawv teb chaws uas nyob tsis raws cai tawm mus, thiab ntes coj mus txiav txim cov uas koom nrog hauv qhov kev sib koom ntxeev siab ntawm tog Democratic. Qhov pib ntawm lub sij hawm ntawd cim txog kev tsim txom sab kev nom kev tswv uas Trump coj los, thiab nws xaus rau hauv kev tsim txom sab kev ntseeg.</w:t>
      </w:r>
    </w:p>
    <w:p>
      <w:pPr>
        <w:pStyle w:val="ArticleBody"/>
        <w:jc w:val="left"/>
      </w:pPr>
      <w:r>
        <w:rPr>
          <w:rFonts w:ascii="Times New Roman" w:hAnsi="Times New Roman" w:eastAsia="Times New Roman" w:cs="Times New Roman"/>
        </w:rPr>
        <w:t>Hauv qhov kev nkag siab no, lub cim nruab nrab ntawm 1789 thiab Txoj Cai Lij Choj yog cov kev txiav txim Pelosi xyoo 2021, uas sawv cev rau ib ntu keeb kwm uas xaus nrog tib yam keeb kwm li thaum pib, tiam sis pawg kawg ntawm cov kev txiav txim Pelosi yog ib txoj kev thim rov qab hauv kev nom kev tswv tawm tsam cov uas tam sim no tab tom raug foob thiab raug kaw. Lub cim thib ob hauv kab ntawm Protestantism uas thim txoj kev ntseeg yog cov kev txiav txim Pelosi uas kav thoob plaws lub sij hawm Joe Biden ua thawj tswj hwm, thiab lub caij ntawd xaus rau Lub Ib Hlis 2025, thaum lub cim ntawm 1789, hauv kab ntawm Republicanism uas thim txoj kev ntseeg, los txog rau Lub Ib Hlis 20, 2025, nrog cov lus txib thawj coj uas tam sim ntawd ua raws li Trump qhov kev cog lus ua thawj tswj hwm zaum ob. Qhov ntawd pib ib ntu uas lub teb chaws hais lus zoo li ib tug zaj (Alien and Sedition Acts), uas coj mus rau hnub Sunday law thaum lub teb chaws hais lus zoo li ib tug zaj. Nyob hauv lub caij ntawd, Txoj Cai Lij Choj, uas raug sawv cev los ntawm 1789, raug muab rhuav tshem zuj zus.</w:t>
      </w:r>
    </w:p>
    <w:p>
      <w:pPr>
        <w:pStyle w:val="ArticleBody"/>
        <w:jc w:val="left"/>
      </w:pPr>
      <w:r>
        <w:rPr>
          <w:rFonts w:ascii="Times New Roman" w:hAnsi="Times New Roman" w:eastAsia="Times New Roman" w:cs="Times New Roman"/>
        </w:rPr>
        <w:t>Thaum Trump txoj kev cog lus txais thawj tswj hwm zaum ob, nws los ua tus thawj tswj hwm thib yim uas yog ntawm xya tus ntawd los, thiab kev tsim tsa tus duab ntawm tus tsiaj qus qhia kom paub tias cov kub ntawm kev thim txoj kev ntseeg, uas yog Protestantism thiab Republicanism, sib koom ua ib lub kub, nrog cov Protestant tuav txoj kev tswj hwm hauv kev sib raug zoo ntawd. Nyob rau tib keeb kwm ntawd, cov uas tau raug hu kom ua ib puas plaub caug plaub txhiab leej raug muab khi ua ntej, ua ntej lawv raug tsa kom siab ua lub kub ntawm Protestantism tseeb thaum txoj cai Hnub Caiv uas yuav los sai sai no los txog.</w:t>
      </w:r>
    </w:p>
    <w:p>
      <w:pPr>
        <w:pStyle w:val="ArticleBody"/>
        <w:jc w:val="left"/>
      </w:pPr>
      <w:r>
        <w:rPr>
          <w:rFonts w:ascii="Times New Roman" w:hAnsi="Times New Roman" w:eastAsia="Times New Roman" w:cs="Times New Roman"/>
        </w:rPr>
        <w:t>Txoj xov ntawm kev muab cim uas yog Tshwm Sim txog Yexus Khetos, uas raug qhib tawm meej ua ntej lub sijhawm kev sim siab kaw, yog seem ntawd ntawm Daniyee uas cuam tshuam txog hnub kawg. Seem ntawd uas raug qhib tawm meej yog keeb kwm zais cia ntawm Daniyee kaum ib nqe plaub caug, thiab nqe kaum peb txog kaum tsib sib haum nrog keeb kwm zais cia ntawd. Yog li ntawd, txoj xov uas raug qhib tawm meej ua ntej lub sijhawm kev sim siab kaw, uas tau raug ua piv txwv los ntawm txoj xov faj lem zais cia hauv Nebukhanexa tus mlom ntawm cov tsiaj qus, yog tib txoj xov hais txog kev txuas ua ke ntawm ob tug pas nrig ntawm cov kub ntawm kev thim txoj kev ntseeg ntawm Protestantism thiab Republicanism, uas raug sawv cev los ntawm cov Maccabees thiab Antiochus III hauv nqe kaum peb mus txog kaum tsib.</w:t>
      </w:r>
    </w:p>
    <w:p>
      <w:pPr>
        <w:pStyle w:val="ArticleBody"/>
        <w:jc w:val="left"/>
      </w:pPr>
      <w:r>
        <w:rPr>
          <w:rFonts w:ascii="Times New Roman" w:hAnsi="Times New Roman" w:eastAsia="Times New Roman" w:cs="Times New Roman"/>
        </w:rPr>
        <w:t>Zaj lus uas qhia txog kev tsim tsa tus yam ntxwv ntawm tus tsiaj qus, yog zaj lus uas qhia txog txoj kev dawb huv uas muab lub cim ntim rau lub horn Protestant tseeb.</w:t>
      </w:r>
    </w:p>
    <w:p>
      <w:pPr>
        <w:pStyle w:val="ArticleBody"/>
        <w:jc w:val="left"/>
      </w:pPr>
      <w:r>
        <w:rPr>
          <w:rFonts w:ascii="Times New Roman" w:hAnsi="Times New Roman" w:eastAsia="Times New Roman" w:cs="Times New Roman"/>
        </w:rPr>
        <w:t>Nyob hauv nqe kaum plaub, nyob rau xyoo 200 BC, Loos uas yog lwm haiv neeg pe dab qhuas tau raug qhia thawj zaug rau hauv zaj lus faj lem, thaum nws sawv los tiv thaiv tus vaj ntxwv me nyuam mos tshiab ntawm tim lyiv teb chaws, ntawm ib qho kev koom tes tawm tsam tim lyiv teb chaws uas Anti-ochus III thiab Filis ntawm Makhedoos tau tsim tsa. Xyoo ntawd Tsov Rog Panium tau raug coj los ua los ntawm Anti-ochus III tawm tsam Ptolemy V. Kev qhia los ntawm cov tub sab ntawm koj haiv neeg, uas tsa lub zeem muag kom ruaj, ib qho kev koom tes ntawm Anti-ochus thiab Filis, thiab Tsov Rog Panium, txhua yam ntawd tau muaj tshwm sim hauv xyoo ntawd. Vim li ntawd, tus cim taw kev no txheeb xyuas ib qho kev koom tes ntawm Anti-ochus, uas yog tus qauv sawv cev rau lub kub muaj hwjchim Republican ntawm tus tsiaj nyaum hauv ntiaj teb, thiab Filis ntawm Makhedoos, uas yog lub npe qub rau tim Nkij teb chaws, sawv cev ua qauv rau United Nations.</w:t>
      </w:r>
    </w:p>
    <w:p>
      <w:pPr>
        <w:pStyle w:val="ArticleBody"/>
        <w:jc w:val="left"/>
      </w:pPr>
      <w:r>
        <w:rPr>
          <w:rFonts w:ascii="Times New Roman" w:hAnsi="Times New Roman" w:eastAsia="Times New Roman" w:cs="Times New Roman"/>
        </w:rPr>
        <w:t>Nyob rau theem yaj saub, ntawm Tsov Rog Panium muaj ib qho kev sib koom tes tshwm sim nruab nrab ntawm tus zaj (Macedon) thiab tus yaj saub cuav (USA). Qhov kev txhawb siab tob hauv qab rau txoj kev sib koom tes ntawd yog los faib thaj av uas nyob hauv qab kev kav ntawm Egypt, uas yuav sawv cev rau ib lub Russia uas tab tom vau.</w:t>
      </w:r>
    </w:p>
    <w:p>
      <w:pPr>
        <w:pStyle w:val="ArticleBody"/>
        <w:jc w:val="left"/>
      </w:pPr>
      <w:r>
        <w:rPr>
          <w:rFonts w:ascii="Times New Roman" w:hAnsi="Times New Roman" w:eastAsia="Times New Roman" w:cs="Times New Roman"/>
        </w:rPr>
        <w:t>Thaum Yexus coj Nws cov thwjtim mus rau Panium, thaum ntawd lub chaw ntawd hu ua Caesarea Philippi. Herod tus Loj tus xeeb ntxwv, Herod Philippi, tau ua kom lub nroog rov tsim dua tshiab thiab muab npe raws li Caesar Augustus thiab nws tus kheej, yog li thiaj hu ua Caesarea Philippi. Lawv txoj kev sib raug zoo sawv cev rau Loos nrog Loos, tiam sis Philippi yog ib Loos me dua thaum piv rau Caesar, thiab nyob rau theem yaj saub Herod Philippi sawv cev rau Salome, uas yog Herodias tus ntxhais. Yog li ntawd, nrog lub npe Caesarea Philippi peb pom Herod Philippi sawv cev rau tus yaj saub cuav, hos Caesar sawv cev rau lub papacy.</w:t>
      </w:r>
    </w:p>
    <w:p>
      <w:pPr>
        <w:pStyle w:val="ArticleBody"/>
        <w:jc w:val="left"/>
      </w:pPr>
      <w:r>
        <w:rPr>
          <w:rFonts w:ascii="Times New Roman" w:hAnsi="Times New Roman" w:eastAsia="Times New Roman" w:cs="Times New Roman"/>
        </w:rPr>
        <w:t>Yog li ntawd, Panium zaj keeb kwm cev Vajtswv lus tsa ua ntej nthuav tawm ob txoj kev sib koom tes, ib qho uas tus yaj saub cuav (Trump) koom tes nrog tus zaj (United Nations), thiab lwm qhov uas tus yaj saub cuav (Trump) koom tes nrog txoj kev ua thawj coj papacy (Caesar). Nyob hauv nqe kaum rau, txoj cai Sunday raug sawv cev tawm los, thiab nyob ntawd yog qhov kev sib koom ua peb ntu raug coj los siv, tiam sis qhov kev npaj ntawd yeej twb raug tsa tseg lawm ua ntej txoj cai Sunday, hauv nqe kaum tsib thiab hauv Tsov Rog Panium.</w:t>
      </w:r>
    </w:p>
    <w:p>
      <w:pPr>
        <w:pStyle w:val="ArticleScripture"/>
        <w:jc w:val="left"/>
      </w:pPr>
      <w:r>
        <w:rPr>
          <w:rFonts w:ascii="Times New Roman" w:hAnsi="Times New Roman" w:eastAsia="Times New Roman" w:cs="Times New Roman"/>
        </w:rPr>
        <w:t>“Los ntawm txoj cai txib uas yuam kom tsa lub Koom Txoos Kav Tos Liv txoj hauj lwm ua thawjcoj, ua txhaum txoj kev cai ntawm Vajtswv, peb haiv neeg yuav txiav nws tus kheej kom plam tawm ntawm txoj kev ncaj ncees kiag li. Thaum txoj Kev Ntseeg Protestants yuav ncab nws txhais tes hla qhov chaw sib nrug ntawd mus tuav tes nrog lub hwj chim Loos, thaum nws yuav hla dhau qhov tob kawg mus koom tes nrog Kev Ntseeg Dab, thaum nyob rau hauv txoj kev cuam tshuam ntawm qhov kev sib koom peb npaug no, peb lub tebchaws yuav tsis lees txais txhua lub hauv paus ntsiab lus ntawm nws Txoj Cai Lij Choj raws li ib tsoom fwv Protestant thiab nom tswv koom pheej, thiab yuav npaj kev txhawb rau kev nthuav dav ntawm tej lus cuav thiab tej kev dag ntxias ntawm papacy, ces peb thiaj paub tau tias lub sijhawm rau Xatas tej haujlwm txaus ntshai kawg nkaus twb los txog lawm, thiab tias qhov kawg twb ze lawm.” Testimonies, volume 5, 451.</w:t>
      </w:r>
    </w:p>
    <w:p>
      <w:pPr>
        <w:pStyle w:val="ArticleBody"/>
        <w:jc w:val="left"/>
      </w:pPr>
      <w:r>
        <w:rPr>
          <w:rFonts w:ascii="Times New Roman" w:hAnsi="Times New Roman" w:eastAsia="Times New Roman" w:cs="Times New Roman"/>
        </w:rPr>
        <w:t>Peb yuav txuas ntxiv txoj kev kawm no hauv peb tsab xov xwm tom ntej.</w:t>
      </w:r>
    </w:p>
    <w:p>
      <w:pPr>
        <w:pStyle w:val="ArticleScripture"/>
        <w:jc w:val="left"/>
      </w:pPr>
      <w:r>
        <w:rPr>
          <w:rFonts w:ascii="Times New Roman" w:hAnsi="Times New Roman" w:eastAsia="Times New Roman" w:cs="Times New Roman"/>
        </w:rPr>
        <w:t>“Kev tshwm sim tsis yog kev tsim los yog kev ntxias kom muaj ib yam tshiab, tiam sis yog kev qhia tawm ntawm yam uas twb muaj lawm los, tab sis txog thaum raug qhia tawm, neeg ntiajteb yeej tsis paub. Cov qhov tseeb loj thiab nyob mus ib txhis uas muaj nyob hauv txoj moo zoo raug muab tshwm los ntawm kev tshawb nrhiav uas mob siab rau thiab los ntawm peb txoj kev txo peb tus kheej rau ntawm Vajtswv xub ntiag. Tus Xibfwb saum ntuj coj tus neeg nrhiav qhov tseeb uas txo hwj chim lub siab; thiab los ntawm Vaj Ntsuj Plig Dawb Huv txoj kev coj, cov qhov tseeb ntawm Txojlus raug qhia kom nws paub. Thiab yuav tsis muaj ib txoj kev paub twg uas tseeb dua thiab muaj txiaj ntsig dua li kev raug coj li no. Tus Cawm Seej tau cog lus tias, ‘Thaum Nws, yog Ntsuj Plig ntawm qhov tseeb, los txog lawm, Nws yuav coj nej mus rau hauv txhua qhov tseeb.’ Yog los ntawm kev pub Vaj Ntsuj Plig Dawb Huv rau peb xwb thiaj ua rau peb nkag siab Txojlus ntawm Vajtswv.”</w:t>
      </w:r>
    </w:p>
    <w:p>
      <w:pPr>
        <w:pStyle w:val="ArticleScripture"/>
        <w:jc w:val="left"/>
      </w:pPr>
      <w:r>
        <w:rPr>
          <w:rFonts w:ascii="Times New Roman" w:hAnsi="Times New Roman" w:eastAsia="Times New Roman" w:cs="Times New Roman"/>
        </w:rPr>
        <w:t>Tus kws sau nkauj qhuas Vajtswv sau hais tias, “Tus tub hluas yuav ua li cas thiaj ntxuav tau nws txoj kev? Yog los ntawm kev ceev faj raws li koj txoj lus. Kuv tau nrhiav koj kawg siab kawg ntsws: Au, thov tsis txhob cia kuv yuam kev ncaim ntawm koj tej lus txib.... Thov qhib kuv ob lub qhov muag, xwv kom kuv thiaj pom tau tej yam txaus xav tsis thoob uas nyob hauv koj txoj kevcai.”</w:t>
      </w:r>
    </w:p>
    <w:p>
      <w:pPr>
        <w:pStyle w:val="ArticleScripture"/>
        <w:jc w:val="left"/>
      </w:pPr>
      <w:r>
        <w:rPr>
          <w:rFonts w:ascii="Times New Roman" w:hAnsi="Times New Roman" w:eastAsia="Times New Roman" w:cs="Times New Roman"/>
        </w:rPr>
        <w:t>“Peb raug ntuas kom nrhiav qhov tseeb ib yam li nrhiav tej nyiaj txiag uas muab zais. Tus Tswv qhib kev nkag siab rau tus uas nrhiav qhov tseeb tiag tiag; thiab tus Vaj Ntsuj Plig Dawb Huv ua kom nws muaj peev xwm tuav tau cov qhov tseeb ntawm kev tshwm sim. Qhov no yog yam uas tus sau nkaujntxawm txhais thaum nws thov kom nws lub qhov muag raug qhib kom pom tej yam txaus xav kawg hauv txoj kevcai. Thaum tus ntsuj plig tshaib plab nqhis dej rau qhov zoo kawg nkaus ntawm Yexus Khetos, lub siab txawj ntse thiaj muaj peev xwm tuav tau lub yeeb koob ntawm lub ntiajteb uas zoo dua. Tsuas yog los ntawm kev pab ntawm tus Xibfwb saum ntuj los xwb peb thiaj to taub tau cov qhov tseeb hauv Vajtswv Txojlus. Hauv Khetos lub tsev kawm ntawv peb kawm kom ua neeg siab mos siab muag thiab txo hwjchim vim muaj kev nkag siab rau peb txog tej kev zais tob ntawm kev ua Vajtswv.”</w:t>
      </w:r>
    </w:p>
    <w:p>
      <w:pPr>
        <w:pStyle w:val="ArticleScripture"/>
        <w:jc w:val="left"/>
      </w:pPr>
      <w:r>
        <w:rPr>
          <w:rFonts w:ascii="Times New Roman" w:hAnsi="Times New Roman" w:eastAsia="Times New Roman" w:cs="Times New Roman"/>
        </w:rPr>
        <w:t>“Tus uas tshoov siab rau Txojlus yog tus txhais Txojlus uas tseeb. Khetos tau piav qhia nws tej lus qhuab qhia los ntawm kev tig nws cov neeg mloog lub siab rau tej kev cai yooj yim hauv ntuj tsim, thiab rau tej yam uas lawv pom thiab tuav niaj hnub. Yog li ntawd nws tau coj lawv lub siab tawm ntawm yam ntuj tsim mus rau yam sab ntsuj plig. Coob leej tsis tau to taub tam sid lub ntsiab ntawm nws tej lus piv txwv; tiam sis thaum lawv ib hnub dhau ib hnub ntsib tej yam uas Tus Xibfwb Loj tau txuas nrog tej qhov tseeb sab ntsuj plig, qee leej thiaj pom tej zaj qhia ntawm qhov tseeb los saum ntuj los uas nws tau nrhiav kom ntxig rau hauv lawv lub siab, thiab cov no tau lees paub qhov tseeb ntawm nws txoj hauj lwm xa tuaj thiab hloov siab los txais txoj moo zoo.”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Cuaj Caug Ob</dc:title>
  <dc:subject>Qhia Txog Keeb Kwm Zais Cia: Kev Sib Txuam Hauv Yaj Saub ntawm Daniyees 11 thiab Kev Muab Foob Hniav Rau 144,000 leej</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