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Ib Puas Cuaj Caug Xya</w:t>
      </w:r>
    </w:p>
    <w:p>
      <w:pPr>
        <w:pStyle w:val="ArticleSubtitle"/>
        <w:jc w:val="left"/>
      </w:pPr>
      <w:r>
        <w:rPr>
          <w:rFonts w:ascii="Arial" w:hAnsi="Arial" w:eastAsia="Arial" w:cs="Arial"/>
        </w:rPr>
        <w:t>Kev Qhib Tshwm Los ntawm Yaj Saub Teev Tseg: Khetos Qhov Kev Sib Sau Zaum Ob thiab Lub Luag Haujlwm Eschatological ntawm Islam hauv Zaj Lus Qhia ntawm Tshwm Sim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2024-04-29</w:t>
      </w:r>
    </w:p>
    <w:p>
      <w:pPr>
        <w:pStyle w:val="ArticleBody"/>
        <w:jc w:val="left"/>
      </w:pPr>
      <w:r>
        <w:rPr>
          <w:rFonts w:ascii="Times New Roman" w:hAnsi="Times New Roman" w:eastAsia="Times New Roman" w:cs="Times New Roman"/>
        </w:rPr>
        <w:t>Tam sim no tabtom txheeb tau tias ib yam xwm txheej uas xya lub xob quaj sawv cev rau yog txoj hauj lwm uas Khetos tab tom sau Nws haiv neeg ua ke zaum ob, uas Nws tau pib ua txij lub Xya hli ntuj, 2023. Keeb kwm Millerite qhia meej tias txoj hauj lwm no raug ua kom tiav nrog kev ua tsov ua rog ntawm Islam ua lub keeb puag ncig rau zaj lus ntawd.</w:t>
      </w:r>
    </w:p>
    <w:p>
      <w:pPr>
        <w:pStyle w:val="ArticleBody"/>
        <w:jc w:val="left"/>
      </w:pPr>
      <w:r>
        <w:rPr>
          <w:rFonts w:ascii="Times New Roman" w:hAnsi="Times New Roman" w:eastAsia="Times New Roman" w:cs="Times New Roman"/>
        </w:rPr>
        <w:t>Txoj xov ntawd yog Kev Tshwm Sim ntawm Yexus Khetos, uas raug qhib tawm tsis ntev ua ntej lub sij hawm sim siab kaw, tiam sis txoj xov ntawd raug nqa los ntawm (muab tso rau hauv lub ntsiab lus ntawm) txoj xov ntawm txoj kev puas tsuaj thib peb. Nyob rau tib lub sij hawm uas tus Tswv tab tom ncab Nws txhais tes zaum ob hauv xyoo 1849, Muam White tab tom hais lus txog kev co tshee ntawm cov haiv neeg npau taws, uas yog ib lub cim sawv cev rau Islam.</w:t>
      </w:r>
    </w:p>
    <w:p>
      <w:pPr>
        <w:pStyle w:val="ArticleScripture"/>
        <w:jc w:val="left"/>
      </w:pPr>
      <w:r>
        <w:rPr>
          <w:rFonts w:ascii="Times New Roman" w:hAnsi="Times New Roman" w:eastAsia="Times New Roman" w:cs="Times New Roman"/>
        </w:rPr>
        <w:t>“Lub Kaum Ob Hlis 16, 1848, tus Tswv tau pub rau kuv pom ib qho kev tshwm sim txog kev co ntawm tej hwjchim saum ntuj. Kuv pom tias thaum tus Tswv hais lo lus ‘saum ntuj,’ hauv qhov uas Nws tau qhia tej cim uas sau tseg los ntawm Mathai, Malakaus, thiab Lukas, Nws txhais tias yog saum ntuj; thiab thaum Nws hais lo lus ‘ntiajteb’ Nws txhais tias yog ntiajteb. Tej hwjchim saum ntuj yog lub hnub, lub hli, thiab cov hnubqub. Lawv kav nyob saum ntuj. Tej hwjchim hauv ntiajteb yog cov uas kav nyob saum ntiajteb. Tej hwjchim saum ntuj yuav raug co los ntawm Vajtswv lub suab. Ces lub hnub, lub hli, thiab cov hnubqub yuav raug txav tawm ntawm lawv tej chaw. Lawv yuav tsis ploj mus, tiamsis yuav raug co los ntawm Vajtswv lub suab.</w:t>
      </w:r>
    </w:p>
    <w:p>
      <w:pPr>
        <w:pStyle w:val="ArticleScripture"/>
        <w:jc w:val="left"/>
      </w:pPr>
      <w:r>
        <w:rPr>
          <w:rFonts w:ascii="Times New Roman" w:hAnsi="Times New Roman" w:eastAsia="Times New Roman" w:cs="Times New Roman"/>
        </w:rPr>
        <w:t>“Cov hu tsaus ntuj nti, tuab thiab hnyav, tau sawv los thiab sib tsoo rau ib leeg. Tej huab cua qhib sib nrug thiab dov rov qab; ces peb thiaj tsa muag saib tau hla qhov chaw qhib hauv Orion, qhov uas Vajtswv lub suab tawm los. Lub Nroog Dawb Huv yuav nqes los dhau ntawm qhov chaw qhib ntawd. Kuv pom tias tej hwjchim ntawm lub ntiajteb tam sim no tab tom raug co, thiab tej xwm txheej los raws li kev txiav txim. Tsov rog, thiab tej lus xaiv txog tsov rog, ntaj, kev tshaib nqhis, thiab kab mob sib kis yog thawj yam uas co tej hwjchim ntawm lub ntiajteb, ces Vajtswv lub suab yuav co lub hnub, lub hli, thiab cov hnub qub, thiab lub ntiajteb no tib yam. Kuv pom tias qhov kev co ntawm tej hwjchim hauv Europe tsis yog, raws li qee leej qhia, qhov kev co ntawm tej hwjchim saum ntuj ceeb tsheej, tiam sis yog qhov kev co ntawm cov tebchaws uas npau taws.” Early Writings, 41.</w:t>
      </w:r>
    </w:p>
    <w:p>
      <w:pPr>
        <w:pStyle w:val="ArticleBody"/>
        <w:jc w:val="left"/>
      </w:pPr>
      <w:r>
        <w:rPr>
          <w:rFonts w:ascii="Times New Roman" w:hAnsi="Times New Roman" w:eastAsia="Times New Roman" w:cs="Times New Roman"/>
        </w:rPr>
        <w:t>Cov kws sau keeb kwm lees paub tias yam uas tab tom ua rau tej teb chaws ntawm cov haiv neeg nyob sab Europe tshee hnyo rau xyoo 1848 ntawd, yog tej haujlwm ntawm cov tub rog ntawm Islam, rau qhov hauv lus faj lem lawv raug ua cim sawv cev ua lub hwj chim uas ua rau cov haiv neeg npau taws. Hauv thawj zaj lus tim khawv txog tus Tswv uas ncab Nws txhais tes zaum ob hauv keeb kwm ntawm xyoo 1840 mus txog 1844, txoj xov ntawm Kev Quaj Thaum Nruab Nrab Hmo tuaj txog rau lub rooj sib txoos pw hav zoov Exeter. Txij ntawd mus txog Lub Kaum Hli 22, 1844 txoj xov ntawd tau cheb mus thoob plaws ntug hiav txwv sab hnub tuaj ntawm Tebchaws Meskas zoo li nthwv dej loj. Qhov kev txav ntawd tau raug ua qauv qhia ua ntej los ntawm Khetos txoj kev nkag yeej rau hauv Yeluxalees, thiab yog ib tug nees luav uas ris Khetos nkag mus rau hauv Yeluxalees.</w:t>
      </w:r>
    </w:p>
    <w:p>
      <w:pPr>
        <w:pStyle w:val="ArticleBody"/>
        <w:jc w:val="left"/>
      </w:pPr>
      <w:r>
        <w:rPr>
          <w:rFonts w:ascii="Times New Roman" w:hAnsi="Times New Roman" w:eastAsia="Times New Roman" w:cs="Times New Roman"/>
        </w:rPr>
        <w:t>Txoj lus ntawm Kev Quaj Thaum Ib Tag Hmo sawv cev rau tag nrho txoj lus faj lem ntawm Tshwmsim Yexus Khetos, tiam sis Tshwmsim ntawd raug muab tso rau hauv lub ntsiab lus ntawm Islam ntawm txoj kev txom nyem thib peb uas ua rau tej teb chaws chim, rau qhov yog Islam uas nqa txoj lus uas yog Tshwmsim Yexus Khetos. Yexus yog Tsov Ntxhuav ntawm xeem Yuda, thiab Nws raug khi nrog txoj lus ntawm tus “neej luav.”</w:t>
      </w:r>
    </w:p>
    <w:p>
      <w:pPr>
        <w:pStyle w:val="ArticleScripture"/>
        <w:jc w:val="left"/>
      </w:pPr>
      <w:r>
        <w:rPr>
          <w:rFonts w:ascii="Times New Roman" w:hAnsi="Times New Roman" w:eastAsia="Times New Roman" w:cs="Times New Roman"/>
        </w:rPr>
        <w:t>Yudas, koj yog tus uas koj cov kwv tij yuav qhuas: koj txhais tes yuav nyob ntawm caj dab ntawm koj cov yeeb ncuab; koj txiv cov menyuam yuav txhos caug pe hawm ntawm koj xub ntiag. Yudas yog ib tug menyuam tsov ntxhuav: ntawm qhov raug tua noj ntawd los, kuv tus tub, koj tau nce los lawm: nws khoov nqes, nws pw duav rawv ib yam li tsov ntxhuav, thiab ib yam li tus tsov ntxhuav laus; leejtwg yuav tsa nws sawv? Tus pas kav tebchaws yuav tsis ncaim ntawm Yudas mus, thiab tus tsim kevcai yuav tsis ncaim ntawm nruab nrab nws ob txhais taw mus, mus txog thaum Shiloh los; thiab rau nws cov neeg sawvdaws yuav tuaj sib sau ua ke. Khi nws tus menyuam nees luav rau ntawm hmab, thiab nws tus menyuam nees luav rau ntawm hmab uas zoo tshaj; nws ntxuav nws tej ris tsho hauv cawv txiv hmab, thiab nws tej tsoos tsho hauv cov ntshav ntawm cov txiv hmab: Nws ob lub qhov muag yuav liab vim cawv txiv hmab, thiab nws cov hniav dawb vim mis nyuj. Chivkeeb 49:8–12.</w:t>
      </w:r>
    </w:p>
    <w:p>
      <w:pPr>
        <w:pStyle w:val="ArticleBody"/>
        <w:jc w:val="left"/>
      </w:pPr>
      <w:r>
        <w:rPr>
          <w:rFonts w:ascii="Times New Roman" w:hAnsi="Times New Roman" w:eastAsia="Times New Roman" w:cs="Times New Roman"/>
        </w:rPr>
        <w:t>Nws yog dhau ntawm Yudas uas “kev sib sau ua ke ntawm haiv neeg” thiaj raug ua kom tiav. Khetos, raws li Yudas, kuj yog tus “Ncej Txiv Hmab,” thiab tus “ncej txiv hmab uas xaiv tseg,” raug khi rau tus “menyuam nees luav.” Nws “tej tsoos tsho” raug ntxuav hauv “cawv txiv hmab,” uas yog “cov ntshav ntawm cov txiv hmab.” Khetos pib nchuav Nws cov ntshav hauv Khexemanes, thaum Nws tawm hws ua ntshav, thiab Khexemanes txhais tias “lub tshuab nias txiv roj.” Txij ntawm Khexemanes mus txog saum tus ntoo khaub lig Nws tau nchuav Nws cov ntshav muaj nqis kom sau txhua tus neeg los cuag Nws tus kheej.</w:t>
      </w:r>
    </w:p>
    <w:p>
      <w:pPr>
        <w:pStyle w:val="ArticleScripture"/>
        <w:jc w:val="left"/>
      </w:pPr>
      <w:r>
        <w:rPr>
          <w:rFonts w:ascii="Times New Roman" w:hAnsi="Times New Roman" w:eastAsia="Times New Roman" w:cs="Times New Roman"/>
        </w:rPr>
        <w:t>Tam sim no yog kev txiav txim rau lub ntiajteb no lawm; tam sim no tus thawj kav ntawm lub ntiajteb no yuav raug ntiab tawm. Thiab Kuv, yog tias Kuv raug tsa siab ntawm lub ntiajteb no, Kuv yuav rub txhua tus neeg los cuag Kuv. Nws hais li no, qhia tias Nws yuav tuag yam twg. Yauhas 12:31–33.</w:t>
      </w:r>
    </w:p>
    <w:p>
      <w:pPr>
        <w:pStyle w:val="ArticleBody"/>
        <w:jc w:val="left"/>
      </w:pPr>
      <w:r>
        <w:rPr>
          <w:rFonts w:ascii="Times New Roman" w:hAnsi="Times New Roman" w:eastAsia="Times New Roman" w:cs="Times New Roman"/>
        </w:rPr>
        <w:t>Khetos tes hauj lwm uas rub txhua tus neeg los cuag Nws tus kheej yog ib txoj txheej txheem ob kauj ruam, rau qhov Nws xub sau cov “neeg raug ntiab tawm ntawm cov Yixayee” los ua ke, thiab tom qab ntawd siv lawv ua ib lub chij los rub Nws pab yaj lwm pab los cuag Nws.</w:t>
      </w:r>
    </w:p>
    <w:p>
      <w:pPr>
        <w:pStyle w:val="ArticleScripture"/>
        <w:jc w:val="left"/>
      </w:pPr>
      <w:r>
        <w:rPr>
          <w:rFonts w:ascii="Times New Roman" w:hAnsi="Times New Roman" w:eastAsia="Times New Roman" w:cs="Times New Roman"/>
        </w:rPr>
        <w:t>Kuv yog tus yug yaj zoo, thiab kuv paub kuv cov yaj, thiab kuv cov yaj paub kuv. Ib yam li Leej Txiv paub kuv, kuv kuj paub Leej Txiv thiab: thiab kuv muab kuv txoj sia tso rau cov yaj. Thiab kuv tseem muaj lwm cov yaj, uas tsis yog nyob hauv pab yaj no: kuv yuav tsum coj lawv los thiab, thiab lawv yuav hnov kuv lub suab; ces yuav muaj ib pab yaj xwb, thiab ib tug yug yaj xwb. Yauhas 10:14–16.</w:t>
      </w:r>
    </w:p>
    <w:p>
      <w:pPr>
        <w:pStyle w:val="ArticleBody"/>
        <w:jc w:val="left"/>
      </w:pPr>
      <w:r>
        <w:rPr>
          <w:rFonts w:ascii="Times New Roman" w:hAnsi="Times New Roman" w:eastAsia="Times New Roman" w:cs="Times New Roman"/>
        </w:rPr>
        <w:t>Ib puas plaub vam plaub txhiab leej yog cov “yaj” uas paub Nws. Cov “yaj lwm” yog Nws pab yaj uas tawm hauv Npanpiloo thaum lawv pom thiab hnov tus chij qhia. Ua ntej Nws tsa Nws tus chij qhia, uas yog Nws cov yaj, Nws xub sau lawv ua ke zaum ob. Txoj kab keeb kwm dawb huv ntawd sib phim nrog nqe kaum peb mus txog kaum tsib hauv Daniyees tshooj kaum ib, thiab vim li ntawd thiaj sib phim nrog keeb kwm zais cia ntawm nqe plaub caug. Nws sawv cev rau txoj kab ntawm tus kub muaj hwj chim Nplogtes-taus tseeb, uas khiav nyob hauv keeb kwm ntawm tus kub muaj hwj chim Nplogtes-taus uas tau ntxeev siab, tus kub muaj hwj chim Lijpooblikas uas tau ntxeev siab, thiab kev tuaj txog ntawm tus poj niam ntiav ntawm Thailaub, ua ntej txoj cai Hnub Caiv ntawm nqe plaub caug ib. Txoj kab ntawm tus kub muaj hwj chim Nplogtes-taus tseeb sawv cev rau ob qho tib si—keeb kwm thiab txoj xov—uas hauv ntawd ib puas plaub vam plaub txhiab leej raug muab khi ruaj.</w:t>
      </w:r>
    </w:p>
    <w:p>
      <w:pPr>
        <w:pStyle w:val="ArticleBody"/>
        <w:jc w:val="left"/>
      </w:pPr>
      <w:r>
        <w:rPr>
          <w:rFonts w:ascii="Times New Roman" w:hAnsi="Times New Roman" w:eastAsia="Times New Roman" w:cs="Times New Roman"/>
        </w:rPr>
        <w:t>“Cov neeg raug ntiab tawm ntawm Ixayees” sawv cev rau ib pab neeg uas nyob hauv qhov sib txawv nrog “pawg koom txoos ntawm cov neeg thuam luag”, raws li Yelemis qhia lawv, los sis raws li “lub tsev sablaj ntawm Xatas” uas Yauhas hu lawv li ntawd hauv Tshwmsim tshooj ob thiab peb, qhov chaw uas pawg ntseeg Xamawna thiab Filadefia raug hais txog. Cov neeg Filadefia sawv cev rau “ib puas plaub caug plaub txhiab” hauv Tshwmsim tshooj xya, thiab Xamawna yog “cov neeg coob coob kawg” ntawm tib tshooj ntawd, uas suav tsis tau. Ob pab ntawm cov neeg txhiv dim nyob rau hnub kawg tab tom sib cav sib ceg nrog cov uas dag, thiab cov uas nyob hauv lub tsev sablaj ntawm Xatas, thiab lees tias lawv yog Vajtswv haiv neeg, rau qhov lawv hais tias lawv yog cov Yudais.</w:t>
      </w:r>
    </w:p>
    <w:p>
      <w:pPr>
        <w:pStyle w:val="ArticleBody"/>
        <w:jc w:val="left"/>
      </w:pPr>
      <w:r>
        <w:rPr>
          <w:rFonts w:ascii="Times New Roman" w:hAnsi="Times New Roman" w:eastAsia="Times New Roman" w:cs="Times New Roman"/>
        </w:rPr>
        <w:t>Kab ntawm lub kub muaj hwj chim Protestant tseeb muaj nyob hauv qhov kev sib cav uas nyob nruab nrab ntawm lawv tus kheej thiab cov qub neeg ntawm txoj kev cog lus uas thaum ntawd tab tom raug hla dhau mus. Hauv tib zaj keeb kwm ntawd cov neeg ncaj ncees kuj tseem nyob hauv kev sib cav nrog kab ntawm Protestantism uas tau tawm tsam txoj kev ntseeg thiab Catholicism. Peb pawg kev ntseeg ntawd sawv cev rau tus zaj, tus tsiaj nyaum, thiab tus yaj saub cuav hauv theem me nyob hauv kab ntawm lub kub muaj hwj chim Protestant tseeb.</w:t>
      </w:r>
    </w:p>
    <w:p>
      <w:pPr>
        <w:pStyle w:val="ArticleScripture"/>
        <w:jc w:val="left"/>
      </w:pPr>
      <w:r>
        <w:rPr>
          <w:rFonts w:ascii="Times New Roman" w:hAnsi="Times New Roman" w:eastAsia="Times New Roman" w:cs="Times New Roman"/>
        </w:rPr>
        <w:t>“Kuv pom tias pawg ntseeg uas tsuas muaj npe xwb thiab cov Adventists uas tsuas muaj npe xwb, zoo li Yudas, yuav ntxeev siab rau peb rau cov Kas Tos Liv kom tau lawv lub hwjchim los tawm tsam qhov tseeb. Ces cov neeg dawb huv yuav yog ib haiv neeg uas tsis tshua pom tseeb, tsis tshua muaj leejtwg paub rau cov Kas Tos Liv; tiam sis cov pawg ntseeg thiab cov Adventists uas tsuas muaj npe xwb uas paub txog peb txojkev ntseeg thiab peb tej kev coj (vim lawv ntxub peb vim yog Hnub Xanpataus, rau qhov lawv tsis muaj peevxwm tsis lees nws) yuav ntxeev siab rau cov neeg dawb huv thiab qhia lawv rau cov Kas Tos Liv tias lawv yog cov uas tsis quav ntsej tej kev cai uas yog ntawm cov neeg; yog hais tias, lawv tuav Hnub Xanpataus thiab tsis quav ntsej hnub Sunday.” Spalding and Magan, 1, 2.</w:t>
      </w:r>
    </w:p>
    <w:p>
      <w:pPr>
        <w:pStyle w:val="ArticleBody"/>
        <w:jc w:val="left"/>
      </w:pPr>
      <w:r>
        <w:rPr>
          <w:rFonts w:ascii="Times New Roman" w:hAnsi="Times New Roman" w:eastAsia="Times New Roman" w:cs="Times New Roman"/>
        </w:rPr>
        <w:t>Peb twb tau hais txog nqe lus no yav dhau los lawm, thiab thaum ua li ntawd peb tau txheeb pom tias lo lus hais tias “nominal church” thiab lo lus hais tias “nominal Adventist” yuav tau muaj ib lub ntsiab thiab kev siv txawv thaum Muam White sau cov lus ntawd. Txawm li ntawd los, cov yaj saub tau hais ntau dua rau hnub kawg tshaj li lawv tau hais rau lawv tus kheej tiam keeb kwm, yog li ntawd hauv nqe lus no pawg ntseeg nominal nyob rau hnub kawg yuav yog Protestantism uas tau thim txoj kev ntseeg lawm. Lo lus “nominal” txhais tias “muaj npe xwb”.</w:t>
      </w:r>
    </w:p>
    <w:p>
      <w:pPr>
        <w:pStyle w:val="ArticleBody"/>
        <w:jc w:val="left"/>
      </w:pPr>
      <w:r>
        <w:rPr>
          <w:rFonts w:ascii="Times New Roman" w:hAnsi="Times New Roman" w:eastAsia="Times New Roman" w:cs="Times New Roman"/>
        </w:rPr>
        <w:t>Lub koom txoos uas hu ua Protestant tau tseg tsis tawm tsam Loos lawm txij xyoo 1844, thaum lawv tau ntxeev siab tsis kam nkag mus rau hauv Chav Dawb Huv Tshaj Plaws los ntawm kev ntseeg, qhov chaw uas lawv yuav tau pom tias Hnub Xanpataus hnub xya yog hnub pe hawm uas yog lawm. Hloov chaw, lawv khaws cia txoj kev pe hawm lub hnub, uas yog lub cim ntawm txoj kev ntseeg Kas Tos Liv. Tsis muaj peev xwm “tawm tsam” Loos, uas yog tib lub ntsiab txhais ntawm lo lus “Protestant,” yog hais tias nej twb tau txais nws lub cim ntawm hwjchim lawm, uas lub koom txoos Loos tau rov hais qhia ntau zaus tias yog nws txoj cai los hloov hnub pe hawm hauv Vajlugkub ntawm Hnub Xanpataus hnub xya mus rau hnub Sunday.</w:t>
      </w:r>
    </w:p>
    <w:p>
      <w:pPr>
        <w:pStyle w:val="ArticleBody"/>
        <w:jc w:val="left"/>
      </w:pPr>
      <w:r>
        <w:rPr>
          <w:rFonts w:ascii="Times New Roman" w:hAnsi="Times New Roman" w:eastAsia="Times New Roman" w:cs="Times New Roman"/>
        </w:rPr>
        <w:t>“Cov Cov Ntseeg Adventist raws npe” yog cov uas lees hais tias lawv yog Cov Ntseeg Xya-Hnub Adventist, tiam sis lawv kuj raug cim ua Yudas, tus uas yog lub cim ntawm ib tug thwjtim uas tau ntxeev siab rau yam uas nws tau lees tseg. Lub koom txoos Xya-Hnub Adventist raws npe yuav ntxub cov “neeg dawb huv,” thiab tom qab ntawd cov neeg dawb huv ntawd “yuav” dhau los ua “ib haiv neeg tsis muaj npe nrov.” Lawv ntxub cov neeg dawb huv uas tsis muaj npe nrov ntawd, “vim yog Hnub Xanpataus,” yog qhov tseeb uas lawv “tsis muaj peev xwm tawm tsam rhuav tshem tau.” Qhov tseeb txog Hnub Xanpataus hauv keeb kwm ntawm Muam White yog hnub Xanpataus hnub xya, tiam sis nws yog tus qauv qhia txog qhov tseeb ntawm Hnub Xanpataus rau hnub kawg, uas tsis muaj peev xwm tawm tsam rhuav tshem tau, thiab qhov ntawd yog txoj kev qhuab qhia uas thawj zaug raug Laodikeas Xya-Hnub Adventism tsis lees txais hauv lawv txoj kev ntxeev siab xyoo 1863. Txoj kev qhuab qhia ntawd yog thawj qhov tseeb hauv paus uas William Miller nrhiav tau, thiab nws sawv cev rau cov tseeb hauv paus ntawm Adventism uas cov Adventist raws npe tsis kam taug kev hauv, raws li Yelemis tej kev qub qhia tawm. Qhov tseeb txog Hnub Xanpataus ntawd yog “xya zaug,” ntawm Leviticus nees nkaum rau.</w:t>
      </w:r>
    </w:p>
    <w:p>
      <w:pPr>
        <w:pStyle w:val="ArticleBody"/>
        <w:jc w:val="left"/>
      </w:pPr>
      <w:r>
        <w:rPr>
          <w:rFonts w:ascii="Times New Roman" w:hAnsi="Times New Roman" w:eastAsia="Times New Roman" w:cs="Times New Roman"/>
        </w:rPr>
        <w:t>Txoj kab ntawm txoj kev ntseeg Protestant tseeb uas muaj Philadelphia thiab Smyrna raug cov uas raug sawv cev ua Yudas ntxeev siab rau. Yudas tau cog lus ntxeev siab rau Yexus peb zaug, yog li ntawd qhia meej txog ib qho kev ntxeev siab uas nce zuj zus, uas xub muaj ua ntej thiab xaus rau ntawm tus ntoo khaub lig. Nqe kaum rau ntawm Daniyee kaum ib sawv cev rau txoj cai hnub Sunday, uas tus ntoo khaub lig tau ua qauv qhia txog. Yog li ntawd, hauv cov nqe uas coj mus txog rau txoj cai hnub Sunday ntawm nqe kaum rau, uas kuj yog txoj cai hnub Sunday ntawm nqe plaub caug ib, muaj ib qho kev ntxeev siab peb theem raug coj los rau saum cov neeg dawb huv ntawm hnub kawg. Qhov kev ntxeev siab ntawd tshwm sim nyob rau lub sij hawm uas tus Tswv tab tom sau Nws tus chij rau hnub kawg ua zaum ob.</w:t>
      </w:r>
    </w:p>
    <w:p>
      <w:pPr>
        <w:pStyle w:val="ArticleScripture"/>
        <w:jc w:val="left"/>
      </w:pPr>
      <w:r>
        <w:rPr>
          <w:rFonts w:ascii="Times New Roman" w:hAnsi="Times New Roman" w:eastAsia="Times New Roman" w:cs="Times New Roman"/>
        </w:rPr>
        <w:t>Thiab nyob rau hnub ntawd yuav muaj ib tug cag ntawm Yexais, uas yuav sawv ua ib daim chij rau cov neeg; rau nws cov Lwm Haiv Neeg yuav tuaj nrhiav: thiab nws qhov chaw so yuav muaj yeeb koob. Thiab yuav muaj tias nyob rau hnub ntawd, tus Tswv yuav tsa nws txhais tes dua zaum ob kom rov qab tau cov seem uas tshuav ntawm nws haiv neeg, cov uas yuav raug tseg cia, tawm hauv Axilia, thiab tawm hauv Iyi tebchaws, thiab tawm hauv Pathros, thiab tawm hauv Khus, thiab tawm hauv Elam, thiab tawm hauv Shinaj, thiab tawm hauv Hamath, thiab tawm hauv cov koog pov txwv ntawm hiav txwv. Thiab nws yuav tsa ib daim chij rau cov tebchaws, thiab yuav sau cov uas raug ntiab tawm ntawm Ixayees los ua ke, thiab yuav sib sau cov uas tawg khiav ntawm Yudas tawm hauv plaub ceg kaum ntuj ntawm lub ntiajteb. Txoj kev khib ntawm Efa-i yuav ploj mus thiab cov yeeb ncuab ntawm Yudas yuav raug txiav pov tseg: Efa-i yuav tsis khib Yudas, thiab Yudas yuav tsis tsim txom Efa-i. Tiamsis lawv yuav ya mus rau saum xub pwg ntawm cov Filixatee mus rau sab hnub poob; lawv yuav txeeb cov neeg sab hnub tuaj ua ke: lawv yuav tsa tes rau saum Edoos thiab Mo-a; thiab cov tub ntawm Amoos yuav mloog lus rau lawv. Yaxayas 11:10–14.</w:t>
      </w:r>
    </w:p>
    <w:p>
      <w:pPr>
        <w:pStyle w:val="ArticleBody"/>
        <w:jc w:val="left"/>
      </w:pPr>
      <w:r>
        <w:rPr>
          <w:rFonts w:ascii="Times New Roman" w:hAnsi="Times New Roman" w:eastAsia="Times New Roman" w:cs="Times New Roman"/>
        </w:rPr>
        <w:t>Yaxayas qhia meej txog qhov xwm txheej keeb kwm rau nqe lus no hauv nqe kaum, los ntawm lo lus hais tias “hnub ntawd.” Yog li ntawd, “hnub” ntawd twb raug txheeb xyuas lawm hauv cov nqe uas nyob ua ntej nqe kaum. Thaum peb taug qab zaj lus faj lem tshwj xeeb no rov qab mus rau ib qho kev hais tseg uas pab kom peb txheeb tau tias “hnub ntawd” yog thaum twg, peb mus txog nqe ib ntawm tshooj kaum.</w:t>
      </w:r>
    </w:p>
    <w:p>
      <w:pPr>
        <w:pStyle w:val="ArticleScripture"/>
        <w:jc w:val="left"/>
      </w:pPr>
      <w:r>
        <w:rPr>
          <w:rFonts w:ascii="Times New Roman" w:hAnsi="Times New Roman" w:eastAsia="Times New Roman" w:cs="Times New Roman"/>
        </w:rPr>
        <w:t>Hmoov rau cov uas tsim tej kev cai tsis ncaj ncees, thiab rau cov uas sau tej kev txom nyem uas lawv tau teev tseg. Yaxayas 10:1.</w:t>
      </w:r>
    </w:p>
    <w:p>
      <w:pPr>
        <w:pStyle w:val="ArticleBody"/>
        <w:jc w:val="left"/>
      </w:pPr>
      <w:r>
        <w:rPr>
          <w:rFonts w:ascii="Times New Roman" w:hAnsi="Times New Roman" w:eastAsia="Times New Roman" w:cs="Times New Roman"/>
        </w:rPr>
        <w:t>Muam Xatas White qhia tias “txoj cai tsis ncaj ncees” hauv nqe no yog txoj cai Hnub Caiv uas yuav los sai no:</w:t>
      </w:r>
    </w:p>
    <w:p>
      <w:pPr>
        <w:pStyle w:val="ArticleScripture"/>
        <w:jc w:val="left"/>
      </w:pPr>
      <w:r>
        <w:rPr>
          <w:rFonts w:ascii="Times New Roman" w:hAnsi="Times New Roman" w:eastAsia="Times New Roman" w:cs="Times New Roman"/>
        </w:rPr>
        <w:t>“Tau tsa mlom pe dab qhuas tau raug tsa los lawm, ib yam li daim duab kub tau raug tsa rau hauv lub tiaj Dura. Thiab ib yam li Nebukhadhexas, vaj ntxwv Npanpiloo, tau tshaj tawm ib txoj cai tias txhua tus uas tsis kam pe hawm thiab nyo hau pe hawm daim duab no yuav tsum raug tua, ces ib daim ntawv tshaj tawm kuj yuav raug muab tshaj tawm tias txhua tus uas tsis hwm txoj kev cai Hnub Caiv yuav raug rau txim los ntawm kev kaw nkuaj thiab kev tuag. Yog li ntawd Hnub Xanpataus ntawm tus Tswv raug muab tsuj hauv qab ko taw. Tiamsis tus Tswv tau tshaj tawm tias, ‘Kev txom nyem yuav los rau lawv cov uas txiav txim ua tej kev cai tsis ncaj ncees, thiab sau tej kev quaj ntsuag uas lawv tau teem tseg’ [Yaxayas 10:1]. [Xefaniyas 1:14–18]” Manuscript Releases, volume 14, 92.</w:t>
      </w:r>
    </w:p>
    <w:p>
      <w:pPr>
        <w:pStyle w:val="ArticleBody"/>
        <w:jc w:val="left"/>
      </w:pPr>
      <w:r>
        <w:rPr>
          <w:rFonts w:ascii="Times New Roman" w:hAnsi="Times New Roman" w:eastAsia="Times New Roman" w:cs="Times New Roman"/>
        </w:rPr>
        <w:t>Cov ntsiab lus hais txog tus Tswv kev sau Nws haiv neeg ua ke zaum ob raug muab tso rau hauv keeb kwm ntawm qhov teeb meem Sunday law uas tab tom los ze, rau qhov hauv nqe kaum ob ntawm tshooj kaum, Yaxayas hais txog tus Tswv ua kom ib tes hauj lwm tiav nyob hauv Nws haiv neeg ua ntej Nws coj Nws txoj kev txiav txim rau txim uas yog kev ua raws li txoj cai tsis ncaj ncees, uas yog Sunday law.</w:t>
      </w:r>
    </w:p>
    <w:p>
      <w:pPr>
        <w:pStyle w:val="ArticleScripture"/>
        <w:jc w:val="left"/>
      </w:pPr>
      <w:r>
        <w:rPr>
          <w:rFonts w:ascii="Times New Roman" w:hAnsi="Times New Roman" w:eastAsia="Times New Roman" w:cs="Times New Roman"/>
        </w:rPr>
        <w:t>Vim li no yuav muaj tseeb tias, thaum tus Tswv tau ua tiav nws tes haujlwm tag nrho saum roob Xi-oos thiab hauv Yeluxalees lawm, Kuv yuav rau txim rau cov txiaj ntsig ntawm lub siab khav theeb ntawm tus vajntxwv Axilia, thiab rau lub hwjchim ci ntsa iab ntawm nws lub ntsej muag siab hlob. Yaxayas 10:12.</w:t>
      </w:r>
    </w:p>
    <w:p>
      <w:pPr>
        <w:pStyle w:val="ArticleBody"/>
        <w:jc w:val="left"/>
      </w:pPr>
      <w:r>
        <w:rPr>
          <w:rFonts w:ascii="Times New Roman" w:hAnsi="Times New Roman" w:eastAsia="Times New Roman" w:cs="Times New Roman"/>
        </w:rPr>
        <w:t>“Txoj hauj lwm rau saum Xi-oos thiab saum Yeluxalees,” uas tus Tswv “ua kom tiav” ua ntej txoj kev rau txim rau lub hwj chim papacy pib ntawm txoj cai Hnub Caiv, yog txoj kev muab lub cim rau ib puas plaub caug plaub txhiab leej. Hauv Exekees tshooj cuaj, tus txivneej uas nqa lub hwj mem sau ntawv taug kev hla Yeluxalees, muab ib lub cim rau saum cov uas “quaj ntsuag thiab qw nrov vim tej kev qias vuab tsuab uas tau ua nyob hauv lub tebchaws” thiab hauv pawg ntseeg. Txoj hauj lwm ntawd suav nrog txoj txheej txheem uas tus Tswv sau cov neeg Yixayee uas raug ntiab tawm los ua ke dua zaum ob. Nws sau lawv los ntawm plaub ceg kaum ntawm lub ntiajteb, thiab “plaub ceg kaum ntawm lub ntiajteb” raug sawv cev los ntawm yim thaj chaw thaj av. Yim yog lub cim ntawm txoj txheej txheem kev sim siab ntawm daim duab ntawm tus tsiaj qus, yog li ntawd thiaj qhia meej tias txoj kev sau kawg nkaus ntawm cov uas yuav yog tus chij txheeb tseg ntawd tshwm sim nyob rau hauv lub sijhawm uas txoj kev sim siab ntawm daim duab ntawm tus tsiaj qus tab tom raug ua kom tiav hauv lub ntiajteb.</w:t>
      </w:r>
    </w:p>
    <w:p>
      <w:pPr>
        <w:pStyle w:val="ArticleBody"/>
        <w:jc w:val="left"/>
      </w:pPr>
      <w:r>
        <w:rPr>
          <w:rFonts w:ascii="Times New Roman" w:hAnsi="Times New Roman" w:eastAsia="Times New Roman" w:cs="Times New Roman"/>
        </w:rPr>
        <w:t>Kev kev sib koom uas “Ephraim” “tsis khib Judah, thiab Judah” “tsis tsim txom Ephraim,” tshwm sim thaum cov yeeb ncuab ntawm Judah raug txiav tawm. Hauv txoj kev cev lus faj lem, haiv neeg qub ntawm lo lus cog tseg, uas Yudas sawv cev, los yog lub tsev sablaj ntawm Xatas, los yog pawg neeg thuam luag, los yog cov Protestants hauv keeb kwm Millerite, los yog cov Yudais hauv keeb kwm ntawm Khetos, raug “txiav tawm” thaum thawj zaug kev poob siab. Thaum Yelemis sawv cev rau tib zaj keeb kwm ntawd, nws raug qhia tias nws yuav tsis muaj hnub rov qab tau mus rau pawg neeg thuam luag, txawm yog lawv kuj yuav rov qab los cuag nws tau yog lawv xaiv siab lees txim.</w:t>
      </w:r>
    </w:p>
    <w:p>
      <w:pPr>
        <w:pStyle w:val="ArticleBody"/>
        <w:jc w:val="left"/>
      </w:pPr>
      <w:r>
        <w:rPr>
          <w:rFonts w:ascii="Times New Roman" w:hAnsi="Times New Roman" w:eastAsia="Times New Roman" w:cs="Times New Roman"/>
        </w:rPr>
        <w:t>Txij hnub tim 18 Lub Xya hli ntuj, 2020 mus txog rau txoj cai hnub Sunday, tus Tswv yuav sau Nws haiv neeg ntawm hnub kawg ua ke zaum ob. Nws sau lawv los ntawm thoob plaws ntiajteb, nyob rau hauv ib lub sijhawm uas Nws tab tom ua kom tiav Nws tes haujlwm tag nrho rau saum Yudas thiab Yeluxalees. Nyob rau lub sijhawm muab lub cim ntim ntawd, Vajtswv haiv neeg ntawm hnub kawg yuav nyob ntsiag to thiab tsis muaj npe nrov, los lawv yeej yuav raug ntsib los ntawm ib txoj kev koom siab peb txheej uas tawm tsam lawv tes haujlwm.</w:t>
      </w:r>
    </w:p>
    <w:p>
      <w:pPr>
        <w:pStyle w:val="ArticleBody"/>
        <w:jc w:val="left"/>
      </w:pPr>
      <w:r>
        <w:rPr>
          <w:rFonts w:ascii="Times New Roman" w:hAnsi="Times New Roman" w:eastAsia="Times New Roman" w:cs="Times New Roman"/>
        </w:rPr>
        <w:t>Kev Kab Ntseeg Kas Tos Liv yog tus tsiaj qus ntawm kev koom ua peb ceg, thiab ib tug ntawm nws cov ntxhais yog pawg uas Muam White qhia tias yog lub koom txoos npe xwb. Lawv sawv cev rau tus yaj saub cuav. Cov Advenis Laodikea npe xwb, uas Yudas sawv cev rau, yog tus zaj hauv daim duab sawv cev no. Kev ntxeev siab xyoo 1863 raug ua piv txwv los ntawm kev ntxeev siab ntawm cov Yixayee thaum ub ntawm thawj Kades, thaum lawv xaiv tsis lees yuav zaj lus ntawm Yausua thiab Kalexas thiab rov qab mus rau tim Iyi tebchaws. Iyi tebchaws yog ib lub cim ntawm tus zaj.</w:t>
      </w:r>
    </w:p>
    <w:p>
      <w:pPr>
        <w:pStyle w:val="ArticleScripture"/>
        <w:jc w:val="left"/>
      </w:pPr>
      <w:r>
        <w:rPr>
          <w:rFonts w:ascii="Times New Roman" w:hAnsi="Times New Roman" w:eastAsia="Times New Roman" w:cs="Times New Roman"/>
        </w:rPr>
        <w:t>Leej Tub, tsa koj lub ntsej muag tawm tsam Falau uas yog vajntxwv kav tebchaws Iziv, thiab cev Vajtswv lus tawm tsam nws, thiab tawm tsam tag nrho tebchaws Iziv: Hais tawm, thiab hais tias, Tus Tswv Vajtswv hais li no; Saib seb, kuv tawm tsam koj, Falau vajntxwv kav tebchaws Iziv, tus zaj loj uas pw hauv nruab nrab nws tej dej ntws, tus uas tau hais tias, Kuv tus dej yog kuv tus kheej li, thiab kuv tau ua nws rau kuv tus kheej. Exekees 29:2, 3.</w:t>
      </w:r>
    </w:p>
    <w:p>
      <w:pPr>
        <w:pStyle w:val="ArticleBody"/>
        <w:jc w:val="left"/>
      </w:pPr>
      <w:r>
        <w:rPr>
          <w:rFonts w:ascii="Times New Roman" w:hAnsi="Times New Roman" w:eastAsia="Times New Roman" w:cs="Times New Roman"/>
        </w:rPr>
        <w:t>Kev txoj kev ntxeev siab ntawm Kades sawv cev rau qhov kev sim zaum kaum hauv ib txheej txheem kev sim siab uas tau coj los txog rau kev raug tsis lees txais thiab kev tuag ntawm haiv neeg uas raug xaiv, cov uas tau raug coj tawm hauv tebchaws Ejiptias, thiab nws yog ib daim qauv ua ntej ntawm qhov kev sim kawg hauv ib txheej txheem kev sim siab uas tau raug coj los rau saum Philadelphian Millerite Adventism rau hnub tim 22 Lub Kaum Hli, 1844 thiab tau xaus nrog kev ntxeev siab xyoo 1863. Thaum kawg kawg ntawm keeb kwm Ixayees thaum ub, cov Yudais “quaj nrov hais tias, ‘Coj nws mus, coj nws mus, muab nws ntsia saum ntoo khaub lig.’ Pilaj hais rau lawv tias, ‘Kuv puas yuav muab nej tus Vajntxwv ntsia saum ntoo khaub lig?’ Cov thawj pov thawj teb tias, ‘Peb tsis muaj vajntxwv tsuas yog Xixas xwb.’” Hauv thawj qhov kev ntxeev siab thiab qhov kev ntxeev siab kawg, cov neeg ntawm txoj kev khi lus qub tau xaiv los txheeb lawv tus kheej nrog ib lub cim ntawm tus zaj (Ejiptias thiab Loos pe hawm dab mlom) ua lawv tus vajntxwv.</w:t>
      </w:r>
    </w:p>
    <w:p>
      <w:pPr>
        <w:pStyle w:val="ArticleBody"/>
        <w:jc w:val="left"/>
      </w:pPr>
      <w:r>
        <w:rPr>
          <w:rFonts w:ascii="Times New Roman" w:hAnsi="Times New Roman" w:eastAsia="Times New Roman" w:cs="Times New Roman"/>
        </w:rPr>
        <w:t>Hnub hnub tim 18 Lub Xya hli ntuj, 2020, cov “yeeb ncuab ntawm Yudas” raug “txiav tawm,” thiab lub tuam tsev ntawm ib puas plaub caug plaub txhiab leej raug tsa los. Tsuas yog yam tseem tshuav xwb yog kom lub tuam tsev raug ntxuav kom huv, ua ntej tus Tubtxib ntawm Txoj Lus Cog Tseg mam li tuaj txog rau Nws lub tuam tsev tam sim ntawd. Lub tuam tsev ntawm keeb kwm Millerite raug txhim tsa hauv plaub caug rau xyoo txij xyoo 1798 mus txog xyoo 1844. Thaum thawj zaug kev poob siab rau hnub tim 19 Lub Plaub Hlis, 1844, cov Protestants raug txiav tawm thiab los ua ib feem ntawm lub tsev sablaj ntawm Xatas, pawg sib txoos ntawm cov neeg thuam thuam, ib tug ntxhais ntawm Loos. Txij ntawm lub sijhawm ntawd mus txog rau hnub tim 22 Lub Kaum Hli Ntuj, 1844, muaj ib txoj haujlwm ntxuav kom huv tshwm sim ua ntej cov neeg ncaj ncees raws Khetos nkag mus rau hauv Qhov Chaw Dawb Huv Tshaj Plaws, kom Nws thiaj ua tiav tes haujlwm ntawm kev txuas Nws txoj Kev Ua Vajtswv nrog lawv txoj kev ua neeg.</w:t>
      </w:r>
    </w:p>
    <w:p>
      <w:pPr>
        <w:pStyle w:val="ArticleBody"/>
        <w:jc w:val="left"/>
      </w:pPr>
      <w:r>
        <w:rPr>
          <w:rFonts w:ascii="Times New Roman" w:hAnsi="Times New Roman" w:eastAsia="Times New Roman" w:cs="Times New Roman"/>
        </w:rPr>
        <w:t>Keeb kwm ntawm lub kub txwj uas yog Protestant tseeb, uas raug sau ua ke zaum ob justo ua ntej txoj cai tsis ncaj ncees, kom lawv thiaj ua tau tus chij uas Vajtswv siv hu Nws pab yaj lwm seem tawm hauv Npanpiloo, tshwm sim nyob rau tib lub sijhawm uas cov kub txwj Republican thiab Protestant uas tau thim kev ntseeg tab tom los sib koom ua ke, ua kev nkauj kev nraug sab ntsuj plig, thiab yog li ntawd thiaj los ua ib cev nqaij, lossis ib lub tuam tsev, uas yog tus duab ntawm tus tsiaj qus. Tib lub sijhawm ntawd, Vajtswv lub tuam tsev kuj tab tom raug tsim los ua tus duab ntawm Khetos.</w:t>
      </w:r>
    </w:p>
    <w:p>
      <w:pPr>
        <w:pStyle w:val="ArticleBody"/>
        <w:jc w:val="left"/>
      </w:pPr>
      <w:r>
        <w:rPr>
          <w:rFonts w:ascii="Times New Roman" w:hAnsi="Times New Roman" w:eastAsia="Times New Roman" w:cs="Times New Roman"/>
        </w:rPr>
        <w:t>Peb yuav txuas ntxiv txoj kev kawm no hauv tsab xov xwm tom ntej.</w:t>
      </w:r>
    </w:p>
    <w:p>
      <w:pPr>
        <w:pStyle w:val="ArticleScripture"/>
        <w:jc w:val="left"/>
      </w:pPr>
      <w:r>
        <w:rPr>
          <w:rFonts w:ascii="Times New Roman" w:hAnsi="Times New Roman" w:eastAsia="Times New Roman" w:cs="Times New Roman"/>
        </w:rPr>
        <w:t>Lo lus uas los cuag Yelemis ntawm tus Tswv, hais tias, Cia li sawv ntawm rooj vag ntawm tus Tswv lub tuam tsev, thiab tshaj tawm lo lus no nyob ntawd, thiab hais tias, Cia li mloog tus Tswv lo lus, nej txhua tus neeg Yudas uas nkag los ntawm cov rooj vag no los pe hawm tus Tswv. Tus Tswv uas muaj hwjchim kav txhua pab tub rog, uas yog cov Yixayee tus Vajtswv, hais li no tias, Cia li kho nej tej kev thiab nej tej dejnum kom ncaj, ces kuv yuav pub nej nyob hauv qhov chaw no. Tsis txhob cia siab rau tej lus dag, hais tias, Tus Tswv lub tuam tsev, tus Tswv lub tuam tsev, tus Tswv lub tuam tsev, yog tej no. Rau qhov yog nej kho nej tej kev thiab nej tej dejnum kom ncaj tiag tiag; yog nej txiav txim ncaj ncees tiag tiag ntawm ib tug neeg thiab nws tus kwv ze; yog nej tsis tsim txom tus neeg txawv tebchaws, tus menyuam ntsuag, thiab tus poj ntsuam, thiab tsis muab cov ntshav uas tsis muaj txim los rauv rau hauv qhov chaw no, thiab tsis taug lwm tus vajtswv ua rau nej tus kheej raug kev piam sij: ces kuv yuav pub nej nyob hauv qhov chaw no, hauv thaj av uas kuv tau muab rau nej tej yawg koob, mus ib txhis tsis kawg. Saib maj, nej cia siab rau tej lus dag, uas tsis muaj txiaj ntsig dabtsi. Nej puas yuav nyiag, tua neeg, deev luag pojniam, cog lus cuav, hlawv xyab rau Npas, thiab taug lwm tus vajtswv uas nej tsis paub; thiab los sawv ntawm kuv xubntiag hauv lub tsev no, uas hu raws li kuv lub npe, thiab hais tias, Peb dim lawm ces ua tau txhua yam kev qias vuab tsuab no? Lub tsev no, uas hu raws li kuv lub npe, puas tau los ua ib lub qhov tsua ntawm cov tub sab hauv nej qhov muag? Saib maj, txawm yog kuv los kuj tau pom lawm, tus Tswv hais li.</w:t>
      </w:r>
    </w:p>
    <w:p>
      <w:pPr>
        <w:pStyle w:val="ArticleScripture"/>
        <w:jc w:val="left"/>
      </w:pPr>
      <w:r>
        <w:rPr>
          <w:rFonts w:ascii="Times New Roman" w:hAnsi="Times New Roman" w:eastAsia="Times New Roman" w:cs="Times New Roman"/>
        </w:rPr>
        <w:t>Tiamsis nej mus rau qhov chaw uas yog kuv qhov chaw nyob hauv Shiloh, qhov chaw uas thaum chiv thawj kuv tau tsa kuv lub npe rau ntawd, thiab saib seb kuv tau ua dabtsi rau qhov chaw ntawd vim yog txojkev phem ntawm kuv haiv neeg Ixayees. Thiab nimno, vim nej tau ua txhua yam haujlwm no lawm, tus Tswv hais li no, thiab kuv tau hais rau nej, sawv ntxov ntxov thiab hais, los nej tsis mloog; thiab kuv tau hu nej, los nej tsis teb; Yog li ntawd kuv yuav ua rau lub tuam tsev no, uas hu raws li kuv lub npe, uas nej ntseeg siab rau, thiab rau qhov chaw uas kuv tau muab rau nej thiab rau nej tej yawg koob, ib yam li kuv tau ua rau Shiloh. Thiab kuv yuav ntiab nej tawm ntawm kuv xubntiag mus, ib yam li kuv tau ntiab tag nrho nej cov kwv tij, yog nrho cov xeeb ntxwv ntawm Efa-i. Yog li ntawd, txhob thov Vajtswv rau haiv neeg no, thiab txhob tsa suab quaj los sis kev thov rau lawv, thiab txhob ua tus sawv cev thov rau kuv: rau qhov kuv yuav tsis mloog koj. Koj tsis pom lawv ua dabtsi hauv tej nroog Yudas thiab hauv tej kev ntawm Yeluxalees lod? Yelemis 7:1–17.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Ib Puas Cuaj Caug Xya</dc:title>
  <dc:subject>Kev Qhib Tshwm Los ntawm Yaj Saub Teev Tseg: Khetos Qhov Kev Sib Sau Zaum Ob thiab Lub Luag Haujlwm Eschatological ntawm Islam hauv Zaj Lus Qhia ntawm Tshwm Sim</dc:subject>
  <dc:creator>Jeff Pippenger</dc:creator>
  <cp:keywords/>
  <dc:description>Generated by ArticleDigger from daniel\197_daniel.json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