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Cuaj Caug Yim</w:t>
      </w:r>
    </w:p>
    <w:p>
      <w:pPr>
        <w:pStyle w:val="ArticleSubtitle"/>
        <w:jc w:val="left"/>
      </w:pPr>
      <w:r>
        <w:rPr>
          <w:rFonts w:ascii="Arial" w:hAnsi="Arial" w:eastAsia="Arial" w:cs="Arial"/>
        </w:rPr>
        <w:t>Kev Sib Sau Uas Los Ntawm Vajtswv thiab Kev Sib Haum Hauv Lus Qhia Yaj Saub: Lub Luag Haujlwm ntawm 144,000 nyob hauv Txheej Txheem Eschatological ntawm Daniel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Peb tab tom muab txoj kab ntawm papacy, txoj kab ntawm Republicanism uas tau poob kev ntseeg, txoj kab ntawm Protestantism uas tau poob kev ntseeg, thiab txoj kab ntawm ib puas plaub caug plaub txhiab, tso rau hauv zaj keeb kwm zais cia ntawm nqe plaub caug hauv Daniyees tshooj kaum ib. Tam sim no peb tab tom hais txog tias Khetos sau Nws haiv neeg ob zaug, thiab txhua yam piv txwv ntawm kev sau Nws haiv neeg zaum ob sawv cev rau txoj txheej txheem kawg ntawm kev muab lub cim kaw ntawm ib puas plaub caug plaub txhiab.</w:t>
      </w:r>
    </w:p>
    <w:p>
      <w:pPr>
        <w:pStyle w:val="ArticleBody"/>
        <w:jc w:val="left"/>
      </w:pPr>
      <w:r>
        <w:rPr>
          <w:rFonts w:ascii="Times New Roman" w:hAnsi="Times New Roman" w:eastAsia="Times New Roman" w:cs="Times New Roman"/>
        </w:rPr>
        <w:t>Thaum lub cim ntuj ceeb tsheej nqes los hauv ib txoj kab kho dua tshiab, ces tus Tswv thiaj sau ib haiv neeg uas raug xaiv los ua ke, thiab tom qab ntawd lawv raug sim. Thaum txheej txheem kev sim no xaus lawm, yuav muaj kev tawg khiav mus nyob ua ntiav, thiab tom qab ntawd Nws rov sau cov neeg raug xaiv ntawd ua ke zaum ob, txawm li cas los xij coob leej raug tso tseg vim lawv tsis dhau txheej txheem kev sim ntawd. Khetos pib sau Nws cov thwjtim ua ke thaum Nws ua kevcai raus dej, thiab ntawm tus ntoo khaublig cov thwjtim thiaj tawg khiav mus nyob ua ntiav. Tom qab Nws sawv hauv qhov tuag rov los lawm, Nws rov sau Nws cov thwjtim ua ke zaum ob ua ntej txog Hnub Peetekos. Txoj kab no qhia tias ib zaug kev sau ua ke zaum ob raug ua tiav rau saum ib puas plaub caug plaub txhiab leej ua ntej txoj cai Hnub Caiv, uas raug ua qauv los ntawm Hnub Peetekos. Tus ntoo khaublig qhia txog ib qho kev chim siab, uas tom qab ntawd yog kev rov sau ua ke zaum ob.</w:t>
      </w:r>
    </w:p>
    <w:p>
      <w:pPr>
        <w:pStyle w:val="ArticleBody"/>
        <w:jc w:val="left"/>
      </w:pPr>
      <w:r>
        <w:rPr>
          <w:rFonts w:ascii="Times New Roman" w:hAnsi="Times New Roman" w:eastAsia="Times New Roman" w:cs="Times New Roman"/>
        </w:rPr>
        <w:t>Qhov kev sib sau zaum ob tom qab tus ntoo khaub lig tau pib thaum Khetos nqis los tom qab Nws mus ntsib Nws Leej Txiv tom qab Nws sawv hauv qhov tuag rov los. Thaum tus cim saum ntuj nqis los, Vajtswv haiv neeg yuav tsum noj txoj xov ntawd, thiab tom qab Khetos nqis los lawm, Nws tau noj mov nrog cov thwj tim.</w:t>
      </w:r>
    </w:p>
    <w:p>
      <w:pPr>
        <w:pStyle w:val="ArticleScripture"/>
        <w:jc w:val="left"/>
      </w:pPr>
      <w:r>
        <w:rPr>
          <w:rFonts w:ascii="Times New Roman" w:hAnsi="Times New Roman" w:eastAsia="Times New Roman" w:cs="Times New Roman"/>
        </w:rPr>
        <w:t>Thiab tau muaj tias, thaum nws nrog lawv zaum noj mov, nws txawm muab mov ci los, foom koob hmoov rau nws, thiab lov, ces muab rau lawv. Ces lawv ob lub qhov muag qhib hlo, thiab lawv thiaj paub nws; hos nws ploj ntawm lawv xub ntiag lawm. Lukas 24:30, 31.</w:t>
      </w:r>
    </w:p>
    <w:p>
      <w:pPr>
        <w:pStyle w:val="ArticleBody"/>
        <w:jc w:val="left"/>
      </w:pPr>
      <w:r>
        <w:rPr>
          <w:rFonts w:ascii="Times New Roman" w:hAnsi="Times New Roman" w:eastAsia="Times New Roman" w:cs="Times New Roman"/>
        </w:rPr>
        <w:t>Ntawm qhov kev sib sau zaum ob tom qab tus ntoo khaub lig, Khetos “ua pa foom” tus Vaj Ntsuj Plig Dawb Huv rau saum Nws cov thwjtim.</w:t>
      </w:r>
    </w:p>
    <w:p>
      <w:pPr>
        <w:pStyle w:val="ArticleScripture"/>
        <w:jc w:val="left"/>
      </w:pPr>
      <w:r>
        <w:rPr>
          <w:rFonts w:ascii="Times New Roman" w:hAnsi="Times New Roman" w:eastAsia="Times New Roman" w:cs="Times New Roman"/>
        </w:rPr>
        <w:t>“Tes haujlwm uas Khetos tshuab pa rau saum Nws cov thwj tim kom txais tus Vaj Ntsuj Plig Dawb Huv, thiab pub Nws txoj kev thaj yeeb rau lawv, yog ib yam li ob peb tee dej ua ntej nag loj nplua mias uas yuav raug muab rau hnub Peetekos.” Spirit of Prophecy, volume 3, 243.</w:t>
      </w:r>
    </w:p>
    <w:p>
      <w:pPr>
        <w:pStyle w:val="ArticleBody"/>
        <w:jc w:val="left"/>
      </w:pPr>
      <w:r>
        <w:rPr>
          <w:rFonts w:ascii="Times New Roman" w:hAnsi="Times New Roman" w:eastAsia="Times New Roman" w:cs="Times New Roman"/>
        </w:rPr>
        <w:t>Hauv qhov kev sib sau zaum ob tom qab qhov kev poob siab ntawm hnub tim 19 lub Plaub Hlis Ntuj, 1844, Khetos tau thim Nws txhais tes tawm ntawm qhov yuam kev ntawm xyoo 1843.</w:t>
      </w:r>
    </w:p>
    <w:p>
      <w:pPr>
        <w:pStyle w:val="ArticleScripture"/>
        <w:jc w:val="left"/>
      </w:pPr>
      <w:r>
        <w:rPr>
          <w:rFonts w:ascii="Times New Roman" w:hAnsi="Times New Roman" w:eastAsia="Times New Roman" w:cs="Times New Roman"/>
        </w:rPr>
        <w:t>“Cov uas ncaj ncees, uas raug kev poob siab, uas tsis to taub tias vim li cas lawv tus Tswv tsis tau los, tsis raug tso cia nyob hauv qhov tsaus ntuj. Dua ib zaug ntxiv lawv raug coj mus rau lawv phau Vajlugkub kom tshawb nrhiav tej lub sij hawm cev lus faj lem. Tes ntawm tus Tswv raug muab tshem tawm ntawm tej lej, thiab qhov yuam kev raug piav meej. Lawv pom tias tej lub sij hawm cev lus faj lem ntawd ncav cuag xyoo 1844, thiab tib yam pov thawj uas lawv tau nthuav tawm los qhia tias tej lub sij hawm cev lus faj lem xaus rau xyoo 1843, kuj ua pov thawj tias tej ntawd yuav xaus rau xyoo 1844.” Early Writings, 237.</w:t>
      </w:r>
    </w:p>
    <w:p>
      <w:pPr>
        <w:pStyle w:val="ArticleBody"/>
        <w:jc w:val="left"/>
      </w:pPr>
      <w:r>
        <w:rPr>
          <w:rFonts w:ascii="Times New Roman" w:hAnsi="Times New Roman" w:eastAsia="Times New Roman" w:cs="Times New Roman"/>
        </w:rPr>
        <w:t>Thaum lub sij hawm kev chim siab, tus tim tswv thib ob nqis los nrog ib “daim ntawv sau nyob hauv nws txhais tes.”</w:t>
      </w:r>
    </w:p>
    <w:p>
      <w:pPr>
        <w:pStyle w:val="ArticleScripture"/>
        <w:jc w:val="left"/>
      </w:pPr>
      <w:r>
        <w:rPr>
          <w:rFonts w:ascii="Times New Roman" w:hAnsi="Times New Roman" w:eastAsia="Times New Roman" w:cs="Times New Roman"/>
        </w:rPr>
        <w:t>“Muaj ib tug timtswv muaj hwjchim loj dua raug txib kom nqis los rau lub ntiajteb. Yexus tau muab ib daim ntawv sau rau hauv nws txhais tes, thiab thaum nws los txog rau lub ntiajteb, nws qw nrov hais tias, ‘Npanpiloo poob lawd, poob lawd.’” Early Writings, 247.</w:t>
      </w:r>
    </w:p>
    <w:p>
      <w:pPr>
        <w:pStyle w:val="ArticleBody"/>
        <w:jc w:val="left"/>
      </w:pPr>
      <w:r>
        <w:rPr>
          <w:rFonts w:ascii="Times New Roman" w:hAnsi="Times New Roman" w:eastAsia="Times New Roman" w:cs="Times New Roman"/>
        </w:rPr>
        <w:t>Txoj kev sim uas tau pib nrog kev los txog ntawm tus tim tswv thib ob, tau xaus rau hauv lub rooj sib tham pw hav zoov Exeter thaum Vaj Ntsuj Plig Dawb Huv raug muab nchuav los, thiab txoj xov tau mus zoo li nthwv dej hiav txwv loj. Txoj kev sim ntawd tau raug txheeb qhia meej tom qab tus ntoo khaub lig thaum lub sijhawm mus txog rau kev nchuav tawm ntawm Vaj Ntsuj Plig Dawb Huv rau hnub Pentekos tau raug ua ntej los ntawm ib ntu tsib caug hnub, uas rov muaj los ntawm ib ntu plaub caug hnub, tom qab ntawd yog ib ntu kaum hnub uas tau xaus rau hnub Pentekos.</w:t>
      </w:r>
    </w:p>
    <w:p>
      <w:pPr>
        <w:pStyle w:val="ArticleScripture"/>
        <w:jc w:val="left"/>
      </w:pPr>
      <w:r>
        <w:rPr>
          <w:rFonts w:ascii="Times New Roman" w:hAnsi="Times New Roman" w:eastAsia="Times New Roman" w:cs="Times New Roman"/>
        </w:rPr>
        <w:t>“Vajtswv haiv neeg yuav tsum niaj hnub tsa siab cuag Nws hauv kev thov Vajtswv. Yog tom qab cov thwjtim thaum chiv thawj tau siv kaum hnub hauv kev thov khawv, tom qab txhua yam kev sib txawv twb raug muab tshem tawm lawm, thiab lawv tau koom siab ua ke hauv kev tshuaj xyuas lub siab tob tob, thiab hauv kev lees txim thiab muab kev txhaum pov tseg, thiab hauv kev los sib koom ze rau hauv kev sib raug zoo dawb huv, ces tus Vaj Ntsuj Plig Dawb Huv thiaj los rau saum lawv, thiab Khetos tej lus cog tseg thiaj tau tiav. Muaj ib qho kev nchuav los saum ntuj los ntawm tus Vaj Ntsuj Plig uas hwjchim kawg nkaus heev. Dheev muaj ib lub suab nrov los saum ntuj, zoo li cua hlob muaj zog tabtom tshuab tuaj, thiab nws puv nkaus lub tsev uas lawv zaum nyob hauv. ‘Thiab tib hnub ntawd muaj kwv lam peb txhiab tus ntsuj plig raug ntxiv los nrog lawv.’ Review and Herald, March 11, 1909.”</w:t>
      </w:r>
    </w:p>
    <w:p>
      <w:pPr>
        <w:pStyle w:val="ArticleBody"/>
        <w:jc w:val="left"/>
      </w:pPr>
      <w:r>
        <w:rPr>
          <w:rFonts w:ascii="Times New Roman" w:hAnsi="Times New Roman" w:eastAsia="Times New Roman" w:cs="Times New Roman"/>
        </w:rPr>
        <w:t>Thaum lub sijhawm plaub caug hnub ntawd, Khetos nyob nrog lawv qhia cov thwjtim, thiab tom qab ntawd Nws thiaj nce mus saum ntuj. Kaum hnub uas ua raws ntawd yog ib lub sijhawm npaj ua ntej kev txhawv los ntawm tus Vaj Ntsuj Plig Dawb Huv rau hnub Peetekos. Plaub caug hnub ntawm kev qhuab qhia uas ua raws tom qab tus ntoo khaub lig ntawd sib haum nrog Plaub Hlis 19, 1844 mus txog rau thaum pib ntawm Exeter camp meeting rau Lub Yim Hli 12, 1844. Kaum hnub uas ua ntej Peetekos ntawd sawv cev rau Lub Yim Hli 12 txog 17, 1844, thaum cov Millerites koom ua ib lub siab rau ntawm txoj xov ntawm Kev Quaj Qhia Thaum Ib Tag Hmo uas Samuel Snow coj los. Hauv lub camp meeting ntawd muaj ob pab neeg raug qhia tawm, thiab tsuas yog ib pab thiaj txais tau kev txhawv los ntawm Peetekos thaum xaus lub rooj sib txoos ntawd. Hauv lub sijhawm ntawd uas raug sawv cev los ntawm plaub caug hnub, ib pab neeg tau txais kev qhuab qhia, hos lwm pab neeg tsis kam txais kev qhuab qhia ntawd. Thaum Kev Quaj Qhia Thaum Ib Tag Hmo los txog, ib pab neeg muaj roj, hos lwm pab tsis muaj.</w:t>
      </w:r>
    </w:p>
    <w:p>
      <w:pPr>
        <w:pStyle w:val="ArticleScripture"/>
        <w:jc w:val="left"/>
      </w:pPr>
      <w:r>
        <w:rPr>
          <w:rFonts w:ascii="Times New Roman" w:hAnsi="Times New Roman" w:eastAsia="Times New Roman" w:cs="Times New Roman"/>
        </w:rPr>
        <w:t>“‘Thaum tus nraug vauv tseem ncua sij hawm, lawv txhua tus txawm tsaug zog thiab pw tsaug zog.’ Los ntawm qhov uas tus nraug vauv ncua sij hawm no, yog sawv cev rau lub sij hawm uas neeg tau cia siab tias tus Tswv yuav los, rau txoj kev poob siab, thiab rau qhov uas zoo nkaus li muaj kev qeeb. Nyob rau lub sij hawm tsis paub tseeb no, txoj kev txaus siab ntawm cov uas ntseeg ntog saum npoo thiab cov uas ib nrab siab ib nrab ntsws txawm pib yoj yees, thiab lawv tej kev siv zog txawm txo nqis; tiam sis cov uas lawv txoj kev ntseeg tau raug tsa saum kev paub tus kheej txog phau Vajlugkub, lawv muaj ib lub pob zeb nyob hauv qab lawv ko taw, uas nthwv dej ntawm txoj kev poob siab ntxuav tsis tau mus. ‘Lawv txhua tus txawm tsaug zog thiab pw tsaug zog;’ ib pab nyob hauv kev tsis quav ntsej thiab kev tso tseg lawv txoj kev ntseeg, hos lwm pab ua siab ntev tos mus txog thaum muaj qhov kaj meej dua raug muab pub. Los xij, hauv hmo ntuj ntawm txoj kev sim siab, pab tom kawg ntawd zoo li poob qee feem ntawm lawv txoj kev kub siab thiab kev fij siab. Cov uas ib nrab siab ib nrab ntsws thiab ntseeg ntog saum npoo tsis muaj peev xwm vam khom lawv cov kwv tij txoj kev ntseeg ntxiv lawm. Txhua tus yuav tsum sawv los sis poob rau nws tus kheej.” The Great Controversy, 395.</w:t>
      </w:r>
    </w:p>
    <w:p>
      <w:pPr>
        <w:pStyle w:val="ArticleBody"/>
        <w:jc w:val="left"/>
      </w:pPr>
      <w:r>
        <w:rPr>
          <w:rFonts w:ascii="Times New Roman" w:hAnsi="Times New Roman" w:eastAsia="Times New Roman" w:cs="Times New Roman"/>
        </w:rPr>
        <w:t>Nyob rau hauv kaum hnub uas coj mus txog hnub Pentecost, thiab lub sijhawm ntawm rooj sib txoos hauv Exeter, Khetos tau sau Nws haiv neeg ua ke zaum ob ua ntej cov neeg ntawd yuav coj Nws txoj xov mus rau lub ntiajteb. Thaum tus tim tswv thib peb nqes los rau hnub tim 22 lub Kaum Hli, 1844, pab yaj me tau poob siab dua thiab tawg khiav mus, tiam sis ib lub sijhawm ntawm kev qhuab qhia tau pib rau hnub tim 22 lub Kaum Hli, 1844 thaum Khetos coj Nws haiv neeg nkag mus rau hauv Chaw Dawb Huv Tshaj Plaws. Xyoo 1849, tus Tswv tau ncab Nws txhais tes zaum ob kom rov sau ua ke cov neeg uas Nws twb tau sau tawm ntawm kev poob siab ntawm hnub tim 19 lub Plaub Hlis thiab 22 lub Kaum Hli, 1844.</w:t>
      </w:r>
    </w:p>
    <w:p>
      <w:pPr>
        <w:pStyle w:val="ArticleBody"/>
        <w:jc w:val="left"/>
      </w:pPr>
      <w:r>
        <w:rPr>
          <w:rFonts w:ascii="Times New Roman" w:hAnsi="Times New Roman" w:eastAsia="Times New Roman" w:cs="Times New Roman"/>
        </w:rPr>
        <w:t>Xyoo 1844, lo lus qhuab qhia ntawd yog hais txog txoj xov uas tus timtswv thib peb tuav hauv nws txhais tes thaum nws nqis los, tiam sis nyob rau hauv “lub sij hawm ntawm kev ua xyem xyav thiab kev tsis paub tseeb” uas tau raws tom qab txoj kev chim siab loj ntawd, coob leej tau plam lawv txoj kev. Txog xyoo 1849, tes haujlwm ntawm kev sib sau pab yaj me me uas tawg khiav tas tau raug pib, tiam sis yam uas keeb kwm ntawd tau ua duab qhia yog txoj kev swb ntawm xyoo 1863, thiab thawj Kadesh rau cov Yixayee niaj hnub no. Txoj kev yeej yav tom ntej ntawm ib puas plaub caug plaub txhiab leej thiab lawv tes haujlwm ntawm Kadesh thib ob tau raug ncua tseg.</w:t>
      </w:r>
    </w:p>
    <w:p>
      <w:pPr>
        <w:pStyle w:val="ArticleBody"/>
        <w:jc w:val="left"/>
      </w:pPr>
      <w:r>
        <w:rPr>
          <w:rFonts w:ascii="Times New Roman" w:hAnsi="Times New Roman" w:eastAsia="Times New Roman" w:cs="Times New Roman"/>
        </w:rPr>
        <w:t>Thaum tus Tswv nqes los rau hnub Cuaj Hlis 11, 2001, Nws tau sib sau Nws haiv neeg ntawm hnub kawg, pub Nws tej mov sab ntsuj plig rau lawv noj, tshuab Nws tus Ntsuj Plig rau saum cov neeg ntawd thaum Nws pib txau nag lig, thiab Nws kuj tau pib ib txoj kev sim siab uas coj mus txog rau hnub Xya Hli 18, 2020, thaum Nws haiv neeg ntawm hnub kawg tau poob siab thiab tawg ua pab ua pawg. Tau peb hnub thiab ib nrab lawv tuag pw hauv txoj kev. Ob qho tib si, peb hnub thiab ib nrab ntawd, thiab lub sijhawm plaub caug hnub hauv lub caij nyoog ntawm Khetos sawv cev rau ib roob moj sab qhua. Qhov no kuj sawv cev los ntawm lub sijhawm txij hnub Plaub Hlis 19, 1844 mus txog hnub Yim Hli 12, 1844, thiab kuj yog lub sijhawm txij hnub Kaum Hli 22, 1844 mus txog rau 1849.</w:t>
      </w:r>
    </w:p>
    <w:p>
      <w:pPr>
        <w:pStyle w:val="ArticleBody"/>
        <w:jc w:val="left"/>
      </w:pPr>
      <w:r>
        <w:rPr>
          <w:rFonts w:ascii="Times New Roman" w:hAnsi="Times New Roman" w:eastAsia="Times New Roman" w:cs="Times New Roman"/>
        </w:rPr>
        <w:t>Txij thaum Lub Xya hli ntuj, 2023 mus txog rau txoj cai Sunday, uas yog kaum hnub ua ntej Hnub Päntekhos, lub rooj sib txoos pw hav zoov ntawm Exeter txij Lub Yim hli ntuj 12 mus txog Lub Yim hli ntuj 17, thiab lub sijhawm txij 1849 mus txog 1863, txhua yam no sib haum xeeb ib yam nkaus. Lawv sawv cev rau lub sijhawm ntawm kev sau sib sau zaum ob ntawm Vajtswv haiv neeg hnub kawg. Lub sijhawm txij ntawm qhov kev poob siab mus txog rau kev ntws tawm ntawm Vaj Ntsuj Plig Dawb Huv raug faib ua ob ntu sib txawv meej.</w:t>
      </w:r>
    </w:p>
    <w:p>
      <w:pPr>
        <w:pStyle w:val="ArticleBody"/>
        <w:jc w:val="left"/>
      </w:pPr>
      <w:r>
        <w:rPr>
          <w:rFonts w:ascii="Times New Roman" w:hAnsi="Times New Roman" w:eastAsia="Times New Roman" w:cs="Times New Roman"/>
        </w:rPr>
        <w:t>Nyob hauv keeb kwm zais ntawm nqe plaub caug hauv Daniyee tshooj kaum ib, kab ntawm Protestantism uas tau thim txoj kev ntseeg lawm (lub koom txoos uas tsuas muaj npe), kab ntawm Xya-hnub Adventism Laodicea (Adventism uas tsuas muaj npe), kab ntawm Catholicism, thiab kab ntawm Protestantism uas yog tseeb, txhua kab no puav leej raug sawv cev. Plaub kab no qhia txog Protestantism uas yog tseeb nyob hauv kev sib cav nrog ib txoj kev koom ua peb npaug ntawm tus zaj (Yudas), tus tsiaj qus (Catholicism), thiab tus yaj saub cuav (Protestantism uas tau thim txoj kev ntseeg lawm).</w:t>
      </w:r>
    </w:p>
    <w:p>
      <w:pPr>
        <w:pStyle w:val="ArticleBody"/>
        <w:jc w:val="left"/>
      </w:pPr>
      <w:r>
        <w:rPr>
          <w:rFonts w:ascii="Times New Roman" w:hAnsi="Times New Roman" w:eastAsia="Times New Roman" w:cs="Times New Roman"/>
        </w:rPr>
        <w:t>Hauv hauv tib zaj keeb kwm uas zais tib yam ntawd, txoj kab ntawm Republicanism uas tau poob kev ntseeg kuj raug muab ua duab piv txwv thiab. Hauv txoj kab ntawd muaj ib qho kev tsis sib haum xeeb ntawm pawg Democrat (tus zaj) thiab pawg Republican (daim duab ntawm tus tsiaj nyaum) raug sawv cev tawm los. Pawg Republican yuav yog tus coj tawm hauv kev tsim daim duab rau tus tsiaj nyaum, thiab thaum ua li ntawd nws qhia tawm cov yam ntxwv yav tom ntej ntawm tus tsiaj nyaum (lub papacy). Hauv Vajtswv Txojlus, lub papacy, uas yog vajntxwv ntawm qaum teb thiab kuj yog tus tsiaj nyaum, raug muab Tim lyiv teb chaws, (tus zaj) ua nqi zog rau tej haujlwm uas tau ua tiav, vim nws raug Vajtswv siv ua ib yam cuab tam ntawm kev txiav txim.</w:t>
      </w:r>
    </w:p>
    <w:p>
      <w:pPr>
        <w:pStyle w:val="ArticleScripture"/>
        <w:jc w:val="left"/>
      </w:pPr>
      <w:r>
        <w:rPr>
          <w:rFonts w:ascii="Times New Roman" w:hAnsi="Times New Roman" w:eastAsia="Times New Roman" w:cs="Times New Roman"/>
        </w:rPr>
        <w:t>Neeg leej tub ntawm tibneeg, Nebukhanexaj, tus vajntxwv Npanpiloo, tau ua kom nws pab tub rog ua haujlwm hnyav kawg tawm tsam lub nroog Tauj; txhua lub taubhau twb do hau tas, thiab txhua lub xub pwg twb do tawv tas; los nws thiab nws pab tub rog yeej tsis tau nyiaj hli dabtsi ntawm Tauj rau tes haujlwm uas nws tau ua tawm tsam nws ntawd li. Yog li ntawd tus Tswv Vajtswv hais li no tias; Saib maj, kuv yuav muab lub tebchaws Iyi rau Nebukhanexaj, tus vajntxwv Npanpiloo; thiab nws yuav txeeb nws tej pejxeem coob, thiab txeeb nws tej nyiaj txiag uas raug nyiag, thiab txeeb nws tej khoom uas raug txeeb; thiab qhov ntawd yuav yog nyiaj hli rau nws pab tub rog. Kuv tau muab lub tebchaws Iyi rau nws ua nqi zog rau nws tes haujlwm uas nws tau ua tawm tsam nws, vim lawv tau ua haujlwm rau kuv, tus Tswv Vajtswv hais li no. Hnub ntawd kuv yuav ua kom lub kub ntawm tsev neeg Ixayees hlav tuaj, thiab kuv yuav pub rau koj qhib qhov ncauj nyob hauv lawv nruab nrab; thiab lawv yuav paub tias kuv yog tus Tswv. Exekhee 29:18–21.</w:t>
      </w:r>
    </w:p>
    <w:p>
      <w:pPr>
        <w:pStyle w:val="ArticleBody"/>
        <w:jc w:val="left"/>
      </w:pPr>
      <w:r>
        <w:rPr>
          <w:rFonts w:ascii="Times New Roman" w:hAnsi="Times New Roman" w:eastAsia="Times New Roman" w:cs="Times New Roman"/>
        </w:rPr>
        <w:t>Nebuchadnezzar, uas yog tus vajntxwv sab qaum teb hauv nqe ntawd, raug muab lub tebchaws Iziv rau nws ua nws nqi zog; li no nws ua tus qauv qhia tias nyob rau hnub kawg, lub hwjchim papacy raug muab Iziv rau nws, uas yog tus zaj, uas yog kaum tus vajntxwv, yog Koom Haum United Nations, cov uas pom zoo muab lawv lub nceeg vaj xya rau tus tsiaj nyaum ib ntus luv xwb.</w:t>
      </w:r>
    </w:p>
    <w:p>
      <w:pPr>
        <w:pStyle w:val="ArticleScripture"/>
        <w:jc w:val="left"/>
      </w:pPr>
      <w:r>
        <w:rPr>
          <w:rFonts w:ascii="Times New Roman" w:hAnsi="Times New Roman" w:eastAsia="Times New Roman" w:cs="Times New Roman"/>
        </w:rPr>
        <w:t>Thiab kaum kub uas koj tau pom saum tus tsiaj qus, cov no yuav ntxub tus pojniam ntiav, thiab yuav ua kom nws puam tsuaj thiab liab qab, thiab yuav noj nws tej nqaij, thiab hlawv nws nrog hluav taws. Rau qhov Vajtswv tau muab tso rau hauv lawv lub siab kom ua raws li Nws lub siab nyiam, thiab kom lawv sib haum siab, thiab muab lawv lub nceeg vaj rau tus tsiaj qus, mus txog thaum Vajtswv tej lus yuav tiav lawm. Qhia Tshwm 17:16, 17.</w:t>
      </w:r>
    </w:p>
    <w:p>
      <w:pPr>
        <w:pStyle w:val="ArticleBody"/>
        <w:jc w:val="left"/>
      </w:pPr>
      <w:r>
        <w:rPr>
          <w:rFonts w:ascii="Times New Roman" w:hAnsi="Times New Roman" w:eastAsia="Times New Roman" w:cs="Times New Roman"/>
        </w:rPr>
        <w:t>Qhov kev them nqi uas yog yaj saub no kuj raug sawv cev nyob hauv Daniel tshooj kaum ib nqe plaub caug ob thiab.</w:t>
      </w:r>
    </w:p>
    <w:p>
      <w:pPr>
        <w:pStyle w:val="ArticleScripture"/>
        <w:jc w:val="left"/>
      </w:pPr>
      <w:r>
        <w:rPr>
          <w:rFonts w:ascii="Times New Roman" w:hAnsi="Times New Roman" w:eastAsia="Times New Roman" w:cs="Times New Roman"/>
        </w:rPr>
        <w:t>Nws kuj yuav ncab nws txhais tes tawm rau saum cov tebchaws; thiab lub tebchaws Ixayees yuav tsis dim. Daniyees 11:42.</w:t>
      </w:r>
    </w:p>
    <w:p>
      <w:pPr>
        <w:pStyle w:val="ArticleBody"/>
        <w:jc w:val="left"/>
      </w:pPr>
      <w:r>
        <w:rPr>
          <w:rFonts w:ascii="Times New Roman" w:hAnsi="Times New Roman" w:eastAsia="Times New Roman" w:cs="Times New Roman"/>
        </w:rPr>
        <w:t>Txoj kev kav ntawm tus papacy muaj yeej saum lub hwjchim ntawm tus zaj nyob rau lub sijhawm ntawm nag tom qab, rau qhov kev them nqi no raug ua tiav “hauv” “hnub” uas Vajtswv “ua kom lub kub ntawm tsev neeg Ixayees pib txhawv tawm.” Yog nag ntawd thiaj ua kom cov Ixayees ntawm Vajtswv pib txhawv tawm, thiab hnub ntawd tau pib rau lub Cuaj Hlis 11, 2001, uas yog hnub ntawm cua tuaj sab hnub tuaj.</w:t>
      </w:r>
    </w:p>
    <w:p>
      <w:pPr>
        <w:pStyle w:val="ArticleScripture"/>
        <w:jc w:val="left"/>
      </w:pPr>
      <w:r>
        <w:rPr>
          <w:rFonts w:ascii="Times New Roman" w:hAnsi="Times New Roman" w:eastAsia="Times New Roman" w:cs="Times New Roman"/>
        </w:rPr>
        <w:t>Nws yuav ua rau cov uas los ntawm Yakhauj cag ruaj khov: Ixayees yuav tawg paj thiab hlav ntsuag, thiab puv npo lub ntsej muag ntiajteb nrog txiv hmab txiv ntoo. Nws puas tau nplawm nws ib yam li Nws nplawm cov uas nplawm nws? lossis nws puas raug tua raws li txoj kev tua ntawm cov uas raug tua los ntawm nws? Raws li qhov ntsuas, thaum nws hlav tawm tuaj, Koj yuav sib cav nrog nws: Nws txwv Nws cua hlob rau hnub cua tuaj sab hnub tuaj. Vim li no, txoj kev tsis ncaj ntawm Yakhauj yuav raug ntxuav kom dawb huv; thiab qhov no yog tag nrho cov txiv uas tshem nws tej kev txhaum mus; thaum nws ua kom txhua lub pob zeb ntawm lub thaj txi Ntuj zoo li cov pob zeb dawb mos uas raug ntaus tawg ua tej daim, tej vaj lug kub thiab tej mlom yuav tsis sawv nyob ntxiv lawm. Yaxayas 27:6–9.</w:t>
      </w:r>
    </w:p>
    <w:p>
      <w:pPr>
        <w:pStyle w:val="ArticleBody"/>
        <w:jc w:val="left"/>
      </w:pPr>
      <w:r>
        <w:rPr>
          <w:rFonts w:ascii="Times New Roman" w:hAnsi="Times New Roman" w:eastAsia="Times New Roman" w:cs="Times New Roman"/>
        </w:rPr>
        <w:t>Iyiv yog muab rau tus tsiaj nyaum papacy thaum nag tom qab tab tom raug nchuav los. Nag tom qab tau pib tsuag thaum cua tuaj sab hnub tuaj, uas sawv cev rau Islam ntawm txoj kev ceeb thib peb, raug “tsum,” los yog raug txwv, rau lub Cuaj Hlis 11, 2001. Ces nag pib raug ntsuas, (tsuag) rau saum Ixayees thaum lawv pib tawg paj. Thaum txoj cai Hnub Caiv, thaum txoj kev ceeb thib peb rov los dua, nag tom qab raug nchuav los yam tsis muaj kev ntsuas. Nyob nruab nrab ntawm lub Cuaj Hlis 11, 2001 thiab txoj cai Hnub Caiv uas yuav los sai no, “kev tsis ncaj ntawm Yakhauj” raug ntxuav kom dawb, thiab lo lus Henplais txhais ua “ntxuav kom dawb” txhais tias “ua kev theej txhoj rau”. Thaum txoj cai Hnub Caiv, tus tsiaj nyaum papacy raug muab Iyiv (zaj) rau, thaum kaum tus vajntxwv ntawd ua nkauj nraug nrog papacy los ntawm kev tsim ib tug duab thoob ntiajteb ntawm tus tsiaj nyaum.</w:t>
      </w:r>
    </w:p>
    <w:p>
      <w:pPr>
        <w:pStyle w:val="ArticleBody"/>
        <w:jc w:val="left"/>
      </w:pPr>
      <w:r>
        <w:rPr>
          <w:rFonts w:ascii="Times New Roman" w:hAnsi="Times New Roman" w:eastAsia="Times New Roman" w:cs="Times New Roman"/>
        </w:rPr>
        <w:t>Ua ntej txoj cai Hnub Caiv, thaum lub sijhawm muab lub cim ntim rau ib puas plaub caug plaub txhiab leej, lub kub Republican uas tau thim kev ntseeg tsim ib daim duab rau tsiaj nyaum ua ke nrog lub kub Protestant uas tau thim kev ntseeg, thiab hauv txoj kab yaj saub ntawd pawg Republican kov yeej pawg Democratic, vim pawg Democratic yog ib lub hwj chim zaj, hos pawg Republican yog lub hwj chim uas tsim daim duab ntawm lub hwj chim papacy.</w:t>
      </w:r>
    </w:p>
    <w:p>
      <w:pPr>
        <w:pStyle w:val="ArticleBody"/>
        <w:jc w:val="left"/>
      </w:pPr>
      <w:r>
        <w:rPr>
          <w:rFonts w:ascii="Times New Roman" w:hAnsi="Times New Roman" w:eastAsia="Times New Roman" w:cs="Times New Roman"/>
        </w:rPr>
        <w:t>Nyob rau hauv keeb kwm yaj saub ntawm tus tsiaj qus hauv ntiajteb no, qhov kawg ntawm tog Democratic thiab qhov kawg ntawm tog Republican raug qhia kom pom. Ob tog ntawd tsim lub kub ntawm Republicanism, tiamsis lawv qhia txog ib qho kev sib tw sab hauv uas ncav dhau tag nrho keeb kwm ntawm tus tsiaj qus hauv ntiajteb no. Lub kub ntawd (Republican) muaj nyob sab hauv ib daim duab me me ntawm ob lub kub ntawm tus tsiaj qus hauv ntiajteb no.</w:t>
      </w:r>
    </w:p>
    <w:p>
      <w:pPr>
        <w:pStyle w:val="ArticleBody"/>
        <w:jc w:val="left"/>
      </w:pPr>
      <w:r>
        <w:rPr>
          <w:rFonts w:ascii="Times New Roman" w:hAnsi="Times New Roman" w:eastAsia="Times New Roman" w:cs="Times New Roman"/>
        </w:rPr>
        <w:t>Hauv zaj lus tim khawv txog lub nceeg vaj ntawm cov Medes thiab cov Persians, yog lub kub kawg uas sawv los siab dua; thiab pawg nom tswv Democratic yog tus pib ua ntej hauv keeb kwm Asmeskas, tiam sis thaum kawg pawg nom tswv Republican sawv los siab dua thiab yeej kov yeej cov Democrats. Hauv keeb kwm ntawm nag lig, uas tau pib rau lub Cuaj Hlis 11, 2001, cov Democrats uas yog neeg ntiaj teb thoob qab ntuj thiab tau txais kev tshoov siab los ntawm tus zaj sawv los tawm hauv lub qhov taub tsis muaj chaw kawg ntawm Phau Ntawv Qhia Tshwm tshooj kaum ib, thiab tau tua cov Republicans los ntawm kev nyiag qhov kev xaiv tsa xyoo 2020. Lawv tsov rog tawm tsam Trump (thiab cov Republicans) tau pib thaum nws tshaj tawm nws txoj kev sib tw xaiv tsa hauv xyoo 2015, thiab txij ntawd mus nws tsuas yog muaj zog ntxiv thiab hnyav zuj zus xwb.</w:t>
      </w:r>
    </w:p>
    <w:p>
      <w:pPr>
        <w:pStyle w:val="ArticleBody"/>
        <w:jc w:val="left"/>
      </w:pPr>
      <w:r>
        <w:rPr>
          <w:rFonts w:ascii="Times New Roman" w:hAnsi="Times New Roman" w:eastAsia="Times New Roman" w:cs="Times New Roman"/>
        </w:rPr>
        <w:t>Thaum cov Democrats nyiag qhov kev xaiv tsa xyoo 2020 lawm, lawv thiaj tsim tsa cov Pelosi Trials; tab sis thaum Trump tshaj tawm nws qhov kev sib tw zaum peb xyoo 2022, kev ntshai txawm los rau saum cov Democrats, thiab lawv txoj kev npau taws tsuas yog nce ntxiv xwb, ces lawv txawm sawv tawm tsam Trump thiab nws cov neeg txhawb nqa nrog txoj kev chim loj kawg, rau qhov lawv paub tias lawv lub sijhawm tshuav luv. Lawv zoo siab rau nws txoj kev tuag, tab sis thaum nws sawv tsees, kev ntshai loj heev txawm poob los rau saum lawv.</w:t>
      </w:r>
    </w:p>
    <w:p>
      <w:pPr>
        <w:pStyle w:val="ArticleScripture"/>
        <w:jc w:val="left"/>
      </w:pPr>
      <w:r>
        <w:rPr>
          <w:rFonts w:ascii="Times New Roman" w:hAnsi="Times New Roman" w:eastAsia="Times New Roman" w:cs="Times New Roman"/>
        </w:rPr>
        <w:t>Thiab thaum lawv ua tiav lawv zaj lus tim khawv lawm, tus tsiaj nyaum uas nce tawm hauv lub qhov tob tsis muaj qab yuav ua rog tawm tsam lawv, thiab yuav kov yeej lawv, thiab tua lawv. Thiab lawv tej cev tuag yuav pw rau hauv txoj kev ntawm lub nroog loj, uas raws sab ntsuj plig hu ua Xaudoo thiab Iyi tebchaws, qhov chaw uas peb tus Tswv kuj raug ntsia saum ntoo khaub lig thiab. Thiab cov uas tuaj ntawm txhua haiv neeg, thiab txhua xeem, thiab txhua yam lus, thiab txhua lub tebchaws yuav pom lawv tej cev tuag tau peb hnub thiab ib nrab, thiab yuav tsis cia muab lawv tej cev tuag tso rau hauv qhov ntxa. Thiab cov uas nyob saum lub ntiajteb yuav zoo siab xyiv fab rau lawv, thiab lom zem ua kev kaj siab, thiab yuav xa khoom plig rau ib leeg; vim tias ob tug yaj saub no tau tsim txom cov uas nyob saum lub ntiajteb. Thiab tom qab peb hnub thiab ib nrab, Vajtswv tus Ntsuj Plig uas pub txojsia tau nkag los rau hauv lawv, thiab lawv sawv ntsug rau saum lawv ob txhais taw; thiab kev ntshai loj heev poob rau saum cov uas pom lawv. Qhia Tshwm 11:7–11.</w:t>
      </w:r>
    </w:p>
    <w:p>
      <w:pPr>
        <w:pStyle w:val="ArticleBody"/>
        <w:jc w:val="left"/>
      </w:pPr>
      <w:r>
        <w:rPr>
          <w:rFonts w:ascii="Times New Roman" w:hAnsi="Times New Roman" w:eastAsia="Times New Roman" w:cs="Times New Roman"/>
        </w:rPr>
        <w:t>Lub sij hawm uas qhia txog qhov kawg ntawm pawg Democratic yog txij li thaum Biden raug tsa ua thawj tswj hwm xyoo 2021 mus txog thaum Trump raug tsa ua thawj tswj hwm xyoo 2025. Lub sij hawm ntawd tau pib nrog cov Kev Txiav Txim ntawm Pelosi, uas yog yam tsis raws li txoj cai lij choj ib txwm muaj kiag li thiab muaj tus cwj pwm nom tswv xwb tag nrho. Zaj keeb kwm ntawd, uas sawv cev rau txoj kev tuag ntawm tus thawj tswj hwm thib rau txij thaum lub sij hawm kawg hauv xyoo 1989 mus txog rau tus thawj tswj hwm thib yim uas yog ntawm xya tus, tau pib nrog cov kev txiav txim nom tswv (cov Kev Txiav Txim ntawm Pelosi), thiab nws xaus nrog txoj kev tuag ntawm pawg Democratic, thiab ib txheej ob ntawm cov Kev Txiav Txim ntawm Pelosi, thaum cov hom phiaj nom tswv raug muab tig rov qab.</w:t>
      </w:r>
    </w:p>
    <w:p>
      <w:pPr>
        <w:pStyle w:val="ArticleBody"/>
        <w:jc w:val="left"/>
      </w:pPr>
      <w:r>
        <w:rPr>
          <w:rFonts w:ascii="Times New Roman" w:hAnsi="Times New Roman" w:eastAsia="Times New Roman" w:cs="Times New Roman"/>
        </w:rPr>
        <w:t>Daim duab piv txwv ntawm zaj keeb kwm ntawd muaj nyob hauv tshooj kaum ib ntawm Phau Ntawv Qhia Tshwm, uas tau pom nws thawj zaug kev ua tiav hauv Kev Tawm Tsam Fab Kis. Kev Tawm Tsam Fab Kis yog tus qauv keeb kwm qub uas meej tshaj plaws ntawm hom kev ua rog nom tswv uas yog guillotine, uas qhia txog ib pawg kav teb chaws tua lwm pawg kav teb chaws, thiab tom qab ntawd lub hwj chim kav ntawd tib yam ntawd kuj raug muab rhuav tshem thiab raug tsim txom lawv tus kheej.</w:t>
      </w:r>
    </w:p>
    <w:p>
      <w:pPr>
        <w:pStyle w:val="ArticleBody"/>
        <w:jc w:val="left"/>
      </w:pPr>
      <w:r>
        <w:rPr>
          <w:rFonts w:ascii="Times New Roman" w:hAnsi="Times New Roman" w:eastAsia="Times New Roman" w:cs="Times New Roman"/>
        </w:rPr>
        <w:t>Lub sijhawm txij thaum Biden raug tsa thawj zaug thiab cov Pelosi Trials, mus txog rau thaum Trump raug tsa zaum ob thiab kev thim rov qab ntawm cov Pelosi Trials, qhia txog qhov kawg ntawm Democratic party, thiab nws qhia txog thaum Trump rov qab ua dua qhov kev siv ib pawg executive orders uas tau raug ua qauv los ntawm Alien and Sedition Acts. Kev coj los siv ntawm cov executive orders ntawd yuav pib cov Pelosi Trials zaum ob thiab qhia txog qhov pib ntawm lub sijhawm thaum daim duab ntawm tus tsiaj qus pib raug tsim tawm tiag tiag. Lub sijhawm ntawd xaus rau thaum txoj cai Sunday raug yuam kom coj raws, yog li ntawd lub sijhawm ntawd pib nrog cov executive orders uas sib phim nrog Alien and Sedition Acts, thiab xaus nrog txoj cai Sunday. Nyob ntawd yog qhov chaw uas Republican party xaus.</w:t>
      </w:r>
    </w:p>
    <w:p>
      <w:pPr>
        <w:pStyle w:val="ArticleBody"/>
        <w:jc w:val="left"/>
      </w:pPr>
      <w:r>
        <w:rPr>
          <w:rFonts w:ascii="Times New Roman" w:hAnsi="Times New Roman" w:eastAsia="Times New Roman" w:cs="Times New Roman"/>
        </w:rPr>
        <w:t>Ob lub ncua sij hawm uas sawv cev rau qhov xaus ntawm pawg Democratic thiab tom qab ntawd pawg Republican yog muaj kev txuas nrog rau yav tom ntej raws li lus faj lem, thiab raug sawv cev los ntawm ncua sij hawm nees nkaum ob xyoos txij xyoo 1776 mus txog 1798. Lub ncua sij hawm ntawd muaj peb lub cim taw qhia; Daim Ntawv Tshaj Tawm Kev Ywj Pheej hauv 1776, kaum peb xyoos tom qab yog Txoj Cai Lij Choj, thiab tom qab ntawd yog Alien and Sedition Acts ntawm 1798. Peb lub cim taw qhia ntawd nrhiav tau lawv qhov kev ua tiav hauv kab keeb kwm ntawm pawg Democratic thiab Republican, txawm li cas los xij kev siv rau lub cim taw qhia thib ob thiab thib peb nyob rau ntawm ib lub ntsiab lus sib txawv hauv txhua kab keeb kwm.</w:t>
      </w:r>
    </w:p>
    <w:p>
      <w:pPr>
        <w:pStyle w:val="ArticleBody"/>
        <w:jc w:val="left"/>
      </w:pPr>
      <w:r>
        <w:rPr>
          <w:rFonts w:ascii="Times New Roman" w:hAnsi="Times New Roman" w:eastAsia="Times New Roman" w:cs="Times New Roman"/>
        </w:rPr>
        <w:t>Peb yuav piav qhia txog cov cim ciam no thiab lawv tej kev ua tiav nyob rau hauv tshooj ntawv tom ntej.</w:t>
      </w:r>
    </w:p>
    <w:p>
      <w:pPr>
        <w:pStyle w:val="ArticleScripture"/>
        <w:jc w:val="left"/>
      </w:pPr>
      <w:r>
        <w:rPr>
          <w:rFonts w:ascii="Times New Roman" w:hAnsi="Times New Roman" w:eastAsia="Times New Roman" w:cs="Times New Roman"/>
        </w:rPr>
        <w:t>“Muaj tsuas yog ob pab nkaus xwb, Xatas ua hauj lwm nrog nws lub hwj chim nkhaus thiab dag ntxias, thiab los ntawm tej kev ntxias uas muaj zog nws ntes tau txhua tus uas tsis nyob ruaj hauv qhov tseeb, uas tau tig lawv pob ntseg deb ntawm qhov tseeb, thiab tau tig mus rau tej dab neeg cuav. Xatas nws tus kheej tsis tau nyob hauv qhov tseeb, nws yog yam kev tsis ncaj uas zais tob. Los ntawm nws txoj kev ntxias txawj ntse nws muab rau nws tej kev yuam kev uas rhuav tshem tus ntsuj plig muaj lub ntsej muag zoo li qhov tseeb. Hauv no yog lawv lub hwj chim dag ntxias. Yog vim lawv yog qhov cuav uas qog raws qhov tseeb, thiaj ua rau Kev Sib Txuas Nrog Dab, Kev Txawj Ntse Zais (Theosophy), thiab lwm yam kev dag zoo li no tau txais hwj chim loj tshaj tej tib neeg lub siab. Hauv no yog Xatas txoj hauj lwm uas txawj tshaj lij. Nws ua txuj ua tus Cawmseej ntawm tib neeg, tus uas ua zoo rau txhua haiv neeg, thiab li no nws yim yim ntxias nws cov neeg raug tsim txom mus rau kev puas tsuaj.”</w:t>
      </w:r>
    </w:p>
    <w:p>
      <w:pPr>
        <w:pStyle w:val="ArticleScripture"/>
        <w:jc w:val="left"/>
      </w:pPr>
      <w:r>
        <w:rPr>
          <w:rFonts w:ascii="Times New Roman" w:hAnsi="Times New Roman" w:eastAsia="Times New Roman" w:cs="Times New Roman"/>
        </w:rPr>
        <w:t>“Peb raug ceeb toom hauv Vajtswv txoj lus tias kev zov faj tsis tsaug zog yog tus nqi ntawm kev nyab xeeb. Tsuas yog nyob hauv txojkev nqaim ntawm qhov tseeb thiab kev ncaj ncees xwb peb thiaj dim tau ntawm tus kws sim siab lub hwjchim. Tiamsis lub ntiajteb twb raug ntxiab lawm. Xatas siv nws tej txujci los npaj tej tswv yim thiab tej hau kev uas suav tsis txheeb kom ua tiav nws tej hom phiaj. Kev dag zais ntsej muag twb dhau los ua ib yam txuj ci ua kom zoo nkauj rau nws, thiab nws ua haujlwm nyob hauv daim duab zoo li ib tug timtswv uas yog qhov kaj. Tsuas yog Vajtswv lub qhov muag xwb thiaj pom tau nws tej tswv yim los qias neeg lub ntiajteb nrog tej ntsiab cai cuav thiab coj kev puam tsuaj uas saum npoo ntsej muag zoo li yog kev zoo tiag. Nws ua haujlwm txwv kev ywj pheej ntawm kev ntseeg, thiab coj ib hom kev ua qhev los rau hauv lub ntiajteb kev ntseeg. Tej koom haum, tej chaw haujlwm, yog tsis raug Vajtswv lub hwjchim ceev faj khaws cia, yuav ua haujlwm raws li Xatas tej lus txib kom coj tibneeg los nyob hauv tibneeg txoj kev tswjhwm; thiab kev dag ntxias nrog kev ntxeev siab yuav ris tau daim duab zoo li yog kev kub siab rau qhov tseeb, thiab rau kev txhawb nqa Vajtswv lub nceeg vaj. Txhua yam hauv peb txojkev coj ua uas tsis qhib lug npaum li nruab hnub, yog koom rau hauv tej hau kev ntawm tus thawj ntawm kev phem. Nws tej hau kev tseem raug xyaum siv txawm nyob hauv cov Seventh Day Adventists, cov uas lees tias lawv tau txais qhov tseeb uas nce qib lawm.”</w:t>
      </w:r>
    </w:p>
    <w:p>
      <w:pPr>
        <w:pStyle w:val="ArticleScripture"/>
        <w:jc w:val="left"/>
      </w:pPr>
      <w:r>
        <w:rPr>
          <w:rFonts w:ascii="Times New Roman" w:hAnsi="Times New Roman" w:eastAsia="Times New Roman" w:cs="Times New Roman"/>
        </w:rPr>
        <w:t>“Yog tibneeg tawm tsam tej lus ceeb toom uas tus Tswv xa tuaj rau lawv, lawv kuj yuav dhau los ua cov thawj coj hauv tej kev xyaum ua phem thiab; cov neeg zoo li no muab cai rau lawv tus kheej los siv tej cai tshwj xeeb uas yog Vajtswv xwb thiaj muaj—lawv twv ua yam uas Vajtswv nws tus kheej yuav tsis ua hauv kev nrhiav los tswj tibneeg lub siab. Lawv coj lawv tus kheej tej hau kev thiab tej tswv yim los siv, thiab vim lawv tej kev nkag siab yuam kev txog Vajtswv, lawv ua kom lwm tus txoj kev ntseeg hauv qhov tseeb qaug zog, thiab coj tej hauv paus ntsiab lus cuav los nkag los uas yuav ua haujlwm ib yam li keeb xab, ua kom peb tej koom haum thiab tej pawg ntseeg qias thiab puas tsuaj. Txhua yam uas txo tibneeg txoj kev to taub txog kev ncaj ncees, thiab kev ncaj, thiab kev txiav txim yam tsis xaiv ntsej muag, txhua txoj kev npaj lossis lus qhuab qhia twg uas coj Vajtswv cov tibneeg ua haujlwm los nyob hauv qab kev tswj hwm ntawm tibneeg tej siab, yeej ua rau lawv txoj kev ntseeg Vajtswv raug puas tsuaj; nws cais tus ntsuj plig tawm ntawm Vajtswv, rau qhov nws coj mus deb ntawm txoj kev uas muaj kev ncaj ncees thiab kev ua ncaj nraim ruaj khov.”</w:t>
      </w:r>
    </w:p>
    <w:p>
      <w:pPr>
        <w:pStyle w:val="ArticleScripture"/>
        <w:jc w:val="left"/>
      </w:pPr>
      <w:r>
        <w:rPr>
          <w:rFonts w:ascii="Times New Roman" w:hAnsi="Times New Roman" w:eastAsia="Times New Roman" w:cs="Times New Roman"/>
        </w:rPr>
        <w:t>“Vajtswv yuav tsis txiav txim kom pom zoo ib txoj kev npaj twg li uas tibneeg yuav siv los kav los sis tsim txom nws tus kwvtij tibneeg txawm yog me ntsis xwb. Qhov kev cia siab tib yam nkaus rau tibneeg uas poob rau hauv kev txhaum yog tig ntsia rau Yexus, thiab txais yuav nws ua tus Cawmseej tib leeg xwb. Thaum twg tibneeg pib teeb ib txoj cai hlau rau lwm tus tibneeg, thaum twg nws pib muab tibneeg lo rau hauv qauj thiab tsav lawv raws li nws lub siab xav, nws tabtom saib tsis taus Vajtswv, thiab ua rau nws tus kheej tus ntsuj plig, thiab cov ntsuj plig ntawm nws cov kwvtij, raug xwm txheej loj. Tibneeg txhaum tsuas nrhiav tau kev cia siab thiab kev ncaj ncees nyob hauv Vajtswv xwb; thiab tsis muaj ib tug tibneeg twg ncaj ncees ntev dua li thaum nws muaj kev ntseeg hauv Vajtswv, thiab khaws cia txoj kev sib txuas uas muaj sia nrog nws. Ib lub paj hauv teb yuav tsum muaj nws cov cag nyob hauv av; nws yuav tsum muaj huab cua, lwg, nag, thiab tshav ntuj. Nws yuav vam meej tsuas yog thaum nws tau txais tej txiaj ntsig no, thiab txhua yam ntawd puav leej yog los ntawm Vajtswv. Tib yam ntawd rau tibneeg thiab. Peb txais ntawm Vajtswv yam uas pab txhawb txoj sia ntawm tus ntsuj plig. Peb raug ceeb toom kom tsis txhob tso siab rau tibneeg, los sis muab cev nqaij daim tawv ua peb txhais npab. Muaj ib lo lus foom tsis zoo raug tshaj tawm rau txhua tus uas ua li no.”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Cuaj Caug Yim</dc:title>
  <dc:subject>Kev Sib Sau Uas Los Ntawm Vajtswv thiab Kev Sib Haum Hauv Lus Qhia Yaj Saub: Lub Luag Haujlwm ntawm 144,000 nyob hauv Txheej Txheem Eschatological ntawm Daniel 11:40</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