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Peb Caug</w:t>
      </w:r>
    </w:p>
    <w:p>
      <w:pPr>
        <w:pStyle w:val="ArticleSubtitle"/>
        <w:jc w:val="left"/>
      </w:pPr>
      <w:r>
        <w:rPr>
          <w:rFonts w:ascii="Arial" w:hAnsi="Arial" w:eastAsia="Arial" w:cs="Arial"/>
        </w:rPr>
        <w:t>Lub Sijhawm Ntawm Kev Ntshai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Belshazzar txoj kev ntshai rau ntawm tsab ntawv sau uas muaj qhov zais tob ntawd hais txog tsis yog nws txoj kev tuag thiab qhov kawg ntawm lub nceeg vaj thib rau ntawm Vajlugkub txoj lus faj lem xwb, tiam sis tseem hais txog lub ntsiab chaw hauv keeb kwm lus faj lem thaum txoj kev ntshai los kav cov vaj ntxwv ntawm lub ntiajteb. Lawv txoj kev ntshai raug tsim los ntawm “cua tuaj sab hnub tuaj” ntawm Islam. Lawv txoj kev ntshai zoo li ib tug pojniam uas mob yug menyuam, yog li no qhia txog ib qho kev mob uas nce zuj zus mus, uas los nrog kev ceev nrooj ntau zuj zus. Txoj kev ntshai ntawd pib thaum lub “teev” ntawm Belshazzar lub rooj noj mov, txawm yog thaum chiv thawj nws twb tuaj txog rau hnub tim 11 lub Cuaj Hli, 2001 lawm. Txij ntawd mus cua pib swb tawm hauv tes ntawm plaub tug tim tswv uas tab tom tuav lawv cia thaum lub sijhawm muab lub cim rau ib puas plaub caug plaub txhiab leej. Kev quaj ntsuag rau Tyrus uas Ezekiel qhia ntawd txhais kom meej txog Tyrus los ntawm kev nug lo lus nug hauv lus faj lem tias, “Lub nroog twg yuav zoo li Tyrus, zoo li tus uas raug rhuav tshem nyob hauv nruab nrab hiav txwv?”</w:t>
      </w:r>
    </w:p>
    <w:p>
      <w:pPr>
        <w:pStyle w:val="ArticleScripture"/>
        <w:jc w:val="left"/>
      </w:pPr>
      <w:r>
        <w:rPr>
          <w:rFonts w:ascii="Times New Roman" w:hAnsi="Times New Roman" w:eastAsia="Times New Roman" w:cs="Times New Roman"/>
        </w:rPr>
        <w:t>Cov nkoj ntawm Tarshish tau hu nkauj qhuas txog koj hauv koj txoj kev ua lag luam; thiab koj tau puv npo, thiab tau ua kom muaj hwjchim ci ntsa iab heev nyob nruab nrab ntawm tej hiav txwv. Koj cov neeg nquam nkoj tau coj koj mus rau hauv dej loj; cua tuaj sab hnub tuaj tau tsoo koj tawg nyob nruab nrab ntawm tej hiav txwv. Koj tej kev nplua nuj, thiab koj tej kev ncaj ncees ua lag luam, koj tej khoom muag, koj cov neeg caij nkoj, thiab koj cov thawj coj nkoj, koj cov neeg txhim kho tej kab nrib nkoj, thiab cov uas ua hauj lwm nrog koj tej khoom muag, thiab tag nrho koj cov txiv neej ua rog uas nyob hauv koj, thiab hauv tag nrho koj pawg neeg uas nyob nruab nrab ntawm koj, yuav poob mus rau hauv nruab nrab ntawm tej hiav txwv rau hnub uas koj puam tsuaj. Cov zej zog nyob ib ncig yuav co ntawm lub suab qw ntawm koj cov thawj coj nkoj. Thiab txhua tus uas tuav duav nkoj, cov neeg caij nkoj, thiab txhua tus thawj coj nkoj hauv hiav txwv, yuav nqes los ntawm lawv tej nkoj, lawv yuav sawv saum av; thiab lawv yuav ua kom lawv lub suab hnov tawm tsam koj, thiab yuav quaj ntsuag iab heev, thiab yuav pov hmoov av rau saum lawv taub hau, lawv yuav dov lawv tus kheej hauv tshauv; thiab lawv yuav chais lawv tus kheej kom do hau huv si vim yog koj, thiab yuav sia tsho ntxuaj, thiab lawv yuav quaj rau koj nrog kev iab siab hauv lub siab thiab kev quaj ntsuag iab heev. Thiab hauv lawv txoj kev quaj ntsuag lawv yuav tsa ib zaj lus quaj ntsuag rau koj, thiab quaj ntsuag txog koj, hais tias, Lub nroog twg zoo ib yam li Tyrus, zoo li tus uas raug rhuav tshem nyob nruab nrab hiav txwv? Thaum koj tej khoom tawm hauv tej hiav txwv mus, koj tau ua kom ntau haiv neeg puv npo; koj tau ua kom cov vaj ntxwv hauv ntiajteb nplua nuj los ntawm qhov ntau ntawm koj tej kev nplua nuj thiab koj tej khoom muag. Thaum lub sijhawm uas koj yuav raug tej hiav txwv tsoo tawg hauv qhov tob ntawm dej, koj tej khoom muag thiab tag nrho koj pawg neeg hauv nruab nrab ntawm koj yuav poob. Tag nrho cov neeg nyob hauv tej kob yuav xav tsis thoob rau koj, thiab lawv cov vaj ntxwv yuav ntshai heev, lawv lub ntsej muag yuav ntxhov nyo. Cov tub lag luam ntawm cov haiv neeg yuav xuav cem koj; koj yuav ua ib yam txaus ntshai, thiab yuav tsis muaj ntxiv lawm ib txhis. Ezekiel 27:25–36.</w:t>
      </w:r>
    </w:p>
    <w:p>
      <w:pPr>
        <w:pStyle w:val="ArticleBody"/>
        <w:jc w:val="left"/>
      </w:pPr>
      <w:r>
        <w:rPr>
          <w:rFonts w:ascii="Times New Roman" w:hAnsi="Times New Roman" w:eastAsia="Times New Roman" w:cs="Times New Roman"/>
        </w:rPr>
        <w:t>Tyrus yog lub nroog, lossis lub tebchaws uas cov tub lag tub luam hauv ntiajteb quaj ntsuag iab li rau, ces nug hais tias, “lub nroog twg yuav zoo ib yam li Tyrus?” Lawv ua li ntawd nyob rau hauv lub “sijhawm,” thaum lub nroog raug rhuav tshem hauv hiavtxwv. Hauv Tshwmsim tshooj kaum yim, tus niam ntiav ntawm Tyre, uas yog tus niam ntiav ntawm Loos, uas tau ua kev nkauj kev nraug nrog cov vajntxwv hauv ntiajteb thiab raug txheeb tias yog lub nroog loj ntawd uas nws txoj kev txiav txim los txog hauv ib teev, thiab hauv ib hnub. Nws yog lub nroog uas tsa lo lus nug yav tom ntej ntawd tawm ntawm cov vajntxwv thiab cov tub lag tub luam uas quaj ntsuag.</w:t>
      </w:r>
    </w:p>
    <w:p>
      <w:pPr>
        <w:pStyle w:val="ArticleScripture"/>
        <w:jc w:val="left"/>
      </w:pPr>
      <w:r>
        <w:rPr>
          <w:rFonts w:ascii="Times New Roman" w:hAnsi="Times New Roman" w:eastAsia="Times New Roman" w:cs="Times New Roman"/>
        </w:rPr>
        <w:t>Yog li ntawd nws tej xwm txheej yuav los raug nws hauv ib hnub xwb, yog kev tuag, thiab kev quaj ntsuag, thiab kev tshaib kev nqhis; thiab nws yuav raug hlawv tas nrho nrog hluav taws; vim tus Tswv Vajtswv uas txiav txim rau nws yog tus muaj hwjchim loj. Thiab cov vajntxwv hauv ntiajteb, uas tau ua nkauj ua nraug thiab nyob hauv kev lom zem nplua nuj nrog nws, yuav quaj ntsuag rau nws, thiab tu siab quaj rau nws, thaum lawv pom pa taws ntawm nws qhov kev kub nyhiab, sawv deb nroog vim ntshai nws txoj kev tsimtxom, thiab hais tias, Alas, alas, lub nroog loj Babylon ntawd, lub nroog muaj hwjchim ntawd! vim tias hauv ib teev xwb koj txoj kev txiav txim twb los txog lawm. Thiab cov tub lag tub luam hauv ntiajteb yuav quaj thiab tu siab quaj ntsuag rau nws; vim tsis muaj leejtwg yuav lawv tej khoom muag ntxiv lawm: yog tej khoom muag kub, thiab nyiaj, thiab pob zeb muaj nqes, thiab hlaws, thiab ntaub linen zoo, thiab ntaub liab doog, thiab ntaub txhob lo lo ntxhuav, thiab ntaub liab caws pliav, thiab txhua yam ntoo thyine, thiab txhua yam thawv kaus ntxhw, thiab txhua yam thawv ntawm cov ntoo muaj nqes heev, thiab tooj daj, thiab hlau, thiab marble, thiab cinnamon, thiab tej tshuaj tsw qab, thiab tshuaj pleev, thiab frankincense, thiab cawv txiv hmab, thiab roj, thiab hmoov nplej zoo, thiab nplej, thiab tsiaj nyeg, thiab yaj, thiab nees, thiab tsheb nees, thiab qhev, thiab tibneeg tej ntsujplig. Thiab cov txiv hmab txiv ntoo uas koj tus ntsujplig ntshaw heev tau ncaim ntawm koj lawm, thiab txhua yam uas qab ntxiag thiab zoo nkauj tau ncaim ntawm koj lawm, thiab koj yuav nrhiav tsis tau lawv ntxiv lawm kiag li. Cov tub lag tub luam ntawm tej no, cov uas tau nplua nuj los ntawm nws, yuav sawv deb nroog vim ntshai nws txoj kev tsimtxom, quaj thiab quaj ntsuag, thiab hais tias, Alas, alas, lub nroog loj ntawd, uas tau hnav ntaub linen zoo, thiab ntaub liab doog, thiab ntaub liab caws pliav, thiab raug muab kho kom zoo nkauj nrog kub, thiab pob zeb muaj nqes, thiab hlaws! Rau qhov hauv ib teev xwb tej kev nplua nuj loj npaum li ntawd twb ploj tag mus lawm. Thiab txhua tus thawj nkoj, thiab txhua pab neeg hauv nkoj, thiab cov neeg caij nkoj, thiab txhua tus uas ua lag luam hauv hiavtxwv, sawv deb nroog, thiab qw thaum lawv pom pa taws ntawm nws qhov kev kub nyhiab, hais tias, Lub nroog twg thiaj zoo ib yam li lub nroog loj no! Thiab lawv muab plua tshauv pov saum lawv tej taubhau, thiab qw, quaj thiab quaj ntsuag, hais tias, Alas, alas, lub nroog loj ntawd, uas txhua tus uas muaj nkoj hauv hiavtxwv tau nplua nuj vim nws txoj kev kim heev! vim tias hauv ib teev xwb nws twb raug muab ua puam tsuaj lawm. Qhia Tshwm 18:8–19.</w:t>
      </w:r>
    </w:p>
    <w:p>
      <w:pPr>
        <w:pStyle w:val="ArticleBody"/>
        <w:jc w:val="left"/>
      </w:pPr>
      <w:r>
        <w:rPr>
          <w:rFonts w:ascii="Times New Roman" w:hAnsi="Times New Roman" w:eastAsia="Times New Roman" w:cs="Times New Roman"/>
        </w:rPr>
        <w:t>Kev qhib tawm ntawm Tshwm Sim ntawm Yexus Khetos muaj nrog rau zaj xov ntawm Kev Quaj Thaum Nruab Nrab Hmo Ntuj. Zaj xov ntawd yog zaj lus faj lem thib ob ntawm Exekees peb caug xya uas coj cov pob txha qhuav tuag uas tau pw nthuav nyob hauv tej kev tau peb hnub ib nrab rov muaj txojsia los ua ib pab tub rog muaj hwjchim loj. Zaj xov ntawd yog zaj xov uas muaj nrog rau qhov tseeb tias yog Islam uas tus Tswv siv los coj txoj kev txiav txim ua tiav los rau saum Tebchaws Meskas vim yog kev yuam kom hwm Hnub Caiv. Txoj kev txiav txim ntawd los txog hauv “teev” ntawm av qeeg loj, uas kuj yog “teev” uas cov ntawv sau ntawm txhais tes tau tshwm los rau saum Belshazzar phab ntsa. Cov ntawv sau ntawd ua rau muaj kev ntshai, uas raug sawv cev tias los tuav tag nrho cov vajntxwv thiab cov tub lag luam thaum lub qauv kev khwv nyiaj txiag ntawm lub ntiajteb no raug rhuav nqis los ntawm “cua sab hnub tuaj” ntawm Islam, cov uas tau nyiag nkag mus rau hauv Belshazzar lub nceeg vaj, dhau ntawm phab ntsa qis “wall” rau sab qab teb uas raug tsis quav ntsej.</w:t>
      </w:r>
    </w:p>
    <w:p>
      <w:pPr>
        <w:pStyle w:val="ArticleBody"/>
        <w:jc w:val="left"/>
      </w:pPr>
      <w:r>
        <w:rPr>
          <w:rFonts w:ascii="Times New Roman" w:hAnsi="Times New Roman" w:eastAsia="Times New Roman" w:cs="Times New Roman"/>
        </w:rPr>
        <w:t>“lub nroog” lossis lub nceeg vaj uas cov vajntxwv thiab cov tub lag tub luam quaj ntsuag txog, thiab nug hais tias, “lub nroog twg yuav zoo li lub nroog loj no,” ntawd yog lub nceeg vaj ntawm tus niam ntiav ntawm Tylesauj, uas thaum ntawd tseem hu nkauj nws tej nkauj thiab ua nkauj ua nraug nrog cov vajntxwv ntawd tib si. Txhua tus yaj saub hais txog lub ntiajteb kawg, thiab lawv sib haum nrog ib leeg; yog li ntawd, Exekhees cov tub lag tub luam yog tib cov tub lag tub luam uas nyob hauv Tshwm Sim tshooj kaum yim. Peb zaug hauv Tshwm Sim tshooj kaum yim lawv quaj hais tias, “alas, alas,” thaum lub nroog loj thiab lub qauv nyiaj txiag ntawm ntiajteb no raug rhuav tshem pov tseg. Lo lus Kili uas txhais ua “alas,” hauv nqe ntawd, yog tib lo lus uas raug txhais peb zaug hauv Tshwm Sim tshooj yim nqe kaum peb, uas nyob ntawd raug txhais ua lwm lo lus Askiv txawv.</w:t>
      </w:r>
    </w:p>
    <w:p>
      <w:pPr>
        <w:pStyle w:val="ArticleScripture"/>
        <w:jc w:val="left"/>
      </w:pPr>
      <w:r>
        <w:rPr>
          <w:rFonts w:ascii="Times New Roman" w:hAnsi="Times New Roman" w:eastAsia="Times New Roman" w:cs="Times New Roman"/>
        </w:rPr>
        <w:t>Thiab kuv ntsia pom, thiab hnov ib tug timtswv ya hla nruab nrab ntuj ceeb tsheej, qw nrov nrov hais tias, Kev txom nyem, kev txom nyem, kev txom nyem rau cov uas nyob hauv ntiajteb no, vim yog lwm lub suab raj ntawm peb tug timtswv uas tseem yuav tshuab! Tshwm Sim 8:13.</w:t>
      </w:r>
    </w:p>
    <w:p>
      <w:pPr>
        <w:pStyle w:val="ArticleBody"/>
        <w:jc w:val="left"/>
      </w:pPr>
      <w:r>
        <w:rPr>
          <w:rFonts w:ascii="Times New Roman" w:hAnsi="Times New Roman" w:eastAsia="Times New Roman" w:cs="Times New Roman"/>
        </w:rPr>
        <w:t>Cov vajntxwv thiab cov tub lag tub luam tab tom quaj ntsuag txog kev puas tsuaj ntawm lub ntiaj teb txoj kev lag luam nrog cov lus hais tias, “alas, alas,” uas txhais hais tias “woe, woe,” thiab lo lus “Woe” yog ib lub cim ntawm Islam. Qhov kev ntshai uas los kav Belshazzar thiab nws cov nom tswv thaum daim ntawv sau tes tshwm rau saum phab ntsa, yog qhov kev ntshai uas raug tsim los thaum lub qauv kev lag luam ntawm ntiaj teb no raug rhuav tshem los ntawm tej kev tawm tsam txuas mus tsis tu ncua ntawm Islam, uas Vajtswv siv ua Nws lub cuab tam ntawm Nws txoj kev tu xyuas kom coj los ua kom tiav Nws txoj kev txiav txim kawg rau cov uas haus cawv txiv hmab ntawm Babylon, uas yog kev yuam kom hwm hnub Sunday. Qhov tseeb no yog lub ntsiab lus ntawm Yaxayas nees nkaum peb “burden” hais txog tus niam ntiav ntawm “Tyre.”</w:t>
      </w:r>
    </w:p>
    <w:p>
      <w:pPr>
        <w:pStyle w:val="ArticleScripture"/>
        <w:jc w:val="left"/>
      </w:pPr>
      <w:r>
        <w:rPr>
          <w:rFonts w:ascii="Times New Roman" w:hAnsi="Times New Roman" w:eastAsia="Times New Roman" w:cs="Times New Roman"/>
        </w:rPr>
        <w:t>Lub nra hnyav txog lub nroog Tyre. Nej cov nkoj ntawm Tarshish, cia li quaj ntsuag; rau qhov nws raug rhuav tshem pov tseg lawm, tsis tshuav ib lub tsev, tsis tshuav ib qho chaw nkag mus li; xov ntawd raug qhia rau lawv paub ntawm thaj av Chittim tuaj. Nej cov neeg nyob hauv koog povtxwv, cia li nyob twjywm; koj uas cov tub lag luam ntawm Zidon, cov uas hla hiav txwv, tau ua kom puv npo. Thiab saum cov dej dav, noob qoob loo ntawm Sihor, kev sau qoob loo ntawm tus dej, yog nws tej nyiaj txiag los; thiab nws yog chaw ua lag luam rau ntau haiv neeg. Au Zidon, cia li txaj muag; rau qhov hiav txwv twb hais lawm, yog lub zog ntawm hiav txwv hais tias, Kuv tsis mob plab yug menyuam, thiab kuv tsis yug me nyuam los, kuv kuj tsis tu tub hluas, thiab tsis tsa nkauj xwb hlob li. Thaum muaj xov hais txog Egypt li cas, lawv kuj yuav raug kev mob ntxhov kawg nkaus thaum hnov xov txog Tyre ib yam nkaus. Nej cia li hla mus rau Tarshish; nej cov neeg nyob hauv koog povtxwv, cia li quaj ntsuag. Nov puas yog nej lub nroog uas xyiv fab, uas nws keeb kwm los txij thaum ub kawg nkaus? Nws tus kheej ob txhais ko taw yuav coj nws mus deb kom mus nyob txawv teb chaws. Leejtwg yog tus uas tau npaj tej lus txiav txim no tawm tsam Tyre, lub nroog uas muab mom rau luag, uas nws cov tub lag luam yog cov nom tswv, uas nws cov neeg ua luam yog cov muaj koob meej hauv ntiajteb? Tus Tswv uas kav txhua pab tub rog tau teem cia lawm, kom ua qias neeg txhua txoj kev khav theeb ntawm txhua yam koob meej, thiab kom coj txhua tus uas muaj koob meej hauv ntiajteb los rau hauv kev saib tsis taus. Au ntxhais ntawm Tarshish, cia li hla mus thoob koj thaj av ib yam li tus dej; tsis tshuav hwj chim ntxiv lawm. Nws tau ncab nws txhais tes hla saum hiav txwv, nws ua rau tej tebchaws tshee hnyo; Tus Tswv tau tso lus txib tawm tsam lub nroog ua lag luam no, kom rhuav tshem nws tej chaw ruaj khov. Thiab nws hais tias, Au tus nkauj xwb raug tsim txom, ntxhais ntawm Zidon, koj yuav tsis muaj kev xyiv fab ntxiv lawm; cia li sawv tsees, hla mus rau Chittim; txawm nyob ntawd los koj kuj yuav tsis tau so. Saib seb thaj av ntawm cov Chaldeans; haiv neeg no yav tas los tsis tau muaj, txog thaum cov Assyrians tsa nws rau cov uas nyob hauv tebchaws moj sab qhua; lawv tsa nws tej yees, lawv tsa nws tej vaj tsev loj; thiab nws ua kom thaj av ntawd puam tsuaj. Nej cov nkoj ntawm Tarshish, cia li quaj ntsuag; rau qhov nej lub zog raug rhuav tshem lawm. Thiab yuav muaj li no rau hnub ntawd, Tyre yuav raug hnov qab xya caum xyoo, raws li hnub nyoog ntawm ib tug vajntxwv; tom qab xya caum xyoo xaus, Tyre yuav hu nkauj zoo li ib tug pojniam cev xeebtxooj. Koj tus pojniam cev xeebtxooj uas neeg twb hnov qab lawm, cia li nqa rab nkauj, mus ncig thoob lub nroog; ntaus suab qab zib, hu ntau zaj nkauj, kom neeg nco tau koj dua. Thiab yuav muaj li no tom qab xya caum xyoo xaus, tus Tswv yuav tuaj xyuas Tyre, thiab nws yuav rov qab mus nrhiav nws tej nqi zog, thiab yuav ua nkauj ua nraug nrog txhua lub nceeg vaj hauv ntiajteb saum npoo av. Thiab nws tej khoom ua lag luam thiab nws tej nqi zog yuav yog kev dawb huv rau tus Tswv; yuav tsis muab khaws cia thiab tsis muab tseg cia; rau qhov nws tej khoom ua lag luam yuav yog rau cov uas nyob ntawm tus Tswv xub ntiag, kom lawv tau noj txaus npo, thiab tau ris tsho ruaj khov. Yaxayas 23:1–18.</w:t>
      </w:r>
    </w:p>
    <w:p>
      <w:pPr>
        <w:pStyle w:val="ArticleBody"/>
        <w:jc w:val="left"/>
      </w:pPr>
      <w:r>
        <w:rPr>
          <w:rFonts w:ascii="Times New Roman" w:hAnsi="Times New Roman" w:eastAsia="Times New Roman" w:cs="Times New Roman"/>
        </w:rPr>
        <w:t>Xya caum xyoo, uas yog “ib yam li hnub ntawm ib tug vajntxwv,” raug sawv cev los ntawm lub nceeg vaj Npanpiloo, rau qhov vajntxwv yog ib lub nceeg vaj, thiab Npanpiloo tiag tiag tau kav tau xya caum xyoo. Xya caum xyoo ntawm Npanpiloo tiag tiag xaus rau hauv “lub sij hawm” uas tsab ntawv sau los ntawm txhais tes tau tshwm rau saum phab ntsa ntawm Belshazzar lub tsev loj uas nws ua rooj noj rooj haus. Hmo ntawd ntag nws raug tua tuag, los ntawm lub hwjchim uas tuaj los dhau ntawm “phab ntsa” yam tsis muaj neeg pom, rau qhov nws tab tom ua kev lom zem haus cawv txiv hmab ntawm Npanpiloo, thaum Nenpukhanexa tus pab ntaus nkauj tab tom ntaus suab paj nruag, thiab tus niam ntiav ntawm Thee tau hu zaj nkauj qab zib, thiab cov Yixayee uas thim kev ntseeg tau seev cev thiab pe hawm.</w:t>
      </w:r>
    </w:p>
    <w:p>
      <w:pPr>
        <w:pStyle w:val="ArticleBody"/>
        <w:jc w:val="left"/>
      </w:pPr>
      <w:r>
        <w:rPr>
          <w:rFonts w:ascii="Times New Roman" w:hAnsi="Times New Roman" w:eastAsia="Times New Roman" w:cs="Times New Roman"/>
        </w:rPr>
        <w:t>Ces kev ntshai txawm los kav txhua tus uas koom nrog, rau qhov Vajtswv twb “npaj tswv yim tawm tsam Nroog Tais” thiab twb “txiav txim siab” “ua kom lub hwjchim ntawm txhua txoj koob meej raug qias, thiab coj txhua tus uas muaj meej mom hauv ntiajteb los rau hauv kev saib tsis taus.” Vim li ntawd Vajtswv thiaj “ua kom tej tebchaws co” nrog “av qeeg loj” ntawm “lub sijhawm” ntawd, rau qhov Vajtswv twb “muab ib lo lus txib tawm tsam lub nceeg vaj tub lag tub luam, kom rhuav tshem nws tej chaw ruaj khov.” Hauv “lub sijhawm” uas Belshazzar ntshai, cov vajntxwv thiab cov tub lag tub luam txawm pib tshawb nrhiav kom to taub lub ntsiab ntawm cov lus hluav taws uas nyob saum phab ntsa. Kev tuag ntawm Belshazzar twb yuav tshwm sim lawm, tiamsis nyob rau lub sijhawm ntawd nws tseem ciaj sia. Vim li ntawd nws thiaj nrhiav kom to taub cov lus tsis meej ntawd thiab muab nqi zog rau cov neeg txawj ntse yog lawv txhais tau cov ntawv sau ntawd, tiamsis ua tsis tau li, rau qhov cov neeg txawj ntse hauv Npanpiloo siv txoj kev kawm Vajlugkub uas yog kev cuav ntawm qhov tseeb. Cov lus tsis meej ntawd zoo ib yam li yog zaj yog toog pom txog ib phau ntawv uas raug kaw ruaj.</w:t>
      </w:r>
    </w:p>
    <w:p>
      <w:pPr>
        <w:pStyle w:val="ArticleScripture"/>
        <w:jc w:val="left"/>
      </w:pPr>
      <w:r>
        <w:rPr>
          <w:rFonts w:ascii="Times New Roman" w:hAnsi="Times New Roman" w:eastAsia="Times New Roman" w:cs="Times New Roman"/>
        </w:rPr>
        <w:t>Ces txhua tus vajntxwv cov neeg txawj ntse thiaj raug hu los nkag los; tiam sis lawv nyeem tsis tau cov ntawv ntawd, thiab qhia tsis tau rau vajntxwv txog nws qhov kev txhais. Ces vajntxwv Belshazzar txhawj ntshai heev kawg nkaus, nws lub ntsej muag txawm hloov zuj zus, thiab nws cov thawjcoj sawv daws poob siab ntshai tag. Tam sim no, vim yog vajntxwv thiab nws cov thawjcoj tej lus, tus huabtais niam thiaj los rau hauv chav rooj mov. Tus huabtais niam hais tias, Au vajntxwv, thov kom koj muaj sia nyob mus ib txhis; txhob cia koj tej kev xav ua rau koj ntxhov siab, thiab txhob cia koj lub ntsej muag hloov: Muaj ib tug txivneej nyob hauv koj lub tebchaws, uas tus ntsuj plig ntawm cov vajtswv dawb huv nyob hauv nws; thiab nyob rau hnub ntawm koj txiv, muaj qhov kaj, thiab kev nkag siab, thiab kev txawj ntse zoo li kev txawj ntse ntawm cov vajtswv, raug pom nyob hauv nws; tus no yog tus uas vajntxwv Nebuchadnezzar, koj txiv, vajntxwv—kuv hais tias, koj txiv—tau tsa ua tus thawj saib cov kws khawv koob, cov kws saib hnub qub, cov Chaldeans, thiab cov kws twv saib; vim hais tias muaj ib tug ntsuj plig uas zoo tshaj, thiab kev paub, thiab kev nkag siab, thiab kev txhais npau suav, thiab kev qhia tej lus nyuaj, thiab kev daws tej kev tsis meej pem, raug pom nyob hauv tib tug Daniyees ntawd, uas vajntxwv hu ua Belteshazzar: nim no cia hu Daniyees los, ces nws yuav qhia qhov kev txhais. Ces Daniyees thiaj raug coj los sawv ntawm vajntxwv xub ntiag. Vajntxwv hais rau Daniyees tias, Koj puas yog tus Daniyees ntawd, uas yog ib tug ntawm cov neeg Yudas raug ntiab mus poob cev qhev, uas vajntxwv kuv txiv tau coj tawm hauv tebchaws Yudas los? Kuv yeej tau hnov txog koj lawm, tias cov vajtswv tus ntsuj plig nyob hauv koj, thiab tias qhov kaj, thiab kev nkag siab, thiab kev txawj ntse uas zoo tshaj, raug pom nyob hauv koj. Thiab nim no cov neeg txawj ntse thiab cov kws saib hnub qub twb raug coj los rau ntawm kuv xub ntiag lawm, kom lawv nyeem tau cov ntawv no, thiab qhia rau kuv txog nws qhov kev txhais; tiam sis lawv qhia tsis tau qhov kev txhais ntawm yam no li. Thiab kuv tau hnov txog koj, tias koj txawj txhais lus, thiab daws tau tej kev tsis meej pem: nim no yog koj nyeem tau cov ntawv no, thiab qhia rau kuv txog nws qhov kev txhais, koj yuav raug pub kom hnav tsoos liab doog, thiab muaj ib txoj saw kub dai ncig koj caj dab, thiab koj yuav ua tus kav thib peb hauv lub tebchaws. Daniyees 5:8–16.</w:t>
      </w:r>
    </w:p>
    <w:p>
      <w:pPr>
        <w:pStyle w:val="ArticleBody"/>
        <w:jc w:val="left"/>
      </w:pPr>
      <w:r>
        <w:rPr>
          <w:rFonts w:ascii="Times New Roman" w:hAnsi="Times New Roman" w:eastAsia="Times New Roman" w:cs="Times New Roman"/>
        </w:rPr>
        <w:t>Tus poj huab tais hauv vaj ntxwv lub tsev tsis yog Belshazzar tus poj niam, tiam sis yog tus poj huab tais ntawm nws yawg, thiab nws paub tias leejtwg thiaj nyeem tau tej ntawv sau rau saum phab ntsa. Muaj ib pawg ntseeg (vim ib tug poj niam, raws li txoj kev cev Vajtswv lus, yog ib pawg ntseeg), nyob hauv lub nceeg vaj uas paub tias leejtwg thiaj to taub tau tej yam zais cia ntawm Vajtswv.</w:t>
      </w:r>
    </w:p>
    <w:p>
      <w:pPr>
        <w:pStyle w:val="ArticleScripture"/>
        <w:jc w:val="left"/>
      </w:pPr>
      <w:r>
        <w:rPr>
          <w:rFonts w:ascii="Times New Roman" w:hAnsi="Times New Roman" w:eastAsia="Times New Roman" w:cs="Times New Roman"/>
        </w:rPr>
        <w:t>“Hauv lub vaj ntxwv lub loog muaj ib tug pojniam uas muaj tswvyim tshaj lawv txhua tus,—tus huab tais poj koob yawg txwv ntawm Belshazzar. Nyob rau hauv lub sijhawm kub ntxhov no nws hais rau vaj ntxwv nrog tej lus uas xa ib txoj kab kaj los rau hauv qhov tsaus ntuj. Nws hais tias, ‘Au vaj ntxwv, thov kom koj nyob mus ib txhis,’ nws hais tias, ‘txhob cia koj tej kev xav ntxhov koj siab, thiab txhob cia koj lub ntsej muag hloov. Hauv koj lub tebchaws muaj ib tug txivneej uas muaj tus ntsuj plig ntawm cov vajtswv dawb huv nyob hauv nws; thiab nyob rau hauv hnub nyoog ntawm koj txiv muaj qhov kaj, kev nkag siab, thiab tswvyim, zoo li tswvyim ntawm cov vajtswv, tau pom nyob hauv nws; tus uas vaj ntxwv Nebuchadnezzar, koj txiv, tus vaj ntxwv, kuv hais tias, koj txiv, tau tsa ua tus thawj saib xyuas cov khawv koob, cov neeg saib hnub qub, cov Chaldeans, thiab cov kws twv saib; …nimno cia hu Daniel los, thiab nws yuav qhia qhov kev txhais.’”</w:t>
      </w:r>
    </w:p>
    <w:p>
      <w:pPr>
        <w:pStyle w:val="ArticleScripture"/>
        <w:jc w:val="left"/>
      </w:pPr>
      <w:r>
        <w:rPr>
          <w:rFonts w:ascii="Times New Roman" w:hAnsi="Times New Roman" w:eastAsia="Times New Roman" w:cs="Times New Roman"/>
        </w:rPr>
        <w:t>“‘Ces Daniel thiaj raug coj los rau ntawm vajntxwv xub ntiag.’ Ua siab khov kho rau nws tus kheej thiab kom qhia tau nws txoj cai kav, Belshazzar thiaj hais tias, ‘Koj puas yog tus Daniel ntawd, uas yog ib tug ntawm cov neeg Yudas uas raug coj mus ua qhev, uas vajntxwv, kuv txiv, tau coj tawm hauv tebchaws Yudas los? Kuv twb hnov txog koj lawm, tias tus ntsuj plig ntawm cov vajtswv nyob hauv koj, thiab tias qhov kaj, kev to taub, thiab tej kev txawj ntse uas zoo tshaj plaws raug pom muaj nyob hauv koj…. Nim no yog koj nyeem tau cov ntawv sau no, thiab qhia nws lub ntsiab lus rau kuv paub, koj yuav raug muab hnav tsoos liab doog, thiab yuav muaj saw kub dai ncig koj caj dab, thiab yuav ua tus kav thib peb hauv lub nceeg vaj no.’”</w:t>
      </w:r>
    </w:p>
    <w:p>
      <w:pPr>
        <w:pStyle w:val="ArticleScripture"/>
        <w:jc w:val="left"/>
      </w:pPr>
      <w:r>
        <w:rPr>
          <w:rFonts w:ascii="Times New Roman" w:hAnsi="Times New Roman" w:eastAsia="Times New Roman" w:cs="Times New Roman"/>
        </w:rPr>
        <w:t>“Daniyee tsis raug kev ntshai los sis qhuas kawg li ntawm vajntxwv txoj kev zoo li, thiab tsis raug ntxhov siab los sis raug hem los ntawm nws cov lus. Nws teb hais tias, ‘Cia koj tej khoom plig nyob rau koj tus kheej, thiab muab koj tej nqi zog rau lwm tus; txawm li ntawd los kuv yuav nyeem cov ntawv no rau vajntxwv, thiab yuav qhia kom nws paub txog lub ntsiab txhais. Au, vajntxwv, Vajtswv Tus Siab Tshaj Plaws tau pub ib lub tebchaws kav, lub hwjchim loj, lub yeeb koob, thiab lub meej mom rau Nebukhanesas uas yog koj txiv…. Tiamsis thaum nws lub siab raug tsa siab, thiab nws lub tswv yim khov kho hauv txoj kev khav theeb, nws thiaj raug txo tawm ntawm nws lub zwm txwv vajntxwv, thiab lawv tau muab nws lub yeeb koob tshem ntawm nws mus lawm…. Thiab koj uas yog nws tus tub, Au Belshazzar, koj tsis tau txo koj lub siab, txawm yog koj twb paub tag nrho tej no lawm los, tiamsis koj tau tsa koj tus kheej tawm tsam tus Vajtswv saum ntuj; thiab lawv tau nqa tej twj siv hauv Nws lub tuam tsev los rau ntawm koj xub ntiag, thiab koj, thiab koj cov nom tswv, koj tej pojniam, thiab koj tej niam yau, tau haus cawv hauv tej ntawd, thiab koj tau qhuas tej vajtswv nyiaj thiab kub, tooj dag, hlau, ntoo, thiab pob zeb, uas tsis pom, tsis hnov, tsis paub; thiab tus Vajtswv uas koj txoj sia nyob hauv Nws txhais tes, thiab uas txhua txojkev ntawm koj yog Nws tug, koj tsis tau ua kom Nws tau koob meej li.’”</w:t>
      </w:r>
    </w:p>
    <w:p>
      <w:pPr>
        <w:pStyle w:val="ArticleScripture"/>
        <w:jc w:val="left"/>
      </w:pPr>
      <w:r>
        <w:rPr>
          <w:rFonts w:ascii="Times New Roman" w:hAnsi="Times New Roman" w:eastAsia="Times New Roman" w:cs="Times New Roman"/>
        </w:rPr>
        <w:t>“‘Nov yog tej ntawv uas raug sau cia: Mene, Mene, Tekel, Upharsin. Nov yog qhov txhais ntawm lo lus ntawd: Mene: Vajtswv tau suav koj lub tebchaws thiab tau xaus nws lawm. Tekel: Koj raug ntsuas rau hauv cov nplai, thiab raug pom tias tsis txaus. Peres: Koj lub tebchaws raug faib thiab muab rau cov Medes thiab Persians.’</w:t>
      </w:r>
    </w:p>
    <w:p>
      <w:pPr>
        <w:pStyle w:val="ArticleScripture"/>
        <w:jc w:val="left"/>
      </w:pPr>
      <w:r>
        <w:rPr>
          <w:rFonts w:ascii="Times New Roman" w:hAnsi="Times New Roman" w:eastAsia="Times New Roman" w:cs="Times New Roman"/>
        </w:rPr>
        <w:t>“Daniel tsis tau tig mus deb ntawm nws tes dej num. Nws tsa vajntxwv txoj kev txhaum los rau ntawm nws xub ntiag, qhia rau nws txog tej zaj lus qhuab qhia uas nws yeej kawm tau los nws ho tsis kawm. Belshazzar tsis tau mloog tej xwm txheej uas tseem ceeb heev rau nws. Nws tsis tau nyeem nws yawg koob keeb kwm kom raug. Lub luag haujlwm ntawm kev paub qhov tseeb twb raug tso rau saum nws lawm, tiamsis zaj lus qhia uas nws yeej kawm tau thiab coj raws tau ntawd nws tsis tau khaws cia rau hauv siab; thiab nws txoj kev ua thiaj coj tau qhov tshwm sim uas yeej tsis plam li.”</w:t>
      </w:r>
    </w:p>
    <w:p>
      <w:pPr>
        <w:pStyle w:val="ArticleScripture"/>
        <w:jc w:val="left"/>
      </w:pPr>
      <w:r>
        <w:rPr>
          <w:rFonts w:ascii="Times New Roman" w:hAnsi="Times New Roman" w:eastAsia="Times New Roman" w:cs="Times New Roman"/>
        </w:rPr>
        <w:t>“Qhov no yog kev ua koob tsheej khav theeb zaum kawg uas tus vajntxwv Khauladees tau tuav; rau qhov Nws tus uas ua siab ntev rau tib neeg txoj kev nkhaus siab phem, twb tau tshaj tawm txoj kev txiav txim uas hloov tsis tau lawm. Belshazzar tau ua saib tsis taus loj heev rau Tus uas tau tsa nws ua vajntxwv, thiab nws lub sijhawm sim siab raug muab tshem ntawm nws lawm. Thaum tus vajntxwv thiab nws cov nom tswv tseem nyob rau hauv ncov siab tshaj plaws ntawm lawv txoj kev lom zem haus cawv, cov Pawxias txawm hloov dej Euphrates tawm ntawm nws txoj kab dej, thiab taug kev nkag mus rau hauv lub nroog uas tsis muaj neeg zov. Thaum Belshazzar thiab nws cov thawjcoj tseem tab tom haus ntawm tej twj siv dawb huv ntawm Yehauvas, thiab qhuas lawv tej vajtswv nyiaj thiab kub, Cyrus thiab nws cov tub rog twb sawv hauv qab tej phab ntsa ntawm lub vaj loog lawm. ‘Hmo ntawd,’ raws li ntaub ntawv hais tias, ‘Belshazzar uas yog vajntxwv ntawm cov Khauladees raug tua. Thiab Darius tus Medes tau txais lub tebchaws.’” Bible Echo, May 2, 1898.</w:t>
      </w:r>
    </w:p>
    <w:p>
      <w:pPr>
        <w:pStyle w:val="ArticleBody"/>
        <w:jc w:val="left"/>
      </w:pPr>
      <w:r>
        <w:rPr>
          <w:rFonts w:ascii="Times New Roman" w:hAnsi="Times New Roman" w:eastAsia="Times New Roman" w:cs="Times New Roman"/>
        </w:rPr>
        <w:t>Nyob hauv nruab nrab ntawm txoj kev kub ntxhov ntawd, tus poj huab tais (ib pawg ntseeg), tau paub tias muaj ib lub hauv paus uas muaj peev xwm txheeb qhia tau “Future for America.” Daniyees rov qab sawv hauv nws feem dua ib zaug ntxiv kom ua tiav nws lub hom phiaj thaum kawg ntawm tej hnub. Zaj tim khawv ntawm tus chij uas Xadlas, Meshas, thiab Anpenekaus tau muab rau hauv qhov cub hluav taws kub hnyiab, nim no Daniyees muab lawm, raws li nws ntxiv rau kab ntawm qhov tseeb tias hauv “teev” ntawm txoj kev kub ntxhov ntawm txoj cai Sunday, cov uas sawv cev rau tus chij yuav raug coj los rau ntawm cov thawj coj hauv xeev xub ntiag kom ua tim khawv txog qhov tseeb.</w:t>
      </w:r>
    </w:p>
    <w:p>
      <w:pPr>
        <w:pStyle w:val="ArticleScripture"/>
        <w:jc w:val="left"/>
      </w:pPr>
      <w:r>
        <w:rPr>
          <w:rFonts w:ascii="Times New Roman" w:hAnsi="Times New Roman" w:eastAsia="Times New Roman" w:cs="Times New Roman"/>
        </w:rPr>
        <w:t>“‘Lawv yuav muab nej cob rau tej rooj sab laj, … muaj tseeb tiag nej yuav raug coj mus sawv ntawm cov xeev kav thiab cov vajntxwv vim yog kuv, ua timkhawv rau lawv thiab rau lwm haiv neeg.’ Mathais 10:17, 18, R. V. Kev tsim txom yuav nthuav lub teeb. Cov tub qhe ntawm Khetos yuav raug coj mus sawv ntawm cov neeg loj hauv ntiajteb no, uas yog tsis muaj qhov no, tej zaum yuav tsis tau hnov txoj moo zoo li. Qhov tseeb twb raug piav tsis ncaj rau cov neeg no lawm. Lawv twb mloog tej lus liam cuav hais txog txoj kev ntseeg ntawm Khetos cov thwjtim. Feem ntau, tib txoj hau kev uas lawv kawm tau nws tus cwj pwm tseeb yog los ntawm cov lus timkhawv ntawm cov uas raug coj los txiav txim vim lawv txoj kev ntseeg. Thaum raug tshuaj xyuas, lawv raug yuam kom teb, hos lawv cov kws txiav txim raug yuam kom mloog cov lus timkhawv uas raug hais tawm. Vajtswv txoj kev tshav ntuj yuav raug pub rau Nws cov tub qhe kom phim raws lub sijhawm kub ntxhov ntawd. ‘Yuav muab rau nej,’ Yexus hais tias, ‘hauv tib lub sijhawm ntawd yam nej yuav hais. Vim tsis yog nej hais, tiam sis yog nej Leej Txiv tus Ntsuj Plig uas hais hauv nej.’ Thaum Vajtswv tus Ntsuj Plig ci ntsa iab rau hauv lub siab ntawm Nws cov tub qhe, qhov tseeb yuav raug nthuav tawm hauv nws lub hwjchim saum ntuj thiab nws qhov muaj nqis uas muaj nuj nqis heev. Cov uas tsis kam txais qhov tseeb yuav sawv los liam thiab tsim txom cov thwjtim. Tiamsis nyob hauv kev plam thiab kev txom nyem, txawm mus txog txojkev tuag los, tus Tswv cov menyuam yuav tsum nthuav tawm txoj kev mos siab muag ntawm lawv tus Qauv saum ntuj. Yog li no thiaj yuav pom qhov sib txawv ntawm Xatas cov neeg ua haujlwm thiab Khetos cov sawv cev. Tus Cawm Seej yuav raug tsa siab rau ntawm cov thawj coj thiab cov pejxeem xub ntiag.” The Desire of Ages, 354.</w:t>
      </w:r>
    </w:p>
    <w:p>
      <w:pPr>
        <w:pStyle w:val="ArticleBody"/>
        <w:jc w:val="left"/>
      </w:pPr>
      <w:r>
        <w:rPr>
          <w:rFonts w:ascii="Times New Roman" w:hAnsi="Times New Roman" w:eastAsia="Times New Roman" w:cs="Times New Roman"/>
        </w:rPr>
        <w:t>Ib yam li peb tug neeg tsim txiaj ntawd, Daniyees tsis txaus siab rau ib yam txiaj ntsim twg li, thiab nws kuj tsis tas yuav rov xyaum yam uas nws yuav hais. Nws tsuas qhia yooj yim xwb txog qhov kev txhais ntawm “xya lub sij hawm,” uas tau sawv cev rau saum phab ntsa.</w:t>
      </w:r>
    </w:p>
    <w:p>
      <w:pPr>
        <w:pStyle w:val="ArticleBody"/>
        <w:jc w:val="left"/>
      </w:pPr>
      <w:r>
        <w:rPr>
          <w:rFonts w:ascii="Times New Roman" w:hAnsi="Times New Roman" w:eastAsia="Times New Roman" w:cs="Times New Roman"/>
        </w:rPr>
        <w:t>Peb yuav txuas ntxiv zaj keeb kwm ntawm Belshazzar hauv tsab xov xwm tom ntej.</w:t>
      </w:r>
    </w:p>
    <w:p>
      <w:pPr>
        <w:pStyle w:val="ArticleScripture"/>
        <w:jc w:val="left"/>
      </w:pPr>
      <w:r>
        <w:rPr>
          <w:rFonts w:ascii="Times New Roman" w:hAnsi="Times New Roman" w:eastAsia="Times New Roman" w:cs="Times New Roman"/>
        </w:rPr>
        <w:t>“Cov uas tsis ncaj ncees rau txoj hauj lwm ntawm Vajtswv yog cov uas tsis muaj txoj cai ruaj khov; lawv tej kev xav tsis yog yam cwj pwm uas yuav coj lawv xaiv qhov yog nyob rau txhua qhov xwm txheej. Cov tub qhe ntawm Vajtswv yuav tsum nco ntsoov txhua lub sij hawm tias lawv nyob hauv qhov muag saib ntawm tus tswv uas ntiav lawv. Tus uas tau saib lub rooj mov dawb huv raug thuam ntawm Belshazzar tseem nyob tam sim no hauv txhua lub koom haum ntawm peb, hauv chav khaws nyiaj ntawm tus tub lag tub luam, hauv lub chaw ua hauj lwm ntiag tug; thiab txhais tes uas tsis muaj ntshav tseem tab tom sau tseg nej txoj kev tsis quav ntsej ib yam li nws tau sau tseg txoj kev txiav txim txaus ntshai rau tus vaj ntxwv hais lus thuam Vajtswv. Kev rau txim rau Belshazzar raug sau tseg nrog tej lo lus hluav taws, ‘Koj raug muab luj rau hauv cov teev, thiab pom tias tsis txaus’; thiab yog nej tsis ua kom tiav nej tej luag hauj lwm uas Vajtswv tau muab rau nej, nej txoj kev raug txim yuav zoo ib yam nkaus.”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Peb Caug</dc:title>
  <dc:subject>Lub Sijhawm Ntawm Kev Ntshai</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